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4   |   Worksheet – Answer Key</w:t>
      </w:r>
    </w:p>
    <w:p>
      <w:pPr>
        <w:spacing w:before="0" w:after="40"/>
        <w:jc w:val="left"/>
      </w:pPr>
      <w:r>
        <w:rPr>
          <w:rFonts w:ascii="Arial" w:hAnsi="Arial" w:cs="Arial"/>
          <w:b/>
          <w:bCs/>
          <w:color w:val="0F7A4F"/>
          <w:sz w:val="36"/>
          <w:szCs w:val="36"/>
        </w:rPr>
        <w:t xml:space="preserve">🔑 Answer Key · </w:t>
      </w:r>
      <w:r>
        <w:rPr>
          <w:rFonts w:ascii="Arial" w:hAnsi="Arial" w:cs="Arial"/>
          <w:b/>
          <w:bCs/>
          <w:color w:val="0F7A4F"/>
          <w:sz w:val="36"/>
          <w:szCs w:val="36"/>
          <w:rtl/>
          <w:lang w:val="en-US" w:bidi="he-IL"/>
        </w:rPr>
        <w:t xml:space="preserve">מחוון</w:t>
      </w:r>
      <w:r>
        <w:rPr>
          <w:sz w:val="36"/>
          <w:szCs w:val="36"/>
        </w:rPr>
        <w:t>‎</w:t>
      </w:r>
      <w:r>
        <w:rPr>
          <w:rFonts w:ascii="Arial" w:hAnsi="Arial" w:cs="Arial"/>
          <w:b/>
          <w:bCs/>
          <w:color w:val="0F7A4F"/>
          <w:sz w:val="36"/>
          <w:szCs w:val="36"/>
        </w:rPr>
        <w:t xml:space="preserve"> · </w:t>
      </w:r>
      <w:r>
        <w:rPr>
          <w:rFonts w:ascii="Arial" w:hAnsi="Arial" w:cs="Arial"/>
          <w:b/>
          <w:bCs/>
          <w:color w:val="0F7A4F"/>
          <w:sz w:val="36"/>
          <w:szCs w:val="36"/>
          <w:rtl/>
          <w:lang w:val="en-US" w:bidi="ar-SA"/>
        </w:rPr>
        <w:t xml:space="preserve">مفتاح الإجابات</w:t>
      </w:r>
      <w:r>
        <w:rPr>
          <w:sz w:val="36"/>
          <w:szCs w:val="36"/>
        </w:rPr>
        <w:t>‎</w:t>
      </w:r>
    </w:p>
    <w:p>
      <w:pPr>
        <w:spacing w:before="0" w:after="120"/>
        <w:jc w:val="both"/>
      </w:pPr>
      <w:r>
        <w:rPr>
          <w:rFonts w:ascii="Arial Black" w:hAnsi="Arial Black" w:cs="Arial Black"/>
          <w:b/>
          <w:bCs/>
          <w:color w:val="0F7A4F"/>
          <w:sz w:val="32"/>
          <w:szCs w:val="32"/>
        </w:rPr>
        <w:t>Wh-questions with "to be" and prepositions of place</w:t>
      </w:r>
    </w:p>
    <w:p>
      <w:pPr>
        <w:spacing w:before="160" w:after="20"/>
        <w:jc w:val="both"/>
      </w:pPr>
      <w:r>
        <w:rPr>
          <w:b/>
          <w:bCs/>
          <w:sz w:val="26"/>
          <w:szCs w:val="26"/>
        </w:rPr>
        <w:t>1. Match the question word to the answer.</w:t>
      </w:r>
    </w:p>
    <w:p>
      <w:pPr>
        <w:bidi/>
        <w:spacing w:before="0" w:after="0"/>
        <w:jc w:val="both"/>
      </w:pPr>
      <w:r>
        <w:rPr>
          <w:rFonts w:ascii="Arial" w:hAnsi="Arial" w:cs="Arial"/>
          <w:color w:val="6B7280"/>
          <w:sz w:val="20"/>
          <w:szCs w:val="20"/>
          <w:rtl/>
          <w:lang w:val="en-US" w:bidi="he-IL"/>
        </w:rPr>
        <w:t xml:space="preserve">התאימו את מילת השאלה לתשובה.</w:t>
      </w:r>
    </w:p>
    <w:p>
      <w:pPr>
        <w:bidi/>
        <w:spacing w:before="0" w:after="80"/>
        <w:jc w:val="both"/>
      </w:pPr>
      <w:r>
        <w:rPr>
          <w:rFonts w:ascii="Arial" w:hAnsi="Arial" w:cs="Arial"/>
          <w:color w:val="6B7280"/>
          <w:sz w:val="21"/>
          <w:szCs w:val="21"/>
          <w:rtl/>
          <w:lang w:val="en-US" w:bidi="ar-SA"/>
        </w:rPr>
        <w:t xml:space="preserve">صل كلمة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Column A</w:t>
            </w:r>
          </w:p>
        </w:tc>
        <w:tc>
          <w:tcPr>
            <w:tcW w:type="dxa" w:w="4989"/>
            <w:shd w:val="clear" w:color="auto" w:fill="1d4ed8"/>
          </w:tcPr>
          <w:p>
            <w:pPr>
              <w:spacing w:before="0" w:after="40"/>
              <w:jc w:val="both"/>
            </w:pPr>
            <w:r>
              <w:rPr>
                <w:b/>
                <w:bCs/>
                <w:color w:val="FFFFFF"/>
              </w:rPr>
              <w:t>Column B</w:t>
            </w:r>
          </w:p>
        </w:tc>
      </w:tr>
      <w:tr>
        <w:tc>
          <w:tcPr>
            <w:tcW w:type="dxa" w:w="4989"/>
          </w:tcPr>
          <w:p>
            <w:pPr>
              <w:spacing w:before="0" w:after="40"/>
              <w:jc w:val="both"/>
            </w:pPr>
            <w:r>
              <w:rPr/>
              <w:t>1. What?</w:t>
            </w:r>
          </w:p>
        </w:tc>
        <w:tc>
          <w:tcPr>
            <w:tcW w:type="dxa" w:w="4989"/>
          </w:tcPr>
          <w:p>
            <w:pPr>
              <w:spacing w:before="0" w:after="40"/>
              <w:jc w:val="both"/>
            </w:pPr>
            <w:r>
              <w:rPr/>
              <w:t>[1] a sandwich</w:t>
            </w:r>
          </w:p>
        </w:tc>
      </w:tr>
      <w:tr>
        <w:tc>
          <w:tcPr>
            <w:tcW w:type="dxa" w:w="4989"/>
          </w:tcPr>
          <w:p>
            <w:pPr>
              <w:spacing w:before="0" w:after="40"/>
              <w:jc w:val="both"/>
            </w:pPr>
            <w:r>
              <w:rPr/>
              <w:t>2. Who?</w:t>
            </w:r>
          </w:p>
        </w:tc>
        <w:tc>
          <w:tcPr>
            <w:tcW w:type="dxa" w:w="4989"/>
          </w:tcPr>
          <w:p>
            <w:pPr>
              <w:spacing w:before="0" w:after="40"/>
              <w:jc w:val="both"/>
            </w:pPr>
            <w:r>
              <w:rPr/>
              <w:t>[3] in the garden</w:t>
            </w:r>
          </w:p>
        </w:tc>
      </w:tr>
      <w:tr>
        <w:tc>
          <w:tcPr>
            <w:tcW w:type="dxa" w:w="4989"/>
          </w:tcPr>
          <w:p>
            <w:pPr>
              <w:spacing w:before="0" w:after="40"/>
              <w:jc w:val="both"/>
            </w:pPr>
            <w:r>
              <w:rPr/>
              <w:t>3. Where?</w:t>
            </w:r>
          </w:p>
        </w:tc>
        <w:tc>
          <w:tcPr>
            <w:tcW w:type="dxa" w:w="4989"/>
          </w:tcPr>
          <w:p>
            <w:pPr>
              <w:spacing w:before="0" w:after="40"/>
              <w:jc w:val="both"/>
            </w:pPr>
            <w:r>
              <w:rPr/>
              <w:t>[4] eight years old</w:t>
            </w:r>
          </w:p>
        </w:tc>
      </w:tr>
      <w:tr>
        <w:tc>
          <w:tcPr>
            <w:tcW w:type="dxa" w:w="4989"/>
          </w:tcPr>
          <w:p>
            <w:pPr>
              <w:spacing w:before="0" w:after="40"/>
              <w:jc w:val="both"/>
            </w:pPr>
            <w:r>
              <w:rPr/>
              <w:t>4. How old?</w:t>
            </w:r>
          </w:p>
        </w:tc>
        <w:tc>
          <w:tcPr>
            <w:tcW w:type="dxa" w:w="4989"/>
          </w:tcPr>
          <w:p>
            <w:pPr>
              <w:spacing w:before="0" w:after="40"/>
              <w:jc w:val="both"/>
            </w:pPr>
            <w:r>
              <w:rPr/>
              <w:t>[2] my grandmother</w:t>
            </w:r>
          </w:p>
        </w:tc>
      </w:tr>
    </w:tbl>
    <w:p>
      <w:pPr>
        <w:spacing w:before="0" w:after="40"/>
        <w:jc w:val="both"/>
      </w:pPr>
    </w:p>
    <w:p>
      <w:pPr>
        <w:spacing w:before="160" w:after="20"/>
        <w:jc w:val="both"/>
      </w:pPr>
      <w:r>
        <w:rPr>
          <w:b/>
          <w:bCs/>
          <w:sz w:val="26"/>
          <w:szCs w:val="26"/>
        </w:rPr>
        <w:t>2. Look and complete with in, on, under or next to.</w:t>
      </w:r>
    </w:p>
    <w:p>
      <w:pPr>
        <w:bidi/>
        <w:spacing w:before="0" w:after="0"/>
        <w:jc w:val="both"/>
      </w:pPr>
      <w:r>
        <w:rPr>
          <w:rFonts w:ascii="Arial" w:hAnsi="Arial" w:cs="Arial"/>
          <w:color w:val="6B7280"/>
          <w:sz w:val="20"/>
          <w:szCs w:val="20"/>
          <w:rtl/>
          <w:lang w:val="en-US" w:bidi="he-IL"/>
        </w:rPr>
        <w:t xml:space="preserve">הסתכלו והשלימו עם ‎in, on, under‎ או ‎next to‎.</w:t>
      </w:r>
    </w:p>
    <w:p>
      <w:pPr>
        <w:bidi/>
        <w:spacing w:before="0" w:after="80"/>
        <w:jc w:val="both"/>
      </w:pPr>
      <w:r>
        <w:rPr>
          <w:rFonts w:ascii="Arial" w:hAnsi="Arial" w:cs="Arial"/>
          <w:color w:val="6B7280"/>
          <w:sz w:val="21"/>
          <w:szCs w:val="21"/>
          <w:rtl/>
          <w:lang w:val="en-US" w:bidi="ar-SA"/>
        </w:rPr>
        <w:t xml:space="preserve">انظر وأكمل بـ ‎in‎ أو ‎on‎ أو ‎under‎ أو ‎next to‎.</w:t>
      </w:r>
    </w:p>
    <w:p>
      <w:pPr>
        <w:spacing w:before="0" w:after="40"/>
        <w:jc w:val="both"/>
      </w:pPr>
      <w:r>
        <w:rPr/>
        <w:t>a. The fish is in the water.</w:t>
      </w:r>
    </w:p>
    <w:p>
      <w:pPr>
        <w:spacing w:before="0" w:after="40"/>
        <w:jc w:val="both"/>
      </w:pPr>
      <w:r>
        <w:rPr/>
        <w:t>b. The lamp is on the desk. (on top)</w:t>
      </w:r>
    </w:p>
    <w:p>
      <w:pPr>
        <w:spacing w:before="0" w:after="40"/>
        <w:jc w:val="both"/>
      </w:pPr>
      <w:r>
        <w:rPr/>
        <w:t>c. The shoes are under the bed. (below)</w:t>
      </w:r>
    </w:p>
    <w:p>
      <w:pPr>
        <w:spacing w:before="0" w:after="40"/>
        <w:jc w:val="both"/>
      </w:pPr>
      <w:r>
        <w:rPr/>
        <w:t>d. Noa is next to Tamar. (at her side)</w:t>
      </w:r>
    </w:p>
    <w:p>
      <w:pPr>
        <w:spacing w:before="0" w:after="40"/>
        <w:jc w:val="both"/>
      </w:pPr>
      <w:r>
        <w:rPr/>
        <w:t>e. The milk is in the fridge.</w:t>
      </w:r>
    </w:p>
    <w:p>
      <w:pPr>
        <w:spacing w:before="160" w:after="20"/>
        <w:jc w:val="both"/>
      </w:pPr>
      <w:r>
        <w:rPr>
          <w:b/>
          <w:bCs/>
          <w:sz w:val="26"/>
          <w:szCs w:val="26"/>
        </w:rPr>
        <w:t>3.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___ is your name?</w:t>
      </w:r>
    </w:p>
    <w:p>
      <w:pPr>
        <w:spacing w:before="0" w:after="80"/>
        <w:jc w:val="both"/>
      </w:pPr>
      <w:r>
        <w:rPr>
          <w:b/>
          <w:bCs/>
          <w:color w:val="0F7A4F"/>
        </w:rPr>
        <w:t xml:space="preserve">   ✔ What</w:t>
      </w:r>
    </w:p>
    <w:p>
      <w:pPr>
        <w:spacing w:before="0" w:after="20"/>
        <w:jc w:val="both"/>
      </w:pPr>
      <w:r>
        <w:rPr/>
        <w:t>b. ___ is your teacher?</w:t>
      </w:r>
    </w:p>
    <w:p>
      <w:pPr>
        <w:spacing w:before="0" w:after="80"/>
        <w:jc w:val="both"/>
      </w:pPr>
      <w:r>
        <w:rPr>
          <w:b/>
          <w:bCs/>
          <w:color w:val="0F7A4F"/>
        </w:rPr>
        <w:t xml:space="preserve">   ✔ Who</w:t>
      </w:r>
    </w:p>
    <w:p>
      <w:pPr>
        <w:spacing w:before="0" w:after="20"/>
        <w:jc w:val="both"/>
      </w:pPr>
      <w:r>
        <w:rPr/>
        <w:t>c. ___ is the bus stop?</w:t>
      </w:r>
    </w:p>
    <w:p>
      <w:pPr>
        <w:spacing w:before="0" w:after="80"/>
        <w:jc w:val="both"/>
      </w:pPr>
      <w:r>
        <w:rPr>
          <w:b/>
          <w:bCs/>
          <w:color w:val="0F7A4F"/>
        </w:rPr>
        <w:t xml:space="preserve">   ✔ Where</w:t>
      </w:r>
    </w:p>
    <w:p>
      <w:pPr>
        <w:spacing w:before="0" w:after="20"/>
        <w:jc w:val="both"/>
      </w:pPr>
      <w:r>
        <w:rPr/>
        <w:t>d. ___ are you? – I'm ten.</w:t>
      </w:r>
    </w:p>
    <w:p>
      <w:pPr>
        <w:spacing w:before="0" w:after="80"/>
        <w:jc w:val="both"/>
      </w:pPr>
      <w:r>
        <w:rPr>
          <w:b/>
          <w:bCs/>
          <w:color w:val="0F7A4F"/>
        </w:rPr>
        <w:t xml:space="preserve">   ✔ How old</w:t>
      </w:r>
    </w:p>
    <w:p>
      <w:pPr>
        <w:spacing w:before="160" w:after="20"/>
        <w:jc w:val="both"/>
      </w:pPr>
      <w:r>
        <w:rPr>
          <w:b/>
          <w:bCs/>
          <w:sz w:val="26"/>
          <w:szCs w:val="26"/>
        </w:rPr>
        <w:t>4. Complete with is or are.</w:t>
      </w:r>
    </w:p>
    <w:p>
      <w:pPr>
        <w:bidi/>
        <w:spacing w:before="0" w:after="0"/>
        <w:jc w:val="both"/>
      </w:pPr>
      <w:r>
        <w:rPr>
          <w:rFonts w:ascii="Arial" w:hAnsi="Arial" w:cs="Arial"/>
          <w:color w:val="6B7280"/>
          <w:sz w:val="20"/>
          <w:szCs w:val="20"/>
          <w:rtl/>
          <w:lang w:val="en-US" w:bidi="he-IL"/>
        </w:rPr>
        <w:t xml:space="preserve">השלימו עם ‎is‎ או ‎are‎.</w:t>
      </w:r>
    </w:p>
    <w:p>
      <w:pPr>
        <w:bidi/>
        <w:spacing w:before="0" w:after="80"/>
        <w:jc w:val="both"/>
      </w:pPr>
      <w:r>
        <w:rPr>
          <w:rFonts w:ascii="Arial" w:hAnsi="Arial" w:cs="Arial"/>
          <w:color w:val="6B7280"/>
          <w:sz w:val="21"/>
          <w:szCs w:val="21"/>
          <w:rtl/>
          <w:lang w:val="en-US" w:bidi="ar-SA"/>
        </w:rPr>
        <w:t xml:space="preserve">أكمل بـ ‎is‎ أو ‎are‎.</w:t>
      </w:r>
    </w:p>
    <w:p>
      <w:pPr>
        <w:spacing w:before="0" w:after="40"/>
        <w:jc w:val="both"/>
      </w:pPr>
      <w:r>
        <w:rPr/>
        <w:t>a. Where is my bag?</w:t>
      </w:r>
    </w:p>
    <w:p>
      <w:pPr>
        <w:spacing w:before="0" w:after="40"/>
        <w:jc w:val="both"/>
      </w:pPr>
      <w:r>
        <w:rPr/>
        <w:t>b. Where are the children?</w:t>
      </w:r>
    </w:p>
    <w:p>
      <w:pPr>
        <w:spacing w:before="0" w:after="40"/>
        <w:jc w:val="both"/>
      </w:pPr>
      <w:r>
        <w:rPr/>
        <w:t>c. What is this?</w:t>
      </w:r>
    </w:p>
    <w:p>
      <w:pPr>
        <w:spacing w:before="0" w:after="40"/>
        <w:jc w:val="both"/>
      </w:pPr>
      <w:r>
        <w:rPr/>
        <w:t>d. Who are those girls?</w:t>
      </w:r>
    </w:p>
    <w:p>
      <w:pPr>
        <w:spacing w:before="0" w:after="40"/>
        <w:jc w:val="both"/>
      </w:pPr>
      <w:r>
        <w:rPr/>
        <w:t>e. Where are your glasses?</w:t>
      </w:r>
    </w:p>
    <w:p>
      <w:pPr>
        <w:spacing w:before="160" w:after="20"/>
        <w:jc w:val="both"/>
      </w:pPr>
      <w:r>
        <w:rPr>
          <w:b/>
          <w:bCs/>
          <w:sz w:val="26"/>
          <w:szCs w:val="26"/>
        </w:rPr>
        <w:t>5. Sort the questions: one thing or more than one?</w:t>
      </w:r>
    </w:p>
    <w:p>
      <w:pPr>
        <w:bidi/>
        <w:spacing w:before="0" w:after="0"/>
        <w:jc w:val="both"/>
      </w:pPr>
      <w:r>
        <w:rPr>
          <w:rFonts w:ascii="Arial" w:hAnsi="Arial" w:cs="Arial"/>
          <w:color w:val="6B7280"/>
          <w:sz w:val="20"/>
          <w:szCs w:val="20"/>
          <w:rtl/>
          <w:lang w:val="en-US" w:bidi="he-IL"/>
        </w:rPr>
        <w:t xml:space="preserve">מיינו את השאלות: דבר אחד או יותר מאחד?</w:t>
      </w:r>
    </w:p>
    <w:p>
      <w:pPr>
        <w:bidi/>
        <w:spacing w:before="0" w:after="80"/>
        <w:jc w:val="both"/>
      </w:pPr>
      <w:r>
        <w:rPr>
          <w:rFonts w:ascii="Arial" w:hAnsi="Arial" w:cs="Arial"/>
          <w:color w:val="6B7280"/>
          <w:sz w:val="21"/>
          <w:szCs w:val="21"/>
          <w:rtl/>
          <w:lang w:val="en-US" w:bidi="ar-SA"/>
        </w:rPr>
        <w:t xml:space="preserve">صنّف الأسئلة: شيء واحد أم أكثر من واحد؟</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One</w:t>
            </w:r>
          </w:p>
        </w:tc>
        <w:tc>
          <w:tcPr>
            <w:tcW w:type="dxa" w:w="4989"/>
            <w:shd w:val="clear" w:color="auto" w:fill="1d4ed8"/>
          </w:tcPr>
          <w:p>
            <w:pPr>
              <w:spacing w:before="0" w:after="40"/>
              <w:jc w:val="both"/>
            </w:pPr>
            <w:r>
              <w:rPr>
                <w:b/>
                <w:bCs/>
                <w:color w:val="FFFFFF"/>
              </w:rPr>
              <w:t>More than one</w:t>
            </w:r>
          </w:p>
        </w:tc>
      </w:tr>
      <w:tr>
        <w:tc>
          <w:tcPr>
            <w:tcW w:type="dxa" w:w="4989"/>
          </w:tcPr>
          <w:p>
            <w:pPr>
              <w:spacing w:before="0" w:after="40"/>
              <w:jc w:val="both"/>
            </w:pPr>
            <w:r>
              <w:rPr/>
              <w:t>Where is the pen?, What is this?, Where is Tom?</w:t>
            </w:r>
          </w:p>
        </w:tc>
        <w:tc>
          <w:tcPr>
            <w:tcW w:type="dxa" w:w="4989"/>
          </w:tcPr>
          <w:p>
            <w:pPr>
              <w:spacing w:before="0" w:after="40"/>
              <w:jc w:val="both"/>
            </w:pPr>
            <w:r>
              <w:rPr/>
              <w:t>Where are the pens?, Who are they?, Where are my socks?</w:t>
            </w:r>
          </w:p>
        </w:tc>
      </w:tr>
    </w:tbl>
    <w:p>
      <w:pPr>
        <w:spacing w:before="0" w:after="40"/>
        <w:jc w:val="both"/>
      </w:pPr>
    </w:p>
    <w:p>
      <w:pPr>
        <w:spacing w:before="160" w:after="20"/>
        <w:jc w:val="both"/>
      </w:pPr>
      <w:r>
        <w:rPr>
          <w:b/>
          <w:bCs/>
          <w:sz w:val="26"/>
          <w:szCs w:val="26"/>
        </w:rPr>
        <w:t>6. Complete the questions and answers.</w:t>
      </w:r>
    </w:p>
    <w:p>
      <w:pPr>
        <w:bidi/>
        <w:spacing w:before="0" w:after="0"/>
        <w:jc w:val="both"/>
      </w:pPr>
      <w:r>
        <w:rPr>
          <w:rFonts w:ascii="Arial" w:hAnsi="Arial" w:cs="Arial"/>
          <w:color w:val="6B7280"/>
          <w:sz w:val="20"/>
          <w:szCs w:val="20"/>
          <w:rtl/>
          <w:lang w:val="en-US" w:bidi="he-IL"/>
        </w:rPr>
        <w:t xml:space="preserve">השלימו את השאלות ואת התשובות.</w:t>
      </w:r>
    </w:p>
    <w:p>
      <w:pPr>
        <w:bidi/>
        <w:spacing w:before="0" w:after="80"/>
        <w:jc w:val="both"/>
      </w:pPr>
      <w:r>
        <w:rPr>
          <w:rFonts w:ascii="Arial" w:hAnsi="Arial" w:cs="Arial"/>
          <w:color w:val="6B7280"/>
          <w:sz w:val="21"/>
          <w:szCs w:val="21"/>
          <w:rtl/>
          <w:lang w:val="en-US" w:bidi="ar-SA"/>
        </w:rPr>
        <w:t xml:space="preserve">أكمل الأسئلة والإجابات.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Question</w:t>
            </w:r>
          </w:p>
        </w:tc>
        <w:tc>
          <w:tcPr>
            <w:tcW w:type="dxa" w:w="4989"/>
            <w:shd w:val="clear" w:color="auto" w:fill="1d4ed8"/>
          </w:tcPr>
          <w:p>
            <w:pPr>
              <w:spacing w:before="0" w:after="40"/>
              <w:jc w:val="both"/>
            </w:pPr>
            <w:r>
              <w:rPr>
                <w:b/>
                <w:bCs/>
                <w:color w:val="FFFFFF"/>
              </w:rPr>
              <w:t>Answer</w:t>
            </w:r>
          </w:p>
        </w:tc>
      </w:tr>
      <w:tr>
        <w:tc>
          <w:tcPr>
            <w:tcW w:type="dxa" w:w="4989"/>
          </w:tcPr>
          <w:p>
            <w:pPr>
              <w:spacing w:before="0" w:after="40"/>
              <w:jc w:val="both"/>
            </w:pPr>
            <w:r>
              <w:rPr/>
              <w:t>Where is the dog?</w:t>
            </w:r>
          </w:p>
        </w:tc>
        <w:tc>
          <w:tcPr>
            <w:tcW w:type="dxa" w:w="4989"/>
          </w:tcPr>
          <w:p>
            <w:pPr>
              <w:spacing w:before="0" w:after="40"/>
              <w:jc w:val="both"/>
            </w:pPr>
            <w:r>
              <w:rPr>
                <w:color w:val="0F7A4F"/>
              </w:rPr>
              <w:t>It's under the table.</w:t>
            </w:r>
          </w:p>
        </w:tc>
      </w:tr>
      <w:tr>
        <w:tc>
          <w:tcPr>
            <w:tcW w:type="dxa" w:w="4989"/>
          </w:tcPr>
          <w:p>
            <w:pPr>
              <w:spacing w:before="0" w:after="40"/>
              <w:jc w:val="both"/>
            </w:pPr>
            <w:r>
              <w:rPr>
                <w:color w:val="0F7A4F"/>
              </w:rPr>
              <w:t>What is this?</w:t>
            </w:r>
          </w:p>
        </w:tc>
        <w:tc>
          <w:tcPr>
            <w:tcW w:type="dxa" w:w="4989"/>
          </w:tcPr>
          <w:p>
            <w:pPr>
              <w:spacing w:before="0" w:after="40"/>
              <w:jc w:val="both"/>
            </w:pPr>
            <w:r>
              <w:rPr/>
              <w:t>It's a ruler.</w:t>
            </w:r>
          </w:p>
        </w:tc>
      </w:tr>
      <w:tr>
        <w:tc>
          <w:tcPr>
            <w:tcW w:type="dxa" w:w="4989"/>
          </w:tcPr>
          <w:p>
            <w:pPr>
              <w:spacing w:before="0" w:after="40"/>
              <w:jc w:val="both"/>
            </w:pPr>
            <w:r>
              <w:rPr/>
              <w:t>Who is he?</w:t>
            </w:r>
          </w:p>
        </w:tc>
        <w:tc>
          <w:tcPr>
            <w:tcW w:type="dxa" w:w="4989"/>
          </w:tcPr>
          <w:p>
            <w:pPr>
              <w:spacing w:before="0" w:after="40"/>
              <w:jc w:val="both"/>
            </w:pPr>
            <w:r>
              <w:rPr>
                <w:color w:val="0F7A4F"/>
              </w:rPr>
              <w:t>He's my brother.</w:t>
            </w:r>
          </w:p>
        </w:tc>
      </w:tr>
      <w:tr>
        <w:tc>
          <w:tcPr>
            <w:tcW w:type="dxa" w:w="4989"/>
          </w:tcPr>
          <w:p>
            <w:pPr>
              <w:spacing w:before="0" w:after="40"/>
              <w:jc w:val="both"/>
            </w:pPr>
            <w:r>
              <w:rPr>
                <w:color w:val="0F7A4F"/>
              </w:rPr>
              <w:t>How old are you?</w:t>
            </w:r>
          </w:p>
        </w:tc>
        <w:tc>
          <w:tcPr>
            <w:tcW w:type="dxa" w:w="4989"/>
          </w:tcPr>
          <w:p>
            <w:pPr>
              <w:spacing w:before="0" w:after="40"/>
              <w:jc w:val="both"/>
            </w:pPr>
            <w:r>
              <w:rPr/>
              <w:t>I'm eleven.</w:t>
            </w:r>
          </w:p>
        </w:tc>
      </w:tr>
    </w:tbl>
    <w:p>
      <w:pPr>
        <w:spacing w:before="0" w:after="40"/>
        <w:jc w:val="both"/>
      </w:pPr>
    </w:p>
    <w:p>
      <w:pPr>
        <w:spacing w:before="160" w:after="20"/>
        <w:jc w:val="both"/>
      </w:pPr>
      <w:r>
        <w:rPr>
          <w:b/>
          <w:bCs/>
          <w:sz w:val="26"/>
          <w:szCs w:val="26"/>
        </w:rPr>
        <w:t>7. Look at the sentences about Ben's room. True or False? The bed is next to the window. The ball is under the bed. The books are on the shelf. The cat is in the box.</w:t>
      </w:r>
    </w:p>
    <w:p>
      <w:pPr>
        <w:bidi/>
        <w:spacing w:before="0" w:after="0"/>
        <w:jc w:val="both"/>
      </w:pPr>
      <w:r>
        <w:rPr>
          <w:rFonts w:ascii="Arial" w:hAnsi="Arial" w:cs="Arial"/>
          <w:color w:val="6B7280"/>
          <w:sz w:val="20"/>
          <w:szCs w:val="20"/>
          <w:rtl/>
          <w:lang w:val="en-US" w:bidi="he-IL"/>
        </w:rPr>
        <w:t xml:space="preserve">הסתכלו על המשפטים על החדר של בן. נכון או לא נכון‎?‎‏ ‎The bed is next to the window.‎‏ ‎The ball is under the bed.‎‏ ‎The books are on the shelf.‎‏ ‎The cat is in the box‎.</w:t>
      </w:r>
    </w:p>
    <w:p>
      <w:pPr>
        <w:bidi/>
        <w:spacing w:before="0" w:after="80"/>
        <w:jc w:val="both"/>
      </w:pPr>
      <w:r>
        <w:rPr>
          <w:rFonts w:ascii="Arial" w:hAnsi="Arial" w:cs="Arial"/>
          <w:color w:val="6B7280"/>
          <w:sz w:val="21"/>
          <w:szCs w:val="21"/>
          <w:rtl/>
          <w:lang w:val="en-US" w:bidi="ar-SA"/>
        </w:rPr>
        <w:t xml:space="preserve">انظر إلى الجمل عن غرفة ‎Ben‎. صحيح أم خطأ؟ ‎The bed is next to the window.‎‏ ‎The ball is under the bed.‎‏ ‎The books are on the shelf.‎‏ ‎The cat is in the box‎.</w:t>
      </w:r>
    </w:p>
    <w:p>
      <w:pPr>
        <w:spacing w:before="0" w:after="40"/>
        <w:jc w:val="both"/>
      </w:pPr>
      <w:r>
        <w:rPr/>
        <w:t>a. The ball is on the bed. – False – The ball is under the bed.</w:t>
      </w:r>
    </w:p>
    <w:p>
      <w:pPr>
        <w:spacing w:before="0" w:after="40"/>
        <w:jc w:val="both"/>
      </w:pPr>
      <w:r>
        <w:rPr/>
        <w:t>b. The books are on the shelf. – True</w:t>
      </w:r>
    </w:p>
    <w:p>
      <w:pPr>
        <w:spacing w:before="0" w:after="40"/>
        <w:jc w:val="both"/>
      </w:pPr>
      <w:r>
        <w:rPr/>
        <w:t>c. The cat is next to the box. – False – The cat is in the box.</w:t>
      </w:r>
    </w:p>
    <w:p>
      <w:pPr>
        <w:spacing w:before="0" w:after="40"/>
        <w:jc w:val="both"/>
      </w:pPr>
      <w:r>
        <w:rPr/>
        <w:t>d. The bed is next to the window. – True</w:t>
      </w:r>
    </w:p>
    <w:p>
      <w:pPr>
        <w:spacing w:before="160" w:after="20"/>
        <w:jc w:val="both"/>
      </w:pPr>
      <w:r>
        <w:rPr>
          <w:b/>
          <w:bCs/>
          <w:sz w:val="26"/>
          <w:szCs w:val="26"/>
        </w:rPr>
        <w:t>8. Put the words in order and write the question.</w:t>
      </w:r>
    </w:p>
    <w:p>
      <w:pPr>
        <w:bidi/>
        <w:spacing w:before="0" w:after="0"/>
        <w:jc w:val="both"/>
      </w:pPr>
      <w:r>
        <w:rPr>
          <w:rFonts w:ascii="Arial" w:hAnsi="Arial" w:cs="Arial"/>
          <w:color w:val="6B7280"/>
          <w:sz w:val="20"/>
          <w:szCs w:val="20"/>
          <w:rtl/>
          <w:lang w:val="en-US" w:bidi="he-IL"/>
        </w:rPr>
        <w:t xml:space="preserve">סדרו את המילים וכתבו את השאלה.</w:t>
      </w:r>
    </w:p>
    <w:p>
      <w:pPr>
        <w:bidi/>
        <w:spacing w:before="0" w:after="80"/>
        <w:jc w:val="both"/>
      </w:pPr>
      <w:r>
        <w:rPr>
          <w:rFonts w:ascii="Arial" w:hAnsi="Arial" w:cs="Arial"/>
          <w:color w:val="6B7280"/>
          <w:sz w:val="21"/>
          <w:szCs w:val="21"/>
          <w:rtl/>
          <w:lang w:val="en-US" w:bidi="ar-SA"/>
        </w:rPr>
        <w:t xml:space="preserve">رتّب الكلمات واكتب السؤال.</w:t>
      </w:r>
    </w:p>
    <w:p>
      <w:pPr>
        <w:spacing w:before="0" w:after="100"/>
        <w:jc w:val="both"/>
      </w:pPr>
      <w:r>
        <w:rPr/>
        <w:t>a. is / where / the / park / ?  → Where is the park?</w:t>
      </w:r>
    </w:p>
    <w:p>
      <w:pPr>
        <w:spacing w:before="0" w:after="100"/>
        <w:jc w:val="both"/>
      </w:pPr>
      <w:r>
        <w:rPr/>
        <w:t>b. your / what / is / name / ?  → What is your name?</w:t>
      </w:r>
    </w:p>
    <w:p>
      <w:pPr>
        <w:spacing w:before="0" w:after="100"/>
        <w:jc w:val="both"/>
      </w:pPr>
      <w:r>
        <w:rPr/>
        <w:t>c. are / who / they / ?  → Who are they?</w:t>
      </w:r>
    </w:p>
    <w:p>
      <w:pPr>
        <w:spacing w:before="0" w:after="100"/>
        <w:jc w:val="both"/>
      </w:pPr>
      <w:r>
        <w:rPr/>
        <w:t>d. old / how / your / is / sister / ?  → How old is your sister?</w:t>
      </w:r>
    </w:p>
    <w:p>
      <w:pPr>
        <w:spacing w:before="160" w:after="20"/>
        <w:jc w:val="both"/>
      </w:pPr>
      <w:r>
        <w:rPr>
          <w:b/>
          <w:bCs/>
          <w:sz w:val="26"/>
          <w:szCs w:val="26"/>
        </w:rPr>
        <w:t>10. Read "Where Is Ferdi?". Choose the correct answer.</w:t>
      </w:r>
    </w:p>
    <w:p>
      <w:pPr>
        <w:bidi/>
        <w:spacing w:before="0" w:after="0"/>
        <w:jc w:val="both"/>
      </w:pPr>
      <w:r>
        <w:rPr>
          <w:rFonts w:ascii="Arial" w:hAnsi="Arial" w:cs="Arial"/>
          <w:color w:val="6B7280"/>
          <w:sz w:val="20"/>
          <w:szCs w:val="20"/>
          <w:rtl/>
          <w:lang w:val="en-US" w:bidi="he-IL"/>
        </w:rPr>
        <w:t xml:space="preserve">קראו את ‎"Where Is Ferdi?"‎. בחרו את התשובה הנכונה.</w:t>
      </w:r>
    </w:p>
    <w:p>
      <w:pPr>
        <w:bidi/>
        <w:spacing w:before="0" w:after="80"/>
        <w:jc w:val="both"/>
      </w:pPr>
      <w:r>
        <w:rPr>
          <w:rFonts w:ascii="Arial" w:hAnsi="Arial" w:cs="Arial"/>
          <w:color w:val="6B7280"/>
          <w:sz w:val="21"/>
          <w:szCs w:val="21"/>
          <w:rtl/>
          <w:lang w:val="en-US" w:bidi="ar-SA"/>
        </w:rPr>
        <w:t xml:space="preserve">اقرأ ‎"Where Is Ferdi?"‎. اختر الإجابة الصحيحة.</w:t>
      </w:r>
    </w:p>
    <w:p>
      <w:pPr>
        <w:spacing w:before="0" w:after="20"/>
        <w:jc w:val="both"/>
      </w:pPr>
      <w:r>
        <w:rPr/>
        <w:t>a. Who is Ferdi?</w:t>
      </w:r>
    </w:p>
    <w:p>
      <w:pPr>
        <w:spacing w:before="0" w:after="80"/>
        <w:jc w:val="both"/>
      </w:pPr>
      <w:r>
        <w:rPr>
          <w:b/>
          <w:bCs/>
          <w:color w:val="0F7A4F"/>
        </w:rPr>
        <w:t xml:space="preserve">   ✔ Itay's dog</w:t>
      </w:r>
    </w:p>
    <w:p>
      <w:pPr>
        <w:spacing w:before="0" w:after="20"/>
        <w:jc w:val="both"/>
      </w:pPr>
      <w:r>
        <w:rPr/>
        <w:t>b. Where is Ferdi at the end?</w:t>
      </w:r>
    </w:p>
    <w:p>
      <w:pPr>
        <w:spacing w:before="0" w:after="80"/>
        <w:jc w:val="both"/>
      </w:pPr>
      <w:r>
        <w:rPr>
          <w:b/>
          <w:bCs/>
          <w:color w:val="0F7A4F"/>
        </w:rPr>
        <w:t xml:space="preserve">   ✔ on the sofa</w:t>
      </w:r>
    </w:p>
    <w:p>
      <w:pPr>
        <w:spacing w:before="0" w:after="20"/>
        <w:jc w:val="both"/>
      </w:pPr>
      <w:r>
        <w:rPr/>
        <w:t>c. Why is Ferdi quiet?</w:t>
      </w:r>
    </w:p>
    <w:p>
      <w:pPr>
        <w:spacing w:before="0" w:after="80"/>
        <w:jc w:val="both"/>
      </w:pPr>
      <w:r>
        <w:rPr>
          <w:b/>
          <w:bCs/>
          <w:color w:val="0F7A4F"/>
        </w:rPr>
        <w:t xml:space="preserve">   ✔ He is asleep.</w:t>
      </w:r>
    </w:p>
    <w:p>
      <w:pPr>
        <w:spacing w:before="160" w:after="20"/>
        <w:jc w:val="both"/>
      </w:pPr>
      <w:r>
        <w:rPr>
          <w:b/>
          <w:bCs/>
          <w:sz w:val="26"/>
          <w:szCs w:val="26"/>
        </w:rPr>
        <w:t>11. Read the text again. Complete with in, on, under or next to.</w:t>
      </w:r>
    </w:p>
    <w:p>
      <w:pPr>
        <w:bidi/>
        <w:spacing w:before="0" w:after="0"/>
        <w:jc w:val="both"/>
      </w:pPr>
      <w:r>
        <w:rPr>
          <w:rFonts w:ascii="Arial" w:hAnsi="Arial" w:cs="Arial"/>
          <w:color w:val="6B7280"/>
          <w:sz w:val="20"/>
          <w:szCs w:val="20"/>
          <w:rtl/>
          <w:lang w:val="en-US" w:bidi="he-IL"/>
        </w:rPr>
        <w:t xml:space="preserve">קראו שוב את הטקסט. השלימו עם ‎in, on, under‎ או ‎next to‎.</w:t>
      </w:r>
    </w:p>
    <w:p>
      <w:pPr>
        <w:bidi/>
        <w:spacing w:before="0" w:after="80"/>
        <w:jc w:val="both"/>
      </w:pPr>
      <w:r>
        <w:rPr>
          <w:rFonts w:ascii="Arial" w:hAnsi="Arial" w:cs="Arial"/>
          <w:color w:val="6B7280"/>
          <w:sz w:val="21"/>
          <w:szCs w:val="21"/>
          <w:rtl/>
          <w:lang w:val="en-US" w:bidi="ar-SA"/>
        </w:rPr>
        <w:t xml:space="preserve">اقرأ النص مرة أخرى. أكمل بـ ‎in‎ أو ‎on‎ أو ‎under‎ أو ‎next to‎.</w:t>
      </w:r>
    </w:p>
    <w:p>
      <w:pPr>
        <w:spacing w:before="0" w:after="40"/>
        <w:jc w:val="both"/>
      </w:pPr>
      <w:r>
        <w:rPr/>
        <w:t>a. Itay looks under the table.</w:t>
      </w:r>
    </w:p>
    <w:p>
      <w:pPr>
        <w:spacing w:before="0" w:after="40"/>
        <w:jc w:val="both"/>
      </w:pPr>
      <w:r>
        <w:rPr/>
        <w:t>b. He looks in the garden.</w:t>
      </w:r>
    </w:p>
    <w:p>
      <w:pPr>
        <w:spacing w:before="0" w:after="40"/>
        <w:jc w:val="both"/>
      </w:pPr>
      <w:r>
        <w:rPr/>
        <w:t>c. Ferdi is under a big pillow.</w:t>
      </w:r>
    </w:p>
    <w:p>
      <w:pPr>
        <w:spacing w:before="160" w:after="20"/>
        <w:jc w:val="both"/>
      </w:pPr>
      <w:r>
        <w:rPr>
          <w:b/>
          <w:bCs/>
          <w:sz w:val="26"/>
          <w:szCs w:val="26"/>
        </w:rPr>
        <w:t>12. Write the Wh-word.</w:t>
      </w:r>
    </w:p>
    <w:p>
      <w:pPr>
        <w:bidi/>
        <w:spacing w:before="0" w:after="0"/>
        <w:jc w:val="both"/>
      </w:pPr>
      <w:r>
        <w:rPr>
          <w:rFonts w:ascii="Arial" w:hAnsi="Arial" w:cs="Arial"/>
          <w:color w:val="6B7280"/>
          <w:sz w:val="20"/>
          <w:szCs w:val="20"/>
          <w:rtl/>
          <w:lang w:val="en-US" w:bidi="he-IL"/>
        </w:rPr>
        <w:t xml:space="preserve">כתבו את מילת השאלה ‎(Wh)‎.</w:t>
      </w:r>
    </w:p>
    <w:p>
      <w:pPr>
        <w:bidi/>
        <w:spacing w:before="0" w:after="80"/>
        <w:jc w:val="both"/>
      </w:pPr>
      <w:r>
        <w:rPr>
          <w:rFonts w:ascii="Arial" w:hAnsi="Arial" w:cs="Arial"/>
          <w:color w:val="6B7280"/>
          <w:sz w:val="21"/>
          <w:szCs w:val="21"/>
          <w:rtl/>
          <w:lang w:val="en-US" w:bidi="ar-SA"/>
        </w:rPr>
        <w:t xml:space="preserve">اكتب كلمة السؤال ‎(Wh)‎.</w:t>
      </w:r>
    </w:p>
    <w:p>
      <w:pPr>
        <w:spacing w:before="0" w:after="40"/>
        <w:jc w:val="both"/>
      </w:pPr>
      <w:r>
        <w:rPr/>
        <w:t>a. What is your favorite color? – Blue.</w:t>
      </w:r>
    </w:p>
    <w:p>
      <w:pPr>
        <w:spacing w:before="0" w:after="40"/>
        <w:jc w:val="both"/>
      </w:pPr>
      <w:r>
        <w:rPr/>
        <w:t>b. Where are my shoes? – Under the bed.</w:t>
      </w:r>
    </w:p>
    <w:p>
      <w:pPr>
        <w:spacing w:before="0" w:after="40"/>
        <w:jc w:val="both"/>
      </w:pPr>
      <w:r>
        <w:rPr/>
        <w:t>c. Who is that man? – He's my grandpa.</w:t>
      </w:r>
    </w:p>
    <w:p>
      <w:pPr>
        <w:spacing w:before="160" w:after="20"/>
        <w:jc w:val="both"/>
      </w:pPr>
      <w:r>
        <w:rPr>
          <w:b/>
          <w:bCs/>
          <w:sz w:val="26"/>
          <w:szCs w:val="26"/>
        </w:rPr>
        <w:t>13. Write 3 sentences about your bedroom. Say where things are. Use in, on, under or next to.</w:t>
      </w:r>
    </w:p>
    <w:p>
      <w:pPr>
        <w:bidi/>
        <w:spacing w:before="0" w:after="0"/>
        <w:jc w:val="both"/>
      </w:pPr>
      <w:r>
        <w:rPr>
          <w:rFonts w:ascii="Arial" w:hAnsi="Arial" w:cs="Arial"/>
          <w:color w:val="6B7280"/>
          <w:sz w:val="20"/>
          <w:szCs w:val="20"/>
          <w:rtl/>
          <w:lang w:val="en-US" w:bidi="he-IL"/>
        </w:rPr>
        <w:t xml:space="preserve">כתבו 3 משפטים על חדר השינה שלכם. ספרו איפה נמצאים הדברים. השתמשו ב-‎in, on, under‎ או ‎next to‎.</w:t>
      </w:r>
    </w:p>
    <w:p>
      <w:pPr>
        <w:bidi/>
        <w:spacing w:before="0" w:after="80"/>
        <w:jc w:val="both"/>
      </w:pPr>
      <w:r>
        <w:rPr>
          <w:rFonts w:ascii="Arial" w:hAnsi="Arial" w:cs="Arial"/>
          <w:color w:val="6B7280"/>
          <w:sz w:val="21"/>
          <w:szCs w:val="21"/>
          <w:rtl/>
          <w:lang w:val="en-US" w:bidi="ar-SA"/>
        </w:rPr>
        <w:t xml:space="preserve">اكتب 3 جمل عن غرفة نومك. قل أين توجد الأشياء. استعمل ‎in‎ أو ‎on‎ أو ‎under‎ أو ‎next to‎.</w:t>
      </w:r>
    </w:p>
    <w:p>
      <w:pPr>
        <w:spacing w:before="0" w:after="80"/>
        <w:jc w:val="both"/>
      </w:pPr>
      <w:r>
        <w:rPr>
          <w:color w:val="0F7A4F"/>
        </w:rPr>
        <w:t>Possible answer: My bed is next to the window. My books are on the shelf. My ball is under the bed.</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