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There is / There are and plural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‎There is / There are‎ ושמות עצם ברבים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‎There is / There are‎ وأسماء الجمع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</w:rPr>
        <w:t>Summary: There is / There are and how to make nouns plural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‎There is / There are‎ ואיך עושים רבים משמות עצם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‎There is / There are‎ وكيف نجمع الأسماء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One or many?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אחד או הרבה?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واحد أم كثير؟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Many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✔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There is a bench.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There are benches.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✘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There isn't a bench.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There aren't any benches.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Is there a bench?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Are there any benches?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Making plurals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איך עושים רבים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كيف نكوّن الجمع</w:t>
      </w:r>
    </w:p>
    <w:p>
      <w:pPr>
        <w:spacing w:before="0" w:after="20"/>
        <w:jc w:val="both"/>
      </w:pPr>
      <w:r>
        <w:rPr/>
        <w:t>1. Most words: + s (a pen – pens)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רוב המילים: ‎+ s (a pen – pens)‎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معظم الكلمات: ‎+ s (a pen – pens)‎</w:t>
      </w:r>
    </w:p>
    <w:p>
      <w:pPr>
        <w:spacing w:before="0" w:after="20"/>
        <w:jc w:val="both"/>
      </w:pPr>
      <w:r>
        <w:rPr/>
        <w:t>2. After s, sh, ch, x: + es (a box – boxes)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אחרי ‎s, sh, ch, x: + es (a box – boxes)‎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بعد ‎s‎ و ‎sh‎ و ‎ch‎ و ‎x: + es (a box – boxes)‎</w:t>
      </w:r>
    </w:p>
    <w:p>
      <w:pPr>
        <w:spacing w:before="0" w:after="20"/>
        <w:jc w:val="both"/>
      </w:pPr>
      <w:r>
        <w:rPr/>
        <w:t>3. Special words: child – children, man – men, woman – women, foot – feet, tooth – teeth, mouse – mice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מילים מיוחדות: ‎child – children, man – men, woman – women, foot – feet, tooth – teeth, mouse – mice‎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خاصّة: ‎child – children, man – men, woman – women, foot – feet, tooth – teeth, mouse – mice‎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How many?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כמה?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كم؟</w:t>
      </w:r>
    </w:p>
    <w:p>
      <w:pPr>
        <w:spacing w:before="0" w:after="20"/>
        <w:jc w:val="both"/>
      </w:pPr>
      <w:r>
        <w:rPr/>
        <w:t>1. How many + plural noun + are there?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‎How many +‎ שם עצם ברבים ‎+ are there?‎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‎How many +‎ اسم بصيغة الجمع ‎+ are there?‎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How many chairs are there? – There are six.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קופסה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صندوق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tree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شجرة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There is + a/an + one thing. There are + many things (books, boxes, children).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‎There is + a/an +‎ דבר אחד. ‎There are +‎ הרבה דברים ‎(books, boxes, children)‎.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‎There is + a/an +‎ شيء واحد. ‎There are +‎ أشياء كثيرة ‎(books, boxes, children)‎.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There ___ two ___ in the park. (man)</w:t>
      </w:r>
    </w:p>
    <w:p>
      <w:pPr>
        <w:spacing w:before="0" w:after="20"/>
        <w:jc w:val="both"/>
      </w:pPr>
      <w:r>
        <w:rPr/>
        <w:t>1. Two means more than one, so we use are.</w:t>
      </w:r>
    </w:p>
    <w:p>
      <w:pPr>
        <w:spacing w:before="0" w:after="20"/>
        <w:jc w:val="both"/>
      </w:pPr>
      <w:r>
        <w:rPr/>
        <w:t>2. man is a special word: the plural is men.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are, men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Check yourself – Complete. Use the table and the points: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 היעזרו בטבלה ובנקודות: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 استعن بالجدول وبالنقاط:</w:t>
      </w:r>
    </w:p>
    <w:p>
      <w:pPr>
        <w:spacing w:before="0" w:after="60"/>
        <w:jc w:val="both"/>
      </w:pPr>
      <w:r>
        <w:rPr/>
        <w:t>a. There __________ a bus at the bus stop.</w:t>
      </w:r>
    </w:p>
    <w:p>
      <w:pPr>
        <w:spacing w:before="0" w:after="60"/>
        <w:jc w:val="both"/>
      </w:pPr>
      <w:r>
        <w:rPr/>
        <w:t>b. one watch – two __________</w:t>
      </w:r>
    </w:p>
    <w:p>
      <w:pPr>
        <w:spacing w:before="0" w:after="60"/>
        <w:jc w:val="both"/>
      </w:pPr>
      <w:r>
        <w:rPr/>
        <w:t>c. There aren't __________ cookies in the jar.</w:t>
      </w:r>
    </w:p>
    <w:p>
      <w:pPr>
        <w:spacing w:before="0" w:after="60"/>
        <w:jc w:val="both"/>
      </w:pPr>
      <w:r>
        <w:rPr/>
        <w:t>d. __________ there a library in your town?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is · b. watches · c. any · d. Is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