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4   |   Worksheet</w:t>
      </w:r>
    </w:p>
    <w:p>
      <w:pPr>
        <w:spacing w:before="0" w:after="200"/>
        <w:jc w:val="left"/>
      </w:pPr>
      <w:r>
        <w:rPr>
          <w:rFonts w:ascii="Arial" w:hAnsi="Arial" w:cs="Arial"/>
          <w:sz w:val="20"/>
          <w:szCs w:val="20"/>
        </w:rPr>
        <w:t xml:space="preserve">First name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שם פרטי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الاسم الشخصي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: ______________     Last name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שם משפחה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اسم العائلة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: ______________     Class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כיתה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الصف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>: ______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0F766E"/>
          <w:sz w:val="44"/>
          <w:szCs w:val="44"/>
        </w:rPr>
        <w:t>There is / There are and plural nouns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‎There is / There are‎ ושמות עצם ברבים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‎There is / There are‎ وأسماء الجمع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Match the singular to the plural.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היחיד לרבים.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صل المفرد بالجمع.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a cat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children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a box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boxes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a child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dishes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a man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feet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a dish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men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a foot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   ] cats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Sort the plurals: + s, + es or special?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 את צורות הרבים: ‎+ s, + es‎ או מיוחדת?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 صيغ الجمع: ‎+ s‎ أم ‎+ es‎ أم خاصّة؟</w:t>
      </w:r>
    </w:p>
    <w:p>
      <w:pPr>
        <w:spacing w:before="0" w:after="80"/>
        <w:jc w:val="both"/>
      </w:pPr>
      <w:r>
        <w:rPr>
          <w:color w:val="0F766E"/>
          <w:sz w:val="24"/>
          <w:szCs w:val="24"/>
        </w:rPr>
        <w:t>Words: pens  |  buses  |  children  |  balls  |  boxes  |  teeth  |  girls  |  watches  |  mice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+ s</w:t>
            </w:r>
          </w:p>
        </w:tc>
        <w:tc>
          <w:tcPr>
            <w:tcW w:type="dxa" w:w="3326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+ es</w:t>
            </w:r>
          </w:p>
        </w:tc>
        <w:tc>
          <w:tcPr>
            <w:tcW w:type="dxa" w:w="3326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special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br/>
              <w:br/>
              <w:br/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br/>
              <w:br/>
              <w:br/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br/>
              <w:br/>
              <w:br/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Write the plural.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צורת הרבים.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صيغة الجمع.</w:t>
      </w:r>
    </w:p>
    <w:p>
      <w:pPr>
        <w:spacing w:before="0" w:after="60"/>
        <w:jc w:val="both"/>
      </w:pPr>
      <w:r>
        <w:rPr/>
        <w:t>a. one dog – two __________</w:t>
      </w:r>
    </w:p>
    <w:p>
      <w:pPr>
        <w:spacing w:before="0" w:after="60"/>
        <w:jc w:val="both"/>
      </w:pPr>
      <w:r>
        <w:rPr/>
        <w:t>b. one bus – three __________</w:t>
      </w:r>
    </w:p>
    <w:p>
      <w:pPr>
        <w:spacing w:before="0" w:after="60"/>
        <w:jc w:val="both"/>
      </w:pPr>
      <w:r>
        <w:rPr/>
        <w:t>c. one woman – four __________</w:t>
      </w:r>
    </w:p>
    <w:p>
      <w:pPr>
        <w:spacing w:before="0" w:after="60"/>
        <w:jc w:val="both"/>
      </w:pPr>
      <w:r>
        <w:rPr/>
        <w:t>d. one tooth – many __________</w:t>
      </w:r>
    </w:p>
    <w:p>
      <w:pPr>
        <w:spacing w:before="0" w:after="60"/>
        <w:jc w:val="both"/>
      </w:pPr>
      <w:r>
        <w:rPr/>
        <w:t>e. one tree – five __________</w:t>
      </w:r>
    </w:p>
    <w:p>
      <w:pPr>
        <w:spacing w:before="0" w:after="60"/>
        <w:jc w:val="both"/>
      </w:pPr>
      <w:r>
        <w:rPr/>
        <w:t>f. one fox – two __________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Complete with There is or There are.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עם ‎There is‎ או ‎There are‎.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‎There is‎ أو ‎There are‎.</w:t>
      </w:r>
    </w:p>
    <w:p>
      <w:pPr>
        <w:spacing w:before="0" w:after="60"/>
        <w:jc w:val="both"/>
      </w:pPr>
      <w:r>
        <w:rPr/>
        <w:t>a. __________ a ball in the yard.</w:t>
      </w:r>
    </w:p>
    <w:p>
      <w:pPr>
        <w:spacing w:before="0" w:after="60"/>
        <w:jc w:val="both"/>
      </w:pPr>
      <w:r>
        <w:rPr/>
        <w:t>b. __________ two bikes next to the door.</w:t>
      </w:r>
    </w:p>
    <w:p>
      <w:pPr>
        <w:spacing w:before="0" w:after="60"/>
        <w:jc w:val="both"/>
      </w:pPr>
      <w:r>
        <w:rPr/>
        <w:t>c. __________ many fish in the sea.</w:t>
      </w:r>
    </w:p>
    <w:p>
      <w:pPr>
        <w:spacing w:before="0" w:after="60"/>
        <w:jc w:val="both"/>
      </w:pPr>
      <w:r>
        <w:rPr/>
        <w:t>d. __________ an apple on the plate.</w:t>
      </w:r>
    </w:p>
    <w:p>
      <w:pPr>
        <w:spacing w:before="0" w:after="60"/>
        <w:jc w:val="both"/>
      </w:pPr>
      <w:r>
        <w:rPr/>
        <w:t>e. __________ six children in the pool.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Circle the correct word.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המילה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الكلمة الصحيحة.</w:t>
      </w:r>
    </w:p>
    <w:p>
      <w:pPr>
        <w:spacing w:before="0" w:after="20"/>
        <w:jc w:val="both"/>
      </w:pPr>
      <w:r>
        <w:rPr/>
        <w:t>a. There ___ a big tree in our garden.</w:t>
      </w:r>
    </w:p>
    <w:p>
      <w:pPr>
        <w:spacing w:before="0" w:after="80"/>
        <w:jc w:val="both"/>
      </w:pPr>
      <w:r>
        <w:rPr/>
        <w:t xml:space="preserve">   ○ is      ○ are</w:t>
      </w:r>
    </w:p>
    <w:p>
      <w:pPr>
        <w:spacing w:before="0" w:after="20"/>
        <w:jc w:val="both"/>
      </w:pPr>
      <w:r>
        <w:rPr/>
        <w:t>b. There are three ___ on the shelf.</w:t>
      </w:r>
    </w:p>
    <w:p>
      <w:pPr>
        <w:spacing w:before="0" w:after="80"/>
        <w:jc w:val="both"/>
      </w:pPr>
      <w:r>
        <w:rPr/>
        <w:t xml:space="preserve">   ○ book      ○ books</w:t>
      </w:r>
    </w:p>
    <w:p>
      <w:pPr>
        <w:spacing w:before="0" w:after="20"/>
        <w:jc w:val="both"/>
      </w:pPr>
      <w:r>
        <w:rPr/>
        <w:t>c. There aren't ___ chairs in the room.</w:t>
      </w:r>
    </w:p>
    <w:p>
      <w:pPr>
        <w:spacing w:before="0" w:after="80"/>
        <w:jc w:val="both"/>
      </w:pPr>
      <w:r>
        <w:rPr/>
        <w:t xml:space="preserve">   ○ a      ○ any</w:t>
      </w:r>
    </w:p>
    <w:p>
      <w:pPr>
        <w:spacing w:before="0" w:after="20"/>
        <w:jc w:val="both"/>
      </w:pPr>
      <w:r>
        <w:rPr/>
        <w:t>d. ___ there a pool in your building?</w:t>
      </w:r>
    </w:p>
    <w:p>
      <w:pPr>
        <w:spacing w:before="0" w:after="80"/>
        <w:jc w:val="both"/>
      </w:pPr>
      <w:r>
        <w:rPr/>
        <w:t xml:space="preserve">   ○ Is      ○ Are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Complete the table.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את הטבלה.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الجدول.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✔</w:t>
            </w:r>
          </w:p>
        </w:tc>
        <w:tc>
          <w:tcPr>
            <w:tcW w:type="dxa" w:w="4989"/>
            <w:shd w:val="clear" w:color="auto" w:fill="0f766e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✘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There is a pool.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There are cars.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There isn't a shop.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There are flowers.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True or False?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נכון או לא נכון?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صحيح أم خطأ؟ صحّح الجمل الخاطئة.</w:t>
      </w:r>
    </w:p>
    <w:p>
      <w:pPr>
        <w:spacing w:before="0" w:after="60"/>
        <w:jc w:val="both"/>
      </w:pPr>
      <w:r>
        <w:rPr/>
        <w:t>a. "There are two boxs." is correct.      True / False</w:t>
      </w:r>
    </w:p>
    <w:p>
      <w:pPr>
        <w:spacing w:before="0" w:after="60"/>
        <w:jc w:val="both"/>
      </w:pPr>
      <w:r>
        <w:rPr/>
        <w:t>b. "There is a girl in the park." is correct.      True / False</w:t>
      </w:r>
    </w:p>
    <w:p>
      <w:pPr>
        <w:spacing w:before="0" w:after="60"/>
        <w:jc w:val="both"/>
      </w:pPr>
      <w:r>
        <w:rPr/>
        <w:t>c. "There is three cats." is correct.      True / False</w:t>
      </w:r>
    </w:p>
    <w:p>
      <w:pPr>
        <w:spacing w:before="0" w:after="60"/>
        <w:jc w:val="both"/>
      </w:pPr>
      <w:r>
        <w:rPr/>
        <w:t>d. The plural of child is children.      True / False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Write the question. Then write a short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השאלה. אחר כך כתבו תשובה קצרה.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السؤال. ثم اكتب إجابة قصيرة.</w:t>
      </w:r>
    </w:p>
    <w:p>
      <w:pPr>
        <w:spacing w:before="0" w:after="100"/>
        <w:jc w:val="both"/>
      </w:pPr>
      <w:r>
        <w:rPr/>
        <w:t>a. a park / near your house? (✔)</w:t>
      </w:r>
    </w:p>
    <w:p>
      <w:pPr>
        <w:spacing w:before="0" w:after="100"/>
        <w:jc w:val="both"/>
      </w:pPr>
      <w:r>
        <w:rPr/>
        <w:t>b. any shops / on your street? (✘)</w:t>
      </w:r>
    </w:p>
    <w:p>
      <w:pPr>
        <w:spacing w:before="0" w:after="100"/>
        <w:jc w:val="both"/>
      </w:pPr>
      <w:r>
        <w:rPr/>
        <w:t>c. a computer / in your class? (✔)</w:t>
      </w:r>
    </w:p>
    <w:p>
      <w:pPr>
        <w:spacing w:before="120" w:after="40"/>
        <w:jc w:val="center"/>
      </w:pPr>
      <w:r>
        <w:rPr>
          <w:rFonts w:ascii="Arial Black" w:hAnsi="Arial Black" w:cs="Arial Black"/>
          <w:b/>
          <w:bCs/>
          <w:color w:val="0F766E"/>
          <w:sz w:val="30"/>
          <w:szCs w:val="30"/>
        </w:rPr>
        <w:t>Our School Yard</w:t>
      </w:r>
    </w:p>
    <w:p>
      <w:pPr>
        <w:spacing w:before="0" w:after="80"/>
        <w:jc w:val="both"/>
      </w:pPr>
      <w:r>
        <w:rPr/>
        <w:t>My name is Yoav. I am in class 4A. Our school yard is big. There are two tall trees and there are four benches under them. There is a small garden next to the gate. There are flowers and tomatoes in the garden.</w:t>
      </w:r>
    </w:p>
    <w:p>
      <w:pPr>
        <w:spacing w:before="0" w:after="80"/>
        <w:jc w:val="both"/>
      </w:pPr>
      <w:r>
        <w:rPr/>
        <w:t>There isn't a pool, but there is a basketball court. At break time there are many children on the court. My friends and I play there every day.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10. Read "Our School Yard". True or False?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‎"Our School Yard"‎. נכון או לא נכון?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‎"Our School Yard"‎. صحيح أم خطأ؟</w:t>
      </w:r>
    </w:p>
    <w:p>
      <w:pPr>
        <w:spacing w:before="0" w:after="60"/>
        <w:jc w:val="both"/>
      </w:pPr>
      <w:r>
        <w:rPr/>
        <w:t>a. There are four benches under the trees.      True / False</w:t>
      </w:r>
    </w:p>
    <w:p>
      <w:pPr>
        <w:spacing w:before="0" w:after="60"/>
        <w:jc w:val="both"/>
      </w:pPr>
      <w:r>
        <w:rPr/>
        <w:t>b. There is a pool in the school yard.      True / False</w:t>
      </w:r>
    </w:p>
    <w:p>
      <w:pPr>
        <w:spacing w:before="0" w:after="60"/>
        <w:jc w:val="both"/>
      </w:pPr>
      <w:r>
        <w:rPr/>
        <w:t>c. There are tomatoes in the garden.      True / False</w:t>
      </w:r>
    </w:p>
    <w:p>
      <w:pPr>
        <w:spacing w:before="0" w:after="60"/>
        <w:jc w:val="both"/>
      </w:pPr>
      <w:r>
        <w:rPr/>
        <w:t>d. The garden is next to the court.      True / False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Read the text again and answer the questions.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שוב את הטקסט וענו על השאלות.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النص مرة أخرى وأجب عن الأسئلة.</w:t>
      </w:r>
    </w:p>
    <w:p>
      <w:pPr>
        <w:spacing w:before="0" w:after="60"/>
        <w:jc w:val="both"/>
      </w:pPr>
      <w:r>
        <w:rPr/>
        <w:t>a. How many trees are there? – There are __________ trees.</w:t>
      </w:r>
    </w:p>
    <w:p>
      <w:pPr>
        <w:spacing w:before="0" w:after="60"/>
        <w:jc w:val="both"/>
      </w:pPr>
      <w:r>
        <w:rPr/>
        <w:t>b. How many benches are there? – There are __________ benches.</w:t>
      </w:r>
    </w:p>
    <w:p>
      <w:pPr>
        <w:spacing w:before="0" w:after="60"/>
        <w:jc w:val="both"/>
      </w:pPr>
      <w:r>
        <w:rPr/>
        <w:t>c. What is there next to the gate? – There is a small __________.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Complete with is, are, isn't or aren't.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עם ‎is, are, isn't‎ או ‎aren't‎.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‎is‎ أو ‎are‎ أو ‎isn't‎ أو ‎aren't‎.</w:t>
      </w:r>
    </w:p>
    <w:p>
      <w:pPr>
        <w:spacing w:before="0" w:after="60"/>
        <w:jc w:val="both"/>
      </w:pPr>
      <w:r>
        <w:rPr/>
        <w:t>a. There __________ a library in our school. (✔)</w:t>
      </w:r>
    </w:p>
    <w:p>
      <w:pPr>
        <w:spacing w:before="0" w:after="60"/>
        <w:jc w:val="both"/>
      </w:pPr>
      <w:r>
        <w:rPr/>
        <w:t>b. There __________ any cookies in the box. (✘)</w:t>
      </w:r>
    </w:p>
    <w:p>
      <w:pPr>
        <w:spacing w:before="0" w:after="60"/>
        <w:jc w:val="both"/>
      </w:pPr>
      <w:r>
        <w:rPr/>
        <w:t>c. There __________ a cat on the roof. (✘)</w:t>
      </w:r>
    </w:p>
    <w:p>
      <w:pPr>
        <w:spacing w:before="0" w:after="60"/>
        <w:jc w:val="both"/>
      </w:pPr>
      <w:r>
        <w:rPr/>
        <w:t>d. There __________ many birds in the sky. (✔)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13. Write 4 sentences about your classroom. Use There is, There are and one negative sentence.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4 משפטים על הכיתה שלכם. השתמשו ב-‎There is‎, ב-‎There are‎ ובמשפט שלילה אחד.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4 جمل عن صفّك. استعمل ‎There is‎ و ‎There are‎ وجملة نفي واحدة.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p>
      <w:pPr>
        <w:spacing w:before="0" w:after="80"/>
        <w:jc w:val="both"/>
      </w:pPr>
      <w:r>
        <w:rPr>
          <w:color w:val="99A3B5"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