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Adjectives before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שמות תואר לפני שמות עצם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الصفات قبل الأسماء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</w:rPr>
        <w:t>Summary: how to use adjectives in English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איך משתמשים בשמות תואר באנגלית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كيف نستعمل الصفات في الإنجليزية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Kinds of adjectives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סוגים של שמות תואר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أنواع الصفات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Kind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Color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red, blue, green, white, black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Size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big, small, tall, short, long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Feelings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happy, sad, angry, tired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Opinion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nice, funny, beautiful, boring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Where does the adjective go?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איפה שם התואר?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أين نضع الصفة؟</w:t>
      </w:r>
    </w:p>
    <w:p>
      <w:pPr>
        <w:spacing w:before="0" w:after="20"/>
        <w:jc w:val="both"/>
      </w:pPr>
      <w:r>
        <w:rPr/>
        <w:t>1. Before the noun: a small bird, a new bike.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לפני שם העצם: ‎a small bird, a new bike‎.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قبل الاسم: ‎a small bird, a new bike‎.</w:t>
      </w:r>
    </w:p>
    <w:p>
      <w:pPr>
        <w:spacing w:before="0" w:after="20"/>
        <w:jc w:val="both"/>
      </w:pPr>
      <w:r>
        <w:rPr/>
        <w:t>2. After is/are: The bird is small.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אחרי ‎is/are: The bird is small‎.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بعد ‎is/are: The bird is small‎.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Remember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זכרו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تذكّر</w:t>
      </w:r>
    </w:p>
    <w:p>
      <w:pPr>
        <w:spacing w:before="0" w:after="20"/>
        <w:jc w:val="both"/>
      </w:pPr>
      <w:r>
        <w:rPr/>
        <w:t>1. No -s on adjectives: two small birds.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בלי -‎s‎ בשמות תואר: ‎two small birds‎.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لا -‎s‎ في الصفات: ‎two small birds‎.</w:t>
      </w:r>
    </w:p>
    <w:p>
      <w:pPr>
        <w:spacing w:before="0" w:after="20"/>
        <w:jc w:val="both"/>
      </w:pPr>
      <w:r>
        <w:rPr/>
        <w:t>2. a or an? an + a, e, i, o, u sound: an old man, an orange bag.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‎a‎ או ‎an?‎‏ ‎an‎ לפני צליל ‎a, e, i, o, u: an old man, an orange bag‎.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‎a‎ أم ‎an‎؟ ‎an‎ قبل صوت ‎a, e, i, o, u: an old man, an orange bag‎.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אדום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أحمر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29737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297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מכונית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سيارة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c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black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שחור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أسود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582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u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58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house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بيت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Adjective first, then the noun: a big house. And never add -s to an adjective: big houses.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קודם שם התואר, ואחריו שם העצם: ‎a big house‎. ולעולם לא מוסיפים -‎s‎ לשם תואר: ‎big houses‎.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الصفة أولًا ثم الاسم: ‎a big house‎. ولا نضيف -‎s‎ إلى الصفة أبدًا: ‎big houses‎.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Write in the correct order: car / a / fast / red</w:t>
      </w:r>
    </w:p>
    <w:p>
      <w:pPr>
        <w:spacing w:before="0" w:after="20"/>
        <w:jc w:val="both"/>
      </w:pPr>
      <w:r>
        <w:rPr/>
        <w:t>1. Start with a.</w:t>
      </w:r>
    </w:p>
    <w:p>
      <w:pPr>
        <w:spacing w:before="0" w:after="20"/>
        <w:jc w:val="both"/>
      </w:pPr>
      <w:r>
        <w:rPr/>
        <w:t>2. Adjectives come before the noun car.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a fast red car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Check yourself – Complete. Use the table and the points: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 היעזרו בטבלה ובנקודות: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 استعن بالجدول وبالنقاط:</w:t>
      </w:r>
    </w:p>
    <w:p>
      <w:pPr>
        <w:spacing w:before="0" w:after="60"/>
        <w:jc w:val="both"/>
      </w:pPr>
      <w:r>
        <w:rPr/>
        <w:t>a. I have a __________ bike. (new)</w:t>
      </w:r>
    </w:p>
    <w:p>
      <w:pPr>
        <w:spacing w:before="0" w:after="60"/>
        <w:jc w:val="both"/>
      </w:pPr>
      <w:r>
        <w:rPr/>
        <w:t>b. They are __________ girls. (happy)</w:t>
      </w:r>
    </w:p>
    <w:p>
      <w:pPr>
        <w:spacing w:before="0" w:after="60"/>
        <w:jc w:val="both"/>
      </w:pPr>
      <w:r>
        <w:rPr/>
        <w:t>c. It is __________ elephant. (a / an)</w:t>
      </w:r>
    </w:p>
    <w:p>
      <w:pPr>
        <w:spacing w:before="0" w:after="60"/>
        <w:jc w:val="both"/>
      </w:pPr>
      <w:r>
        <w:rPr/>
        <w:t>d. The __________ are hungry. (cats / cat)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new · b. happy · c. an · d. cats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