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4   |   Worksheet</w:t>
      </w:r>
    </w:p>
    <w:p>
      <w:pPr>
        <w:spacing w:before="0" w:after="200"/>
        <w:jc w:val="left"/>
      </w:pPr>
      <w:r>
        <w:rPr>
          <w:rFonts w:ascii="Arial" w:hAnsi="Arial" w:cs="Arial"/>
          <w:sz w:val="20"/>
          <w:szCs w:val="20"/>
        </w:rPr>
        <w:t xml:space="preserve">First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פרטי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الاسم الشخصي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Last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משפחה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اسم العائلة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Class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כיתה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الصف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>: ______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</w:rPr>
        <w:t>Adjectives before nouns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שמות תואר לפני שמות עצם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الصفات قبل الأسماء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Match the opposites.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ההפכים.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صل الأضداد.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big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new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tall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short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happy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cold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hot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sad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old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slow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fast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small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Sort the adjectives.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שמות התואר.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الصفات.</w:t>
      </w:r>
    </w:p>
    <w:p>
      <w:pPr>
        <w:spacing w:before="0" w:after="80"/>
        <w:jc w:val="both"/>
      </w:pPr>
      <w:r>
        <w:rPr>
          <w:color w:val="3F6212"/>
          <w:sz w:val="24"/>
          <w:szCs w:val="24"/>
        </w:rPr>
        <w:t>Words: red  |  big  |  happy  |  green  |  small  |  sad  |  blue  |  long  |  tired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Color</w:t>
            </w:r>
          </w:p>
        </w:tc>
        <w:tc>
          <w:tcPr>
            <w:tcW w:type="dxa" w:w="3326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Size</w:t>
            </w:r>
          </w:p>
        </w:tc>
        <w:tc>
          <w:tcPr>
            <w:tcW w:type="dxa" w:w="3326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Feelings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Choose the correct order.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בחרו את הסדר הנכון.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اختر الترتيب الصحيح.</w:t>
      </w:r>
    </w:p>
    <w:p>
      <w:pPr>
        <w:spacing w:before="0" w:after="20"/>
        <w:jc w:val="both"/>
      </w:pPr>
      <w:r>
        <w:rPr/>
        <w:t>a. I have ___.</w:t>
      </w:r>
    </w:p>
    <w:p>
      <w:pPr>
        <w:spacing w:before="0" w:after="80"/>
        <w:jc w:val="both"/>
      </w:pPr>
      <w:r>
        <w:rPr/>
        <w:t xml:space="preserve">   ○ a dog brown      ○ a brown dog</w:t>
      </w:r>
    </w:p>
    <w:p>
      <w:pPr>
        <w:spacing w:before="0" w:after="20"/>
        <w:jc w:val="both"/>
      </w:pPr>
      <w:r>
        <w:rPr/>
        <w:t>b. She has ___.</w:t>
      </w:r>
    </w:p>
    <w:p>
      <w:pPr>
        <w:spacing w:before="0" w:after="80"/>
        <w:jc w:val="both"/>
      </w:pPr>
      <w:r>
        <w:rPr/>
        <w:t xml:space="preserve">   ○ long hair      ○ hair long</w:t>
      </w:r>
    </w:p>
    <w:p>
      <w:pPr>
        <w:spacing w:before="0" w:after="20"/>
        <w:jc w:val="both"/>
      </w:pPr>
      <w:r>
        <w:rPr/>
        <w:t>c. They are ___.</w:t>
      </w:r>
    </w:p>
    <w:p>
      <w:pPr>
        <w:spacing w:before="0" w:after="80"/>
        <w:jc w:val="both"/>
      </w:pPr>
      <w:r>
        <w:rPr/>
        <w:t xml:space="preserve">   ○ boys funny      ○ funny boys</w:t>
      </w:r>
    </w:p>
    <w:p>
      <w:pPr>
        <w:spacing w:before="0" w:after="20"/>
        <w:jc w:val="both"/>
      </w:pPr>
      <w:r>
        <w:rPr/>
        <w:t>d. Look at the ___!</w:t>
      </w:r>
    </w:p>
    <w:p>
      <w:pPr>
        <w:spacing w:before="0" w:after="80"/>
        <w:jc w:val="both"/>
      </w:pPr>
      <w:r>
        <w:rPr/>
        <w:t xml:space="preserve">   ○ flowers beautiful      ○ beautiful flowers      ○ beautifuls flowers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Complete with an adjective from the bank.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שם תואר מהמחסן.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بصفة من بنك الكلمات.</w:t>
      </w:r>
    </w:p>
    <w:p>
      <w:pPr>
        <w:spacing w:before="0" w:after="80"/>
        <w:jc w:val="both"/>
      </w:pPr>
      <w:r>
        <w:rPr>
          <w:color w:val="3F6212"/>
          <w:sz w:val="24"/>
          <w:szCs w:val="24"/>
        </w:rPr>
        <w:t>Word bank: hungry  |  hot  |  new  |  tall  |  cold  |  small</w:t>
      </w:r>
    </w:p>
    <w:p>
      <w:pPr>
        <w:spacing w:before="0" w:after="60"/>
        <w:jc w:val="both"/>
      </w:pPr>
      <w:r>
        <w:rPr/>
        <w:t>a. I want a sandwich. I am __________.</w:t>
      </w:r>
    </w:p>
    <w:p>
      <w:pPr>
        <w:spacing w:before="0" w:after="60"/>
        <w:jc w:val="both"/>
      </w:pPr>
      <w:r>
        <w:rPr/>
        <w:t>b. The basketball player is very __________.</w:t>
      </w:r>
    </w:p>
    <w:p>
      <w:pPr>
        <w:spacing w:before="0" w:after="60"/>
        <w:jc w:val="both"/>
      </w:pPr>
      <w:r>
        <w:rPr/>
        <w:t>c. Put on a coat. It is __________ outside.</w:t>
      </w:r>
    </w:p>
    <w:p>
      <w:pPr>
        <w:spacing w:before="0" w:after="60"/>
        <w:jc w:val="both"/>
      </w:pPr>
      <w:r>
        <w:rPr/>
        <w:t>d. A mouse is a __________ animal.</w:t>
      </w:r>
    </w:p>
    <w:p>
      <w:pPr>
        <w:spacing w:before="0" w:after="60"/>
        <w:jc w:val="both"/>
      </w:pPr>
      <w:r>
        <w:rPr/>
        <w:t>e. Don't touch the tea! It's __________.</w:t>
      </w:r>
    </w:p>
    <w:p>
      <w:pPr>
        <w:spacing w:before="0" w:after="60"/>
        <w:jc w:val="both"/>
      </w:pPr>
      <w:r>
        <w:rPr/>
        <w:t>f. Look at my __________ shoes. I got them today!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Write a or an.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‎a‎ או ‎an‎.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‎a‎ أو ‎an‎.</w:t>
      </w:r>
    </w:p>
    <w:p>
      <w:pPr>
        <w:spacing w:before="0" w:after="60"/>
        <w:jc w:val="both"/>
      </w:pPr>
      <w:r>
        <w:rPr/>
        <w:t>a. __________ big apple</w:t>
      </w:r>
    </w:p>
    <w:p>
      <w:pPr>
        <w:spacing w:before="0" w:after="60"/>
        <w:jc w:val="both"/>
      </w:pPr>
      <w:r>
        <w:rPr/>
        <w:t>b. __________ old man</w:t>
      </w:r>
    </w:p>
    <w:p>
      <w:pPr>
        <w:spacing w:before="0" w:after="60"/>
        <w:jc w:val="both"/>
      </w:pPr>
      <w:r>
        <w:rPr/>
        <w:t>c. __________ orange ball</w:t>
      </w:r>
    </w:p>
    <w:p>
      <w:pPr>
        <w:spacing w:before="0" w:after="60"/>
        <w:jc w:val="both"/>
      </w:pPr>
      <w:r>
        <w:rPr/>
        <w:t>d. __________ new book</w:t>
      </w:r>
    </w:p>
    <w:p>
      <w:pPr>
        <w:spacing w:before="0" w:after="60"/>
        <w:jc w:val="both"/>
      </w:pPr>
      <w:r>
        <w:rPr/>
        <w:t>e. __________ elephant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Rewrite the sentence with the adjective before the noun.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שוב את המשפט, עם שם התואר לפני שם העצם.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أعد كتابة الجملة مع وضع الصفة قبل الاسم.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Sentence</w:t>
            </w:r>
          </w:p>
        </w:tc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Adjective + noun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The car is red.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The dog is small.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The girls are happy.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The house is old.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True or False?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صحّح الجمل الخاطئة.</w:t>
      </w:r>
    </w:p>
    <w:p>
      <w:pPr>
        <w:spacing w:before="0" w:after="60"/>
        <w:jc w:val="both"/>
      </w:pPr>
      <w:r>
        <w:rPr/>
        <w:t>a. "a ball red" is correct.      True / False</w:t>
      </w:r>
    </w:p>
    <w:p>
      <w:pPr>
        <w:spacing w:before="0" w:after="60"/>
        <w:jc w:val="both"/>
      </w:pPr>
      <w:r>
        <w:rPr/>
        <w:t>b. "two bigs dogs" is correct.      True / False</w:t>
      </w:r>
    </w:p>
    <w:p>
      <w:pPr>
        <w:spacing w:before="0" w:after="60"/>
        <w:jc w:val="both"/>
      </w:pPr>
      <w:r>
        <w:rPr/>
        <w:t>c. "The sky is blue." is correct.      True / False</w:t>
      </w:r>
    </w:p>
    <w:p>
      <w:pPr>
        <w:spacing w:before="0" w:after="60"/>
        <w:jc w:val="both"/>
      </w:pPr>
      <w:r>
        <w:rPr/>
        <w:t>d. "an old woman" is correct.      True / False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Put the words in order and write the sentence.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סדרו את המילים וכתבו את המשפט.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رتّب الكلمات واكتب الجملة.</w:t>
      </w:r>
    </w:p>
    <w:p>
      <w:pPr>
        <w:spacing w:before="0" w:after="100"/>
        <w:jc w:val="both"/>
      </w:pPr>
      <w:r>
        <w:rPr/>
        <w:t>a. has / Noa / a / cat / white</w:t>
      </w:r>
    </w:p>
    <w:p>
      <w:pPr>
        <w:spacing w:before="0" w:after="100"/>
        <w:jc w:val="both"/>
      </w:pPr>
      <w:r>
        <w:rPr/>
        <w:t>b. is / a / Tom / boy / tall</w:t>
      </w:r>
    </w:p>
    <w:p>
      <w:pPr>
        <w:spacing w:before="0" w:after="100"/>
        <w:jc w:val="both"/>
      </w:pPr>
      <w:r>
        <w:rPr/>
        <w:t>c. are / green / the / leaves</w:t>
      </w:r>
    </w:p>
    <w:p>
      <w:pPr>
        <w:spacing w:before="0" w:after="100"/>
        <w:jc w:val="both"/>
      </w:pPr>
      <w:r>
        <w:rPr/>
        <w:t>d. new / I / have / a / bag</w:t>
      </w:r>
    </w:p>
    <w:p>
      <w:pPr>
        <w:spacing w:before="120" w:after="40"/>
        <w:jc w:val="center"/>
      </w:pPr>
      <w:r>
        <w:rPr>
          <w:rFonts w:ascii="Arial Black" w:hAnsi="Arial Black" w:cs="Arial Black"/>
          <w:b/>
          <w:bCs/>
          <w:color w:val="3F6212"/>
          <w:sz w:val="30"/>
          <w:szCs w:val="30"/>
        </w:rPr>
        <w:t>My Grandpa's Farm</w:t>
      </w:r>
    </w:p>
    <w:p>
      <w:pPr>
        <w:spacing w:before="0" w:after="80"/>
        <w:jc w:val="both"/>
      </w:pPr>
      <w:r>
        <w:rPr/>
        <w:t>My grandpa has a small farm near Afula. There is an old red house and a big green field. On the farm there are brown cows and white chickens. There is a black horse, too. His name is Storm. He is very fast.</w:t>
      </w:r>
    </w:p>
    <w:p>
      <w:pPr>
        <w:spacing w:before="0" w:after="80"/>
        <w:jc w:val="both"/>
      </w:pPr>
      <w:r>
        <w:rPr/>
        <w:t>I love the farm. The air is fresh and the eggs are delicious. My grandpa is a kind man with a long white beard. He is always happy to see me.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Read "My Grandpa's Farm". Complete with adjectives from the text.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‎"My Grandpa's Farm"‎. השלימו עם שמות תואר מהטקסט.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‎"My Grandpa's Farm"‎. أكمل بصفات من النص.</w:t>
      </w:r>
    </w:p>
    <w:p>
      <w:pPr>
        <w:spacing w:before="0" w:after="60"/>
        <w:jc w:val="both"/>
      </w:pPr>
      <w:r>
        <w:rPr/>
        <w:t>a. There is an __________ red house.</w:t>
      </w:r>
    </w:p>
    <w:p>
      <w:pPr>
        <w:spacing w:before="0" w:after="60"/>
        <w:jc w:val="both"/>
      </w:pPr>
      <w:r>
        <w:rPr/>
        <w:t>b. There are __________ cows.</w:t>
      </w:r>
    </w:p>
    <w:p>
      <w:pPr>
        <w:spacing w:before="0" w:after="60"/>
        <w:jc w:val="both"/>
      </w:pPr>
      <w:r>
        <w:rPr/>
        <w:t>c. The horse is black and very __________.</w:t>
      </w:r>
    </w:p>
    <w:p>
      <w:pPr>
        <w:spacing w:before="0" w:after="60"/>
        <w:jc w:val="both"/>
      </w:pPr>
      <w:r>
        <w:rPr/>
        <w:t>d. Grandpa has a long __________ beard.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Read the text again. Choose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שוב את הטקסט. בחרו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النص مرة أخرى. اختر الإجابة الصحيحة.</w:t>
      </w:r>
    </w:p>
    <w:p>
      <w:pPr>
        <w:spacing w:before="0" w:after="20"/>
        <w:jc w:val="both"/>
      </w:pPr>
      <w:r>
        <w:rPr/>
        <w:t>a. Where is the farm?</w:t>
      </w:r>
    </w:p>
    <w:p>
      <w:pPr>
        <w:spacing w:before="0" w:after="80"/>
        <w:jc w:val="both"/>
      </w:pPr>
      <w:r>
        <w:rPr/>
        <w:t xml:space="preserve">   ○ near Afula      ○ near Eilat      ○ in Tel Aviv</w:t>
      </w:r>
    </w:p>
    <w:p>
      <w:pPr>
        <w:spacing w:before="0" w:after="20"/>
        <w:jc w:val="both"/>
      </w:pPr>
      <w:r>
        <w:rPr/>
        <w:t>b. What is Storm?</w:t>
      </w:r>
    </w:p>
    <w:p>
      <w:pPr>
        <w:spacing w:before="0" w:after="80"/>
        <w:jc w:val="both"/>
      </w:pPr>
      <w:r>
        <w:rPr/>
        <w:t xml:space="preserve">   ○ a dog      ○ a cow      ○ a horse</w:t>
      </w:r>
    </w:p>
    <w:p>
      <w:pPr>
        <w:spacing w:before="0" w:after="20"/>
        <w:jc w:val="both"/>
      </w:pPr>
      <w:r>
        <w:rPr/>
        <w:t>c. What is Grandpa like?</w:t>
      </w:r>
    </w:p>
    <w:p>
      <w:pPr>
        <w:spacing w:before="0" w:after="80"/>
        <w:jc w:val="both"/>
      </w:pPr>
      <w:r>
        <w:rPr/>
        <w:t xml:space="preserve">   ○ kind      ○ angry      ○ sad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Read the text again. True or False?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שוב את הטקסט. נכון או לא נכון?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النص مرة أخرى. صحيح أم خطأ؟</w:t>
      </w:r>
    </w:p>
    <w:p>
      <w:pPr>
        <w:spacing w:before="0" w:after="60"/>
        <w:jc w:val="both"/>
      </w:pPr>
      <w:r>
        <w:rPr/>
        <w:t>a. The field is green.      True / False</w:t>
      </w:r>
    </w:p>
    <w:p>
      <w:pPr>
        <w:spacing w:before="0" w:after="60"/>
        <w:jc w:val="both"/>
      </w:pPr>
      <w:r>
        <w:rPr/>
        <w:t>b. The chickens are brown.      True / False</w:t>
      </w:r>
    </w:p>
    <w:p>
      <w:pPr>
        <w:spacing w:before="0" w:after="60"/>
        <w:jc w:val="both"/>
      </w:pPr>
      <w:r>
        <w:rPr/>
        <w:t>c. The eggs are delicious.      True / False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Describe your favorite animal or toy in 3 sentences. Use at least 3 adjectives.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תארו את החיה או הצעצוע האהובים עליכם ב-3 משפטים. השתמשו לפחות ב-3 שמות תואר.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صِف حيوانك المفضّل أو لعبتك المفضّلة في 3 جمل. استعمل 3 صفات على الأقل.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