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Adjectives before nouns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opposites.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ההפכים.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الأضداد.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big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new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tall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short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happy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cold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hot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sad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old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slow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fast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small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 the adjectives.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שמות התואר.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الصفات.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Color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Size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Feelings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red, green, blue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big, small, long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happy, sad, tired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Choose the correct order.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בחרו את הסדר הנכון.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اختر الترتيب الصحيح.</w:t>
      </w:r>
    </w:p>
    <w:p>
      <w:pPr>
        <w:spacing w:before="0" w:after="20"/>
        <w:jc w:val="both"/>
      </w:pPr>
      <w:r>
        <w:rPr/>
        <w:t>a. I have ___.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 brown dog</w:t>
      </w:r>
    </w:p>
    <w:p>
      <w:pPr>
        <w:spacing w:before="0" w:after="20"/>
        <w:jc w:val="both"/>
      </w:pPr>
      <w:r>
        <w:rPr/>
        <w:t>b. She has ___.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long hair</w:t>
      </w:r>
    </w:p>
    <w:p>
      <w:pPr>
        <w:spacing w:before="0" w:after="20"/>
        <w:jc w:val="both"/>
      </w:pPr>
      <w:r>
        <w:rPr/>
        <w:t>c. They are ___.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funny boys</w:t>
      </w:r>
    </w:p>
    <w:p>
      <w:pPr>
        <w:spacing w:before="0" w:after="20"/>
        <w:jc w:val="both"/>
      </w:pPr>
      <w:r>
        <w:rPr/>
        <w:t>d. Look at the ___!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beautiful flowers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an adjective from the bank.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שם תואר מהמחסן.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بصفة من بنك الكلمات.</w:t>
      </w:r>
    </w:p>
    <w:p>
      <w:pPr>
        <w:spacing w:before="0" w:after="40"/>
        <w:jc w:val="both"/>
      </w:pPr>
      <w:r>
        <w:rPr/>
        <w:t>a. I want a sandwich. I am hungry.</w:t>
      </w:r>
    </w:p>
    <w:p>
      <w:pPr>
        <w:spacing w:before="0" w:after="40"/>
        <w:jc w:val="both"/>
      </w:pPr>
      <w:r>
        <w:rPr/>
        <w:t>b. The basketball player is very tall.</w:t>
      </w:r>
    </w:p>
    <w:p>
      <w:pPr>
        <w:spacing w:before="0" w:after="40"/>
        <w:jc w:val="both"/>
      </w:pPr>
      <w:r>
        <w:rPr/>
        <w:t>c. Put on a coat. It is cold outside.</w:t>
      </w:r>
    </w:p>
    <w:p>
      <w:pPr>
        <w:spacing w:before="0" w:after="40"/>
        <w:jc w:val="both"/>
      </w:pPr>
      <w:r>
        <w:rPr/>
        <w:t>d. A mouse is a small animal.</w:t>
      </w:r>
    </w:p>
    <w:p>
      <w:pPr>
        <w:spacing w:before="0" w:after="40"/>
        <w:jc w:val="both"/>
      </w:pPr>
      <w:r>
        <w:rPr/>
        <w:t>e. Don't touch the tea! It's hot.</w:t>
      </w:r>
    </w:p>
    <w:p>
      <w:pPr>
        <w:spacing w:before="0" w:after="40"/>
        <w:jc w:val="both"/>
      </w:pPr>
      <w:r>
        <w:rPr/>
        <w:t>f. Look at my new shoes. I got them today!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Write a or an.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‎a‎ או ‎an‎.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‎a‎ أو ‎an‎.</w:t>
      </w:r>
    </w:p>
    <w:p>
      <w:pPr>
        <w:spacing w:before="0" w:after="40"/>
        <w:jc w:val="both"/>
      </w:pPr>
      <w:r>
        <w:rPr/>
        <w:t>a. a big apple</w:t>
      </w:r>
    </w:p>
    <w:p>
      <w:pPr>
        <w:spacing w:before="0" w:after="40"/>
        <w:jc w:val="both"/>
      </w:pPr>
      <w:r>
        <w:rPr/>
        <w:t>b. an old man</w:t>
      </w:r>
    </w:p>
    <w:p>
      <w:pPr>
        <w:spacing w:before="0" w:after="40"/>
        <w:jc w:val="both"/>
      </w:pPr>
      <w:r>
        <w:rPr/>
        <w:t>c. an orange ball</w:t>
      </w:r>
    </w:p>
    <w:p>
      <w:pPr>
        <w:spacing w:before="0" w:after="40"/>
        <w:jc w:val="both"/>
      </w:pPr>
      <w:r>
        <w:rPr/>
        <w:t>d. a new book</w:t>
      </w:r>
    </w:p>
    <w:p>
      <w:pPr>
        <w:spacing w:before="0" w:after="40"/>
        <w:jc w:val="both"/>
      </w:pPr>
      <w:r>
        <w:rPr/>
        <w:t>e. an elephant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Rewrite the sentence with the adjective before the noun.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שוב את המשפט, עם שם התואר לפני שם העצם.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أعد كتابة الجملة مع وضع الصفة قبل الاسم.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Sentence</w:t>
            </w:r>
          </w:p>
        </w:tc>
        <w:tc>
          <w:tcPr>
            <w:tcW w:type="dxa" w:w="4989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Adjective + noun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car is red.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a red car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dog is small.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a small dog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girls are happy.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happy girls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 house is old.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an old house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"a ball red" is correct. – False – a red ball</w:t>
      </w:r>
    </w:p>
    <w:p>
      <w:pPr>
        <w:spacing w:before="0" w:after="40"/>
        <w:jc w:val="both"/>
      </w:pPr>
      <w:r>
        <w:rPr/>
        <w:t>b. "two bigs dogs" is correct. – False – two big dogs</w:t>
      </w:r>
    </w:p>
    <w:p>
      <w:pPr>
        <w:spacing w:before="0" w:after="40"/>
        <w:jc w:val="both"/>
      </w:pPr>
      <w:r>
        <w:rPr/>
        <w:t>c. "The sky is blue." is correct. – True</w:t>
      </w:r>
    </w:p>
    <w:p>
      <w:pPr>
        <w:spacing w:before="0" w:after="40"/>
        <w:jc w:val="both"/>
      </w:pPr>
      <w:r>
        <w:rPr/>
        <w:t>d. "an old woman" is correct.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Put the words in order and write the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סדרו את המילים וכתבו את המשפט.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رتّب الكلمات واكتب الجملة.</w:t>
      </w:r>
    </w:p>
    <w:p>
      <w:pPr>
        <w:spacing w:before="0" w:after="100"/>
        <w:jc w:val="both"/>
      </w:pPr>
      <w:r>
        <w:rPr/>
        <w:t>a. has / Noa / a / cat / white  → Noa has a white cat.</w:t>
      </w:r>
    </w:p>
    <w:p>
      <w:pPr>
        <w:spacing w:before="0" w:after="100"/>
        <w:jc w:val="both"/>
      </w:pPr>
      <w:r>
        <w:rPr/>
        <w:t>b. is / a / Tom / boy / tall  → Tom is a tall boy.</w:t>
      </w:r>
    </w:p>
    <w:p>
      <w:pPr>
        <w:spacing w:before="0" w:after="100"/>
        <w:jc w:val="both"/>
      </w:pPr>
      <w:r>
        <w:rPr/>
        <w:t>c. are / green / the / leaves  → The leaves are green.</w:t>
      </w:r>
    </w:p>
    <w:p>
      <w:pPr>
        <w:spacing w:before="0" w:after="100"/>
        <w:jc w:val="both"/>
      </w:pPr>
      <w:r>
        <w:rPr/>
        <w:t>d. new / I / have / a / bag  → I have a new bag.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"My Grandpa's Farm". Complete with adjectives from the text.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‎"My Grandpa's Farm"‎. השלימו עם שמות תואר מהטקסט.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‎"My Grandpa's Farm"‎. أكمل بصفات من النص.</w:t>
      </w:r>
    </w:p>
    <w:p>
      <w:pPr>
        <w:spacing w:before="0" w:after="40"/>
        <w:jc w:val="both"/>
      </w:pPr>
      <w:r>
        <w:rPr/>
        <w:t>a. There is an old red house.</w:t>
      </w:r>
    </w:p>
    <w:p>
      <w:pPr>
        <w:spacing w:before="0" w:after="40"/>
        <w:jc w:val="both"/>
      </w:pPr>
      <w:r>
        <w:rPr/>
        <w:t>b. There are brown cows.</w:t>
      </w:r>
    </w:p>
    <w:p>
      <w:pPr>
        <w:spacing w:before="0" w:after="40"/>
        <w:jc w:val="both"/>
      </w:pPr>
      <w:r>
        <w:rPr/>
        <w:t>c. The horse is black and very fast.</w:t>
      </w:r>
    </w:p>
    <w:p>
      <w:pPr>
        <w:spacing w:before="0" w:after="40"/>
        <w:jc w:val="both"/>
      </w:pPr>
      <w:r>
        <w:rPr/>
        <w:t>d. Grandpa has a long white beard.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the text again. Choose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בחרו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اختر الإجابة الصحيحة.</w:t>
      </w:r>
    </w:p>
    <w:p>
      <w:pPr>
        <w:spacing w:before="0" w:after="20"/>
        <w:jc w:val="both"/>
      </w:pPr>
      <w:r>
        <w:rPr/>
        <w:t>a. Where is the farm?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near Afula</w:t>
      </w:r>
    </w:p>
    <w:p>
      <w:pPr>
        <w:spacing w:before="0" w:after="20"/>
        <w:jc w:val="both"/>
      </w:pPr>
      <w:r>
        <w:rPr/>
        <w:t>b. What is Storm?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a horse</w:t>
      </w:r>
    </w:p>
    <w:p>
      <w:pPr>
        <w:spacing w:before="0" w:after="20"/>
        <w:jc w:val="both"/>
      </w:pPr>
      <w:r>
        <w:rPr/>
        <w:t>c. What is Grandpa like?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kind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Read the text again.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أخرى. صحيح أم خطأ؟</w:t>
      </w:r>
    </w:p>
    <w:p>
      <w:pPr>
        <w:spacing w:before="0" w:after="40"/>
        <w:jc w:val="both"/>
      </w:pPr>
      <w:r>
        <w:rPr/>
        <w:t>a. The field is green. – True</w:t>
      </w:r>
    </w:p>
    <w:p>
      <w:pPr>
        <w:spacing w:before="0" w:after="40"/>
        <w:jc w:val="both"/>
      </w:pPr>
      <w:r>
        <w:rPr/>
        <w:t>b. The chickens are brown. – False – The chickens are white.</w:t>
      </w:r>
    </w:p>
    <w:p>
      <w:pPr>
        <w:spacing w:before="0" w:after="40"/>
        <w:jc w:val="both"/>
      </w:pPr>
      <w:r>
        <w:rPr/>
        <w:t>c. The eggs are delicious. – True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Describe your favorite animal or toy in 3 sentences. Use at least 3 adjectives.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תארו את החיה או הצעצוע האהובים עליכם ב-3 משפטים. השתמשו לפחות ב-3 שמות תואר.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صِف حيوانك المفضّل أو لعبتك المفضّلة في 3 جمل. استعمل 3 صفات على الأقل.</w:t>
      </w:r>
    </w:p>
    <w:p>
      <w:pPr>
        <w:spacing w:before="0" w:after="80"/>
        <w:jc w:val="both"/>
      </w:pPr>
      <w:r>
        <w:rPr>
          <w:color w:val="0F7A4F"/>
        </w:rPr>
        <w:t>Possible answer: I have a small white dog. He has big brown eyes. He is very funny and friendly.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