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Imperatives and "Let's…"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ציווי ו-‎"Let's…"‎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الأمر و ‎"Let's…"‎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</w:rPr>
        <w:t>Summary: giving instructions and making suggestions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נותנים הוראות ומציעים הצעות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إعطاء التعليمات وتقديم الاقتراحات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Three patterns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שלוש תבניות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ثلاثة أنماط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Pattern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Use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Verb + …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 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Wash your hands.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Don't + verb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don't do 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Don't eat in class.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Let's + verb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do it together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Let's sing a song.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Be polite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דברו בנימוס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كُن مهذّبًا</w:t>
      </w:r>
    </w:p>
    <w:p>
      <w:pPr>
        <w:spacing w:before="0" w:after="20"/>
        <w:jc w:val="both"/>
      </w:pPr>
      <w:r>
        <w:rPr/>
        <w:t>1. Add please: Please sit down. / Sit down, please.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הוסיפו ‎please: Please sit down. / Sit down, please‎.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أضف ‎please: Please sit down. / Sit down, please‎.</w:t>
      </w:r>
    </w:p>
    <w:p>
      <w:pPr>
        <w:spacing w:before="0" w:after="20"/>
        <w:jc w:val="both"/>
      </w:pPr>
      <w:r>
        <w:rPr/>
        <w:t>2. Answer a suggestion: Good idea! / OK! / Sorry, I can't.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להצעה: ‎Good idea! / OK! / Sorry, I can't‎.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ردّ على اقتراح: ‎Good idea! / OK! / Sorry, I can't‎.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Where do we see imperatives?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איפה אנחנו פוגשים ציווי?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أين نرى صيغة الأمر؟</w:t>
      </w:r>
    </w:p>
    <w:p>
      <w:pPr>
        <w:spacing w:before="0" w:after="20"/>
        <w:jc w:val="both"/>
      </w:pPr>
      <w:r>
        <w:rPr/>
        <w:t>1. class rules, recipes, signs and games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כללי כיתה, מתכונים, שלטים ומשחקים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قواعد الصف، الوصفات، اللافتات والألعاب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Mix the eggs. Don't swim here. Turn left.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84769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o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8476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door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דלת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7600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n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76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hand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יד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يد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0713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k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071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עוגה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كعكة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Imperative = verb first (Close the door). Don't + verb = no (Don't close the door). Let's + verb = we do it together.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ציווי = הפועל ראשון ‎(Close the door).‎‏ ‎Don't +‎ פועל = לא ‎(Don't close the door).‎‏ ‎Let's +‎ פועל = עושים את זה ביחד.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الأمر = الفعل أولًا ‎(Close the door).‎‏ ‎Don't +‎ فعل = لا ‎(Don't close the door).‎‏ ‎Let's +‎ فعل = نفعل ذلك معًا.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Make a negative imperative: You shout in the library.</w:t>
      </w:r>
    </w:p>
    <w:p>
      <w:pPr>
        <w:spacing w:before="0" w:after="20"/>
        <w:jc w:val="both"/>
      </w:pPr>
      <w:r>
        <w:rPr/>
        <w:t>1. Start with Don't.</w:t>
      </w:r>
    </w:p>
    <w:p>
      <w:pPr>
        <w:spacing w:before="0" w:after="20"/>
        <w:jc w:val="both"/>
      </w:pPr>
      <w:r>
        <w:rPr/>
        <w:t>2. Then the verb without you: shout.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Don't shout in the library.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Check yourself – Complete. Use the table: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 היעזרו בטבלה: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 استعن بالجدول:</w:t>
      </w:r>
    </w:p>
    <w:p>
      <w:pPr>
        <w:spacing w:before="0" w:after="60"/>
        <w:jc w:val="both"/>
      </w:pPr>
      <w:r>
        <w:rPr/>
        <w:t>a. __________ your teeth before bed. (brush)</w:t>
      </w:r>
    </w:p>
    <w:p>
      <w:pPr>
        <w:spacing w:before="0" w:after="60"/>
        <w:jc w:val="both"/>
      </w:pPr>
      <w:r>
        <w:rPr/>
        <w:t>b. __________ eat in the computer room!</w:t>
      </w:r>
    </w:p>
    <w:p>
      <w:pPr>
        <w:spacing w:before="0" w:after="60"/>
        <w:jc w:val="both"/>
      </w:pPr>
      <w:r>
        <w:rPr/>
        <w:t>c. It's hot. __________ go swimming!</w:t>
      </w:r>
    </w:p>
    <w:p>
      <w:pPr>
        <w:spacing w:before="0" w:after="60"/>
        <w:jc w:val="both"/>
      </w:pPr>
      <w:r>
        <w:rPr/>
        <w:t>d. __________ be late for school, please.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Brush · b. Don't · c. Let's · d. Don't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