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4   |   Worksheet</w:t>
      </w:r>
    </w:p>
    <w:p>
      <w:pPr>
        <w:spacing w:before="0" w:after="200"/>
        <w:jc w:val="left"/>
      </w:pPr>
      <w:r>
        <w:rPr>
          <w:rFonts w:ascii="Arial" w:hAnsi="Arial" w:cs="Arial"/>
          <w:sz w:val="20"/>
          <w:szCs w:val="20"/>
        </w:rPr>
        <w:t xml:space="preserve">First name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שם פרטי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الاسم الشخصي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: ______________     Last name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שם משפחה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اسم العائلة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: ______________     Class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כיתה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الصف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>: ______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1D4ED8"/>
          <w:sz w:val="44"/>
          <w:szCs w:val="44"/>
        </w:rPr>
        <w:t>Imperatives and "Let's…"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ציווי ו-‎"Let's…"‎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الأمر و ‎"Let's…"‎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Match the verb to the words.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הפועל למילים.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صل الفعل بالكلمات.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Open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some water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Write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your name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Close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the music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Listen to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your eyes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Clean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your room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Drink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the door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Sort the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 את המשפטים.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 الجمل.</w:t>
      </w:r>
    </w:p>
    <w:p>
      <w:pPr>
        <w:spacing w:before="0" w:after="80"/>
        <w:jc w:val="both"/>
      </w:pPr>
      <w:r>
        <w:rPr>
          <w:color w:val="1D4ED8"/>
          <w:sz w:val="24"/>
          <w:szCs w:val="24"/>
        </w:rPr>
        <w:t>Words: Sit down.  |  Don't run.  |  Let's play!  |  Be quiet.  |  Don't push.  |  Let's dance!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Do it</w:t>
            </w:r>
          </w:p>
        </w:tc>
        <w:tc>
          <w:tcPr>
            <w:tcW w:type="dxa" w:w="3326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Don't do it</w:t>
            </w:r>
          </w:p>
        </w:tc>
        <w:tc>
          <w:tcPr>
            <w:tcW w:type="dxa" w:w="3326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Let's do it together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br/>
              <w:br/>
              <w:br/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br/>
              <w:br/>
              <w:br/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br/>
              <w:br/>
              <w:br/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Complete the class rules with a verb from the bank.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את כללי הכיתה עם פועל מהמחסן.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قواعد الصف بفعل من بنك الكلمات.</w:t>
      </w:r>
    </w:p>
    <w:p>
      <w:pPr>
        <w:spacing w:before="0" w:after="80"/>
        <w:jc w:val="both"/>
      </w:pPr>
      <w:r>
        <w:rPr>
          <w:color w:val="1D4ED8"/>
          <w:sz w:val="24"/>
          <w:szCs w:val="24"/>
        </w:rPr>
        <w:t>Word bank: raise  |  listen  |  bring  |  help  |  clean</w:t>
      </w:r>
    </w:p>
    <w:p>
      <w:pPr>
        <w:spacing w:before="0" w:after="60"/>
        <w:jc w:val="both"/>
      </w:pPr>
      <w:r>
        <w:rPr/>
        <w:t>a. __________ your hand to speak.</w:t>
      </w:r>
    </w:p>
    <w:p>
      <w:pPr>
        <w:spacing w:before="0" w:after="60"/>
        <w:jc w:val="both"/>
      </w:pPr>
      <w:r>
        <w:rPr/>
        <w:t>b. __________ to your teacher.</w:t>
      </w:r>
    </w:p>
    <w:p>
      <w:pPr>
        <w:spacing w:before="0" w:after="60"/>
        <w:jc w:val="both"/>
      </w:pPr>
      <w:r>
        <w:rPr/>
        <w:t>c. __________ your books every day.</w:t>
      </w:r>
    </w:p>
    <w:p>
      <w:pPr>
        <w:spacing w:before="0" w:after="60"/>
        <w:jc w:val="both"/>
      </w:pPr>
      <w:r>
        <w:rPr/>
        <w:t>d. __________ your friends.</w:t>
      </w:r>
    </w:p>
    <w:p>
      <w:pPr>
        <w:spacing w:before="0" w:after="60"/>
        <w:jc w:val="both"/>
      </w:pPr>
      <w:r>
        <w:rPr/>
        <w:t>e. __________ your desk at the end of the day.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Complete with Don't.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עם ‎Don't‎.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‎Don't‎.</w:t>
      </w:r>
    </w:p>
    <w:p>
      <w:pPr>
        <w:spacing w:before="0" w:after="60"/>
        <w:jc w:val="both"/>
      </w:pPr>
      <w:r>
        <w:rPr/>
        <w:t>a. __________ eat in the classroom.</w:t>
      </w:r>
    </w:p>
    <w:p>
      <w:pPr>
        <w:spacing w:before="0" w:after="60"/>
        <w:jc w:val="both"/>
      </w:pPr>
      <w:r>
        <w:rPr/>
        <w:t>b. __________ run in the hall.</w:t>
      </w:r>
    </w:p>
    <w:p>
      <w:pPr>
        <w:spacing w:before="0" w:after="60"/>
        <w:jc w:val="both"/>
      </w:pPr>
      <w:r>
        <w:rPr/>
        <w:t>c. __________ shout in the library.</w:t>
      </w:r>
    </w:p>
    <w:p>
      <w:pPr>
        <w:spacing w:before="0" w:after="60"/>
        <w:jc w:val="both"/>
      </w:pPr>
      <w:r>
        <w:rPr/>
        <w:t>d. __________ forget your homework.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Circle the correct sentence.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המשפט הנכון.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الجملة الصحيحة.</w:t>
      </w:r>
    </w:p>
    <w:p>
      <w:pPr>
        <w:spacing w:before="0" w:after="20"/>
        <w:jc w:val="both"/>
      </w:pPr>
      <w:r>
        <w:rPr/>
        <w:t>a. In the pool:</w:t>
      </w:r>
    </w:p>
    <w:p>
      <w:pPr>
        <w:spacing w:before="0" w:after="80"/>
        <w:jc w:val="both"/>
      </w:pPr>
      <w:r>
        <w:rPr/>
        <w:t xml:space="preserve">   ○ Don't run!      ○ Not run!      ○ You don't run!</w:t>
      </w:r>
    </w:p>
    <w:p>
      <w:pPr>
        <w:spacing w:before="0" w:after="20"/>
        <w:jc w:val="both"/>
      </w:pPr>
      <w:r>
        <w:rPr/>
        <w:t>b. A suggestion:</w:t>
      </w:r>
    </w:p>
    <w:p>
      <w:pPr>
        <w:spacing w:before="0" w:after="80"/>
        <w:jc w:val="both"/>
      </w:pPr>
      <w:r>
        <w:rPr/>
        <w:t xml:space="preserve">   ○ Let's to go home.      ○ Let's go home.      ○ Let's going home.</w:t>
      </w:r>
    </w:p>
    <w:p>
      <w:pPr>
        <w:spacing w:before="0" w:after="20"/>
        <w:jc w:val="both"/>
      </w:pPr>
      <w:r>
        <w:rPr/>
        <w:t>c. In class:</w:t>
      </w:r>
    </w:p>
    <w:p>
      <w:pPr>
        <w:spacing w:before="0" w:after="80"/>
        <w:jc w:val="both"/>
      </w:pPr>
      <w:r>
        <w:rPr/>
        <w:t xml:space="preserve">   ○ Opens your book.      ○ Open your book.      ○ You open book.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Write the opposite instruction.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ההוראה ההפוכה.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التعليمة المعاكسة.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Do it ✔</w:t>
            </w:r>
          </w:p>
        </w:tc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Don't do it ✘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Close the door.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Don't sit here.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Touch the dog.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Don't eat the cake.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True or False? Correct the false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נכון או לא נכון?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صحيح أم خطأ؟ صحّح الجمل الخاطئة.</w:t>
      </w:r>
    </w:p>
    <w:p>
      <w:pPr>
        <w:spacing w:before="0" w:after="60"/>
        <w:jc w:val="both"/>
      </w:pPr>
      <w:r>
        <w:rPr/>
        <w:t>a. "Let's go to the zoo!" is a suggestion.      True / False</w:t>
      </w:r>
    </w:p>
    <w:p>
      <w:pPr>
        <w:spacing w:before="0" w:after="60"/>
        <w:jc w:val="both"/>
      </w:pPr>
      <w:r>
        <w:rPr/>
        <w:t>b. "Don't to talk." is correct.      True / False</w:t>
      </w:r>
    </w:p>
    <w:p>
      <w:pPr>
        <w:spacing w:before="0" w:after="60"/>
        <w:jc w:val="both"/>
      </w:pPr>
      <w:r>
        <w:rPr/>
        <w:t>c. An imperative starts with a verb.      True / False</w:t>
      </w:r>
    </w:p>
    <w:p>
      <w:pPr>
        <w:spacing w:before="0" w:after="60"/>
        <w:jc w:val="both"/>
      </w:pPr>
      <w:r>
        <w:rPr/>
        <w:t>d. "Let's plays ball." is correct.      True / False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Your friend is bored. Write a suggestion with Let's.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לחבר שלכם משעמם. כתבו הצעה עם ‎Let's‎.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صديقك يشعر بالملل. اكتب اقتراحًا مع ‎Let's‎.</w:t>
      </w:r>
    </w:p>
    <w:p>
      <w:pPr>
        <w:spacing w:before="0" w:after="100"/>
        <w:jc w:val="both"/>
      </w:pPr>
      <w:r>
        <w:rPr/>
        <w:t>a. play / football</w:t>
      </w:r>
    </w:p>
    <w:p>
      <w:pPr>
        <w:spacing w:before="0" w:after="100"/>
        <w:jc w:val="both"/>
      </w:pPr>
      <w:r>
        <w:rPr/>
        <w:t>b. go / to the park</w:t>
      </w:r>
    </w:p>
    <w:p>
      <w:pPr>
        <w:spacing w:before="0" w:after="100"/>
        <w:jc w:val="both"/>
      </w:pPr>
      <w:r>
        <w:rPr/>
        <w:t>c. make / a cake</w:t>
      </w:r>
    </w:p>
    <w:p>
      <w:pPr>
        <w:spacing w:before="0" w:after="100"/>
        <w:jc w:val="both"/>
      </w:pPr>
      <w:r>
        <w:rPr/>
        <w:t>d. watch / a movie</w:t>
      </w:r>
    </w:p>
    <w:p>
      <w:pPr>
        <w:spacing w:before="120" w:after="40"/>
        <w:jc w:val="center"/>
      </w:pPr>
      <w:r>
        <w:rPr>
          <w:rFonts w:ascii="Arial Black" w:hAnsi="Arial Black" w:cs="Arial Black"/>
          <w:b/>
          <w:bCs/>
          <w:color w:val="1D4ED8"/>
          <w:sz w:val="30"/>
          <w:szCs w:val="30"/>
        </w:rPr>
        <w:t>Rules for the Class Trip</w:t>
      </w:r>
    </w:p>
    <w:p>
      <w:pPr>
        <w:spacing w:before="0" w:after="80"/>
        <w:jc w:val="both"/>
      </w:pPr>
      <w:r>
        <w:rPr/>
        <w:t>Tomorrow we are on a class trip to the Galilee. Here are the rules:</w:t>
      </w:r>
    </w:p>
    <w:p>
      <w:pPr>
        <w:spacing w:before="0" w:after="80"/>
        <w:jc w:val="both"/>
      </w:pPr>
      <w:r>
        <w:rPr/>
        <w:t>Come to school at 7:30. Bring a hat, a bottle of water and a sandwich. Wear good shoes. Stay with your group. Listen to the guide. Don't throw paper on the ground. Don't go near the river alone.</w:t>
      </w:r>
    </w:p>
    <w:p>
      <w:pPr>
        <w:spacing w:before="0" w:after="80"/>
        <w:jc w:val="both"/>
      </w:pPr>
      <w:r>
        <w:rPr/>
        <w:t>Let's have a great day together!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10. Read "Rules for the Class Trip". True or False?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‎"Rules for the Class Trip"‎. נכון או לא נכון?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‎"Rules for the Class Trip"‎. صحيح أم خطأ؟</w:t>
      </w:r>
    </w:p>
    <w:p>
      <w:pPr>
        <w:spacing w:before="0" w:after="60"/>
        <w:jc w:val="both"/>
      </w:pPr>
      <w:r>
        <w:rPr/>
        <w:t>a. The children come to school at 8:30.      True / False</w:t>
      </w:r>
    </w:p>
    <w:p>
      <w:pPr>
        <w:spacing w:before="0" w:after="60"/>
        <w:jc w:val="both"/>
      </w:pPr>
      <w:r>
        <w:rPr/>
        <w:t>b. They bring a hat and water.      True / False</w:t>
      </w:r>
    </w:p>
    <w:p>
      <w:pPr>
        <w:spacing w:before="0" w:after="60"/>
        <w:jc w:val="both"/>
      </w:pPr>
      <w:r>
        <w:rPr/>
        <w:t>c. They can go near the river alone.      True / False</w:t>
      </w:r>
    </w:p>
    <w:p>
      <w:pPr>
        <w:spacing w:before="0" w:after="60"/>
        <w:jc w:val="both"/>
      </w:pPr>
      <w:r>
        <w:rPr/>
        <w:t>d. They listen to the guide.      True / False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Read the text again. Choose the correct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שוב את הטקסט. בחרו את התשובה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النص مرة أخرى. اختر الإجابة الصحيحة.</w:t>
      </w:r>
    </w:p>
    <w:p>
      <w:pPr>
        <w:spacing w:before="0" w:after="20"/>
        <w:jc w:val="both"/>
      </w:pPr>
      <w:r>
        <w:rPr/>
        <w:t>a. Where is the trip?</w:t>
      </w:r>
    </w:p>
    <w:p>
      <w:pPr>
        <w:spacing w:before="0" w:after="80"/>
        <w:jc w:val="both"/>
      </w:pPr>
      <w:r>
        <w:rPr/>
        <w:t xml:space="preserve">   ○ the Galilee      ○ the Negev      ○ Jerusalem</w:t>
      </w:r>
    </w:p>
    <w:p>
      <w:pPr>
        <w:spacing w:before="0" w:after="20"/>
        <w:jc w:val="both"/>
      </w:pPr>
      <w:r>
        <w:rPr/>
        <w:t>b. Why do you think they need good shoes?</w:t>
      </w:r>
    </w:p>
    <w:p>
      <w:pPr>
        <w:spacing w:before="0" w:after="80"/>
        <w:jc w:val="both"/>
      </w:pPr>
      <w:r>
        <w:rPr/>
        <w:t xml:space="preserve">   ○ They walk a lot.      ○ They go to a party.      ○ They swim.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Write two more rules for the trip. Use the verb in brackets.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עוד שני כללים לטיול. השתמשו בפועל שבסוגריים.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قاعدتين أخريين للرحلة. استعمل الفعل الذي بين القوسين.</w:t>
      </w:r>
    </w:p>
    <w:p>
      <w:pPr>
        <w:spacing w:before="0" w:after="60"/>
        <w:jc w:val="both"/>
      </w:pPr>
      <w:r>
        <w:rPr/>
        <w:t>a. __________ your trash in a bag. (put)</w:t>
      </w:r>
    </w:p>
    <w:p>
      <w:pPr>
        <w:spacing w:before="0" w:after="60"/>
        <w:jc w:val="both"/>
      </w:pPr>
      <w:r>
        <w:rPr/>
        <w:t>b. __________ feed the animals. (don't)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13. Write 4 rules for your home or classroom: 2 with a verb and 2 with Don't.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4 כללים לבית או לכיתה שלכם: 2 עם פועל ו-2 עם ‎Don't‎.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4 قواعد لبيتك أو لصفّك: 2 مع فعل و 2 مع ‎Don't‎.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