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</w:rPr>
        <w:t>English · Grade 4   |   Worksheet – Answer Key</w:t>
      </w:r>
    </w:p>
    <w:p>
      <w:pPr>
        <w:spacing w:before="0" w:after="40"/>
        <w:jc w:val="left"/>
      </w:pPr>
      <w:r>
        <w:rPr>
          <w:rFonts w:ascii="Arial" w:hAnsi="Arial" w:cs="Arial"/>
          <w:b/>
          <w:bCs/>
          <w:color w:val="0F7A4F"/>
          <w:sz w:val="36"/>
          <w:szCs w:val="36"/>
        </w:rPr>
        <w:t xml:space="preserve">🔑 Answer Key · </w:t>
      </w:r>
      <w:r>
        <w:rPr>
          <w:rFonts w:ascii="Arial" w:hAnsi="Arial" w:cs="Arial"/>
          <w:b/>
          <w:bCs/>
          <w:color w:val="0F7A4F"/>
          <w:sz w:val="36"/>
          <w:szCs w:val="36"/>
          <w:rtl/>
          <w:lang w:val="en-US" w:bidi="he-IL"/>
        </w:rPr>
        <w:t xml:space="preserve">מחוון</w:t>
      </w:r>
      <w:r>
        <w:rPr>
          <w:sz w:val="36"/>
          <w:szCs w:val="36"/>
        </w:rPr>
        <w:t>‎</w:t>
      </w:r>
      <w:r>
        <w:rPr>
          <w:rFonts w:ascii="Arial" w:hAnsi="Arial" w:cs="Arial"/>
          <w:b/>
          <w:bCs/>
          <w:color w:val="0F7A4F"/>
          <w:sz w:val="36"/>
          <w:szCs w:val="36"/>
        </w:rPr>
        <w:t xml:space="preserve"> · </w:t>
      </w:r>
      <w:r>
        <w:rPr>
          <w:rFonts w:ascii="Arial" w:hAnsi="Arial" w:cs="Arial"/>
          <w:b/>
          <w:bCs/>
          <w:color w:val="0F7A4F"/>
          <w:sz w:val="36"/>
          <w:szCs w:val="36"/>
          <w:rtl/>
          <w:lang w:val="en-US" w:bidi="ar-SA"/>
        </w:rPr>
        <w:t xml:space="preserve">مفتاح الإجابات</w:t>
      </w:r>
      <w:r>
        <w:rPr>
          <w:sz w:val="36"/>
          <w:szCs w:val="36"/>
        </w:rPr>
        <w:t>‎</w:t>
      </w:r>
    </w:p>
    <w:p>
      <w:pPr>
        <w:spacing w:before="0" w:after="120"/>
        <w:jc w:val="both"/>
      </w:pPr>
      <w:r>
        <w:rPr>
          <w:rFonts w:ascii="Arial Black" w:hAnsi="Arial Black" w:cs="Arial Black"/>
          <w:b/>
          <w:bCs/>
          <w:color w:val="0F7A4F"/>
          <w:sz w:val="32"/>
          <w:szCs w:val="32"/>
        </w:rPr>
        <w:t>Imperatives and "Let's…"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1. Match the verb to the words.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התאימו את הפועל למילים.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صل الفعل بالكلمات.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val="clear" w:color="auto" w:fill="1d4ed8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Column A</w:t>
            </w:r>
          </w:p>
        </w:tc>
        <w:tc>
          <w:tcPr>
            <w:tcW w:type="dxa" w:w="4989"/>
            <w:shd w:val="clear" w:color="auto" w:fill="1d4ed8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Column B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1. Open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[6] some water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2. Write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[2] your name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3. Close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[4] the music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4. Listen to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[3] your eyes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5. Clean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[5] your room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6. Drink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[1] the door</w:t>
            </w:r>
          </w:p>
        </w:tc>
      </w:tr>
    </w:tbl>
    <w:p>
      <w:pPr>
        <w:spacing w:before="0" w:after="4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2. Sort the sentences.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מיינו את המשפטים.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صنّف الجمل.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1d4ed8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Do it</w:t>
            </w:r>
          </w:p>
        </w:tc>
        <w:tc>
          <w:tcPr>
            <w:tcW w:type="dxa" w:w="3326"/>
            <w:shd w:val="clear" w:color="auto" w:fill="1d4ed8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Don't do it</w:t>
            </w:r>
          </w:p>
        </w:tc>
        <w:tc>
          <w:tcPr>
            <w:tcW w:type="dxa" w:w="3326"/>
            <w:shd w:val="clear" w:color="auto" w:fill="1d4ed8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Let's do it together</w:t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Sit down., Be quiet.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Don't run., Don't push.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Let's play!, Let's dance!</w:t>
            </w:r>
          </w:p>
        </w:tc>
      </w:tr>
    </w:tbl>
    <w:p>
      <w:pPr>
        <w:spacing w:before="0" w:after="4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3. Complete the class rules with a verb from the bank.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השלימו את כללי הכיתה עם פועל מהמחסן.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أكمل قواعد الصف بفعل من بنك الكلمات.</w:t>
      </w:r>
    </w:p>
    <w:p>
      <w:pPr>
        <w:spacing w:before="0" w:after="40"/>
        <w:jc w:val="both"/>
      </w:pPr>
      <w:r>
        <w:rPr/>
        <w:t>a. Raise your hand to speak.</w:t>
      </w:r>
    </w:p>
    <w:p>
      <w:pPr>
        <w:spacing w:before="0" w:after="40"/>
        <w:jc w:val="both"/>
      </w:pPr>
      <w:r>
        <w:rPr/>
        <w:t>b. Listen to your teacher.</w:t>
      </w:r>
    </w:p>
    <w:p>
      <w:pPr>
        <w:spacing w:before="0" w:after="40"/>
        <w:jc w:val="both"/>
      </w:pPr>
      <w:r>
        <w:rPr/>
        <w:t>c. Bring your books every day.</w:t>
      </w:r>
    </w:p>
    <w:p>
      <w:pPr>
        <w:spacing w:before="0" w:after="40"/>
        <w:jc w:val="both"/>
      </w:pPr>
      <w:r>
        <w:rPr/>
        <w:t>d. Help your friends.</w:t>
      </w:r>
    </w:p>
    <w:p>
      <w:pPr>
        <w:spacing w:before="0" w:after="40"/>
        <w:jc w:val="both"/>
      </w:pPr>
      <w:r>
        <w:rPr/>
        <w:t>e. Clean your desk at the end of the day.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4. Complete with Don't.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השלימו עם ‎Don't‎.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أكمل بـ ‎Don't‎.</w:t>
      </w:r>
    </w:p>
    <w:p>
      <w:pPr>
        <w:spacing w:before="0" w:after="40"/>
        <w:jc w:val="both"/>
      </w:pPr>
      <w:r>
        <w:rPr/>
        <w:t>a. Don't eat in the classroom.</w:t>
      </w:r>
    </w:p>
    <w:p>
      <w:pPr>
        <w:spacing w:before="0" w:after="40"/>
        <w:jc w:val="both"/>
      </w:pPr>
      <w:r>
        <w:rPr/>
        <w:t>b. Don't run in the hall.</w:t>
      </w:r>
    </w:p>
    <w:p>
      <w:pPr>
        <w:spacing w:before="0" w:after="40"/>
        <w:jc w:val="both"/>
      </w:pPr>
      <w:r>
        <w:rPr/>
        <w:t>c. Don't shout in the library.</w:t>
      </w:r>
    </w:p>
    <w:p>
      <w:pPr>
        <w:spacing w:before="0" w:after="40"/>
        <w:jc w:val="both"/>
      </w:pPr>
      <w:r>
        <w:rPr/>
        <w:t>d. Don't forget your homework.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5. Circle the correct sentence.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הקיפו את המשפט הנכון.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ضع دائرة حول الجملة الصحيحة.</w:t>
      </w:r>
    </w:p>
    <w:p>
      <w:pPr>
        <w:spacing w:before="0" w:after="20"/>
        <w:jc w:val="both"/>
      </w:pPr>
      <w:r>
        <w:rPr/>
        <w:t>a. In the pool: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Don't run!</w:t>
      </w:r>
    </w:p>
    <w:p>
      <w:pPr>
        <w:spacing w:before="0" w:after="20"/>
        <w:jc w:val="both"/>
      </w:pPr>
      <w:r>
        <w:rPr/>
        <w:t>b. A suggestion: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Let's go home.</w:t>
      </w:r>
    </w:p>
    <w:p>
      <w:pPr>
        <w:spacing w:before="0" w:after="20"/>
        <w:jc w:val="both"/>
      </w:pPr>
      <w:r>
        <w:rPr/>
        <w:t>c. In class: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Open your book.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6. Write the opposite instruction.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כתבו את ההוראה ההפוכה.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اكتب التعليمة المعاكسة.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val="clear" w:color="auto" w:fill="1d4ed8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Do it ✔</w:t>
            </w:r>
          </w:p>
        </w:tc>
        <w:tc>
          <w:tcPr>
            <w:tcW w:type="dxa" w:w="4989"/>
            <w:shd w:val="clear" w:color="auto" w:fill="1d4ed8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Don't do it ✘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Close the door.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>
                <w:color w:val="0F7A4F"/>
              </w:rPr>
              <w:t>Don't close the door.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>
                <w:color w:val="0F7A4F"/>
              </w:rPr>
              <w:t>Sit here.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Don't sit here.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Touch the dog.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>
                <w:color w:val="0F7A4F"/>
              </w:rPr>
              <w:t>Don't touch the dog.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>
                <w:color w:val="0F7A4F"/>
              </w:rPr>
              <w:t>Eat the cake.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Don't eat the cake.</w:t>
            </w:r>
          </w:p>
        </w:tc>
      </w:tr>
    </w:tbl>
    <w:p>
      <w:pPr>
        <w:spacing w:before="0" w:after="4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7. True or False? Correct the false sentences.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נכון או לא נכון? תקנו את המשפטים הלא נכונים.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صحيح أم خطأ؟ صحّح الجمل الخاطئة.</w:t>
      </w:r>
    </w:p>
    <w:p>
      <w:pPr>
        <w:spacing w:before="0" w:after="40"/>
        <w:jc w:val="both"/>
      </w:pPr>
      <w:r>
        <w:rPr/>
        <w:t>a. "Let's go to the zoo!" is a suggestion. – True</w:t>
      </w:r>
    </w:p>
    <w:p>
      <w:pPr>
        <w:spacing w:before="0" w:after="40"/>
        <w:jc w:val="both"/>
      </w:pPr>
      <w:r>
        <w:rPr/>
        <w:t>b. "Don't to talk." is correct. – False – Don't talk.</w:t>
      </w:r>
    </w:p>
    <w:p>
      <w:pPr>
        <w:spacing w:before="0" w:after="40"/>
        <w:jc w:val="both"/>
      </w:pPr>
      <w:r>
        <w:rPr/>
        <w:t>c. An imperative starts with a verb. – True</w:t>
      </w:r>
    </w:p>
    <w:p>
      <w:pPr>
        <w:spacing w:before="0" w:after="40"/>
        <w:jc w:val="both"/>
      </w:pPr>
      <w:r>
        <w:rPr/>
        <w:t>d. "Let's plays ball." is correct. – False – Let's play ball.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8. Your friend is bored. Write a suggestion with Let's.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לחבר שלכם משעמם. כתבו הצעה עם ‎Let's‎.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صديقك يشعر بالملل. اكتب اقتراحًا مع ‎Let's‎.</w:t>
      </w:r>
    </w:p>
    <w:p>
      <w:pPr>
        <w:spacing w:before="0" w:after="100"/>
        <w:jc w:val="both"/>
      </w:pPr>
      <w:r>
        <w:rPr/>
        <w:t>a. play / football  → Let's play football!</w:t>
      </w:r>
    </w:p>
    <w:p>
      <w:pPr>
        <w:spacing w:before="0" w:after="100"/>
        <w:jc w:val="both"/>
      </w:pPr>
      <w:r>
        <w:rPr/>
        <w:t>b. go / to the park  → Let's go to the park!</w:t>
      </w:r>
    </w:p>
    <w:p>
      <w:pPr>
        <w:spacing w:before="0" w:after="100"/>
        <w:jc w:val="both"/>
      </w:pPr>
      <w:r>
        <w:rPr/>
        <w:t>c. make / a cake  → Let's make a cake!</w:t>
      </w:r>
    </w:p>
    <w:p>
      <w:pPr>
        <w:spacing w:before="0" w:after="100"/>
        <w:jc w:val="both"/>
      </w:pPr>
      <w:r>
        <w:rPr/>
        <w:t>d. watch / a movie  → Let's watch a movie!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10. Read "Rules for the Class Trip". True or False?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קראו את ‎"Rules for the Class Trip"‎. נכון או לא נכון?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اقرأ ‎"Rules for the Class Trip"‎. صحيح أم خطأ؟</w:t>
      </w:r>
    </w:p>
    <w:p>
      <w:pPr>
        <w:spacing w:before="0" w:after="40"/>
        <w:jc w:val="both"/>
      </w:pPr>
      <w:r>
        <w:rPr/>
        <w:t>a. The children come to school at 8:30. – False – They come at 7:30.</w:t>
      </w:r>
    </w:p>
    <w:p>
      <w:pPr>
        <w:spacing w:before="0" w:after="40"/>
        <w:jc w:val="both"/>
      </w:pPr>
      <w:r>
        <w:rPr/>
        <w:t>b. They bring a hat and water. – True</w:t>
      </w:r>
    </w:p>
    <w:p>
      <w:pPr>
        <w:spacing w:before="0" w:after="40"/>
        <w:jc w:val="both"/>
      </w:pPr>
      <w:r>
        <w:rPr/>
        <w:t>c. They can go near the river alone. – False – Don't go near the river alone.</w:t>
      </w:r>
    </w:p>
    <w:p>
      <w:pPr>
        <w:spacing w:before="0" w:after="40"/>
        <w:jc w:val="both"/>
      </w:pPr>
      <w:r>
        <w:rPr/>
        <w:t>d. They listen to the guide. – True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11. Read the text again. Choose the correct answer.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קראו שוב את הטקסט. בחרו את התשובה הנכונה.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اقرأ النص مرة أخرى. اختر الإجابة الصحيحة.</w:t>
      </w:r>
    </w:p>
    <w:p>
      <w:pPr>
        <w:spacing w:before="0" w:after="20"/>
        <w:jc w:val="both"/>
      </w:pPr>
      <w:r>
        <w:rPr/>
        <w:t>a. Where is the trip?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the Galilee</w:t>
      </w:r>
    </w:p>
    <w:p>
      <w:pPr>
        <w:spacing w:before="0" w:after="20"/>
        <w:jc w:val="both"/>
      </w:pPr>
      <w:r>
        <w:rPr/>
        <w:t>b. Why do you think they need good shoes?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They walk a lot.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12. Write two more rules for the trip. Use the verb in brackets.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כתבו עוד שני כללים לטיול. השתמשו בפועל שבסוגריים.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اكتب قاعدتين أخريين للرحلة. استعمل الفعل الذي بين القوسين.</w:t>
      </w:r>
    </w:p>
    <w:p>
      <w:pPr>
        <w:spacing w:before="0" w:after="40"/>
        <w:jc w:val="both"/>
      </w:pPr>
      <w:r>
        <w:rPr/>
        <w:t>a. Put your trash in a bag. (put)</w:t>
      </w:r>
    </w:p>
    <w:p>
      <w:pPr>
        <w:spacing w:before="0" w:after="40"/>
        <w:jc w:val="both"/>
      </w:pPr>
      <w:r>
        <w:rPr/>
        <w:t>b. Don't feed the animals. (don't)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13. Write 4 rules for your home or classroom: 2 with a verb and 2 with Don't.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כתבו 4 כללים לבית או לכיתה שלכם: 2 עם פועל ו-2 עם ‎Don't‎.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اكتب 4 قواعد لبيتك أو لصفّك: 2 مع فعل و 2 مع ‎Don't‎.</w:t>
      </w:r>
    </w:p>
    <w:p>
      <w:pPr>
        <w:spacing w:before="0" w:after="80"/>
        <w:jc w:val="both"/>
      </w:pPr>
      <w:r>
        <w:rPr>
          <w:color w:val="0F7A4F"/>
        </w:rPr>
        <w:t>Possible answer: Wash your hands before lunch. Clean your room. Don't jump on the bed. Don't play ball in the house.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cs="Calibri"/>
      <w:sz w:val="25"/>
      <w:szCs w:val="25"/>
      <w:lang w:val="en-US" w:bidi="en-U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