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Present simple: my day (I, you, we, they)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הווה פשוט: היום שלי ‎(I, you, we, they)‎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المضارع البسيط: يومي ‎(I, you, we, they)‎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verb to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הפועל למילים.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الفعل بالكلمات.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get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my teeth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brush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breakfast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eat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my homework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do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to bed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go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my bike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ride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up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activities: morning or evening?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הפעילויות: בוקר או ערב?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النشاطات: صباحًا أم مساءً؟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Words: get up  |  have dinner  |  eat breakfast  |  go to bed  |  go to school  |  read a story in bed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Morning ☀️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Evening 🌙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with a verb from the bank.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פועל מהמחסן.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بفعل من بنك الكلمات.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 bank: play  |  read  |  walk  |  drink  |  watch  |  help</w:t>
      </w:r>
    </w:p>
    <w:p>
      <w:pPr>
        <w:spacing w:before="0" w:after="60"/>
        <w:jc w:val="both"/>
      </w:pPr>
      <w:r>
        <w:rPr/>
        <w:t>a. I __________ a book before bed.</w:t>
      </w:r>
    </w:p>
    <w:p>
      <w:pPr>
        <w:spacing w:before="0" w:after="60"/>
        <w:jc w:val="both"/>
      </w:pPr>
      <w:r>
        <w:rPr/>
        <w:t>b. We __________ to school with our friends.</w:t>
      </w:r>
    </w:p>
    <w:p>
      <w:pPr>
        <w:spacing w:before="0" w:after="60"/>
        <w:jc w:val="both"/>
      </w:pPr>
      <w:r>
        <w:rPr/>
        <w:t>c. They __________ football in the yard.</w:t>
      </w:r>
    </w:p>
    <w:p>
      <w:pPr>
        <w:spacing w:before="0" w:after="60"/>
        <w:jc w:val="both"/>
      </w:pPr>
      <w:r>
        <w:rPr/>
        <w:t>d. You __________ milk every morning.</w:t>
      </w:r>
    </w:p>
    <w:p>
      <w:pPr>
        <w:spacing w:before="0" w:after="60"/>
        <w:jc w:val="both"/>
      </w:pPr>
      <w:r>
        <w:rPr/>
        <w:t>e. I __________ my mom in the kitchen.</w:t>
      </w:r>
    </w:p>
    <w:p>
      <w:pPr>
        <w:spacing w:before="0" w:after="60"/>
        <w:jc w:val="both"/>
      </w:pPr>
      <w:r>
        <w:rPr/>
        <w:t>f. We __________ TV on Friday evening.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don't.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‎don't‎.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‎don't‎.</w:t>
      </w:r>
    </w:p>
    <w:p>
      <w:pPr>
        <w:spacing w:before="0" w:after="60"/>
        <w:jc w:val="both"/>
      </w:pPr>
      <w:r>
        <w:rPr/>
        <w:t>a. I __________ like spinach.</w:t>
      </w:r>
    </w:p>
    <w:p>
      <w:pPr>
        <w:spacing w:before="0" w:after="60"/>
        <w:jc w:val="both"/>
      </w:pPr>
      <w:r>
        <w:rPr/>
        <w:t>b. We __________ go to school on Saturday.</w:t>
      </w:r>
    </w:p>
    <w:p>
      <w:pPr>
        <w:spacing w:before="0" w:after="60"/>
        <w:jc w:val="both"/>
      </w:pPr>
      <w:r>
        <w:rPr/>
        <w:t>c. They __________ live in Haifa. They live in Holon.</w:t>
      </w:r>
    </w:p>
    <w:p>
      <w:pPr>
        <w:spacing w:before="0" w:after="60"/>
        <w:jc w:val="both"/>
      </w:pPr>
      <w:r>
        <w:rPr/>
        <w:t>d. You __________ eat meat. You're a vegetarian.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We ___ to the pool on Tuesdays.</w:t>
      </w:r>
    </w:p>
    <w:p>
      <w:pPr>
        <w:spacing w:before="0" w:after="80"/>
        <w:jc w:val="both"/>
      </w:pPr>
      <w:r>
        <w:rPr/>
        <w:t xml:space="preserve">   ○ go      ○ goes      ○ going</w:t>
      </w:r>
    </w:p>
    <w:p>
      <w:pPr>
        <w:spacing w:before="0" w:after="20"/>
        <w:jc w:val="both"/>
      </w:pPr>
      <w:r>
        <w:rPr/>
        <w:t>b. ___ you have a pet?</w:t>
      </w:r>
    </w:p>
    <w:p>
      <w:pPr>
        <w:spacing w:before="0" w:after="80"/>
        <w:jc w:val="both"/>
      </w:pPr>
      <w:r>
        <w:rPr/>
        <w:t xml:space="preserve">   ○ Are      ○ Do      ○ Is</w:t>
      </w:r>
    </w:p>
    <w:p>
      <w:pPr>
        <w:spacing w:before="0" w:after="20"/>
        <w:jc w:val="both"/>
      </w:pPr>
      <w:r>
        <w:rPr/>
        <w:t>c. I ___ like tea.</w:t>
      </w:r>
    </w:p>
    <w:p>
      <w:pPr>
        <w:spacing w:before="0" w:after="80"/>
        <w:jc w:val="both"/>
      </w:pPr>
      <w:r>
        <w:rPr/>
        <w:t xml:space="preserve">   ○ not      ○ don't      ○ doesn't</w:t>
      </w:r>
    </w:p>
    <w:p>
      <w:pPr>
        <w:spacing w:before="0" w:after="20"/>
        <w:jc w:val="both"/>
      </w:pPr>
      <w:r>
        <w:rPr/>
        <w:t>d. They ___ up at 7:00.</w:t>
      </w:r>
    </w:p>
    <w:p>
      <w:pPr>
        <w:spacing w:before="0" w:after="80"/>
        <w:jc w:val="both"/>
      </w:pPr>
      <w:r>
        <w:rPr/>
        <w:t xml:space="preserve">   ○ gets      ○ get      ○ getting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✔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✘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 swim.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They read.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We dance.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60"/>
        <w:jc w:val="both"/>
      </w:pPr>
      <w:r>
        <w:rPr/>
        <w:t>a. "I plays football." is correct.      True / False</w:t>
      </w:r>
    </w:p>
    <w:p>
      <w:pPr>
        <w:spacing w:before="0" w:after="60"/>
        <w:jc w:val="both"/>
      </w:pPr>
      <w:r>
        <w:rPr/>
        <w:t>b. "Do you like cats? – Yes, I do." is correct.      True / False</w:t>
      </w:r>
    </w:p>
    <w:p>
      <w:pPr>
        <w:spacing w:before="0" w:after="60"/>
        <w:jc w:val="both"/>
      </w:pPr>
      <w:r>
        <w:rPr/>
        <w:t>c. "We doesn't go." is correct.      True / False</w:t>
      </w:r>
    </w:p>
    <w:p>
      <w:pPr>
        <w:spacing w:before="0" w:after="60"/>
        <w:jc w:val="both"/>
      </w:pPr>
      <w:r>
        <w:rPr/>
        <w:t>d. "in the evening" is a time word.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Answer about you with a short answer: Yes, I do. / No, I don't.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עצמכם בתשובה קצרה: ‎Yes, I do. / No, I don't‎.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نفسك بإجابة قصيرة: ‎Yes, I do. / No, I don't‎.</w:t>
      </w:r>
    </w:p>
    <w:p>
      <w:pPr>
        <w:spacing w:before="0" w:after="100"/>
        <w:jc w:val="both"/>
      </w:pPr>
      <w:r>
        <w:rPr/>
        <w:t>a. Do you get up at 6:00?</w:t>
      </w:r>
    </w:p>
    <w:p>
      <w:pPr>
        <w:spacing w:before="0" w:after="100"/>
        <w:jc w:val="both"/>
      </w:pPr>
      <w:r>
        <w:rPr/>
        <w:t>b. Do you walk to school?</w:t>
      </w:r>
    </w:p>
    <w:p>
      <w:pPr>
        <w:spacing w:before="0" w:after="100"/>
        <w:jc w:val="both"/>
      </w:pPr>
      <w:r>
        <w:rPr/>
        <w:t>c. Do you like ice cream?</w:t>
      </w:r>
    </w:p>
    <w:p>
      <w:pPr>
        <w:spacing w:before="0" w:after="100"/>
        <w:jc w:val="both"/>
      </w:pPr>
      <w:r>
        <w:rPr/>
        <w:t>d. Do you play an instrument?</w:t>
      </w:r>
    </w:p>
    <w:p>
      <w:pPr>
        <w:spacing w:before="120" w:after="40"/>
        <w:jc w:val="center"/>
      </w:pPr>
      <w:r>
        <w:rPr>
          <w:rFonts w:ascii="Arial Black" w:hAnsi="Arial Black" w:cs="Arial Black"/>
          <w:b/>
          <w:bCs/>
          <w:color w:val="0F766E"/>
          <w:sz w:val="30"/>
          <w:szCs w:val="30"/>
        </w:rPr>
        <w:t>Noam's Day</w:t>
      </w:r>
    </w:p>
    <w:p>
      <w:pPr>
        <w:spacing w:before="0" w:after="80"/>
        <w:jc w:val="both"/>
      </w:pPr>
      <w:r>
        <w:rPr/>
        <w:t>Hi! I'm Noam. I live in Modi'in with my parents and my sister. On school days I get up at 6:45. I wash my face, get dressed and eat cornflakes for breakfast.</w:t>
      </w:r>
    </w:p>
    <w:p>
      <w:pPr>
        <w:spacing w:before="0" w:after="80"/>
        <w:jc w:val="both"/>
      </w:pPr>
      <w:r>
        <w:rPr/>
        <w:t>My sister and I walk to school. We start at 8:00. After school I eat lunch and do my homework. In the afternoon my friends and I play basketball in the park. In the evening we have dinner together. I read a book and go to bed at 9:00.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"Noam's Day".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‎"Noam's Day"‎.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‎"Noam's Day"‎. صحيح أم خطأ؟</w:t>
      </w:r>
    </w:p>
    <w:p>
      <w:pPr>
        <w:spacing w:before="0" w:after="60"/>
        <w:jc w:val="both"/>
      </w:pPr>
      <w:r>
        <w:rPr/>
        <w:t>a. Noam gets up at 6:45.      True / False</w:t>
      </w:r>
    </w:p>
    <w:p>
      <w:pPr>
        <w:spacing w:before="0" w:after="60"/>
        <w:jc w:val="both"/>
      </w:pPr>
      <w:r>
        <w:rPr/>
        <w:t>b. Noam and his sister go to school by bus.      True / False</w:t>
      </w:r>
    </w:p>
    <w:p>
      <w:pPr>
        <w:spacing w:before="0" w:after="60"/>
        <w:jc w:val="both"/>
      </w:pPr>
      <w:r>
        <w:rPr/>
        <w:t>c. Noam plays basketball in the afternoon.      True / False</w:t>
      </w:r>
    </w:p>
    <w:p>
      <w:pPr>
        <w:spacing w:before="0" w:after="60"/>
        <w:jc w:val="both"/>
      </w:pPr>
      <w:r>
        <w:rPr/>
        <w:t>d. Noam goes to bed at 10:00.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again. Complete Noam's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השלימו את המשפטים של נועם.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أكمل جمل ‎Noam‎.</w:t>
      </w:r>
    </w:p>
    <w:p>
      <w:pPr>
        <w:spacing w:before="0" w:after="60"/>
        <w:jc w:val="both"/>
      </w:pPr>
      <w:r>
        <w:rPr/>
        <w:t>a. I eat __________ for breakfast.</w:t>
      </w:r>
    </w:p>
    <w:p>
      <w:pPr>
        <w:spacing w:before="0" w:after="60"/>
        <w:jc w:val="both"/>
      </w:pPr>
      <w:r>
        <w:rPr/>
        <w:t>b. We start school at __________.</w:t>
      </w:r>
    </w:p>
    <w:p>
      <w:pPr>
        <w:spacing w:before="0" w:after="60"/>
        <w:jc w:val="both"/>
      </w:pPr>
      <w:r>
        <w:rPr/>
        <w:t>c. In the evening we have __________ together.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Complete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השאלות.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الأسئلة.</w:t>
      </w:r>
    </w:p>
    <w:p>
      <w:pPr>
        <w:spacing w:before="0" w:after="60"/>
        <w:jc w:val="both"/>
      </w:pPr>
      <w:r>
        <w:rPr/>
        <w:t>a. __________ you walk to school?</w:t>
      </w:r>
    </w:p>
    <w:p>
      <w:pPr>
        <w:spacing w:before="0" w:after="60"/>
        <w:jc w:val="both"/>
      </w:pPr>
      <w:r>
        <w:rPr/>
        <w:t>b. Do they __________ basketball? (play)</w:t>
      </w:r>
    </w:p>
    <w:p>
      <w:pPr>
        <w:spacing w:before="0" w:after="60"/>
        <w:jc w:val="both"/>
      </w:pPr>
      <w:r>
        <w:rPr/>
        <w:t>c. What time __________ you go to bed?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about your school day. Write 4 sentences with I and time words. (Example: I get up at …)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על יום הלימודים שלכם. כתבו 4 משפטים עם ‎I‎ ועם מילות זמן. (דוגמה: ‎I get up at …)‎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عن يومك المدرسي. اكتب 4 جمل مع ‎I‎ وكلمات الزمن. (مثال: ‎I get up at …)‎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