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</w:rPr>
        <w:t>English · Grade 4   |   Worksheet – Answer Key</w:t>
      </w:r>
    </w:p>
    <w:p>
      <w:pPr>
        <w:spacing w:before="0" w:after="40"/>
        <w:jc w:val="left"/>
      </w:pPr>
      <w:r>
        <w:rPr>
          <w:rFonts w:ascii="Arial" w:hAnsi="Arial" w:cs="Arial"/>
          <w:b/>
          <w:bCs/>
          <w:color w:val="0F7A4F"/>
          <w:sz w:val="36"/>
          <w:szCs w:val="36"/>
        </w:rPr>
        <w:t xml:space="preserve">🔑 Answer Key · </w:t>
      </w:r>
      <w:r>
        <w:rPr>
          <w:rFonts w:ascii="Arial" w:hAnsi="Arial" w:cs="Arial"/>
          <w:b/>
          <w:bCs/>
          <w:color w:val="0F7A4F"/>
          <w:sz w:val="36"/>
          <w:szCs w:val="36"/>
          <w:rtl/>
          <w:lang w:val="en-US" w:bidi="he-IL"/>
        </w:rPr>
        <w:t xml:space="preserve">מחוון</w:t>
      </w:r>
      <w:r>
        <w:rPr>
          <w:sz w:val="36"/>
          <w:szCs w:val="36"/>
        </w:rPr>
        <w:t>‎</w:t>
      </w:r>
      <w:r>
        <w:rPr>
          <w:rFonts w:ascii="Arial" w:hAnsi="Arial" w:cs="Arial"/>
          <w:b/>
          <w:bCs/>
          <w:color w:val="0F7A4F"/>
          <w:sz w:val="36"/>
          <w:szCs w:val="36"/>
        </w:rPr>
        <w:t xml:space="preserve"> · </w:t>
      </w:r>
      <w:r>
        <w:rPr>
          <w:rFonts w:ascii="Arial" w:hAnsi="Arial" w:cs="Arial"/>
          <w:b/>
          <w:bCs/>
          <w:color w:val="0F7A4F"/>
          <w:sz w:val="36"/>
          <w:szCs w:val="36"/>
          <w:rtl/>
          <w:lang w:val="en-US" w:bidi="ar-SA"/>
        </w:rPr>
        <w:t xml:space="preserve">مفتاح الإجابات</w:t>
      </w:r>
      <w:r>
        <w:rPr>
          <w:sz w:val="36"/>
          <w:szCs w:val="36"/>
        </w:rPr>
        <w:t>‎</w:t>
      </w:r>
    </w:p>
    <w:p>
      <w:pPr>
        <w:spacing w:before="0" w:after="120"/>
        <w:jc w:val="both"/>
      </w:pPr>
      <w:r>
        <w:rPr>
          <w:rFonts w:ascii="Arial Black" w:hAnsi="Arial Black" w:cs="Arial Black"/>
          <w:b/>
          <w:bCs/>
          <w:color w:val="0F7A4F"/>
          <w:sz w:val="32"/>
          <w:szCs w:val="32"/>
        </w:rPr>
        <w:t>Present simple: my day (I, you, we, they)</w:t>
      </w: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1. Match the verb to the words.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התאימו את הפועל למילים.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صل الفعل بالكلمات.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9"/>
        <w:gridCol w:w="4989"/>
      </w:tblGrid>
      <w:tr>
        <w:tc>
          <w:tcPr>
            <w:tcW w:type="dxa" w:w="4989"/>
            <w:shd w:val="clear" w:color="auto" w:fill="0f766e"/>
          </w:tcPr>
          <w:p>
            <w:pPr>
              <w:spacing w:before="0" w:after="40"/>
              <w:jc w:val="both"/>
            </w:pPr>
            <w:r>
              <w:rPr>
                <w:b/>
                <w:bCs/>
                <w:color w:val="FFFFFF"/>
              </w:rPr>
              <w:t>Column A</w:t>
            </w:r>
          </w:p>
        </w:tc>
        <w:tc>
          <w:tcPr>
            <w:tcW w:type="dxa" w:w="4989"/>
            <w:shd w:val="clear" w:color="auto" w:fill="0f766e"/>
          </w:tcPr>
          <w:p>
            <w:pPr>
              <w:spacing w:before="0" w:after="40"/>
              <w:jc w:val="both"/>
            </w:pPr>
            <w:r>
              <w:rPr>
                <w:b/>
                <w:bCs/>
                <w:color w:val="FFFFFF"/>
              </w:rPr>
              <w:t>Column B</w:t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1. get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[2] my teeth</w:t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2. brush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[3] breakfast</w:t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3. eat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[4] my homework</w:t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4. do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[5] to bed</w:t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5. go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[6] my bike</w:t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6. ride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[1] up</w:t>
            </w:r>
          </w:p>
        </w:tc>
      </w:tr>
    </w:tbl>
    <w:p>
      <w:pPr>
        <w:spacing w:before="0" w:after="40"/>
        <w:jc w:val="both"/>
      </w:pP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2. Sort the activities: morning or evening?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מיינו את הפעילויות: בוקר או ערב?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صنّف النشاطات: صباحًا أم مساءً؟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9"/>
        <w:gridCol w:w="4989"/>
      </w:tblGrid>
      <w:tr>
        <w:tc>
          <w:tcPr>
            <w:tcW w:type="dxa" w:w="4989"/>
            <w:shd w:val="clear" w:color="auto" w:fill="0f766e"/>
          </w:tcPr>
          <w:p>
            <w:pPr>
              <w:spacing w:before="0" w:after="40"/>
              <w:jc w:val="both"/>
            </w:pPr>
            <w:r>
              <w:rPr>
                <w:b/>
                <w:bCs/>
                <w:color w:val="FFFFFF"/>
              </w:rPr>
              <w:t>Morning ☀️</w:t>
            </w:r>
          </w:p>
        </w:tc>
        <w:tc>
          <w:tcPr>
            <w:tcW w:type="dxa" w:w="4989"/>
            <w:shd w:val="clear" w:color="auto" w:fill="0f766e"/>
          </w:tcPr>
          <w:p>
            <w:pPr>
              <w:spacing w:before="0" w:after="40"/>
              <w:jc w:val="both"/>
            </w:pPr>
            <w:r>
              <w:rPr>
                <w:b/>
                <w:bCs/>
                <w:color w:val="FFFFFF"/>
              </w:rPr>
              <w:t>Evening 🌙</w:t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get up, eat breakfast, go to school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have dinner, go to bed, read a story in bed</w:t>
            </w:r>
          </w:p>
        </w:tc>
      </w:tr>
    </w:tbl>
    <w:p>
      <w:pPr>
        <w:spacing w:before="0" w:after="40"/>
        <w:jc w:val="both"/>
      </w:pP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3. Complete with a verb from the bank.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השלימו עם פועל מהמחסן.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أكمل بفعل من بنك الكلمات.</w:t>
      </w:r>
    </w:p>
    <w:p>
      <w:pPr>
        <w:spacing w:before="0" w:after="40"/>
        <w:jc w:val="both"/>
      </w:pPr>
      <w:r>
        <w:rPr/>
        <w:t>a. I read a book before bed.</w:t>
      </w:r>
    </w:p>
    <w:p>
      <w:pPr>
        <w:spacing w:before="0" w:after="40"/>
        <w:jc w:val="both"/>
      </w:pPr>
      <w:r>
        <w:rPr/>
        <w:t>b. We walk to school with our friends.</w:t>
      </w:r>
    </w:p>
    <w:p>
      <w:pPr>
        <w:spacing w:before="0" w:after="40"/>
        <w:jc w:val="both"/>
      </w:pPr>
      <w:r>
        <w:rPr/>
        <w:t>c. They play football in the yard.</w:t>
      </w:r>
    </w:p>
    <w:p>
      <w:pPr>
        <w:spacing w:before="0" w:after="40"/>
        <w:jc w:val="both"/>
      </w:pPr>
      <w:r>
        <w:rPr/>
        <w:t>d. You drink milk every morning.</w:t>
      </w:r>
    </w:p>
    <w:p>
      <w:pPr>
        <w:spacing w:before="0" w:after="40"/>
        <w:jc w:val="both"/>
      </w:pPr>
      <w:r>
        <w:rPr/>
        <w:t>e. I help my mom in the kitchen.</w:t>
      </w:r>
    </w:p>
    <w:p>
      <w:pPr>
        <w:spacing w:before="0" w:after="40"/>
        <w:jc w:val="both"/>
      </w:pPr>
      <w:r>
        <w:rPr/>
        <w:t>f. We watch TV on Friday evening.</w:t>
      </w: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4. Complete with don't.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השלימו עם ‎don't‎.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أكمل بـ ‎don't‎.</w:t>
      </w:r>
    </w:p>
    <w:p>
      <w:pPr>
        <w:spacing w:before="0" w:after="40"/>
        <w:jc w:val="both"/>
      </w:pPr>
      <w:r>
        <w:rPr/>
        <w:t>a. I don't like spinach.</w:t>
      </w:r>
    </w:p>
    <w:p>
      <w:pPr>
        <w:spacing w:before="0" w:after="40"/>
        <w:jc w:val="both"/>
      </w:pPr>
      <w:r>
        <w:rPr/>
        <w:t>b. We don't go to school on Saturday.</w:t>
      </w:r>
    </w:p>
    <w:p>
      <w:pPr>
        <w:spacing w:before="0" w:after="40"/>
        <w:jc w:val="both"/>
      </w:pPr>
      <w:r>
        <w:rPr/>
        <w:t>c. They don't live in Haifa. They live in Holon.</w:t>
      </w:r>
    </w:p>
    <w:p>
      <w:pPr>
        <w:spacing w:before="0" w:after="40"/>
        <w:jc w:val="both"/>
      </w:pPr>
      <w:r>
        <w:rPr/>
        <w:t>d. You don't eat meat. You're a vegetarian.</w:t>
      </w: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5. Circle the correct word.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הקיפו את המילה הנכונה.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ضع دائرة حول الكلمة الصحيحة.</w:t>
      </w:r>
    </w:p>
    <w:p>
      <w:pPr>
        <w:spacing w:before="0" w:after="20"/>
        <w:jc w:val="both"/>
      </w:pPr>
      <w:r>
        <w:rPr/>
        <w:t>a. We ___ to the pool on Tuesdays.</w:t>
      </w:r>
    </w:p>
    <w:p>
      <w:pPr>
        <w:spacing w:before="0" w:after="80"/>
        <w:jc w:val="both"/>
      </w:pPr>
      <w:r>
        <w:rPr>
          <w:b/>
          <w:bCs/>
          <w:color w:val="0F7A4F"/>
        </w:rPr>
        <w:t xml:space="preserve">   ✔ go</w:t>
      </w:r>
    </w:p>
    <w:p>
      <w:pPr>
        <w:spacing w:before="0" w:after="20"/>
        <w:jc w:val="both"/>
      </w:pPr>
      <w:r>
        <w:rPr/>
        <w:t>b. ___ you have a pet?</w:t>
      </w:r>
    </w:p>
    <w:p>
      <w:pPr>
        <w:spacing w:before="0" w:after="80"/>
        <w:jc w:val="both"/>
      </w:pPr>
      <w:r>
        <w:rPr>
          <w:b/>
          <w:bCs/>
          <w:color w:val="0F7A4F"/>
        </w:rPr>
        <w:t xml:space="preserve">   ✔ Do</w:t>
      </w:r>
    </w:p>
    <w:p>
      <w:pPr>
        <w:spacing w:before="0" w:after="20"/>
        <w:jc w:val="both"/>
      </w:pPr>
      <w:r>
        <w:rPr/>
        <w:t>c. I ___ like tea.</w:t>
      </w:r>
    </w:p>
    <w:p>
      <w:pPr>
        <w:spacing w:before="0" w:after="80"/>
        <w:jc w:val="both"/>
      </w:pPr>
      <w:r>
        <w:rPr>
          <w:b/>
          <w:bCs/>
          <w:color w:val="0F7A4F"/>
        </w:rPr>
        <w:t xml:space="preserve">   ✔ don't</w:t>
      </w:r>
    </w:p>
    <w:p>
      <w:pPr>
        <w:spacing w:before="0" w:after="20"/>
        <w:jc w:val="both"/>
      </w:pPr>
      <w:r>
        <w:rPr/>
        <w:t>d. They ___ up at 7:00.</w:t>
      </w:r>
    </w:p>
    <w:p>
      <w:pPr>
        <w:spacing w:before="0" w:after="80"/>
        <w:jc w:val="both"/>
      </w:pPr>
      <w:r>
        <w:rPr>
          <w:b/>
          <w:bCs/>
          <w:color w:val="0F7A4F"/>
        </w:rPr>
        <w:t xml:space="preserve">   ✔ get</w:t>
      </w: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6. Complete the table.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השלימו את הטבלה.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أكمل الجدول.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0f766e"/>
          </w:tcPr>
          <w:p>
            <w:pPr>
              <w:spacing w:before="0" w:after="40"/>
              <w:jc w:val="both"/>
            </w:pPr>
            <w:r>
              <w:rPr>
                <w:b/>
                <w:bCs/>
                <w:color w:val="FFFFFF"/>
              </w:rPr>
              <w:t>✔</w:t>
            </w:r>
          </w:p>
        </w:tc>
        <w:tc>
          <w:tcPr>
            <w:tcW w:type="dxa" w:w="3326"/>
            <w:shd w:val="clear" w:color="auto" w:fill="0f766e"/>
          </w:tcPr>
          <w:p>
            <w:pPr>
              <w:spacing w:before="0" w:after="40"/>
              <w:jc w:val="both"/>
            </w:pPr>
            <w:r>
              <w:rPr>
                <w:b/>
                <w:bCs/>
                <w:color w:val="FFFFFF"/>
              </w:rPr>
              <w:t>✘</w:t>
            </w:r>
          </w:p>
        </w:tc>
        <w:tc>
          <w:tcPr>
            <w:tcW w:type="dxa" w:w="3326"/>
            <w:shd w:val="clear" w:color="auto" w:fill="0f766e"/>
          </w:tcPr>
          <w:p>
            <w:pPr>
              <w:spacing w:before="0" w:after="40"/>
              <w:jc w:val="both"/>
            </w:pPr>
            <w:r>
              <w:rPr>
                <w:b/>
                <w:bCs/>
                <w:color w:val="FFFFFF"/>
              </w:rPr>
              <w:t>?</w:t>
            </w:r>
          </w:p>
        </w:tc>
      </w:tr>
      <w:tr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/>
              <w:t>I swim.</w:t>
            </w:r>
          </w:p>
        </w:tc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>
                <w:color w:val="0F7A4F"/>
              </w:rPr>
              <w:t>I don't swim.</w:t>
            </w:r>
          </w:p>
        </w:tc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>
                <w:color w:val="0F7A4F"/>
              </w:rPr>
              <w:t>Do I swim?</w:t>
            </w:r>
          </w:p>
        </w:tc>
      </w:tr>
      <w:tr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/>
              <w:t>They read.</w:t>
            </w:r>
          </w:p>
        </w:tc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>
                <w:color w:val="0F7A4F"/>
              </w:rPr>
              <w:t>They don't read.</w:t>
            </w:r>
          </w:p>
        </w:tc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>
                <w:color w:val="0F7A4F"/>
              </w:rPr>
              <w:t>Do they read?</w:t>
            </w:r>
          </w:p>
        </w:tc>
      </w:tr>
      <w:tr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/>
              <w:t>We dance.</w:t>
            </w:r>
          </w:p>
        </w:tc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>
                <w:color w:val="0F7A4F"/>
              </w:rPr>
              <w:t>We don't dance.</w:t>
            </w:r>
          </w:p>
        </w:tc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>
                <w:color w:val="0F7A4F"/>
              </w:rPr>
              <w:t>Do we dance?</w:t>
            </w:r>
          </w:p>
        </w:tc>
      </w:tr>
    </w:tbl>
    <w:p>
      <w:pPr>
        <w:spacing w:before="0" w:after="40"/>
        <w:jc w:val="both"/>
      </w:pP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7. True or False? Correct the false sentences.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נכון או לא נכון? תקנו את המשפטים הלא נכונים.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صحيح أم خطأ؟ صحّح الجمل الخاطئة.</w:t>
      </w:r>
    </w:p>
    <w:p>
      <w:pPr>
        <w:spacing w:before="0" w:after="40"/>
        <w:jc w:val="both"/>
      </w:pPr>
      <w:r>
        <w:rPr/>
        <w:t>a. "I plays football." is correct. – False – I play football.</w:t>
      </w:r>
    </w:p>
    <w:p>
      <w:pPr>
        <w:spacing w:before="0" w:after="40"/>
        <w:jc w:val="both"/>
      </w:pPr>
      <w:r>
        <w:rPr/>
        <w:t>b. "Do you like cats? – Yes, I do." is correct. – True</w:t>
      </w:r>
    </w:p>
    <w:p>
      <w:pPr>
        <w:spacing w:before="0" w:after="40"/>
        <w:jc w:val="both"/>
      </w:pPr>
      <w:r>
        <w:rPr/>
        <w:t>c. "We doesn't go." is correct. – False – We don't go.</w:t>
      </w:r>
    </w:p>
    <w:p>
      <w:pPr>
        <w:spacing w:before="0" w:after="40"/>
        <w:jc w:val="both"/>
      </w:pPr>
      <w:r>
        <w:rPr/>
        <w:t>d. "in the evening" is a time word. – True</w:t>
      </w: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8. Answer about you with a short answer: Yes, I do. / No, I don't.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ענו על עצמכם בתשובה קצרה: ‎Yes, I do. / No, I don't‎.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أجب عن نفسك بإجابة قصيرة: ‎Yes, I do. / No, I don't‎.</w:t>
      </w:r>
    </w:p>
    <w:p>
      <w:pPr>
        <w:spacing w:before="0" w:after="100"/>
        <w:jc w:val="both"/>
      </w:pPr>
      <w:r>
        <w:rPr/>
        <w:t>a. Do you get up at 6:00?  → Yes, I do. / No, I don't.</w:t>
      </w:r>
    </w:p>
    <w:p>
      <w:pPr>
        <w:spacing w:before="0" w:after="100"/>
        <w:jc w:val="both"/>
      </w:pPr>
      <w:r>
        <w:rPr/>
        <w:t>b. Do you walk to school?  → Yes, I do. / No, I don't.</w:t>
      </w:r>
    </w:p>
    <w:p>
      <w:pPr>
        <w:spacing w:before="0" w:after="100"/>
        <w:jc w:val="both"/>
      </w:pPr>
      <w:r>
        <w:rPr/>
        <w:t>c. Do you like ice cream?  → Yes, I do. / No, I don't.</w:t>
      </w:r>
    </w:p>
    <w:p>
      <w:pPr>
        <w:spacing w:before="0" w:after="100"/>
        <w:jc w:val="both"/>
      </w:pPr>
      <w:r>
        <w:rPr/>
        <w:t>d. Do you play an instrument?  → Yes, I do. / No, I don't.</w:t>
      </w: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10. Read "Noam's Day". True or False?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קראו את ‎"Noam's Day"‎. נכון או לא נכון?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اقرأ ‎"Noam's Day"‎. صحيح أم خطأ؟</w:t>
      </w:r>
    </w:p>
    <w:p>
      <w:pPr>
        <w:spacing w:before="0" w:after="40"/>
        <w:jc w:val="both"/>
      </w:pPr>
      <w:r>
        <w:rPr/>
        <w:t>a. Noam gets up at 6:45. – True</w:t>
      </w:r>
    </w:p>
    <w:p>
      <w:pPr>
        <w:spacing w:before="0" w:after="40"/>
        <w:jc w:val="both"/>
      </w:pPr>
      <w:r>
        <w:rPr/>
        <w:t>b. Noam and his sister go to school by bus. – False – They walk to school.</w:t>
      </w:r>
    </w:p>
    <w:p>
      <w:pPr>
        <w:spacing w:before="0" w:after="40"/>
        <w:jc w:val="both"/>
      </w:pPr>
      <w:r>
        <w:rPr/>
        <w:t>c. Noam plays basketball in the afternoon. – True</w:t>
      </w:r>
    </w:p>
    <w:p>
      <w:pPr>
        <w:spacing w:before="0" w:after="40"/>
        <w:jc w:val="both"/>
      </w:pPr>
      <w:r>
        <w:rPr/>
        <w:t>d. Noam goes to bed at 10:00. – False – He goes to bed at 9:00.</w:t>
      </w: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11. Read the text again. Complete Noam's sentences.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קראו שוב את הטקסט. השלימו את המשפטים של נועם.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اقرأ النص مرة أخرى. أكمل جمل ‎Noam‎.</w:t>
      </w:r>
    </w:p>
    <w:p>
      <w:pPr>
        <w:spacing w:before="0" w:after="40"/>
        <w:jc w:val="both"/>
      </w:pPr>
      <w:r>
        <w:rPr/>
        <w:t>a. I eat cornflakes for breakfast.</w:t>
      </w:r>
    </w:p>
    <w:p>
      <w:pPr>
        <w:spacing w:before="0" w:after="40"/>
        <w:jc w:val="both"/>
      </w:pPr>
      <w:r>
        <w:rPr/>
        <w:t>b. We start school at 8:00.</w:t>
      </w:r>
    </w:p>
    <w:p>
      <w:pPr>
        <w:spacing w:before="0" w:after="40"/>
        <w:jc w:val="both"/>
      </w:pPr>
      <w:r>
        <w:rPr/>
        <w:t>c. In the evening we have dinner together.</w:t>
      </w: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12. Complete the questions.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השלימו את השאלות.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أكمل الأسئلة.</w:t>
      </w:r>
    </w:p>
    <w:p>
      <w:pPr>
        <w:spacing w:before="0" w:after="40"/>
        <w:jc w:val="both"/>
      </w:pPr>
      <w:r>
        <w:rPr/>
        <w:t>a. Do you walk to school?</w:t>
      </w:r>
    </w:p>
    <w:p>
      <w:pPr>
        <w:spacing w:before="0" w:after="40"/>
        <w:jc w:val="both"/>
      </w:pPr>
      <w:r>
        <w:rPr/>
        <w:t>b. Do they play basketball? (play)</w:t>
      </w:r>
    </w:p>
    <w:p>
      <w:pPr>
        <w:spacing w:before="0" w:after="40"/>
        <w:jc w:val="both"/>
      </w:pPr>
      <w:r>
        <w:rPr/>
        <w:t>c. What time do you go to bed?</w:t>
      </w: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13. Write about your school day. Write 4 sentences with I and time words. (Example: I get up at …)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כתבו על יום הלימודים שלכם. כתבו 4 משפטים עם ‎I‎ ועם מילות זמן. (דוגמה: ‎I get up at …)‎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اكتب عن يومك المدرسي. اكتب 4 جمل مع ‎I‎ وكلمات الزمن. (مثال: ‎I get up at …)‎</w:t>
      </w:r>
    </w:p>
    <w:p>
      <w:pPr>
        <w:spacing w:before="0" w:after="80"/>
        <w:jc w:val="both"/>
      </w:pPr>
      <w:r>
        <w:rPr>
          <w:color w:val="0F7A4F"/>
        </w:rPr>
        <w:t>Possible answer: I get up at seven o'clock. I eat breakfast with my family. I go to school by bus. In the afternoon I do my homework.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80"/>
      <w:jc w:val="center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cs="Calibri"/>
      <w:sz w:val="25"/>
      <w:szCs w:val="25"/>
      <w:lang w:val="en-US" w:bidi="en-US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