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9F1239"/>
          <w:sz w:val="44"/>
          <w:szCs w:val="44"/>
        </w:rPr>
        <w:t>"Can" and "can't" for ability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‎"Can"‎ ו-‎"can't"‎ ליכולת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‎"Can"‎ و ‎"can't"‎ للتعبير عن القدرة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</w:rPr>
        <w:t>Summary: can and can't for ability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‎can‎ ו-‎can't‎ ליכולת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‎can‎ و ‎can't‎ للتعبير عن القدرة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4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The pattern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התבנית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النمط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✔ can + verb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He can climb trees.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✘ can't + verb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He can't climb trees.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? Can … + verb?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Can he climb trees?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Short answer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Yes, he can. / No, he can't.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Remember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זכרו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تذكّر</w:t>
      </w:r>
    </w:p>
    <w:p>
      <w:pPr>
        <w:spacing w:before="0" w:after="20"/>
        <w:jc w:val="both"/>
      </w:pPr>
      <w:r>
        <w:rPr/>
        <w:t>1. Same form for everyone: I can, she can, they can.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אותה צורה לכולם: ‎I can, she can, they can‎.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الصيغة نفسها للجميع: ‎I can, she can, they can‎.</w:t>
      </w:r>
    </w:p>
    <w:p>
      <w:pPr>
        <w:spacing w:before="0" w:after="20"/>
        <w:jc w:val="both"/>
      </w:pPr>
      <w:r>
        <w:rPr/>
        <w:t>2. No -s and no to after can: She can swim.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בלי -‎s‎ ובלי ‎to‎ אחרי ‎can: She can swim‎.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بدون -‎s‎ وبدون ‎to‎ بعد ‎can: She can swim‎.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Ability words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מילים של יכולת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كلمات القدرة</w:t>
      </w:r>
    </w:p>
    <w:p>
      <w:pPr>
        <w:spacing w:before="0" w:after="20"/>
        <w:jc w:val="both"/>
      </w:pPr>
      <w:r>
        <w:rPr/>
        <w:t>1. swim, ride a bike, play the piano, speak English</w:t>
      </w:r>
    </w:p>
    <w:p>
      <w:pPr>
        <w:spacing w:before="0" w:after="20"/>
        <w:jc w:val="both"/>
      </w:pPr>
      <w:r>
        <w:rPr/>
        <w:t>2. jump, run fast, cook, draw, climb, dance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522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e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22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tree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شجرة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1687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1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fish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דג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سمكة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6375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6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bike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אופניים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دراجة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3714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3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horse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סוס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حصان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can + verb with no -s and no to: She can sing (not: She cans sing / She can to sing).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‎can +‎ פועל בלי -‎s‎ ובלי ‎to: She can sing (‎לא: ‎She cans sing / She can to sing)‎.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‎can +‎ فعل بدون -‎s‎ وبدون ‎to: She can sing (‎وليس: ‎She cans sing / She can to sing)‎.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Correct the sentence: Noa cans plays tennis.</w:t>
      </w:r>
    </w:p>
    <w:p>
      <w:pPr>
        <w:spacing w:before="0" w:after="20"/>
        <w:jc w:val="both"/>
      </w:pPr>
      <w:r>
        <w:rPr/>
        <w:t>1. can never takes -s.</w:t>
      </w:r>
    </w:p>
    <w:p>
      <w:pPr>
        <w:spacing w:before="0" w:after="20"/>
        <w:jc w:val="both"/>
      </w:pPr>
      <w:r>
        <w:rPr/>
        <w:t>2. The verb after can has no -s.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Noa can play tennis.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Check yourself – Complete. Use the table and the points: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השלימו. היעזרו בטבלה ובנקודות: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أكمل. استعن بالجدول وبالنقاط:</w:t>
      </w:r>
    </w:p>
    <w:p>
      <w:pPr>
        <w:spacing w:before="0" w:after="60"/>
        <w:jc w:val="both"/>
      </w:pPr>
      <w:r>
        <w:rPr/>
        <w:t>a. My grandpa __________ use a computer. (✔)</w:t>
      </w:r>
    </w:p>
    <w:p>
      <w:pPr>
        <w:spacing w:before="0" w:after="60"/>
        <w:jc w:val="both"/>
      </w:pPr>
      <w:r>
        <w:rPr/>
        <w:t>b. Penguins __________ fly. (✘)</w:t>
      </w:r>
    </w:p>
    <w:p>
      <w:pPr>
        <w:spacing w:before="0" w:after="60"/>
        <w:jc w:val="both"/>
      </w:pPr>
      <w:r>
        <w:rPr/>
        <w:t>c. Can you cook? – No, I __________.</w:t>
      </w:r>
    </w:p>
    <w:p>
      <w:pPr>
        <w:spacing w:before="0" w:after="60"/>
        <w:jc w:val="both"/>
      </w:pPr>
      <w:r>
        <w:rPr/>
        <w:t>d. __________ Ben speak French? – Yes, he can.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can · b. can't · c. can't · d. Can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