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</w:rPr>
        <w:t>"Can" and "can't" for ability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‎"Can"‎ ו-‎"can't"‎ ליכולת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‎"Can"‎ و ‎"can't"‎ للتعبير عن القدرة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animal to what it can do.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החיה למה שהיא יודעת לעשות.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الحيوان بما يستطيع أن يفعله.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a bird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can climb trees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a fish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can jump high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a kangaroo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can run very fast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a monkey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can swim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a cheetah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can talk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a parrot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can fly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Sort: can or can't?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מיינו: ‎can‎ או ‎can't?‎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صنّف: ‎can‎ أم ‎can't‎؟</w:t>
      </w:r>
    </w:p>
    <w:p>
      <w:pPr>
        <w:spacing w:before="0" w:after="80"/>
        <w:jc w:val="both"/>
      </w:pPr>
      <w:r>
        <w:rPr>
          <w:color w:val="3F6212"/>
          <w:sz w:val="24"/>
          <w:szCs w:val="24"/>
        </w:rPr>
        <w:t>Words: A dog can bark.  |  A cow can't fly.  |  A cat can climb.  |  A fish can't walk.  |  A baby can't drive.  |  A horse can run.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can ✔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can't ✘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Complete with can or can't.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‎can‎ או ‎can't‎.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‎can‎ أو ‎can't‎.</w:t>
      </w:r>
    </w:p>
    <w:p>
      <w:pPr>
        <w:spacing w:before="0" w:after="60"/>
        <w:jc w:val="both"/>
      </w:pPr>
      <w:r>
        <w:rPr/>
        <w:t>a. Elephants __________ swim.</w:t>
      </w:r>
    </w:p>
    <w:p>
      <w:pPr>
        <w:spacing w:before="0" w:after="60"/>
        <w:jc w:val="both"/>
      </w:pPr>
      <w:r>
        <w:rPr/>
        <w:t>b. A snake __________ walk.</w:t>
      </w:r>
    </w:p>
    <w:p>
      <w:pPr>
        <w:spacing w:before="0" w:after="60"/>
        <w:jc w:val="both"/>
      </w:pPr>
      <w:r>
        <w:rPr/>
        <w:t>c. My baby sister is one year old. She __________ read.</w:t>
      </w:r>
    </w:p>
    <w:p>
      <w:pPr>
        <w:spacing w:before="0" w:after="60"/>
        <w:jc w:val="both"/>
      </w:pPr>
      <w:r>
        <w:rPr/>
        <w:t>d. Ben is a good cook. He __________ make pizza.</w:t>
      </w:r>
    </w:p>
    <w:p>
      <w:pPr>
        <w:spacing w:before="0" w:after="60"/>
        <w:jc w:val="both"/>
      </w:pPr>
      <w:r>
        <w:rPr/>
        <w:t>e. A turtle __________ run fast.</w:t>
      </w:r>
    </w:p>
    <w:p>
      <w:pPr>
        <w:spacing w:before="0" w:after="60"/>
        <w:jc w:val="both"/>
      </w:pPr>
      <w:r>
        <w:rPr/>
        <w:t>f. Dogs __________ hear very well.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Circle the correct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המשפט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الجملة الصحيحة.</w:t>
      </w:r>
    </w:p>
    <w:p>
      <w:pPr>
        <w:spacing w:before="0" w:after="20"/>
        <w:jc w:val="both"/>
      </w:pPr>
      <w:r>
        <w:rPr/>
        <w:t>a. Which sentence is correct?</w:t>
      </w:r>
    </w:p>
    <w:p>
      <w:pPr>
        <w:spacing w:before="0" w:after="80"/>
        <w:jc w:val="both"/>
      </w:pPr>
      <w:r>
        <w:rPr/>
        <w:t xml:space="preserve">   ○ She can swims.      ○ She can swim.      ○ She cans swim.</w:t>
      </w:r>
    </w:p>
    <w:p>
      <w:pPr>
        <w:spacing w:before="0" w:after="20"/>
        <w:jc w:val="both"/>
      </w:pPr>
      <w:r>
        <w:rPr/>
        <w:t>b. Which sentence is correct?</w:t>
      </w:r>
    </w:p>
    <w:p>
      <w:pPr>
        <w:spacing w:before="0" w:after="80"/>
        <w:jc w:val="both"/>
      </w:pPr>
      <w:r>
        <w:rPr/>
        <w:t xml:space="preserve">   ○ Can you dance?      ○ You can dance?      ○ Do you can dance?</w:t>
      </w:r>
    </w:p>
    <w:p>
      <w:pPr>
        <w:spacing w:before="0" w:after="20"/>
        <w:jc w:val="both"/>
      </w:pPr>
      <w:r>
        <w:rPr/>
        <w:t>c. Which sentence is correct?</w:t>
      </w:r>
    </w:p>
    <w:p>
      <w:pPr>
        <w:spacing w:before="0" w:after="80"/>
        <w:jc w:val="both"/>
      </w:pPr>
      <w:r>
        <w:rPr/>
        <w:t xml:space="preserve">   ○ I can to sing.      ○ I can sing.      ○ I can singing.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✔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✘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?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Tom can swim.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They can draw.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She can cook.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Read the information and complete with can or can't. Itay: swim ✔, ride a bike ✔, play the guitar ✘. Maya: swim ✘, ride a bike ✔, play the guitar ✔.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המידע והשלימו עם ‎can‎ או ‎can't.‎‏ ‎Itay: swim ✔, ride a bike ✔, play the guitar ✘.‎‏ ‎Maya: swim ✘, ride a bike ✔, play the guitar ✔.‎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المعلومات وأكمل بـ ‎can‎ أو ‎can't.‎‏ ‎Itay: swim ✔, ride a bike ✔, play the guitar ✘.‎‏ ‎Maya: swim ✘, ride a bike ✔, play the guitar ✔.‎</w:t>
      </w:r>
    </w:p>
    <w:p>
      <w:pPr>
        <w:spacing w:before="0" w:after="60"/>
        <w:jc w:val="both"/>
      </w:pPr>
      <w:r>
        <w:rPr/>
        <w:t>a. Itay __________ swim.</w:t>
      </w:r>
    </w:p>
    <w:p>
      <w:pPr>
        <w:spacing w:before="0" w:after="60"/>
        <w:jc w:val="both"/>
      </w:pPr>
      <w:r>
        <w:rPr/>
        <w:t>b. Itay __________ play the guitar.</w:t>
      </w:r>
    </w:p>
    <w:p>
      <w:pPr>
        <w:spacing w:before="0" w:after="60"/>
        <w:jc w:val="both"/>
      </w:pPr>
      <w:r>
        <w:rPr/>
        <w:t>c. Maya __________ swim.</w:t>
      </w:r>
    </w:p>
    <w:p>
      <w:pPr>
        <w:spacing w:before="0" w:after="60"/>
        <w:jc w:val="both"/>
      </w:pPr>
      <w:r>
        <w:rPr/>
        <w:t>d. Maya and Itay __________ ride a bike.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60"/>
        <w:jc w:val="both"/>
      </w:pPr>
      <w:r>
        <w:rPr/>
        <w:t>a. "He can plays football." is correct.      True / False</w:t>
      </w:r>
    </w:p>
    <w:p>
      <w:pPr>
        <w:spacing w:before="0" w:after="60"/>
        <w:jc w:val="both"/>
      </w:pPr>
      <w:r>
        <w:rPr/>
        <w:t>b. "Can you swim? – Yes, I can." is correct.      True / False</w:t>
      </w:r>
    </w:p>
    <w:p>
      <w:pPr>
        <w:spacing w:before="0" w:after="60"/>
        <w:jc w:val="both"/>
      </w:pPr>
      <w:r>
        <w:rPr/>
        <w:t>c. Penguins can fly.      True / False</w:t>
      </w:r>
    </w:p>
    <w:p>
      <w:pPr>
        <w:spacing w:before="0" w:after="60"/>
        <w:jc w:val="both"/>
      </w:pPr>
      <w:r>
        <w:rPr/>
        <w:t>d. "can't" is the short form of "cannot".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Write a question with Can. Then answer about you.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שאלה עם ‎Can‎. אחר כך ענו על 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سؤالًا مع ‎Can‎. ثم أجب عن نفسك.</w:t>
      </w:r>
    </w:p>
    <w:p>
      <w:pPr>
        <w:spacing w:before="0" w:after="100"/>
        <w:jc w:val="both"/>
      </w:pPr>
      <w:r>
        <w:rPr/>
        <w:t>a. you / swim</w:t>
      </w:r>
    </w:p>
    <w:p>
      <w:pPr>
        <w:spacing w:before="0" w:after="100"/>
        <w:jc w:val="both"/>
      </w:pPr>
      <w:r>
        <w:rPr/>
        <w:t>b. you / play the piano</w:t>
      </w:r>
    </w:p>
    <w:p>
      <w:pPr>
        <w:spacing w:before="0" w:after="100"/>
        <w:jc w:val="both"/>
      </w:pPr>
      <w:r>
        <w:rPr/>
        <w:t>c. you / cook pasta</w:t>
      </w:r>
    </w:p>
    <w:p>
      <w:pPr>
        <w:spacing w:before="0" w:after="100"/>
        <w:jc w:val="both"/>
      </w:pPr>
      <w:r>
        <w:rPr/>
        <w:t>d. you / speak Arabic</w:t>
      </w:r>
    </w:p>
    <w:p>
      <w:pPr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</w:rPr>
        <w:t>The Talent Show</w:t>
      </w:r>
    </w:p>
    <w:p>
      <w:pPr>
        <w:spacing w:before="0" w:after="80"/>
        <w:jc w:val="both"/>
      </w:pPr>
      <w:r>
        <w:rPr/>
        <w:t>Today there is a talent show in our school. Everyone can do something special. Ariel can juggle five balls. Noa can sing beautifully. Omer and Daniel can dance hip-hop.</w:t>
      </w:r>
    </w:p>
    <w:p>
      <w:pPr>
        <w:spacing w:before="0" w:after="80"/>
        <w:jc w:val="both"/>
      </w:pPr>
      <w:r>
        <w:rPr/>
        <w:t>Yoav is sad. "I can't sing and I can't dance," he says. "But you can draw very well!" says his teacher. Yoav draws a funny picture of the teacher in two minutes. Everyone laughs and claps. Yoav is happy now.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"The Talent Show".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‎"The Talent Show"‎.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‎"The Talent Show"‎. صحيح أم خطأ؟</w:t>
      </w:r>
    </w:p>
    <w:p>
      <w:pPr>
        <w:spacing w:before="0" w:after="60"/>
        <w:jc w:val="both"/>
      </w:pPr>
      <w:r>
        <w:rPr/>
        <w:t>a. Ariel can juggle five balls.      True / False</w:t>
      </w:r>
    </w:p>
    <w:p>
      <w:pPr>
        <w:spacing w:before="0" w:after="60"/>
        <w:jc w:val="both"/>
      </w:pPr>
      <w:r>
        <w:rPr/>
        <w:t>b. Noa can dance hip-hop.      True / False</w:t>
      </w:r>
    </w:p>
    <w:p>
      <w:pPr>
        <w:spacing w:before="0" w:after="60"/>
        <w:jc w:val="both"/>
      </w:pPr>
      <w:r>
        <w:rPr/>
        <w:t>c. Yoav can't sing.      True / False</w:t>
      </w:r>
    </w:p>
    <w:p>
      <w:pPr>
        <w:spacing w:before="0" w:after="60"/>
        <w:jc w:val="both"/>
      </w:pPr>
      <w:r>
        <w:rPr/>
        <w:t>d. Yoav is sad at the end.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again. Choose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اختر الإجابة الصحيحة.</w:t>
      </w:r>
    </w:p>
    <w:p>
      <w:pPr>
        <w:spacing w:before="0" w:after="20"/>
        <w:jc w:val="both"/>
      </w:pPr>
      <w:r>
        <w:rPr/>
        <w:t>a. Who can dance hip-hop?</w:t>
      </w:r>
    </w:p>
    <w:p>
      <w:pPr>
        <w:spacing w:before="0" w:after="80"/>
        <w:jc w:val="both"/>
      </w:pPr>
      <w:r>
        <w:rPr/>
        <w:t xml:space="preserve">   ○ Noa      ○ Omer and Daniel      ○ Yoav</w:t>
      </w:r>
    </w:p>
    <w:p>
      <w:pPr>
        <w:spacing w:before="0" w:after="20"/>
        <w:jc w:val="both"/>
      </w:pPr>
      <w:r>
        <w:rPr/>
        <w:t>b. Why is Yoav happy at the end?</w:t>
      </w:r>
    </w:p>
    <w:p>
      <w:pPr>
        <w:spacing w:before="0" w:after="80"/>
        <w:jc w:val="both"/>
      </w:pPr>
      <w:r>
        <w:rPr/>
        <w:t xml:space="preserve">   ○ He can sing now.      ○ Everyone likes his picture.      ○ The show is over.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Answer the questions about the text with a short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 בתשובה קצרה.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 بإجابة قصيرة.</w:t>
      </w:r>
    </w:p>
    <w:p>
      <w:pPr>
        <w:spacing w:before="0" w:after="100"/>
        <w:jc w:val="both"/>
      </w:pPr>
      <w:r>
        <w:rPr/>
        <w:t>a. Can Noa sing?</w:t>
      </w:r>
    </w:p>
    <w:p>
      <w:pPr>
        <w:spacing w:before="0" w:after="100"/>
        <w:jc w:val="both"/>
      </w:pPr>
      <w:r>
        <w:rPr/>
        <w:t>b. Can Yoav dance?</w:t>
      </w:r>
    </w:p>
    <w:p>
      <w:pPr>
        <w:spacing w:before="0" w:after="100"/>
        <w:jc w:val="both"/>
      </w:pPr>
      <w:r>
        <w:rPr/>
        <w:t>c. Can Yoav draw?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4 sentences about you: 2 things you can do and 2 things you can't do.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משפטים עליכם: 2 דברים שאתם יודעים לעשות ו-2 דברים שאתם לא יודעים לעשות.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جمل عن نفسك: شيئين تستطيع فعلهما وشيئين لا تستطيع فعلهما.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