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"Can" and "can't" for ability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animal to what it can do.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החיה למה שהיא יודעת לעשות.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الحيوان بما يستطيع أن يفعله.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 bird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can climb trees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a fish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can jump high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a kangaroo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can run very fast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a monkey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can swim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a cheetah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can talk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a parrot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can fly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Sort: can or can't?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מיינו: ‎can‎ או ‎can't?‎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صنّف: ‎can‎ أم ‎can't‎؟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can ✔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can't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dog can bark., A cat can climb., A horse can run.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cow can't fly., A fish can't walk., A baby can't drive.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can or can't.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‎can‎ או ‎can't‎.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‎can‎ أو ‎can't‎.</w:t>
      </w:r>
    </w:p>
    <w:p>
      <w:pPr>
        <w:spacing w:before="0" w:after="40"/>
        <w:jc w:val="both"/>
      </w:pPr>
      <w:r>
        <w:rPr/>
        <w:t>a. Elephants can swim.</w:t>
      </w:r>
    </w:p>
    <w:p>
      <w:pPr>
        <w:spacing w:before="0" w:after="40"/>
        <w:jc w:val="both"/>
      </w:pPr>
      <w:r>
        <w:rPr/>
        <w:t>b. A snake can't walk.</w:t>
      </w:r>
    </w:p>
    <w:p>
      <w:pPr>
        <w:spacing w:before="0" w:after="40"/>
        <w:jc w:val="both"/>
      </w:pPr>
      <w:r>
        <w:rPr/>
        <w:t>c. My baby sister is one year old. She can't read.</w:t>
      </w:r>
    </w:p>
    <w:p>
      <w:pPr>
        <w:spacing w:before="0" w:after="40"/>
        <w:jc w:val="both"/>
      </w:pPr>
      <w:r>
        <w:rPr/>
        <w:t>d. Ben is a good cook. He can make pizza.</w:t>
      </w:r>
    </w:p>
    <w:p>
      <w:pPr>
        <w:spacing w:before="0" w:after="40"/>
        <w:jc w:val="both"/>
      </w:pPr>
      <w:r>
        <w:rPr/>
        <w:t>e. A turtle can't run fast.</w:t>
      </w:r>
    </w:p>
    <w:p>
      <w:pPr>
        <w:spacing w:before="0" w:after="40"/>
        <w:jc w:val="both"/>
      </w:pPr>
      <w:r>
        <w:rPr/>
        <w:t>f. Dogs can hear very well.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الجملة الصحيحة.</w:t>
      </w:r>
    </w:p>
    <w:p>
      <w:pPr>
        <w:spacing w:before="0" w:after="20"/>
        <w:jc w:val="both"/>
      </w:pPr>
      <w:r>
        <w:rPr/>
        <w:t>a. Which sentence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She can swim.</w:t>
      </w:r>
    </w:p>
    <w:p>
      <w:pPr>
        <w:spacing w:before="0" w:after="20"/>
        <w:jc w:val="both"/>
      </w:pPr>
      <w:r>
        <w:rPr/>
        <w:t>b. Which sentence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Can you dance?</w:t>
      </w:r>
    </w:p>
    <w:p>
      <w:pPr>
        <w:spacing w:before="0" w:after="20"/>
        <w:jc w:val="both"/>
      </w:pPr>
      <w:r>
        <w:rPr/>
        <w:t>c. Which sentence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 can sing.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✔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✘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Tom can swim.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Tom can't swim.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Tom swim?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can draw.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They can't draw.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they draw?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can cook.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She can't cook.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she cook?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Read the information and complete with can or can't. Itay: swim ✔, ride a bike ✔, play the guitar ✘. Maya: swim ✘, ride a bike ✔, play the guitar ✔.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המידע והשלימו עם ‎can‎ או ‎can't.‎‏ ‎Itay: swim ✔, ride a bike ✔, play the guitar ✘.‎‏ ‎Maya: swim ✘, ride a bike ✔, play the guitar ✔.‎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المعلومات وأكمل بـ ‎can‎ أو ‎can't.‎‏ ‎Itay: swim ✔, ride a bike ✔, play the guitar ✘.‎‏ ‎Maya: swim ✘, ride a bike ✔, play the guitar ✔.‎</w:t>
      </w:r>
    </w:p>
    <w:p>
      <w:pPr>
        <w:spacing w:before="0" w:after="40"/>
        <w:jc w:val="both"/>
      </w:pPr>
      <w:r>
        <w:rPr/>
        <w:t>a. Itay can swim.</w:t>
      </w:r>
    </w:p>
    <w:p>
      <w:pPr>
        <w:spacing w:before="0" w:after="40"/>
        <w:jc w:val="both"/>
      </w:pPr>
      <w:r>
        <w:rPr/>
        <w:t>b. Itay can't play the guitar.</w:t>
      </w:r>
    </w:p>
    <w:p>
      <w:pPr>
        <w:spacing w:before="0" w:after="40"/>
        <w:jc w:val="both"/>
      </w:pPr>
      <w:r>
        <w:rPr/>
        <w:t>c. Maya can't swim.</w:t>
      </w:r>
    </w:p>
    <w:p>
      <w:pPr>
        <w:spacing w:before="0" w:after="40"/>
        <w:jc w:val="both"/>
      </w:pPr>
      <w:r>
        <w:rPr/>
        <w:t>d. Maya and Itay can ride a bike.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"He can plays football." is correct. – False – He can play football.</w:t>
      </w:r>
    </w:p>
    <w:p>
      <w:pPr>
        <w:spacing w:before="0" w:after="40"/>
        <w:jc w:val="both"/>
      </w:pPr>
      <w:r>
        <w:rPr/>
        <w:t>b. "Can you swim? – Yes, I can." is correct. – True</w:t>
      </w:r>
    </w:p>
    <w:p>
      <w:pPr>
        <w:spacing w:before="0" w:after="40"/>
        <w:jc w:val="both"/>
      </w:pPr>
      <w:r>
        <w:rPr/>
        <w:t>c. Penguins can fly. – False – Penguins can't fly.</w:t>
      </w:r>
    </w:p>
    <w:p>
      <w:pPr>
        <w:spacing w:before="0" w:after="40"/>
        <w:jc w:val="both"/>
      </w:pPr>
      <w:r>
        <w:rPr/>
        <w:t>d. "can't" is the short form of "cannot".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a question with Can. Then answer about you.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שאלה עם ‎Can‎. אחר כך ענו על 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سؤالًا مع ‎Can‎. ثم أجب عن نفسك.</w:t>
      </w:r>
    </w:p>
    <w:p>
      <w:pPr>
        <w:spacing w:before="0" w:after="100"/>
        <w:jc w:val="both"/>
      </w:pPr>
      <w:r>
        <w:rPr/>
        <w:t>a. you / swim  → Can you swim? – Yes, I can. / No, I can't.</w:t>
      </w:r>
    </w:p>
    <w:p>
      <w:pPr>
        <w:spacing w:before="0" w:after="100"/>
        <w:jc w:val="both"/>
      </w:pPr>
      <w:r>
        <w:rPr/>
        <w:t>b. you / play the piano  → Can you play the piano? – Yes, I can. / No, I can't.</w:t>
      </w:r>
    </w:p>
    <w:p>
      <w:pPr>
        <w:spacing w:before="0" w:after="100"/>
        <w:jc w:val="both"/>
      </w:pPr>
      <w:r>
        <w:rPr/>
        <w:t>c. you / cook pasta  → Can you cook pasta? – Yes, I can. / No, I can't.</w:t>
      </w:r>
    </w:p>
    <w:p>
      <w:pPr>
        <w:spacing w:before="0" w:after="100"/>
        <w:jc w:val="both"/>
      </w:pPr>
      <w:r>
        <w:rPr/>
        <w:t>d. you / speak Arabic  → Can you speak Arabic? – Yes, I can. / No, I can't.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"The Talent Show".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‎"The Talent Show"‎.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‎"The Talent Show"‎. صحيح أم خطأ؟</w:t>
      </w:r>
    </w:p>
    <w:p>
      <w:pPr>
        <w:spacing w:before="0" w:after="40"/>
        <w:jc w:val="both"/>
      </w:pPr>
      <w:r>
        <w:rPr/>
        <w:t>a. Ariel can juggle five balls. – True</w:t>
      </w:r>
    </w:p>
    <w:p>
      <w:pPr>
        <w:spacing w:before="0" w:after="40"/>
        <w:jc w:val="both"/>
      </w:pPr>
      <w:r>
        <w:rPr/>
        <w:t>b. Noa can dance hip-hop. – False – Noa can sing beautifully.</w:t>
      </w:r>
    </w:p>
    <w:p>
      <w:pPr>
        <w:spacing w:before="0" w:after="40"/>
        <w:jc w:val="both"/>
      </w:pPr>
      <w:r>
        <w:rPr/>
        <w:t>c. Yoav can't sing. – True</w:t>
      </w:r>
    </w:p>
    <w:p>
      <w:pPr>
        <w:spacing w:before="0" w:after="40"/>
        <w:jc w:val="both"/>
      </w:pPr>
      <w:r>
        <w:rPr/>
        <w:t>d. Yoav is sad at the end. – False – Yoav is happy at the end.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اختر الإجابة الصحيحة.</w:t>
      </w:r>
    </w:p>
    <w:p>
      <w:pPr>
        <w:spacing w:before="0" w:after="20"/>
        <w:jc w:val="both"/>
      </w:pPr>
      <w:r>
        <w:rPr/>
        <w:t>a. Who can dance hip-hop?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Omer and Daniel</w:t>
      </w:r>
    </w:p>
    <w:p>
      <w:pPr>
        <w:spacing w:before="0" w:after="20"/>
        <w:jc w:val="both"/>
      </w:pPr>
      <w:r>
        <w:rPr/>
        <w:t>b. Why is Yoav happy at the end?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Everyone likes his picture.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 with a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 בתשובה קצרה.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 بإجابة قصيرة.</w:t>
      </w:r>
    </w:p>
    <w:p>
      <w:pPr>
        <w:spacing w:before="0" w:after="100"/>
        <w:jc w:val="both"/>
      </w:pPr>
      <w:r>
        <w:rPr/>
        <w:t>a. Can Noa sing?  → Yes, she can.</w:t>
      </w:r>
    </w:p>
    <w:p>
      <w:pPr>
        <w:spacing w:before="0" w:after="100"/>
        <w:jc w:val="both"/>
      </w:pPr>
      <w:r>
        <w:rPr/>
        <w:t>b. Can Yoav dance?  → No, he can't.</w:t>
      </w:r>
    </w:p>
    <w:p>
      <w:pPr>
        <w:spacing w:before="0" w:after="100"/>
        <w:jc w:val="both"/>
      </w:pPr>
      <w:r>
        <w:rPr/>
        <w:t>c. Can Yoav draw?  → Yes, he can.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sentences about you: 2 things you can do and 2 things you can't do.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עליכם: 2 דברים שאתם יודעים לעשות ו-2 דברים שאתם לא יודעים לעשות.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نفسك: شيئين تستطيع فعلهما وشيئين لا تستطيع فعلهما.</w:t>
      </w:r>
    </w:p>
    <w:p>
      <w:pPr>
        <w:spacing w:before="0" w:after="80"/>
        <w:jc w:val="both"/>
      </w:pPr>
      <w:r>
        <w:rPr>
          <w:color w:val="0F7A4F"/>
        </w:rPr>
        <w:t>Possible answer: I can swim. I can play football. I can't play the piano. I can't cook.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