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both"/>
      </w:pPr>
    </w:p>
    <w:p>
      <w:pPr>
        <w:spacing w:before="0" w:after="80"/>
        <w:jc w:val="both"/>
      </w:pPr>
    </w:p>
    <w:p>
      <w:pPr>
        <w:spacing w:before="0" w:after="80"/>
        <w:jc w:val="both"/>
      </w:pPr>
    </w:p>
    <w:p>
      <w:pPr>
        <w:spacing w:before="0" w:after="80"/>
        <w:jc w:val="center"/>
      </w:pPr>
      <w:r>
        <w:drawing>
          <wp:inline xmlns:a="http://schemas.openxmlformats.org/drawingml/2006/main" xmlns:pic="http://schemas.openxmlformats.org/drawingml/2006/picture">
            <wp:extent cx="3600000" cy="3600000"/>
            <wp:docPr id="1" name="Picture 1"/>
            <wp:cNvGraphicFramePr>
              <a:graphicFrameLocks noChangeAspect="1"/>
            </wp:cNvGraphicFramePr>
            <a:graphic>
              <a:graphicData uri="http://schemas.openxmlformats.org/drawingml/2006/picture">
                <pic:pic>
                  <pic:nvPicPr>
                    <pic:cNvPr id="0" name="english_g4.jpg"/>
                    <pic:cNvPicPr/>
                  </pic:nvPicPr>
                  <pic:blipFill>
                    <a:blip r:embed="rId10"/>
                    <a:stretch>
                      <a:fillRect/>
                    </a:stretch>
                  </pic:blipFill>
                  <pic:spPr>
                    <a:xfrm>
                      <a:off x="0" y="0"/>
                      <a:ext cx="3600000" cy="3600000"/>
                    </a:xfrm>
                    <a:prstGeom prst="rect"/>
                  </pic:spPr>
                </pic:pic>
              </a:graphicData>
            </a:graphic>
          </wp:inline>
        </w:drawing>
      </w:r>
    </w:p>
    <w:p>
      <w:pPr>
        <w:spacing w:before="240" w:after="80"/>
        <w:jc w:val="center"/>
      </w:pPr>
      <w:r>
        <w:rPr>
          <w:rFonts w:ascii="Arial" w:hAnsi="Arial" w:cs="Arial"/>
          <w:color w:val="4338CA"/>
          <w:sz w:val="36"/>
          <w:szCs w:val="36"/>
        </w:rPr>
        <w:t>Workbook</w:t>
      </w:r>
    </w:p>
    <w:p>
      <w:pPr>
        <w:spacing w:before="0" w:after="80"/>
        <w:jc w:val="center"/>
      </w:pPr>
      <w:r>
        <w:rPr>
          <w:rFonts w:ascii="Arial Black" w:hAnsi="Arial Black" w:cs="Arial Black"/>
          <w:b/>
          <w:bCs/>
          <w:color w:val="4338CA"/>
          <w:sz w:val="88"/>
          <w:szCs w:val="88"/>
        </w:rPr>
        <w:t>English</w:t>
      </w:r>
    </w:p>
    <w:p>
      <w:pPr>
        <w:spacing w:before="0" w:after="80"/>
        <w:jc w:val="center"/>
      </w:pPr>
      <w:r>
        <w:rPr>
          <w:sz w:val="44"/>
          <w:szCs w:val="44"/>
        </w:rPr>
        <w:t>Grade 4</w:t>
      </w:r>
    </w:p>
    <w:p>
      <w:pPr>
        <w:spacing w:before="0" w:after="80"/>
        <w:jc w:val="both"/>
      </w:pPr>
      <w:r>
        <w:br w:type="page"/>
      </w:r>
    </w:p>
    <w:p>
      <w:pPr>
        <w:spacing w:before="0" w:after="40"/>
        <w:jc w:val="both"/>
      </w:pPr>
      <w:r>
        <w:rPr>
          <w:rFonts w:ascii="Arial Black" w:hAnsi="Arial Black" w:cs="Arial Black"/>
          <w:b/>
          <w:bCs/>
          <w:color w:val="4338CA"/>
          <w:sz w:val="48"/>
          <w:szCs w:val="48"/>
        </w:rPr>
        <w:t>Contents</w:t>
      </w:r>
    </w:p>
    <w:p>
      <w:pPr>
        <w:bidi/>
        <w:spacing w:before="0" w:after="0"/>
        <w:jc w:val="both"/>
      </w:pPr>
      <w:r>
        <w:rPr>
          <w:rFonts w:ascii="Arial" w:hAnsi="Arial" w:cs="Arial"/>
          <w:color w:val="6B7280"/>
          <w:sz w:val="22"/>
          <w:szCs w:val="22"/>
          <w:rtl/>
          <w:lang w:val="en-US" w:bidi="he-IL"/>
        </w:rPr>
        <w:t xml:space="preserve">תוכן העניינים</w:t>
      </w:r>
    </w:p>
    <w:p>
      <w:pPr>
        <w:bidi/>
        <w:spacing w:before="0" w:after="120"/>
        <w:jc w:val="both"/>
      </w:pPr>
      <w:r>
        <w:rPr>
          <w:rFonts w:ascii="Arial" w:hAnsi="Arial" w:cs="Arial"/>
          <w:color w:val="6B7280"/>
          <w:sz w:val="23"/>
          <w:szCs w:val="23"/>
          <w:rtl/>
          <w:lang w:val="en-US" w:bidi="ar-SA"/>
        </w:rPr>
        <w:t xml:space="preserve">المحتويات</w:t>
      </w:r>
    </w:p>
    <w:tbl>
      <w:tblPr>
        <w:tblStyle w:val="TableGrid"/>
        <w:tblW w:type="auto" w:w="0"/>
        <w:tblLook w:firstColumn="1" w:firstRow="1" w:lastColumn="0" w:lastRow="0" w:noHBand="0" w:noVBand="1" w:val="04A0"/>
      </w:tblPr>
      <w:tblGrid>
        <w:gridCol w:w="9978"/>
      </w:tblGrid>
      <w:tr>
        <w:tc>
          <w:tcPr>
            <w:tcW w:type="dxa" w:w="9978"/>
            <w:shd w:val="clear" w:color="auto" w:fill="4338ca"/>
          </w:tcPr>
          <w:p>
            <w:pPr>
              <w:spacing w:before="0" w:after="40"/>
              <w:jc w:val="both"/>
            </w:pPr>
            <w:r>
              <w:rPr>
                <w:b/>
                <w:bCs/>
                <w:color w:val="FFFFFF"/>
              </w:rPr>
              <w:t>Topic</w:t>
            </w:r>
          </w:p>
        </w:tc>
      </w:tr>
      <w:tr>
        <w:tc>
          <w:tcPr>
            <w:tcW w:type="dxa" w:w="9978"/>
          </w:tcPr>
          <w:p>
            <w:pPr>
              <w:spacing w:before="0" w:after="40"/>
              <w:jc w:val="both"/>
            </w:pPr>
            <w:r>
              <w:rPr/>
              <w:t>Introduction</w:t>
            </w:r>
          </w:p>
        </w:tc>
      </w:tr>
      <w:tr>
        <w:tc>
          <w:tcPr>
            <w:tcW w:type="dxa" w:w="9978"/>
          </w:tcPr>
          <w:p>
            <w:pPr>
              <w:spacing w:before="0" w:after="40"/>
              <w:jc w:val="both"/>
            </w:pPr>
            <w:r>
              <w:rPr/>
              <w:t>Unit 1: Verb "to be": am, is, are</w:t>
            </w:r>
          </w:p>
        </w:tc>
      </w:tr>
      <w:tr>
        <w:tc>
          <w:tcPr>
            <w:tcW w:type="dxa" w:w="9978"/>
          </w:tcPr>
          <w:p>
            <w:pPr>
              <w:spacing w:before="0" w:after="40"/>
              <w:jc w:val="both"/>
            </w:pPr>
            <w:r>
              <w:rPr/>
              <w:t>Unit 2: Wh-questions with "to be" and prepositions of place</w:t>
            </w:r>
          </w:p>
        </w:tc>
      </w:tr>
      <w:tr>
        <w:tc>
          <w:tcPr>
            <w:tcW w:type="dxa" w:w="9978"/>
          </w:tcPr>
          <w:p>
            <w:pPr>
              <w:spacing w:before="0" w:after="40"/>
              <w:jc w:val="both"/>
            </w:pPr>
            <w:r>
              <w:rPr/>
              <w:t>Unit 3: There is / There are and plural nouns</w:t>
            </w:r>
          </w:p>
        </w:tc>
      </w:tr>
      <w:tr>
        <w:tc>
          <w:tcPr>
            <w:tcW w:type="dxa" w:w="9978"/>
          </w:tcPr>
          <w:p>
            <w:pPr>
              <w:spacing w:before="0" w:after="40"/>
              <w:jc w:val="both"/>
            </w:pPr>
            <w:r>
              <w:rPr/>
              <w:t>Unit 4: Adjectives before nouns</w:t>
            </w:r>
          </w:p>
        </w:tc>
      </w:tr>
      <w:tr>
        <w:tc>
          <w:tcPr>
            <w:tcW w:type="dxa" w:w="9978"/>
          </w:tcPr>
          <w:p>
            <w:pPr>
              <w:spacing w:before="0" w:after="40"/>
              <w:jc w:val="both"/>
            </w:pPr>
            <w:r>
              <w:rPr/>
              <w:t>Unit 5: Imperatives and "Let's…"</w:t>
            </w:r>
          </w:p>
        </w:tc>
      </w:tr>
      <w:tr>
        <w:tc>
          <w:tcPr>
            <w:tcW w:type="dxa" w:w="9978"/>
          </w:tcPr>
          <w:p>
            <w:pPr>
              <w:spacing w:before="0" w:after="40"/>
              <w:jc w:val="both"/>
            </w:pPr>
            <w:r>
              <w:rPr/>
              <w:t>Unit 6: Present simple: my day (I, you, we, they)</w:t>
            </w:r>
          </w:p>
        </w:tc>
      </w:tr>
      <w:tr>
        <w:tc>
          <w:tcPr>
            <w:tcW w:type="dxa" w:w="9978"/>
          </w:tcPr>
          <w:p>
            <w:pPr>
              <w:spacing w:before="0" w:after="40"/>
              <w:jc w:val="both"/>
            </w:pPr>
            <w:r>
              <w:rPr/>
              <w:t>Unit 7: "Can" and "can't" for ability</w:t>
            </w:r>
          </w:p>
        </w:tc>
      </w:tr>
      <w:tr>
        <w:tc>
          <w:tcPr>
            <w:tcW w:type="dxa" w:w="9978"/>
          </w:tcPr>
          <w:p>
            <w:pPr>
              <w:spacing w:before="0" w:after="40"/>
              <w:jc w:val="both"/>
            </w:pPr>
            <w:r>
              <w:rPr/>
              <w:t>Review – What did we learn?</w:t>
            </w:r>
          </w:p>
        </w:tc>
      </w:tr>
    </w:tbl>
    <w:p>
      <w:pPr>
        <w:spacing w:before="0" w:after="40"/>
        <w:jc w:val="both"/>
      </w:pPr>
    </w:p>
    <w:p>
      <w:pPr>
        <w:spacing w:before="0" w:after="80"/>
        <w:jc w:val="both"/>
      </w:pPr>
      <w:r>
        <w:br w:type="page"/>
      </w:r>
    </w:p>
    <w:p>
      <w:pPr>
        <w:spacing w:before="0" w:after="40"/>
        <w:jc w:val="both"/>
      </w:pPr>
      <w:r>
        <w:rPr>
          <w:rFonts w:ascii="Arial Black" w:hAnsi="Arial Black" w:cs="Arial Black"/>
          <w:b/>
          <w:bCs/>
          <w:color w:val="4338CA"/>
          <w:sz w:val="48"/>
          <w:szCs w:val="48"/>
        </w:rPr>
        <w:t>Introduction</w:t>
      </w:r>
    </w:p>
    <w:p>
      <w:pPr>
        <w:bidi/>
        <w:spacing w:before="0" w:after="0"/>
        <w:jc w:val="both"/>
      </w:pPr>
      <w:r>
        <w:rPr>
          <w:rFonts w:ascii="Arial" w:hAnsi="Arial" w:cs="Arial"/>
          <w:color w:val="6B7280"/>
          <w:sz w:val="22"/>
          <w:szCs w:val="22"/>
          <w:rtl/>
          <w:lang w:val="en-US" w:bidi="he-IL"/>
        </w:rPr>
        <w:t xml:space="preserve">מבוא</w:t>
      </w:r>
    </w:p>
    <w:p>
      <w:pPr>
        <w:bidi/>
        <w:spacing w:before="0" w:after="120"/>
        <w:jc w:val="both"/>
      </w:pPr>
      <w:r>
        <w:rPr>
          <w:rFonts w:ascii="Arial" w:hAnsi="Arial" w:cs="Arial"/>
          <w:color w:val="6B7280"/>
          <w:sz w:val="23"/>
          <w:szCs w:val="23"/>
          <w:rtl/>
          <w:lang w:val="en-US" w:bidi="ar-SA"/>
        </w:rPr>
        <w:t xml:space="preserve">مقدّمة</w:t>
      </w:r>
    </w:p>
    <w:p>
      <w:pPr>
        <w:spacing w:before="0" w:after="20"/>
        <w:jc w:val="both"/>
      </w:pPr>
      <w:r>
        <w:rPr/>
        <w:t>Hello, pupils of grade 4! Welcome to your English book.</w:t>
      </w:r>
    </w:p>
    <w:p>
      <w:pPr>
        <w:bidi/>
        <w:spacing w:before="0" w:after="0"/>
        <w:jc w:val="both"/>
      </w:pPr>
      <w:r>
        <w:rPr>
          <w:rFonts w:ascii="Arial" w:hAnsi="Arial" w:cs="Arial"/>
          <w:color w:val="6B7280"/>
          <w:sz w:val="20"/>
          <w:szCs w:val="20"/>
          <w:rtl/>
          <w:lang w:val="en-US" w:bidi="he-IL"/>
        </w:rPr>
        <w:t xml:space="preserve">שלום, תלמידי כיתה ד'! ברוכים הבאים לספר האנגלית שלכם.</w:t>
      </w:r>
    </w:p>
    <w:p>
      <w:pPr>
        <w:bidi/>
        <w:spacing w:before="0" w:after="120"/>
        <w:jc w:val="both"/>
      </w:pPr>
      <w:r>
        <w:rPr>
          <w:rFonts w:ascii="Arial" w:hAnsi="Arial" w:cs="Arial"/>
          <w:color w:val="6B7280"/>
          <w:sz w:val="21"/>
          <w:szCs w:val="21"/>
          <w:rtl/>
          <w:lang w:val="en-US" w:bidi="ar-SA"/>
        </w:rPr>
        <w:t xml:space="preserve">مرحبًا يا تلاميذ الصف الرابع! أهلًا بكم في كتاب اللغة الإنجليزية.</w:t>
      </w:r>
    </w:p>
    <w:p>
      <w:pPr>
        <w:spacing w:before="0" w:after="20"/>
        <w:jc w:val="both"/>
      </w:pPr>
      <w:r>
        <w:rPr/>
        <w:t>This year you will learn to talk about yourself, your family, your home and your day. You will ask questions, describe people and things, give instructions and say what you can do.</w:t>
      </w:r>
    </w:p>
    <w:p>
      <w:pPr>
        <w:bidi/>
        <w:spacing w:before="0" w:after="0"/>
        <w:jc w:val="both"/>
      </w:pPr>
      <w:r>
        <w:rPr>
          <w:rFonts w:ascii="Arial" w:hAnsi="Arial" w:cs="Arial"/>
          <w:color w:val="6B7280"/>
          <w:sz w:val="20"/>
          <w:szCs w:val="20"/>
          <w:rtl/>
          <w:lang w:val="en-US" w:bidi="he-IL"/>
        </w:rPr>
        <w:t xml:space="preserve">השנה תלמדו לדבר על עצמכם, על המשפחה, על הבית ועל היום שלכם. תשאלו שאלות, תתארו אנשים ודברים, תיתנו הוראות ותספרו מה אתם יודעים לעשות.</w:t>
      </w:r>
    </w:p>
    <w:p>
      <w:pPr>
        <w:bidi/>
        <w:spacing w:before="0" w:after="120"/>
        <w:jc w:val="both"/>
      </w:pPr>
      <w:r>
        <w:rPr>
          <w:rFonts w:ascii="Arial" w:hAnsi="Arial" w:cs="Arial"/>
          <w:color w:val="6B7280"/>
          <w:sz w:val="21"/>
          <w:szCs w:val="21"/>
          <w:rtl/>
          <w:lang w:val="en-US" w:bidi="ar-SA"/>
        </w:rPr>
        <w:t xml:space="preserve">في هذه السنة ستتعلّم أن تتحدّث عن نفسك وعن عائلتك وبيتك ويومك. ستسأل أسئلة، وتصف أشخاصًا وأشياء، وتعطي تعليمات، وتقول ماذا تستطيع أن تفعل.</w:t>
      </w:r>
    </w:p>
    <w:p>
      <w:pPr>
        <w:spacing w:before="0" w:after="20"/>
        <w:jc w:val="both"/>
      </w:pPr>
      <w:r>
        <w:rPr/>
        <w:t>In every chapter there is a short explanation, examples, a "Remember!" box and lots of practice. At the end there is a review and a final test. Have fun and good luck!</w:t>
      </w:r>
    </w:p>
    <w:p>
      <w:pPr>
        <w:bidi/>
        <w:spacing w:before="0" w:after="0"/>
        <w:jc w:val="both"/>
      </w:pPr>
      <w:r>
        <w:rPr>
          <w:rFonts w:ascii="Arial" w:hAnsi="Arial" w:cs="Arial"/>
          <w:color w:val="6B7280"/>
          <w:sz w:val="20"/>
          <w:szCs w:val="20"/>
          <w:rtl/>
          <w:lang w:val="en-US" w:bidi="he-IL"/>
        </w:rPr>
        <w:t xml:space="preserve">בכל פרק יש הסבר קצר, דוגמאות, תיבת ‎"Remember!"‎ והרבה תרגול. בסוף יש חזרה ומבחן מסכם. תהנו ובהצלחה!</w:t>
      </w:r>
    </w:p>
    <w:p>
      <w:pPr>
        <w:bidi/>
        <w:spacing w:before="0" w:after="120"/>
        <w:jc w:val="both"/>
      </w:pPr>
      <w:r>
        <w:rPr>
          <w:rFonts w:ascii="Arial" w:hAnsi="Arial" w:cs="Arial"/>
          <w:color w:val="6B7280"/>
          <w:sz w:val="21"/>
          <w:szCs w:val="21"/>
          <w:rtl/>
          <w:lang w:val="en-US" w:bidi="ar-SA"/>
        </w:rPr>
        <w:t xml:space="preserve">في كل فصل يوجد شرح قصير وأمثلة ومربّع ‎"Remember!"‎ وتمارين كثيرة. في النهاية توجد مراجعة وامتحان نهائي. استمتع وبالتوفيق!</w:t>
      </w:r>
    </w:p>
    <w:p>
      <w:pPr>
        <w:spacing w:before="0" w:after="80"/>
        <w:jc w:val="both"/>
      </w:pPr>
      <w:r>
        <w:br w:type="page"/>
      </w:r>
    </w:p>
    <w:p>
      <w:pPr>
        <w:spacing w:before="0" w:after="120"/>
        <w:jc w:val="both"/>
      </w:pPr>
      <w:r>
        <w:rPr>
          <w:rFonts w:ascii="Arial" w:hAnsi="Arial" w:cs="Arial"/>
          <w:color w:val="5B6476"/>
          <w:sz w:val="20"/>
          <w:szCs w:val="20"/>
        </w:rPr>
        <w:t>English · Grade 4   |   Unit 1</w:t>
      </w:r>
    </w:p>
    <w:p>
      <w:pPr>
        <w:spacing w:before="0" w:after="40"/>
        <w:jc w:val="both"/>
      </w:pPr>
      <w:r>
        <w:rPr>
          <w:rFonts w:ascii="Arial Black" w:hAnsi="Arial Black" w:cs="Arial Black"/>
          <w:b/>
          <w:bCs/>
          <w:color w:val="4338CA"/>
          <w:sz w:val="44"/>
          <w:szCs w:val="44"/>
        </w:rPr>
        <w:t>Unit 1: Verb "to be": am, is, are</w:t>
      </w:r>
    </w:p>
    <w:p>
      <w:pPr>
        <w:bidi/>
        <w:spacing w:before="0" w:after="0"/>
        <w:jc w:val="both"/>
      </w:pPr>
      <w:r>
        <w:rPr>
          <w:rFonts w:ascii="Arial" w:hAnsi="Arial" w:cs="Arial"/>
          <w:color w:val="6B7280"/>
          <w:sz w:val="22"/>
          <w:szCs w:val="22"/>
          <w:rtl/>
          <w:lang w:val="en-US" w:bidi="he-IL"/>
        </w:rPr>
        <w:t xml:space="preserve">הפועל ‎"to be": am, is, are‎</w:t>
      </w:r>
    </w:p>
    <w:p>
      <w:pPr>
        <w:bidi/>
        <w:spacing w:before="0" w:after="120"/>
        <w:jc w:val="both"/>
      </w:pPr>
      <w:r>
        <w:rPr>
          <w:rFonts w:ascii="Arial" w:hAnsi="Arial" w:cs="Arial"/>
          <w:color w:val="6B7280"/>
          <w:sz w:val="23"/>
          <w:szCs w:val="23"/>
          <w:rtl/>
          <w:lang w:val="en-US" w:bidi="ar-SA"/>
        </w:rPr>
        <w:t xml:space="preserve">الفعل ‎"to be": am, is, are‎</w:t>
      </w:r>
    </w:p>
    <w:p>
      <w:pPr>
        <w:spacing w:before="0" w:after="80"/>
        <w:jc w:val="center"/>
      </w:pPr>
      <w:r>
        <w:drawing>
          <wp:inline xmlns:a="http://schemas.openxmlformats.org/drawingml/2006/main" xmlns:pic="http://schemas.openxmlformats.org/drawingml/2006/picture">
            <wp:extent cx="3240000" cy="2160000"/>
            <wp:docPr id="2" name="Picture 2"/>
            <wp:cNvGraphicFramePr>
              <a:graphicFrameLocks noChangeAspect="1"/>
            </wp:cNvGraphicFramePr>
            <a:graphic>
              <a:graphicData uri="http://schemas.openxmlformats.org/drawingml/2006/picture">
                <pic:pic>
                  <pic:nvPicPr>
                    <pic:cNvPr id="0" name="english_g4_t01.jpg"/>
                    <pic:cNvPicPr/>
                  </pic:nvPicPr>
                  <pic:blipFill>
                    <a:blip r:embed="rId11"/>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4338CA"/>
          <w:sz w:val="28"/>
          <w:szCs w:val="28"/>
        </w:rPr>
        <w:t>◆ Who goes with what?</w:t>
      </w:r>
    </w:p>
    <w:p>
      <w:pPr>
        <w:bidi/>
        <w:spacing w:before="0" w:after="0"/>
        <w:jc w:val="both"/>
      </w:pPr>
      <w:r>
        <w:rPr>
          <w:rFonts w:ascii="Arial" w:hAnsi="Arial" w:cs="Arial"/>
          <w:color w:val="6B7280"/>
          <w:sz w:val="20"/>
          <w:szCs w:val="20"/>
          <w:rtl/>
          <w:lang w:val="en-US" w:bidi="he-IL"/>
        </w:rPr>
        <w:t xml:space="preserve">מי הולך עם מה?</w:t>
      </w:r>
    </w:p>
    <w:p>
      <w:pPr>
        <w:bidi/>
        <w:spacing w:before="0" w:after="40"/>
        <w:jc w:val="both"/>
      </w:pPr>
      <w:r>
        <w:rPr>
          <w:rFonts w:ascii="Arial" w:hAnsi="Arial" w:cs="Arial"/>
          <w:color w:val="6B7280"/>
          <w:sz w:val="21"/>
          <w:szCs w:val="21"/>
          <w:rtl/>
          <w:lang w:val="en-US" w:bidi="ar-SA"/>
        </w:rPr>
        <w:t xml:space="preserve">مَن يأتي مع ماذا؟</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4338ca"/>
          </w:tcPr>
          <w:p>
            <w:pPr>
              <w:spacing w:before="0" w:after="40"/>
              <w:jc w:val="both"/>
            </w:pPr>
            <w:r>
              <w:rPr>
                <w:b/>
                <w:bCs/>
                <w:color w:val="FFFFFF"/>
              </w:rPr>
              <w:t>Subject</w:t>
            </w:r>
          </w:p>
        </w:tc>
        <w:tc>
          <w:tcPr>
            <w:tcW w:type="dxa" w:w="3326"/>
            <w:shd w:val="clear" w:color="auto" w:fill="4338ca"/>
          </w:tcPr>
          <w:p>
            <w:pPr>
              <w:spacing w:before="0" w:after="40"/>
              <w:jc w:val="both"/>
            </w:pPr>
            <w:r>
              <w:rPr>
                <w:b/>
                <w:bCs/>
                <w:color w:val="FFFFFF"/>
              </w:rPr>
              <w:t>to be</w:t>
            </w:r>
          </w:p>
        </w:tc>
        <w:tc>
          <w:tcPr>
            <w:tcW w:type="dxa" w:w="3326"/>
            <w:shd w:val="clear" w:color="auto" w:fill="4338ca"/>
          </w:tcPr>
          <w:p>
            <w:pPr>
              <w:spacing w:before="0" w:after="40"/>
              <w:jc w:val="both"/>
            </w:pPr>
            <w:r>
              <w:rPr>
                <w:b/>
                <w:bCs/>
                <w:color w:val="FFFFFF"/>
              </w:rPr>
              <w:t>Short form</w:t>
            </w:r>
          </w:p>
        </w:tc>
      </w:tr>
      <w:tr>
        <w:tc>
          <w:tcPr>
            <w:tcW w:type="dxa" w:w="3326"/>
          </w:tcPr>
          <w:p>
            <w:pPr>
              <w:spacing w:before="0" w:after="40"/>
              <w:jc w:val="both"/>
            </w:pPr>
            <w:r>
              <w:rPr/>
              <w:t>I</w:t>
            </w:r>
          </w:p>
        </w:tc>
        <w:tc>
          <w:tcPr>
            <w:tcW w:type="dxa" w:w="3326"/>
          </w:tcPr>
          <w:p>
            <w:pPr>
              <w:spacing w:before="0" w:after="40"/>
              <w:jc w:val="both"/>
            </w:pPr>
            <w:r>
              <w:rPr/>
              <w:t>am</w:t>
            </w:r>
          </w:p>
        </w:tc>
        <w:tc>
          <w:tcPr>
            <w:tcW w:type="dxa" w:w="3326"/>
          </w:tcPr>
          <w:p>
            <w:pPr>
              <w:spacing w:before="0" w:after="40"/>
              <w:jc w:val="both"/>
            </w:pPr>
            <w:r>
              <w:rPr/>
              <w:t>I'm</w:t>
            </w:r>
          </w:p>
        </w:tc>
      </w:tr>
      <w:tr>
        <w:tc>
          <w:tcPr>
            <w:tcW w:type="dxa" w:w="3326"/>
          </w:tcPr>
          <w:p>
            <w:pPr>
              <w:spacing w:before="0" w:after="40"/>
              <w:jc w:val="both"/>
            </w:pPr>
            <w:r>
              <w:rPr/>
              <w:t>he / she / it</w:t>
            </w:r>
          </w:p>
        </w:tc>
        <w:tc>
          <w:tcPr>
            <w:tcW w:type="dxa" w:w="3326"/>
          </w:tcPr>
          <w:p>
            <w:pPr>
              <w:spacing w:before="0" w:after="40"/>
              <w:jc w:val="both"/>
            </w:pPr>
            <w:r>
              <w:rPr/>
              <w:t>is</w:t>
            </w:r>
          </w:p>
        </w:tc>
        <w:tc>
          <w:tcPr>
            <w:tcW w:type="dxa" w:w="3326"/>
          </w:tcPr>
          <w:p>
            <w:pPr>
              <w:spacing w:before="0" w:after="40"/>
              <w:jc w:val="both"/>
            </w:pPr>
            <w:r>
              <w:rPr/>
              <w:t>he's / she's / it's</w:t>
            </w:r>
          </w:p>
        </w:tc>
      </w:tr>
      <w:tr>
        <w:tc>
          <w:tcPr>
            <w:tcW w:type="dxa" w:w="3326"/>
          </w:tcPr>
          <w:p>
            <w:pPr>
              <w:spacing w:before="0" w:after="40"/>
              <w:jc w:val="both"/>
            </w:pPr>
            <w:r>
              <w:rPr/>
              <w:t>you / we / they</w:t>
            </w:r>
          </w:p>
        </w:tc>
        <w:tc>
          <w:tcPr>
            <w:tcW w:type="dxa" w:w="3326"/>
          </w:tcPr>
          <w:p>
            <w:pPr>
              <w:spacing w:before="0" w:after="40"/>
              <w:jc w:val="both"/>
            </w:pPr>
            <w:r>
              <w:rPr/>
              <w:t>are</w:t>
            </w:r>
          </w:p>
        </w:tc>
        <w:tc>
          <w:tcPr>
            <w:tcW w:type="dxa" w:w="3326"/>
          </w:tcPr>
          <w:p>
            <w:pPr>
              <w:spacing w:before="0" w:after="40"/>
              <w:jc w:val="both"/>
            </w:pPr>
            <w:r>
              <w:rPr/>
              <w:t>you're / we're / they're</w:t>
            </w:r>
          </w:p>
        </w:tc>
      </w:tr>
    </w:tbl>
    <w:p>
      <w:pPr>
        <w:spacing w:before="0" w:after="40"/>
        <w:jc w:val="both"/>
      </w:pPr>
    </w:p>
    <w:p>
      <w:pPr>
        <w:spacing w:before="120" w:after="40"/>
        <w:jc w:val="both"/>
      </w:pPr>
      <w:r>
        <w:rPr>
          <w:rFonts w:ascii="Arial Black" w:hAnsi="Arial Black" w:cs="Arial Black"/>
          <w:b/>
          <w:bCs/>
          <w:color w:val="4338CA"/>
          <w:sz w:val="28"/>
          <w:szCs w:val="28"/>
        </w:rPr>
        <w:t>◆ Saying no</w:t>
      </w:r>
    </w:p>
    <w:p>
      <w:pPr>
        <w:bidi/>
        <w:spacing w:before="0" w:after="0"/>
        <w:jc w:val="both"/>
      </w:pPr>
      <w:r>
        <w:rPr>
          <w:rFonts w:ascii="Arial" w:hAnsi="Arial" w:cs="Arial"/>
          <w:color w:val="6B7280"/>
          <w:sz w:val="20"/>
          <w:szCs w:val="20"/>
          <w:rtl/>
          <w:lang w:val="en-US" w:bidi="he-IL"/>
        </w:rPr>
        <w:t xml:space="preserve">איך אומרים "לא"</w:t>
      </w:r>
    </w:p>
    <w:p>
      <w:pPr>
        <w:bidi/>
        <w:spacing w:before="0" w:after="40"/>
        <w:jc w:val="both"/>
      </w:pPr>
      <w:r>
        <w:rPr>
          <w:rFonts w:ascii="Arial" w:hAnsi="Arial" w:cs="Arial"/>
          <w:color w:val="6B7280"/>
          <w:sz w:val="21"/>
          <w:szCs w:val="21"/>
          <w:rtl/>
          <w:lang w:val="en-US" w:bidi="ar-SA"/>
        </w:rPr>
        <w:t xml:space="preserve">كيف نقول "لا"</w:t>
      </w:r>
    </w:p>
    <w:p>
      <w:pPr>
        <w:spacing w:before="0" w:after="20"/>
        <w:jc w:val="both"/>
      </w:pPr>
      <w:r>
        <w:rPr/>
        <w:t>1. Add not after the verb: I am not, he is not, we are not.</w:t>
      </w:r>
    </w:p>
    <w:p>
      <w:pPr>
        <w:bidi/>
        <w:spacing w:before="0" w:after="0"/>
        <w:jc w:val="both"/>
      </w:pPr>
      <w:r>
        <w:rPr>
          <w:rFonts w:ascii="Arial" w:hAnsi="Arial" w:cs="Arial"/>
          <w:color w:val="6B7280"/>
          <w:sz w:val="20"/>
          <w:szCs w:val="20"/>
          <w:rtl/>
          <w:lang w:val="en-US" w:bidi="he-IL"/>
        </w:rPr>
        <w:t xml:space="preserve">הוסיפו ‎not‎ אחרי הפועל: ‎I am not, he is not, we are not‎.</w:t>
      </w:r>
    </w:p>
    <w:p>
      <w:pPr>
        <w:bidi/>
        <w:spacing w:before="0" w:after="40"/>
        <w:jc w:val="both"/>
      </w:pPr>
      <w:r>
        <w:rPr>
          <w:rFonts w:ascii="Arial" w:hAnsi="Arial" w:cs="Arial"/>
          <w:color w:val="6B7280"/>
          <w:sz w:val="21"/>
          <w:szCs w:val="21"/>
          <w:rtl/>
          <w:lang w:val="en-US" w:bidi="ar-SA"/>
        </w:rPr>
        <w:t xml:space="preserve">أضف ‎not‎ بعد الفعل: ‎I am not, he is not, we are not‎.</w:t>
      </w:r>
    </w:p>
    <w:p>
      <w:pPr>
        <w:spacing w:before="0" w:after="20"/>
        <w:jc w:val="both"/>
      </w:pPr>
      <w:r>
        <w:rPr/>
        <w:t>2. Short forms: isn't, aren't (but: I'm not).</w:t>
      </w:r>
    </w:p>
    <w:p>
      <w:pPr>
        <w:bidi/>
        <w:spacing w:before="0" w:after="0"/>
        <w:jc w:val="both"/>
      </w:pPr>
      <w:r>
        <w:rPr>
          <w:rFonts w:ascii="Arial" w:hAnsi="Arial" w:cs="Arial"/>
          <w:color w:val="6B7280"/>
          <w:sz w:val="20"/>
          <w:szCs w:val="20"/>
          <w:rtl/>
          <w:lang w:val="en-US" w:bidi="he-IL"/>
        </w:rPr>
        <w:t xml:space="preserve">צורות מקוצרות: ‎isn't, aren't (‎אבל: ‎I'm not)‎.</w:t>
      </w:r>
    </w:p>
    <w:p>
      <w:pPr>
        <w:bidi/>
        <w:spacing w:before="0" w:after="40"/>
        <w:jc w:val="both"/>
      </w:pPr>
      <w:r>
        <w:rPr>
          <w:rFonts w:ascii="Arial" w:hAnsi="Arial" w:cs="Arial"/>
          <w:color w:val="6B7280"/>
          <w:sz w:val="21"/>
          <w:szCs w:val="21"/>
          <w:rtl/>
          <w:lang w:val="en-US" w:bidi="ar-SA"/>
        </w:rPr>
        <w:t xml:space="preserve">الصيغ المختصرة: ‎isn't, aren't (‎لكن: ‎I'm not)‎.</w:t>
      </w:r>
    </w:p>
    <w:p>
      <w:pPr>
        <w:spacing w:before="0" w:after="0"/>
        <w:jc w:val="both"/>
      </w:pPr>
      <w:r>
        <w:rPr>
          <w:color w:val="5B6476"/>
          <w:sz w:val="22"/>
          <w:szCs w:val="22"/>
        </w:rPr>
        <w:t>Example:</w:t>
      </w:r>
    </w:p>
    <w:p>
      <w:pPr>
        <w:bidi/>
        <w:spacing w:before="0" w:after="0"/>
        <w:jc w:val="both"/>
      </w:pPr>
      <w:r>
        <w:rPr>
          <w:rFonts w:ascii="Arial" w:hAnsi="Arial" w:cs="Arial"/>
          <w:color w:val="6B7280"/>
          <w:sz w:val="20"/>
          <w:szCs w:val="20"/>
          <w:rtl/>
          <w:lang w:val="en-US" w:bidi="he-IL"/>
        </w:rPr>
        <w:t xml:space="preserve">דוגמה:</w:t>
      </w:r>
    </w:p>
    <w:p>
      <w:pPr>
        <w:bidi/>
        <w:spacing w:before="0" w:after="40"/>
        <w:jc w:val="both"/>
      </w:pPr>
      <w:r>
        <w:rPr>
          <w:rFonts w:ascii="Arial" w:hAnsi="Arial" w:cs="Arial"/>
          <w:color w:val="6B7280"/>
          <w:sz w:val="21"/>
          <w:szCs w:val="21"/>
          <w:rtl/>
          <w:lang w:val="en-US" w:bidi="ar-SA"/>
        </w:rPr>
        <w:t xml:space="preserve">مثال:</w:t>
      </w:r>
    </w:p>
    <w:p>
      <w:pPr>
        <w:spacing w:before="0" w:after="120"/>
        <w:jc w:val="both"/>
      </w:pPr>
      <w:r>
        <w:rPr>
          <w:color w:val="334055"/>
          <w:sz w:val="24"/>
          <w:szCs w:val="24"/>
        </w:rPr>
        <w:t>Ben isn't sick. We aren't late.</w:t>
      </w:r>
    </w:p>
    <w:p>
      <w:pPr>
        <w:spacing w:before="120" w:after="40"/>
        <w:jc w:val="both"/>
      </w:pPr>
      <w:r>
        <w:rPr>
          <w:rFonts w:ascii="Arial Black" w:hAnsi="Arial Black" w:cs="Arial Black"/>
          <w:b/>
          <w:bCs/>
          <w:color w:val="4338CA"/>
          <w:sz w:val="28"/>
          <w:szCs w:val="28"/>
        </w:rPr>
        <w:t>◆ Asking and answering</w:t>
      </w:r>
    </w:p>
    <w:p>
      <w:pPr>
        <w:bidi/>
        <w:spacing w:before="0" w:after="0"/>
        <w:jc w:val="both"/>
      </w:pPr>
      <w:r>
        <w:rPr>
          <w:rFonts w:ascii="Arial" w:hAnsi="Arial" w:cs="Arial"/>
          <w:color w:val="6B7280"/>
          <w:sz w:val="20"/>
          <w:szCs w:val="20"/>
          <w:rtl/>
          <w:lang w:val="en-US" w:bidi="he-IL"/>
        </w:rPr>
        <w:t xml:space="preserve">שואלים ועונים</w:t>
      </w:r>
    </w:p>
    <w:p>
      <w:pPr>
        <w:bidi/>
        <w:spacing w:before="0" w:after="40"/>
        <w:jc w:val="both"/>
      </w:pPr>
      <w:r>
        <w:rPr>
          <w:rFonts w:ascii="Arial" w:hAnsi="Arial" w:cs="Arial"/>
          <w:color w:val="6B7280"/>
          <w:sz w:val="21"/>
          <w:szCs w:val="21"/>
          <w:rtl/>
          <w:lang w:val="en-US" w:bidi="ar-SA"/>
        </w:rPr>
        <w:t xml:space="preserve">نسأل ونجيب</w:t>
      </w:r>
    </w:p>
    <w:p>
      <w:pPr>
        <w:spacing w:before="0" w:after="20"/>
        <w:jc w:val="both"/>
      </w:pPr>
      <w:r>
        <w:rPr/>
        <w:t>1. Put the verb first: Are they at school?</w:t>
      </w:r>
    </w:p>
    <w:p>
      <w:pPr>
        <w:bidi/>
        <w:spacing w:before="0" w:after="0"/>
        <w:jc w:val="both"/>
      </w:pPr>
      <w:r>
        <w:rPr>
          <w:rFonts w:ascii="Arial" w:hAnsi="Arial" w:cs="Arial"/>
          <w:color w:val="6B7280"/>
          <w:sz w:val="20"/>
          <w:szCs w:val="20"/>
          <w:rtl/>
          <w:lang w:val="en-US" w:bidi="he-IL"/>
        </w:rPr>
        <w:t xml:space="preserve">שימו את הפועל ראשון: ‎Are they at school?‎</w:t>
      </w:r>
    </w:p>
    <w:p>
      <w:pPr>
        <w:bidi/>
        <w:spacing w:before="0" w:after="40"/>
        <w:jc w:val="both"/>
      </w:pPr>
      <w:r>
        <w:rPr>
          <w:rFonts w:ascii="Arial" w:hAnsi="Arial" w:cs="Arial"/>
          <w:color w:val="6B7280"/>
          <w:sz w:val="21"/>
          <w:szCs w:val="21"/>
          <w:rtl/>
          <w:lang w:val="en-US" w:bidi="ar-SA"/>
        </w:rPr>
        <w:t xml:space="preserve">ضع الفعل أولًا: ‎Are they at school?‎</w:t>
      </w:r>
    </w:p>
    <w:p>
      <w:pPr>
        <w:spacing w:before="0" w:after="20"/>
        <w:jc w:val="both"/>
      </w:pPr>
      <w:r>
        <w:rPr/>
        <w:t>2. Short answers: Yes, they are. / No, they aren't.</w:t>
      </w:r>
    </w:p>
    <w:p>
      <w:pPr>
        <w:bidi/>
        <w:spacing w:before="0" w:after="0"/>
        <w:jc w:val="both"/>
      </w:pPr>
      <w:r>
        <w:rPr>
          <w:rFonts w:ascii="Arial" w:hAnsi="Arial" w:cs="Arial"/>
          <w:color w:val="6B7280"/>
          <w:sz w:val="20"/>
          <w:szCs w:val="20"/>
          <w:rtl/>
          <w:lang w:val="en-US" w:bidi="he-IL"/>
        </w:rPr>
        <w:t xml:space="preserve">תשובות קצרות: ‎Yes, they are. / No, they aren't‎.</w:t>
      </w:r>
    </w:p>
    <w:p>
      <w:pPr>
        <w:bidi/>
        <w:spacing w:before="0" w:after="40"/>
        <w:jc w:val="both"/>
      </w:pPr>
      <w:r>
        <w:rPr>
          <w:rFonts w:ascii="Arial" w:hAnsi="Arial" w:cs="Arial"/>
          <w:color w:val="6B7280"/>
          <w:sz w:val="21"/>
          <w:szCs w:val="21"/>
          <w:rtl/>
          <w:lang w:val="en-US" w:bidi="ar-SA"/>
        </w:rPr>
        <w:t xml:space="preserve">الإجابات القصيرة: ‎Yes, they are. / No, they aren't‎.</w:t>
      </w:r>
    </w:p>
    <w:p>
      <w:pPr>
        <w:spacing w:before="0" w:after="0"/>
        <w:jc w:val="both"/>
      </w:pPr>
      <w:r>
        <w:rPr>
          <w:color w:val="5B6476"/>
          <w:sz w:val="22"/>
          <w:szCs w:val="22"/>
        </w:rPr>
        <w:t>Example:</w:t>
      </w:r>
    </w:p>
    <w:p>
      <w:pPr>
        <w:bidi/>
        <w:spacing w:before="0" w:after="0"/>
        <w:jc w:val="both"/>
      </w:pPr>
      <w:r>
        <w:rPr>
          <w:rFonts w:ascii="Arial" w:hAnsi="Arial" w:cs="Arial"/>
          <w:color w:val="6B7280"/>
          <w:sz w:val="20"/>
          <w:szCs w:val="20"/>
          <w:rtl/>
          <w:lang w:val="en-US" w:bidi="he-IL"/>
        </w:rPr>
        <w:t xml:space="preserve">דוגמה:</w:t>
      </w:r>
    </w:p>
    <w:p>
      <w:pPr>
        <w:bidi/>
        <w:spacing w:before="0" w:after="40"/>
        <w:jc w:val="both"/>
      </w:pPr>
      <w:r>
        <w:rPr>
          <w:rFonts w:ascii="Arial" w:hAnsi="Arial" w:cs="Arial"/>
          <w:color w:val="6B7280"/>
          <w:sz w:val="21"/>
          <w:szCs w:val="21"/>
          <w:rtl/>
          <w:lang w:val="en-US" w:bidi="ar-SA"/>
        </w:rPr>
        <w:t xml:space="preserve">مثال:</w:t>
      </w:r>
    </w:p>
    <w:p>
      <w:pPr>
        <w:spacing w:before="0" w:after="120"/>
        <w:jc w:val="both"/>
      </w:pPr>
      <w:r>
        <w:rPr>
          <w:color w:val="334055"/>
          <w:sz w:val="24"/>
          <w:szCs w:val="24"/>
        </w:rPr>
        <w:t>Is Shira nine? – No, she isn't. She is ten.</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09500"/>
                  <wp:docPr id="3" name="Picture 3"/>
                  <wp:cNvGraphicFramePr>
                    <a:graphicFrameLocks noChangeAspect="1"/>
                  </wp:cNvGraphicFramePr>
                  <a:graphic>
                    <a:graphicData uri="http://schemas.openxmlformats.org/drawingml/2006/picture">
                      <pic:pic>
                        <pic:nvPicPr>
                          <pic:cNvPr id="0" name="school.png"/>
                          <pic:cNvPicPr/>
                        </pic:nvPicPr>
                        <pic:blipFill>
                          <a:blip r:embed="rId12"/>
                          <a:stretch>
                            <a:fillRect/>
                          </a:stretch>
                        </pic:blipFill>
                        <pic:spPr>
                          <a:xfrm>
                            <a:off x="0" y="0"/>
                            <a:ext cx="468000" cy="409500"/>
                          </a:xfrm>
                          <a:prstGeom prst="rect"/>
                        </pic:spPr>
                      </pic:pic>
                    </a:graphicData>
                  </a:graphic>
                </wp:inline>
              </w:drawing>
            </w:r>
          </w:p>
          <w:p>
            <w:pPr>
              <w:spacing w:before="0" w:after="0"/>
              <w:jc w:val="center"/>
            </w:pPr>
            <w:r>
              <w:rPr>
                <w:b/>
                <w:bCs/>
                <w:sz w:val="23"/>
                <w:szCs w:val="23"/>
              </w:rPr>
              <w:t>school</w:t>
            </w:r>
          </w:p>
          <w:p>
            <w:pPr>
              <w:bidi/>
              <w:spacing w:before="0" w:after="0"/>
              <w:jc w:val="center"/>
            </w:pPr>
            <w:r>
              <w:rPr>
                <w:rFonts w:ascii="Arial" w:hAnsi="Arial" w:cs="Arial"/>
                <w:color w:val="6B7280"/>
                <w:sz w:val="17"/>
                <w:szCs w:val="17"/>
                <w:rtl/>
                <w:lang w:val="en-US" w:bidi="he-IL"/>
              </w:rPr>
              <w:t xml:space="preserve">בית ספר</w:t>
            </w:r>
          </w:p>
          <w:p>
            <w:pPr>
              <w:bidi/>
              <w:spacing w:before="0" w:after="0"/>
              <w:jc w:val="center"/>
            </w:pPr>
            <w:r>
              <w:rPr>
                <w:rFonts w:ascii="Arial" w:hAnsi="Arial" w:cs="Arial"/>
                <w:color w:val="6B7280"/>
                <w:sz w:val="17"/>
                <w:szCs w:val="17"/>
                <w:rtl/>
                <w:lang w:val="en-US" w:bidi="ar-SA"/>
              </w:rPr>
              <w:t xml:space="preserve">مدرسة</w:t>
            </w:r>
          </w:p>
        </w:tc>
        <w:tc>
          <w:tcPr>
            <w:tcW w:type="dxa" w:w="1663"/>
          </w:tcPr>
          <w:p>
            <w:pPr>
              <w:spacing w:before="0" w:after="0"/>
              <w:jc w:val="center"/>
            </w:pPr>
            <w:r>
              <w:drawing>
                <wp:inline xmlns:a="http://schemas.openxmlformats.org/drawingml/2006/main" xmlns:pic="http://schemas.openxmlformats.org/drawingml/2006/picture">
                  <wp:extent cx="468000" cy="365625"/>
                  <wp:docPr id="4" name="Picture 4"/>
                  <wp:cNvGraphicFramePr>
                    <a:graphicFrameLocks noChangeAspect="1"/>
                  </wp:cNvGraphicFramePr>
                  <a:graphic>
                    <a:graphicData uri="http://schemas.openxmlformats.org/drawingml/2006/picture">
                      <pic:pic>
                        <pic:nvPicPr>
                          <pic:cNvPr id="0" name="dog.png"/>
                          <pic:cNvPicPr/>
                        </pic:nvPicPr>
                        <pic:blipFill>
                          <a:blip r:embed="rId13"/>
                          <a:stretch>
                            <a:fillRect/>
                          </a:stretch>
                        </pic:blipFill>
                        <pic:spPr>
                          <a:xfrm>
                            <a:off x="0" y="0"/>
                            <a:ext cx="468000" cy="365625"/>
                          </a:xfrm>
                          <a:prstGeom prst="rect"/>
                        </pic:spPr>
                      </pic:pic>
                    </a:graphicData>
                  </a:graphic>
                </wp:inline>
              </w:drawing>
            </w:r>
          </w:p>
          <w:p>
            <w:pPr>
              <w:spacing w:before="0" w:after="0"/>
              <w:jc w:val="center"/>
            </w:pPr>
            <w:r>
              <w:rPr>
                <w:b/>
                <w:bCs/>
                <w:sz w:val="23"/>
                <w:szCs w:val="23"/>
              </w:rPr>
              <w:t>dog</w:t>
            </w:r>
          </w:p>
          <w:p>
            <w:pPr>
              <w:bidi/>
              <w:spacing w:before="0" w:after="0"/>
              <w:jc w:val="center"/>
            </w:pPr>
            <w:r>
              <w:rPr>
                <w:rFonts w:ascii="Arial" w:hAnsi="Arial" w:cs="Arial"/>
                <w:color w:val="6B7280"/>
                <w:sz w:val="17"/>
                <w:szCs w:val="17"/>
                <w:rtl/>
                <w:lang w:val="en-US" w:bidi="he-IL"/>
              </w:rPr>
              <w:t xml:space="preserve">כלב</w:t>
            </w:r>
          </w:p>
          <w:p>
            <w:pPr>
              <w:bidi/>
              <w:spacing w:before="0" w:after="0"/>
              <w:jc w:val="center"/>
            </w:pPr>
            <w:r>
              <w:rPr>
                <w:rFonts w:ascii="Arial" w:hAnsi="Arial" w:cs="Arial"/>
                <w:color w:val="6B7280"/>
                <w:sz w:val="17"/>
                <w:szCs w:val="17"/>
                <w:rtl/>
                <w:lang w:val="en-US" w:bidi="ar-SA"/>
              </w:rPr>
              <w:t xml:space="preserve">كلب</w:t>
            </w:r>
          </w:p>
        </w:tc>
        <w:tc>
          <w:tcPr>
            <w:tcW w:type="dxa" w:w="1663"/>
          </w:tcPr>
          <w:p>
            <w:pPr>
              <w:spacing w:before="0" w:after="0"/>
              <w:jc w:val="center"/>
            </w:pPr>
            <w:r>
              <w:drawing>
                <wp:inline xmlns:a="http://schemas.openxmlformats.org/drawingml/2006/main" xmlns:pic="http://schemas.openxmlformats.org/drawingml/2006/picture">
                  <wp:extent cx="468000" cy="419250"/>
                  <wp:docPr id="5" name="Picture 5"/>
                  <wp:cNvGraphicFramePr>
                    <a:graphicFrameLocks noChangeAspect="1"/>
                  </wp:cNvGraphicFramePr>
                  <a:graphic>
                    <a:graphicData uri="http://schemas.openxmlformats.org/drawingml/2006/picture">
                      <pic:pic>
                        <pic:nvPicPr>
                          <pic:cNvPr id="0" name="cat.png"/>
                          <pic:cNvPicPr/>
                        </pic:nvPicPr>
                        <pic:blipFill>
                          <a:blip r:embed="rId14"/>
                          <a:stretch>
                            <a:fillRect/>
                          </a:stretch>
                        </pic:blipFill>
                        <pic:spPr>
                          <a:xfrm>
                            <a:off x="0" y="0"/>
                            <a:ext cx="468000" cy="419250"/>
                          </a:xfrm>
                          <a:prstGeom prst="rect"/>
                        </pic:spPr>
                      </pic:pic>
                    </a:graphicData>
                  </a:graphic>
                </wp:inline>
              </w:drawing>
            </w:r>
          </w:p>
          <w:p>
            <w:pPr>
              <w:spacing w:before="0" w:after="0"/>
              <w:jc w:val="center"/>
            </w:pPr>
            <w:r>
              <w:rPr>
                <w:b/>
                <w:bCs/>
                <w:sz w:val="23"/>
                <w:szCs w:val="23"/>
              </w:rPr>
              <w:t>cat</w:t>
            </w:r>
          </w:p>
          <w:p>
            <w:pPr>
              <w:bidi/>
              <w:spacing w:before="0" w:after="0"/>
              <w:jc w:val="center"/>
            </w:pPr>
            <w:r>
              <w:rPr>
                <w:rFonts w:ascii="Arial" w:hAnsi="Arial" w:cs="Arial"/>
                <w:color w:val="6B7280"/>
                <w:sz w:val="17"/>
                <w:szCs w:val="17"/>
                <w:rtl/>
                <w:lang w:val="en-US" w:bidi="he-IL"/>
              </w:rPr>
              <w:t xml:space="preserve">חתול</w:t>
            </w:r>
          </w:p>
          <w:p>
            <w:pPr>
              <w:bidi/>
              <w:spacing w:before="0" w:after="0"/>
              <w:jc w:val="center"/>
            </w:pPr>
            <w:r>
              <w:rPr>
                <w:rFonts w:ascii="Arial" w:hAnsi="Arial" w:cs="Arial"/>
                <w:color w:val="6B7280"/>
                <w:sz w:val="17"/>
                <w:szCs w:val="17"/>
                <w:rtl/>
                <w:lang w:val="en-US" w:bidi="ar-SA"/>
              </w:rPr>
              <w:t xml:space="preserve">قطة</w:t>
            </w:r>
          </w:p>
        </w:tc>
        <w:tc>
          <w:tcPr>
            <w:tcW w:type="dxa" w:w="1663"/>
          </w:tcPr>
          <w:p>
            <w:pPr>
              <w:spacing w:before="0" w:after="0"/>
              <w:jc w:val="center"/>
            </w:pPr>
            <w:r>
              <w:drawing>
                <wp:inline xmlns:a="http://schemas.openxmlformats.org/drawingml/2006/main" xmlns:pic="http://schemas.openxmlformats.org/drawingml/2006/picture">
                  <wp:extent cx="468000" cy="463125"/>
                  <wp:docPr id="6" name="Picture 6"/>
                  <wp:cNvGraphicFramePr>
                    <a:graphicFrameLocks noChangeAspect="1"/>
                  </wp:cNvGraphicFramePr>
                  <a:graphic>
                    <a:graphicData uri="http://schemas.openxmlformats.org/drawingml/2006/picture">
                      <pic:pic>
                        <pic:nvPicPr>
                          <pic:cNvPr id="0" name="football.png"/>
                          <pic:cNvPicPr/>
                        </pic:nvPicPr>
                        <pic:blipFill>
                          <a:blip r:embed="rId15"/>
                          <a:stretch>
                            <a:fillRect/>
                          </a:stretch>
                        </pic:blipFill>
                        <pic:spPr>
                          <a:xfrm>
                            <a:off x="0" y="0"/>
                            <a:ext cx="468000" cy="463125"/>
                          </a:xfrm>
                          <a:prstGeom prst="rect"/>
                        </pic:spPr>
                      </pic:pic>
                    </a:graphicData>
                  </a:graphic>
                </wp:inline>
              </w:drawing>
            </w:r>
          </w:p>
          <w:p>
            <w:pPr>
              <w:spacing w:before="0" w:after="0"/>
              <w:jc w:val="center"/>
            </w:pPr>
            <w:r>
              <w:rPr>
                <w:b/>
                <w:bCs/>
                <w:sz w:val="23"/>
                <w:szCs w:val="23"/>
              </w:rPr>
              <w:t>football</w:t>
            </w:r>
          </w:p>
          <w:p>
            <w:pPr>
              <w:bidi/>
              <w:spacing w:before="0" w:after="0"/>
              <w:jc w:val="center"/>
            </w:pPr>
            <w:r>
              <w:rPr>
                <w:rFonts w:ascii="Arial" w:hAnsi="Arial" w:cs="Arial"/>
                <w:color w:val="6B7280"/>
                <w:sz w:val="17"/>
                <w:szCs w:val="17"/>
                <w:rtl/>
                <w:lang w:val="en-US" w:bidi="he-IL"/>
              </w:rPr>
              <w:t xml:space="preserve">כדורגל</w:t>
            </w:r>
          </w:p>
          <w:p>
            <w:pPr>
              <w:bidi/>
              <w:spacing w:before="0" w:after="0"/>
              <w:jc w:val="center"/>
            </w:pPr>
            <w:r>
              <w:rPr>
                <w:rFonts w:ascii="Arial" w:hAnsi="Arial" w:cs="Arial"/>
                <w:color w:val="6B7280"/>
                <w:sz w:val="17"/>
                <w:szCs w:val="17"/>
                <w:rtl/>
                <w:lang w:val="en-US" w:bidi="ar-SA"/>
              </w:rPr>
              <w:t xml:space="preserve">كرة القدم</w:t>
            </w:r>
          </w:p>
        </w:tc>
        <w:tc>
          <w:tcPr>
            <w:tcW w:type="dxa" w:w="1663"/>
          </w:tcPr>
          <w:p>
            <w:pPr>
              <w:spacing w:before="0" w:after="0"/>
              <w:jc w:val="center"/>
            </w:pPr>
            <w:r>
              <w:drawing>
                <wp:inline xmlns:a="http://schemas.openxmlformats.org/drawingml/2006/main" xmlns:pic="http://schemas.openxmlformats.org/drawingml/2006/picture">
                  <wp:extent cx="468000" cy="468000"/>
                  <wp:docPr id="7" name="Picture 7"/>
                  <wp:cNvGraphicFramePr>
                    <a:graphicFrameLocks noChangeAspect="1"/>
                  </wp:cNvGraphicFramePr>
                  <a:graphic>
                    <a:graphicData uri="http://schemas.openxmlformats.org/drawingml/2006/picture">
                      <pic:pic>
                        <pic:nvPicPr>
                          <pic:cNvPr id="0" name="park.png"/>
                          <pic:cNvPicPr/>
                        </pic:nvPicPr>
                        <pic:blipFill>
                          <a:blip r:embed="rId16"/>
                          <a:stretch>
                            <a:fillRect/>
                          </a:stretch>
                        </pic:blipFill>
                        <pic:spPr>
                          <a:xfrm>
                            <a:off x="0" y="0"/>
                            <a:ext cx="468000" cy="468000"/>
                          </a:xfrm>
                          <a:prstGeom prst="rect"/>
                        </pic:spPr>
                      </pic:pic>
                    </a:graphicData>
                  </a:graphic>
                </wp:inline>
              </w:drawing>
            </w:r>
          </w:p>
          <w:p>
            <w:pPr>
              <w:spacing w:before="0" w:after="0"/>
              <w:jc w:val="center"/>
            </w:pPr>
            <w:r>
              <w:rPr>
                <w:b/>
                <w:bCs/>
                <w:sz w:val="23"/>
                <w:szCs w:val="23"/>
              </w:rPr>
              <w:t>park</w:t>
            </w:r>
          </w:p>
          <w:p>
            <w:pPr>
              <w:bidi/>
              <w:spacing w:before="0" w:after="0"/>
              <w:jc w:val="center"/>
            </w:pPr>
            <w:r>
              <w:rPr>
                <w:rFonts w:ascii="Arial" w:hAnsi="Arial" w:cs="Arial"/>
                <w:color w:val="6B7280"/>
                <w:sz w:val="17"/>
                <w:szCs w:val="17"/>
                <w:rtl/>
                <w:lang w:val="en-US" w:bidi="he-IL"/>
              </w:rPr>
              <w:t xml:space="preserve">פארק</w:t>
            </w:r>
          </w:p>
          <w:p>
            <w:pPr>
              <w:bidi/>
              <w:spacing w:before="0" w:after="0"/>
              <w:jc w:val="center"/>
            </w:pPr>
            <w:r>
              <w:rPr>
                <w:rFonts w:ascii="Arial" w:hAnsi="Arial" w:cs="Arial"/>
                <w:color w:val="6B7280"/>
                <w:sz w:val="17"/>
                <w:szCs w:val="17"/>
                <w:rtl/>
                <w:lang w:val="en-US" w:bidi="ar-SA"/>
              </w:rPr>
              <w:t xml:space="preserve">حديقة عامة</w:t>
            </w:r>
          </w:p>
        </w:tc>
        <w:tc>
          <w:tcPr>
            <w:tcW w:type="dxa" w:w="1663"/>
          </w:tcPr>
          <w:p>
            <w:pPr>
              <w:spacing w:before="0" w:after="0"/>
              <w:jc w:val="center"/>
            </w:pPr>
            <w:r>
              <w:drawing>
                <wp:inline xmlns:a="http://schemas.openxmlformats.org/drawingml/2006/main" xmlns:pic="http://schemas.openxmlformats.org/drawingml/2006/picture">
                  <wp:extent cx="468000" cy="477957"/>
                  <wp:docPr id="8" name="Picture 8"/>
                  <wp:cNvGraphicFramePr>
                    <a:graphicFrameLocks noChangeAspect="1"/>
                  </wp:cNvGraphicFramePr>
                  <a:graphic>
                    <a:graphicData uri="http://schemas.openxmlformats.org/drawingml/2006/picture">
                      <pic:pic>
                        <pic:nvPicPr>
                          <pic:cNvPr id="0" name="bag.png"/>
                          <pic:cNvPicPr/>
                        </pic:nvPicPr>
                        <pic:blipFill>
                          <a:blip r:embed="rId17"/>
                          <a:stretch>
                            <a:fillRect/>
                          </a:stretch>
                        </pic:blipFill>
                        <pic:spPr>
                          <a:xfrm>
                            <a:off x="0" y="0"/>
                            <a:ext cx="468000" cy="477957"/>
                          </a:xfrm>
                          <a:prstGeom prst="rect"/>
                        </pic:spPr>
                      </pic:pic>
                    </a:graphicData>
                  </a:graphic>
                </wp:inline>
              </w:drawing>
            </w:r>
          </w:p>
          <w:p>
            <w:pPr>
              <w:spacing w:before="0" w:after="0"/>
              <w:jc w:val="center"/>
            </w:pPr>
            <w:r>
              <w:rPr>
                <w:b/>
                <w:bCs/>
                <w:sz w:val="23"/>
                <w:szCs w:val="23"/>
              </w:rPr>
              <w:t>bag</w:t>
            </w:r>
          </w:p>
          <w:p>
            <w:pPr>
              <w:bidi/>
              <w:spacing w:before="0" w:after="0"/>
              <w:jc w:val="center"/>
            </w:pPr>
            <w:r>
              <w:rPr>
                <w:rFonts w:ascii="Arial" w:hAnsi="Arial" w:cs="Arial"/>
                <w:color w:val="6B7280"/>
                <w:sz w:val="17"/>
                <w:szCs w:val="17"/>
                <w:rtl/>
                <w:lang w:val="en-US" w:bidi="he-IL"/>
              </w:rPr>
              <w:t xml:space="preserve">תיק</w:t>
            </w:r>
          </w:p>
          <w:p>
            <w:pPr>
              <w:bidi/>
              <w:spacing w:before="0" w:after="0"/>
              <w:jc w:val="center"/>
            </w:pPr>
            <w:r>
              <w:rPr>
                <w:rFonts w:ascii="Arial" w:hAnsi="Arial" w:cs="Arial"/>
                <w:color w:val="6B7280"/>
                <w:sz w:val="17"/>
                <w:szCs w:val="17"/>
                <w:rtl/>
                <w:lang w:val="en-US" w:bidi="ar-SA"/>
              </w:rPr>
              <w:t xml:space="preserve">حقيبة</w:t>
            </w:r>
          </w:p>
        </w:tc>
      </w:tr>
    </w:tbl>
    <w:p>
      <w:pPr>
        <w:spacing w:before="0" w:after="80"/>
        <w:jc w:val="both"/>
      </w:pPr>
    </w:p>
    <w:p>
      <w:pPr>
        <w:spacing w:before="160" w:after="20"/>
        <w:jc w:val="both"/>
      </w:pPr>
      <w:r>
        <w:rPr>
          <w:b/>
          <w:bCs/>
          <w:sz w:val="26"/>
          <w:szCs w:val="26"/>
        </w:rPr>
        <w:t>1. Complete with am, is or are.</w:t>
      </w:r>
    </w:p>
    <w:p>
      <w:pPr>
        <w:bidi/>
        <w:spacing w:before="0" w:after="0"/>
        <w:jc w:val="both"/>
      </w:pPr>
      <w:r>
        <w:rPr>
          <w:rFonts w:ascii="Arial" w:hAnsi="Arial" w:cs="Arial"/>
          <w:color w:val="6B7280"/>
          <w:sz w:val="20"/>
          <w:szCs w:val="20"/>
          <w:rtl/>
          <w:lang w:val="en-US" w:bidi="he-IL"/>
        </w:rPr>
        <w:t xml:space="preserve">השלימו עם ‎am, is‎ או ‎are‎.</w:t>
      </w:r>
    </w:p>
    <w:p>
      <w:pPr>
        <w:bidi/>
        <w:spacing w:before="0" w:after="80"/>
        <w:jc w:val="both"/>
      </w:pPr>
      <w:r>
        <w:rPr>
          <w:rFonts w:ascii="Arial" w:hAnsi="Arial" w:cs="Arial"/>
          <w:color w:val="6B7280"/>
          <w:sz w:val="21"/>
          <w:szCs w:val="21"/>
          <w:rtl/>
          <w:lang w:val="en-US" w:bidi="ar-SA"/>
        </w:rPr>
        <w:t xml:space="preserve">أكمل بـ ‎am‎ أو ‎is‎ أو ‎are‎.</w:t>
      </w:r>
    </w:p>
    <w:p>
      <w:pPr>
        <w:spacing w:before="0" w:after="80"/>
        <w:jc w:val="both"/>
      </w:pPr>
      <w:r>
        <w:rPr>
          <w:color w:val="4338CA"/>
          <w:sz w:val="24"/>
          <w:szCs w:val="24"/>
        </w:rPr>
        <w:t>Word bank: am  |  is  |  are</w:t>
      </w:r>
    </w:p>
    <w:p>
      <w:pPr>
        <w:spacing w:before="0" w:after="60"/>
        <w:jc w:val="both"/>
      </w:pPr>
      <w:r>
        <w:rPr/>
        <w:t>a. My mother __________ a doctor.</w:t>
      </w:r>
    </w:p>
    <w:p>
      <w:pPr>
        <w:spacing w:before="0" w:after="60"/>
        <w:jc w:val="both"/>
      </w:pPr>
      <w:r>
        <w:rPr/>
        <w:t>b. I __________ at the park.</w:t>
      </w:r>
    </w:p>
    <w:p>
      <w:pPr>
        <w:spacing w:before="0" w:after="60"/>
        <w:jc w:val="both"/>
      </w:pPr>
      <w:r>
        <w:rPr/>
        <w:t>c. Yoav and Ben __________ in the pool.</w:t>
      </w:r>
    </w:p>
    <w:p>
      <w:pPr>
        <w:spacing w:before="0" w:after="60"/>
        <w:jc w:val="both"/>
      </w:pPr>
      <w:r>
        <w:rPr/>
        <w:t>d. The sun __________ hot.</w:t>
      </w:r>
    </w:p>
    <w:p>
      <w:pPr>
        <w:spacing w:before="0" w:after="60"/>
        <w:jc w:val="both"/>
      </w:pPr>
      <w:r>
        <w:rPr/>
        <w:t>e. You __________ a good singer.</w:t>
      </w:r>
    </w:p>
    <w:p>
      <w:pPr>
        <w:spacing w:before="0" w:after="60"/>
        <w:jc w:val="both"/>
      </w:pPr>
      <w:r>
        <w:rPr/>
        <w:t>f. My shoes __________ new.</w:t>
      </w:r>
    </w:p>
    <w:p>
      <w:pPr>
        <w:spacing w:before="160" w:after="20"/>
        <w:jc w:val="both"/>
      </w:pPr>
      <w:r>
        <w:rPr>
          <w:b/>
          <w:bCs/>
          <w:sz w:val="26"/>
          <w:szCs w:val="26"/>
        </w:rPr>
        <w:t>2. Match the question to the answer.</w:t>
      </w:r>
    </w:p>
    <w:p>
      <w:pPr>
        <w:bidi/>
        <w:spacing w:before="0" w:after="0"/>
        <w:jc w:val="both"/>
      </w:pPr>
      <w:r>
        <w:rPr>
          <w:rFonts w:ascii="Arial" w:hAnsi="Arial" w:cs="Arial"/>
          <w:color w:val="6B7280"/>
          <w:sz w:val="20"/>
          <w:szCs w:val="20"/>
          <w:rtl/>
          <w:lang w:val="en-US" w:bidi="he-IL"/>
        </w:rPr>
        <w:t xml:space="preserve">התאימו את השאלה לתשובה.</w:t>
      </w:r>
    </w:p>
    <w:p>
      <w:pPr>
        <w:bidi/>
        <w:spacing w:before="0" w:after="80"/>
        <w:jc w:val="both"/>
      </w:pPr>
      <w:r>
        <w:rPr>
          <w:rFonts w:ascii="Arial" w:hAnsi="Arial" w:cs="Arial"/>
          <w:color w:val="6B7280"/>
          <w:sz w:val="21"/>
          <w:szCs w:val="21"/>
          <w:rtl/>
          <w:lang w:val="en-US" w:bidi="ar-SA"/>
        </w:rPr>
        <w:t xml:space="preserve">صِلِ السؤال بالإجابة.</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Column A</w:t>
            </w:r>
          </w:p>
        </w:tc>
        <w:tc>
          <w:tcPr>
            <w:tcW w:type="dxa" w:w="4989"/>
            <w:shd w:val="clear" w:color="auto" w:fill="4338ca"/>
          </w:tcPr>
          <w:p>
            <w:pPr>
              <w:spacing w:before="0" w:after="40"/>
              <w:jc w:val="both"/>
            </w:pPr>
            <w:r>
              <w:rPr>
                <w:b/>
                <w:bCs/>
                <w:color w:val="FFFFFF"/>
              </w:rPr>
              <w:t>Column B</w:t>
            </w:r>
          </w:p>
        </w:tc>
      </w:tr>
      <w:tr>
        <w:tc>
          <w:tcPr>
            <w:tcW w:type="dxa" w:w="4989"/>
          </w:tcPr>
          <w:p>
            <w:pPr>
              <w:spacing w:before="0" w:after="40"/>
              <w:jc w:val="both"/>
            </w:pPr>
            <w:r>
              <w:rPr/>
              <w:t>1. Are you ten?</w:t>
            </w:r>
          </w:p>
        </w:tc>
        <w:tc>
          <w:tcPr>
            <w:tcW w:type="dxa" w:w="4989"/>
          </w:tcPr>
          <w:p>
            <w:pPr>
              <w:spacing w:before="0" w:after="40"/>
              <w:jc w:val="both"/>
            </w:pPr>
            <w:r>
              <w:rPr/>
              <w:t>[   ] Yes, she is.</w:t>
            </w:r>
          </w:p>
        </w:tc>
      </w:tr>
      <w:tr>
        <w:tc>
          <w:tcPr>
            <w:tcW w:type="dxa" w:w="4989"/>
          </w:tcPr>
          <w:p>
            <w:pPr>
              <w:spacing w:before="0" w:after="40"/>
              <w:jc w:val="both"/>
            </w:pPr>
            <w:r>
              <w:rPr/>
              <w:t>2. Is Omer your brother?</w:t>
            </w:r>
          </w:p>
        </w:tc>
        <w:tc>
          <w:tcPr>
            <w:tcW w:type="dxa" w:w="4989"/>
          </w:tcPr>
          <w:p>
            <w:pPr>
              <w:spacing w:before="0" w:after="40"/>
              <w:jc w:val="both"/>
            </w:pPr>
            <w:r>
              <w:rPr/>
              <w:t>[   ] Yes, he is.</w:t>
            </w:r>
          </w:p>
        </w:tc>
      </w:tr>
      <w:tr>
        <w:tc>
          <w:tcPr>
            <w:tcW w:type="dxa" w:w="4989"/>
          </w:tcPr>
          <w:p>
            <w:pPr>
              <w:spacing w:before="0" w:after="40"/>
              <w:jc w:val="both"/>
            </w:pPr>
            <w:r>
              <w:rPr/>
              <w:t>3. Is the cat black?</w:t>
            </w:r>
          </w:p>
        </w:tc>
        <w:tc>
          <w:tcPr>
            <w:tcW w:type="dxa" w:w="4989"/>
          </w:tcPr>
          <w:p>
            <w:pPr>
              <w:spacing w:before="0" w:after="40"/>
              <w:jc w:val="both"/>
            </w:pPr>
            <w:r>
              <w:rPr/>
              <w:t>[   ] No, they aren't.</w:t>
            </w:r>
          </w:p>
        </w:tc>
      </w:tr>
      <w:tr>
        <w:tc>
          <w:tcPr>
            <w:tcW w:type="dxa" w:w="4989"/>
          </w:tcPr>
          <w:p>
            <w:pPr>
              <w:spacing w:before="0" w:after="40"/>
              <w:jc w:val="both"/>
            </w:pPr>
            <w:r>
              <w:rPr/>
              <w:t>4. Are they at school?</w:t>
            </w:r>
          </w:p>
        </w:tc>
        <w:tc>
          <w:tcPr>
            <w:tcW w:type="dxa" w:w="4989"/>
          </w:tcPr>
          <w:p>
            <w:pPr>
              <w:spacing w:before="0" w:after="40"/>
              <w:jc w:val="both"/>
            </w:pPr>
            <w:r>
              <w:rPr/>
              <w:t>[   ] No, it isn't. It's white.</w:t>
            </w:r>
          </w:p>
        </w:tc>
      </w:tr>
      <w:tr>
        <w:tc>
          <w:tcPr>
            <w:tcW w:type="dxa" w:w="4989"/>
          </w:tcPr>
          <w:p>
            <w:pPr>
              <w:spacing w:before="0" w:after="40"/>
              <w:jc w:val="both"/>
            </w:pPr>
            <w:r>
              <w:rPr/>
              <w:t>5. Is Shira at home?</w:t>
            </w:r>
          </w:p>
        </w:tc>
        <w:tc>
          <w:tcPr>
            <w:tcW w:type="dxa" w:w="4989"/>
          </w:tcPr>
          <w:p>
            <w:pPr>
              <w:spacing w:before="0" w:after="40"/>
              <w:jc w:val="both"/>
            </w:pPr>
            <w:r>
              <w:rPr/>
              <w:t>[   ] Yes, I am.</w:t>
            </w:r>
          </w:p>
        </w:tc>
      </w:tr>
    </w:tbl>
    <w:p>
      <w:pPr>
        <w:spacing w:before="0" w:after="40"/>
        <w:jc w:val="both"/>
      </w:pPr>
    </w:p>
    <w:p>
      <w:pPr>
        <w:spacing w:before="160" w:after="20"/>
        <w:jc w:val="both"/>
      </w:pPr>
      <w:r>
        <w:rPr>
          <w:b/>
          <w:bCs/>
          <w:sz w:val="26"/>
          <w:szCs w:val="26"/>
        </w:rPr>
        <w:t>3. Correct or wrong? Sort the sentences.</w:t>
      </w:r>
    </w:p>
    <w:p>
      <w:pPr>
        <w:bidi/>
        <w:spacing w:before="0" w:after="0"/>
        <w:jc w:val="both"/>
      </w:pPr>
      <w:r>
        <w:rPr>
          <w:rFonts w:ascii="Arial" w:hAnsi="Arial" w:cs="Arial"/>
          <w:color w:val="6B7280"/>
          <w:sz w:val="20"/>
          <w:szCs w:val="20"/>
          <w:rtl/>
          <w:lang w:val="en-US" w:bidi="he-IL"/>
        </w:rPr>
        <w:t xml:space="preserve">נכון או שגוי? מיינו את המשפטים.</w:t>
      </w:r>
    </w:p>
    <w:p>
      <w:pPr>
        <w:bidi/>
        <w:spacing w:before="0" w:after="80"/>
        <w:jc w:val="both"/>
      </w:pPr>
      <w:r>
        <w:rPr>
          <w:rFonts w:ascii="Arial" w:hAnsi="Arial" w:cs="Arial"/>
          <w:color w:val="6B7280"/>
          <w:sz w:val="21"/>
          <w:szCs w:val="21"/>
          <w:rtl/>
          <w:lang w:val="en-US" w:bidi="ar-SA"/>
        </w:rPr>
        <w:t xml:space="preserve">صحيح أم خطأ؟ صنّف الجمل.</w:t>
      </w:r>
    </w:p>
    <w:p>
      <w:pPr>
        <w:spacing w:before="0" w:after="80"/>
        <w:jc w:val="both"/>
      </w:pPr>
      <w:r>
        <w:rPr>
          <w:color w:val="4338CA"/>
          <w:sz w:val="24"/>
          <w:szCs w:val="24"/>
        </w:rPr>
        <w:t>Words: I am nine.  |  She are happy.  |  We are friends.  |  It is big.  |  They is late.  |  I is tall.</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Correct ✔</w:t>
            </w:r>
          </w:p>
        </w:tc>
        <w:tc>
          <w:tcPr>
            <w:tcW w:type="dxa" w:w="4989"/>
            <w:shd w:val="clear" w:color="auto" w:fill="4338ca"/>
          </w:tcPr>
          <w:p>
            <w:pPr>
              <w:spacing w:before="0" w:after="40"/>
              <w:jc w:val="both"/>
            </w:pPr>
            <w:r>
              <w:rPr>
                <w:b/>
                <w:bCs/>
                <w:color w:val="FFFFFF"/>
              </w:rPr>
              <w:t>Wrong ✘</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4. Complete with is or are.</w:t>
      </w:r>
    </w:p>
    <w:p>
      <w:pPr>
        <w:bidi/>
        <w:spacing w:before="0" w:after="0"/>
        <w:jc w:val="both"/>
      </w:pPr>
      <w:r>
        <w:rPr>
          <w:rFonts w:ascii="Arial" w:hAnsi="Arial" w:cs="Arial"/>
          <w:color w:val="6B7280"/>
          <w:sz w:val="20"/>
          <w:szCs w:val="20"/>
          <w:rtl/>
          <w:lang w:val="en-US" w:bidi="he-IL"/>
        </w:rPr>
        <w:t xml:space="preserve">השלימו עם ‎is‎ או ‎are‎.</w:t>
      </w:r>
    </w:p>
    <w:p>
      <w:pPr>
        <w:bidi/>
        <w:spacing w:before="0" w:after="80"/>
        <w:jc w:val="both"/>
      </w:pPr>
      <w:r>
        <w:rPr>
          <w:rFonts w:ascii="Arial" w:hAnsi="Arial" w:cs="Arial"/>
          <w:color w:val="6B7280"/>
          <w:sz w:val="21"/>
          <w:szCs w:val="21"/>
          <w:rtl/>
          <w:lang w:val="en-US" w:bidi="ar-SA"/>
        </w:rPr>
        <w:t xml:space="preserve">أكمل بـ ‎is‎ أو ‎are‎.</w:t>
      </w:r>
    </w:p>
    <w:p>
      <w:pPr>
        <w:spacing w:before="0" w:after="60"/>
        <w:jc w:val="both"/>
      </w:pPr>
      <w:r>
        <w:rPr/>
        <w:t>a. Noa __________ my sister. She is eight.</w:t>
      </w:r>
    </w:p>
    <w:p>
      <w:pPr>
        <w:spacing w:before="0" w:after="60"/>
        <w:jc w:val="both"/>
      </w:pPr>
      <w:r>
        <w:rPr/>
        <w:t>b. Itay and Daniel __________ in the yard.</w:t>
      </w:r>
    </w:p>
    <w:p>
      <w:pPr>
        <w:spacing w:before="0" w:after="60"/>
        <w:jc w:val="both"/>
      </w:pPr>
      <w:r>
        <w:rPr/>
        <w:t>c. The dog __________ under the table.</w:t>
      </w:r>
    </w:p>
    <w:p>
      <w:pPr>
        <w:spacing w:before="0" w:after="60"/>
        <w:jc w:val="both"/>
      </w:pPr>
      <w:r>
        <w:rPr/>
        <w:t>d. My grandparents __________ from Tel Aviv.</w:t>
      </w:r>
    </w:p>
    <w:p>
      <w:pPr>
        <w:spacing w:before="160" w:after="20"/>
        <w:jc w:val="both"/>
      </w:pPr>
      <w:r>
        <w:rPr>
          <w:b/>
          <w:bCs/>
          <w:sz w:val="26"/>
          <w:szCs w:val="26"/>
        </w:rPr>
        <w:t>5.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___ you hungry?</w:t>
      </w:r>
    </w:p>
    <w:p>
      <w:pPr>
        <w:spacing w:before="0" w:after="80"/>
        <w:jc w:val="both"/>
      </w:pPr>
      <w:r>
        <w:rPr/>
        <w:t xml:space="preserve">   ○ Is      ○ Are      ○ Am</w:t>
      </w:r>
    </w:p>
    <w:p>
      <w:pPr>
        <w:spacing w:before="0" w:after="20"/>
        <w:jc w:val="both"/>
      </w:pPr>
      <w:r>
        <w:rPr/>
        <w:t>b. ___ your teacher nice?</w:t>
      </w:r>
    </w:p>
    <w:p>
      <w:pPr>
        <w:spacing w:before="0" w:after="80"/>
        <w:jc w:val="both"/>
      </w:pPr>
      <w:r>
        <w:rPr/>
        <w:t xml:space="preserve">   ○ Is      ○ Are      ○ Am</w:t>
      </w:r>
    </w:p>
    <w:p>
      <w:pPr>
        <w:spacing w:before="0" w:after="20"/>
        <w:jc w:val="both"/>
      </w:pPr>
      <w:r>
        <w:rPr/>
        <w:t>c. ___ I late?</w:t>
      </w:r>
    </w:p>
    <w:p>
      <w:pPr>
        <w:spacing w:before="0" w:after="80"/>
        <w:jc w:val="both"/>
      </w:pPr>
      <w:r>
        <w:rPr/>
        <w:t xml:space="preserve">   ○ Is      ○ Are      ○ Am</w:t>
      </w:r>
    </w:p>
    <w:p>
      <w:pPr>
        <w:spacing w:before="0" w:after="20"/>
        <w:jc w:val="both"/>
      </w:pPr>
      <w:r>
        <w:rPr/>
        <w:t>d. ___ the children at the party?</w:t>
      </w:r>
    </w:p>
    <w:p>
      <w:pPr>
        <w:spacing w:before="0" w:after="80"/>
        <w:jc w:val="both"/>
      </w:pPr>
      <w:r>
        <w:rPr/>
        <w:t xml:space="preserve">   ○ Am      ○ Is      ○ Are</w:t>
      </w:r>
    </w:p>
    <w:p>
      <w:pPr>
        <w:spacing w:before="160" w:after="20"/>
        <w:jc w:val="both"/>
      </w:pPr>
      <w:r>
        <w:rPr>
          <w:b/>
          <w:bCs/>
          <w:sz w:val="26"/>
          <w:szCs w:val="26"/>
        </w:rPr>
        <w:t>6. Write the sentence as a question.</w:t>
      </w:r>
    </w:p>
    <w:p>
      <w:pPr>
        <w:bidi/>
        <w:spacing w:before="0" w:after="0"/>
        <w:jc w:val="both"/>
      </w:pPr>
      <w:r>
        <w:rPr>
          <w:rFonts w:ascii="Arial" w:hAnsi="Arial" w:cs="Arial"/>
          <w:color w:val="6B7280"/>
          <w:sz w:val="20"/>
          <w:szCs w:val="20"/>
          <w:rtl/>
          <w:lang w:val="en-US" w:bidi="he-IL"/>
        </w:rPr>
        <w:t xml:space="preserve">כתבו את המשפט כשאלה.</w:t>
      </w:r>
    </w:p>
    <w:p>
      <w:pPr>
        <w:bidi/>
        <w:spacing w:before="0" w:after="80"/>
        <w:jc w:val="both"/>
      </w:pPr>
      <w:r>
        <w:rPr>
          <w:rFonts w:ascii="Arial" w:hAnsi="Arial" w:cs="Arial"/>
          <w:color w:val="6B7280"/>
          <w:sz w:val="21"/>
          <w:szCs w:val="21"/>
          <w:rtl/>
          <w:lang w:val="en-US" w:bidi="ar-SA"/>
        </w:rPr>
        <w:t xml:space="preserve">اكتب الجملة على شكل سؤال.</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Sentence</w:t>
            </w:r>
          </w:p>
        </w:tc>
        <w:tc>
          <w:tcPr>
            <w:tcW w:type="dxa" w:w="4989"/>
            <w:shd w:val="clear" w:color="auto" w:fill="4338ca"/>
          </w:tcPr>
          <w:p>
            <w:pPr>
              <w:spacing w:before="0" w:after="40"/>
              <w:jc w:val="both"/>
            </w:pPr>
            <w:r>
              <w:rPr>
                <w:b/>
                <w:bCs/>
                <w:color w:val="FFFFFF"/>
              </w:rPr>
              <w:t>Question</w:t>
            </w:r>
          </w:p>
        </w:tc>
      </w:tr>
      <w:tr>
        <w:tc>
          <w:tcPr>
            <w:tcW w:type="dxa" w:w="4989"/>
          </w:tcPr>
          <w:p>
            <w:pPr>
              <w:spacing w:before="0" w:after="40"/>
              <w:jc w:val="both"/>
            </w:pPr>
            <w:r>
              <w:rPr/>
              <w:t>Tom is sick.</w:t>
            </w:r>
          </w:p>
        </w:tc>
        <w:tc>
          <w:tcPr>
            <w:tcW w:type="dxa" w:w="4989"/>
          </w:tcPr>
          <w:p>
            <w:pPr>
              <w:spacing w:before="0" w:after="40"/>
              <w:jc w:val="both"/>
            </w:pPr>
            <w:r>
              <w:rPr/>
            </w:r>
          </w:p>
        </w:tc>
      </w:tr>
      <w:tr>
        <w:tc>
          <w:tcPr>
            <w:tcW w:type="dxa" w:w="4989"/>
          </w:tcPr>
          <w:p>
            <w:pPr>
              <w:spacing w:before="0" w:after="40"/>
              <w:jc w:val="both"/>
            </w:pPr>
            <w:r>
              <w:rPr/>
              <w:t>You are cold.</w:t>
            </w:r>
          </w:p>
        </w:tc>
        <w:tc>
          <w:tcPr>
            <w:tcW w:type="dxa" w:w="4989"/>
          </w:tcPr>
          <w:p>
            <w:pPr>
              <w:spacing w:before="0" w:after="40"/>
              <w:jc w:val="both"/>
            </w:pPr>
            <w:r>
              <w:rPr/>
            </w:r>
          </w:p>
        </w:tc>
      </w:tr>
      <w:tr>
        <w:tc>
          <w:tcPr>
            <w:tcW w:type="dxa" w:w="4989"/>
          </w:tcPr>
          <w:p>
            <w:pPr>
              <w:spacing w:before="0" w:after="40"/>
              <w:jc w:val="both"/>
            </w:pPr>
            <w:r>
              <w:rPr/>
              <w:t>They are at the zoo.</w:t>
            </w:r>
          </w:p>
        </w:tc>
        <w:tc>
          <w:tcPr>
            <w:tcW w:type="dxa" w:w="4989"/>
          </w:tcPr>
          <w:p>
            <w:pPr>
              <w:spacing w:before="0" w:after="40"/>
              <w:jc w:val="both"/>
            </w:pPr>
            <w:r>
              <w:rPr/>
            </w:r>
          </w:p>
        </w:tc>
      </w:tr>
      <w:tr>
        <w:tc>
          <w:tcPr>
            <w:tcW w:type="dxa" w:w="4989"/>
          </w:tcPr>
          <w:p>
            <w:pPr>
              <w:spacing w:before="0" w:after="40"/>
              <w:jc w:val="both"/>
            </w:pPr>
            <w:r>
              <w:rPr/>
              <w:t>It is your bag.</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7. Make the sentence negative. Use isn't, aren't or 'm not.</w:t>
      </w:r>
    </w:p>
    <w:p>
      <w:pPr>
        <w:bidi/>
        <w:spacing w:before="0" w:after="0"/>
        <w:jc w:val="both"/>
      </w:pPr>
      <w:r>
        <w:rPr>
          <w:rFonts w:ascii="Arial" w:hAnsi="Arial" w:cs="Arial"/>
          <w:color w:val="6B7280"/>
          <w:sz w:val="20"/>
          <w:szCs w:val="20"/>
          <w:rtl/>
          <w:lang w:val="en-US" w:bidi="he-IL"/>
        </w:rPr>
        <w:t xml:space="preserve">הפכו את המשפט לשלילה. השתמשו ב-‎isn't, aren't‎ או ‎'m not‎.</w:t>
      </w:r>
    </w:p>
    <w:p>
      <w:pPr>
        <w:bidi/>
        <w:spacing w:before="0" w:after="80"/>
        <w:jc w:val="both"/>
      </w:pPr>
      <w:r>
        <w:rPr>
          <w:rFonts w:ascii="Arial" w:hAnsi="Arial" w:cs="Arial"/>
          <w:color w:val="6B7280"/>
          <w:sz w:val="21"/>
          <w:szCs w:val="21"/>
          <w:rtl/>
          <w:lang w:val="en-US" w:bidi="ar-SA"/>
        </w:rPr>
        <w:t xml:space="preserve">حوّل الجملة إلى النفي. استعمل ‎isn't‎ أو ‎aren't‎ أو ‎'m not‎.</w:t>
      </w:r>
    </w:p>
    <w:p>
      <w:pPr>
        <w:spacing w:before="0" w:after="60"/>
        <w:jc w:val="both"/>
      </w:pPr>
      <w:r>
        <w:rPr/>
        <w:t>a. The room is clean. → The room __________ clean.</w:t>
      </w:r>
    </w:p>
    <w:p>
      <w:pPr>
        <w:spacing w:before="0" w:after="60"/>
        <w:jc w:val="both"/>
      </w:pPr>
      <w:r>
        <w:rPr/>
        <w:t>b. We are at home. → We __________ at home.</w:t>
      </w:r>
    </w:p>
    <w:p>
      <w:pPr>
        <w:spacing w:before="0" w:after="60"/>
        <w:jc w:val="both"/>
      </w:pPr>
      <w:r>
        <w:rPr/>
        <w:t>c. I am thirsty. → I __________ thirsty.</w:t>
      </w:r>
    </w:p>
    <w:p>
      <w:pPr>
        <w:spacing w:before="0" w:after="60"/>
        <w:jc w:val="both"/>
      </w:pPr>
      <w:r>
        <w:rPr/>
        <w:t>d. Maya is in Jerusalem. → Maya __________ in Jerusalem.</w:t>
      </w:r>
    </w:p>
    <w:p>
      <w:pPr>
        <w:spacing w:before="160" w:after="20"/>
        <w:jc w:val="both"/>
      </w:pPr>
      <w:r>
        <w:rPr>
          <w:b/>
          <w:bCs/>
          <w:sz w:val="26"/>
          <w:szCs w:val="26"/>
        </w:rPr>
        <w:t>8. Look at the short answers. True (correct) or False (wrong)? Correct the wrong ones.</w:t>
      </w:r>
    </w:p>
    <w:p>
      <w:pPr>
        <w:bidi/>
        <w:spacing w:before="0" w:after="0"/>
        <w:jc w:val="both"/>
      </w:pPr>
      <w:r>
        <w:rPr>
          <w:rFonts w:ascii="Arial" w:hAnsi="Arial" w:cs="Arial"/>
          <w:color w:val="6B7280"/>
          <w:sz w:val="20"/>
          <w:szCs w:val="20"/>
          <w:rtl/>
          <w:lang w:val="en-US" w:bidi="he-IL"/>
        </w:rPr>
        <w:t xml:space="preserve">הסתכלו על התשובות הקצרות. נכון ‎(True)‎ או שגוי ‎(False)?‎ תקנו את השגויות.</w:t>
      </w:r>
    </w:p>
    <w:p>
      <w:pPr>
        <w:bidi/>
        <w:spacing w:before="0" w:after="80"/>
        <w:jc w:val="both"/>
      </w:pPr>
      <w:r>
        <w:rPr>
          <w:rFonts w:ascii="Arial" w:hAnsi="Arial" w:cs="Arial"/>
          <w:color w:val="6B7280"/>
          <w:sz w:val="21"/>
          <w:szCs w:val="21"/>
          <w:rtl/>
          <w:lang w:val="en-US" w:bidi="ar-SA"/>
        </w:rPr>
        <w:t xml:space="preserve">انظر إلى الإجابات القصيرة. صحيحة ‎(True)‎ أم خاطئة ‎(False)‎؟ صحّح الخاطئة.</w:t>
      </w:r>
    </w:p>
    <w:p>
      <w:pPr>
        <w:spacing w:before="0" w:after="60"/>
        <w:jc w:val="both"/>
      </w:pPr>
      <w:r>
        <w:rPr/>
        <w:t>a. Is he at school? – Yes, he is.      True / False</w:t>
      </w:r>
    </w:p>
    <w:p>
      <w:pPr>
        <w:spacing w:before="0" w:after="60"/>
        <w:jc w:val="both"/>
      </w:pPr>
      <w:r>
        <w:rPr/>
        <w:t>b. Are you happy? – Yes, I'm.      True / False</w:t>
      </w:r>
    </w:p>
    <w:p>
      <w:pPr>
        <w:spacing w:before="0" w:after="60"/>
        <w:jc w:val="both"/>
      </w:pPr>
      <w:r>
        <w:rPr/>
        <w:t>c. Are they brothers? – No, they aren't.      True / False</w:t>
      </w:r>
    </w:p>
    <w:p>
      <w:pPr>
        <w:spacing w:before="0" w:after="60"/>
        <w:jc w:val="both"/>
      </w:pPr>
      <w:r>
        <w:rPr/>
        <w:t>d. Is it a cat? – No, it not.      True / False</w:t>
      </w:r>
    </w:p>
    <w:p>
      <w:pPr>
        <w:spacing w:before="160" w:after="20"/>
        <w:jc w:val="both"/>
      </w:pPr>
      <w:r>
        <w:rPr>
          <w:b/>
          <w:bCs/>
          <w:sz w:val="26"/>
          <w:szCs w:val="26"/>
        </w:rPr>
        <w:t>9. Find the mistake and write the sentence correctly.</w:t>
      </w:r>
    </w:p>
    <w:p>
      <w:pPr>
        <w:bidi/>
        <w:spacing w:before="0" w:after="0"/>
        <w:jc w:val="both"/>
      </w:pPr>
      <w:r>
        <w:rPr>
          <w:rFonts w:ascii="Arial" w:hAnsi="Arial" w:cs="Arial"/>
          <w:color w:val="6B7280"/>
          <w:sz w:val="20"/>
          <w:szCs w:val="20"/>
          <w:rtl/>
          <w:lang w:val="en-US" w:bidi="he-IL"/>
        </w:rPr>
        <w:t xml:space="preserve">מצאו את הטעות וכתבו את המשפט נכון.</w:t>
      </w:r>
    </w:p>
    <w:p>
      <w:pPr>
        <w:bidi/>
        <w:spacing w:before="0" w:after="80"/>
        <w:jc w:val="both"/>
      </w:pPr>
      <w:r>
        <w:rPr>
          <w:rFonts w:ascii="Arial" w:hAnsi="Arial" w:cs="Arial"/>
          <w:color w:val="6B7280"/>
          <w:sz w:val="21"/>
          <w:szCs w:val="21"/>
          <w:rtl/>
          <w:lang w:val="en-US" w:bidi="ar-SA"/>
        </w:rPr>
        <w:t xml:space="preserve">جد الخطأ واكتب الجملة بشكل صحيح.</w:t>
      </w:r>
    </w:p>
    <w:p>
      <w:pPr>
        <w:spacing w:before="0" w:after="100"/>
        <w:jc w:val="both"/>
      </w:pPr>
      <w:r>
        <w:rPr/>
        <w:t>a. My friends is funny.</w:t>
      </w:r>
    </w:p>
    <w:p>
      <w:pPr>
        <w:spacing w:before="0" w:after="100"/>
        <w:jc w:val="both"/>
      </w:pPr>
      <w:r>
        <w:rPr/>
        <w:t>b. I are in the classroom.</w:t>
      </w:r>
    </w:p>
    <w:p>
      <w:pPr>
        <w:spacing w:before="0" w:after="100"/>
        <w:jc w:val="both"/>
      </w:pPr>
      <w:r>
        <w:rPr/>
        <w:t>c. Is you OK?</w:t>
      </w:r>
    </w:p>
    <w:p>
      <w:pPr>
        <w:spacing w:before="0" w:after="100"/>
        <w:jc w:val="both"/>
      </w:pPr>
      <w:r>
        <w:rPr/>
        <w:t>d. Ben and I is cousins.</w:t>
      </w:r>
    </w:p>
    <w:p>
      <w:pPr>
        <w:spacing w:before="120" w:after="40"/>
        <w:jc w:val="center"/>
      </w:pPr>
      <w:r>
        <w:rPr>
          <w:rFonts w:ascii="Arial Black" w:hAnsi="Arial Black" w:cs="Arial Black"/>
          <w:b/>
          <w:bCs/>
          <w:color w:val="4338CA"/>
          <w:sz w:val="30"/>
          <w:szCs w:val="30"/>
        </w:rPr>
        <w:t>Class 4B</w:t>
      </w:r>
    </w:p>
    <w:p>
      <w:pPr>
        <w:spacing w:before="0" w:after="80"/>
        <w:jc w:val="both"/>
      </w:pPr>
      <w:r>
        <w:rPr/>
        <w:t>This is class 4B. Our teacher is Ms. Levi. She is very kind. There are thirty children in our class. Omer is very tall. He is good at football.</w:t>
      </w:r>
    </w:p>
    <w:p>
      <w:pPr>
        <w:spacing w:before="0" w:after="80"/>
        <w:jc w:val="both"/>
      </w:pPr>
      <w:r>
        <w:rPr/>
        <w:t>Itay and Shira are new in our school. They are from Be'er Sheva. Today is Sunday, and we are on a class trip to the zoo. The lions are big, but they are not scary. They are asleep!</w:t>
      </w:r>
    </w:p>
    <w:p>
      <w:pPr>
        <w:spacing w:before="160" w:after="20"/>
        <w:jc w:val="both"/>
      </w:pPr>
      <w:r>
        <w:rPr>
          <w:b/>
          <w:bCs/>
          <w:sz w:val="26"/>
          <w:szCs w:val="26"/>
        </w:rPr>
        <w:t>10. Read "Class 4B". Choose the correct answer.</w:t>
      </w:r>
    </w:p>
    <w:p>
      <w:pPr>
        <w:bidi/>
        <w:spacing w:before="0" w:after="0"/>
        <w:jc w:val="both"/>
      </w:pPr>
      <w:r>
        <w:rPr>
          <w:rFonts w:ascii="Arial" w:hAnsi="Arial" w:cs="Arial"/>
          <w:color w:val="6B7280"/>
          <w:sz w:val="20"/>
          <w:szCs w:val="20"/>
          <w:rtl/>
          <w:lang w:val="en-US" w:bidi="he-IL"/>
        </w:rPr>
        <w:t xml:space="preserve">קראו את ‎"Class 4B"‎. בחרו את התשובה הנכונה.</w:t>
      </w:r>
    </w:p>
    <w:p>
      <w:pPr>
        <w:bidi/>
        <w:spacing w:before="0" w:after="80"/>
        <w:jc w:val="both"/>
      </w:pPr>
      <w:r>
        <w:rPr>
          <w:rFonts w:ascii="Arial" w:hAnsi="Arial" w:cs="Arial"/>
          <w:color w:val="6B7280"/>
          <w:sz w:val="21"/>
          <w:szCs w:val="21"/>
          <w:rtl/>
          <w:lang w:val="en-US" w:bidi="ar-SA"/>
        </w:rPr>
        <w:t xml:space="preserve">اقرأ ‎"Class 4B"‎. اختر الإجابة الصحيحة.</w:t>
      </w:r>
    </w:p>
    <w:p>
      <w:pPr>
        <w:spacing w:before="0" w:after="20"/>
        <w:jc w:val="both"/>
      </w:pPr>
      <w:r>
        <w:rPr/>
        <w:t>a. Who is Ms. Levi?</w:t>
      </w:r>
    </w:p>
    <w:p>
      <w:pPr>
        <w:spacing w:before="0" w:after="80"/>
        <w:jc w:val="both"/>
      </w:pPr>
      <w:r>
        <w:rPr/>
        <w:t xml:space="preserve">   ○ a pupil      ○ the teacher      ○ Omer's sister</w:t>
      </w:r>
    </w:p>
    <w:p>
      <w:pPr>
        <w:spacing w:before="0" w:after="20"/>
        <w:jc w:val="both"/>
      </w:pPr>
      <w:r>
        <w:rPr/>
        <w:t>b. Where are Itay and Shira from?</w:t>
      </w:r>
    </w:p>
    <w:p>
      <w:pPr>
        <w:spacing w:before="0" w:after="80"/>
        <w:jc w:val="both"/>
      </w:pPr>
      <w:r>
        <w:rPr/>
        <w:t xml:space="preserve">   ○ Be'er Sheva      ○ Haifa      ○ Eilat</w:t>
      </w:r>
    </w:p>
    <w:p>
      <w:pPr>
        <w:spacing w:before="0" w:after="20"/>
        <w:jc w:val="both"/>
      </w:pPr>
      <w:r>
        <w:rPr/>
        <w:t>c. Why are the lions not scary today?</w:t>
      </w:r>
    </w:p>
    <w:p>
      <w:pPr>
        <w:spacing w:before="0" w:after="80"/>
        <w:jc w:val="both"/>
      </w:pPr>
      <w:r>
        <w:rPr/>
        <w:t xml:space="preserve">   ○ They are small.      ○ They are asleep.      ○ They are at school.</w:t>
      </w:r>
    </w:p>
    <w:p>
      <w:pPr>
        <w:spacing w:before="160" w:after="20"/>
        <w:jc w:val="both"/>
      </w:pPr>
      <w:r>
        <w:rPr>
          <w:b/>
          <w:bCs/>
          <w:sz w:val="26"/>
          <w:szCs w:val="26"/>
        </w:rPr>
        <w:t>11. Read the text again. Complete with information from the text.</w:t>
      </w:r>
    </w:p>
    <w:p>
      <w:pPr>
        <w:bidi/>
        <w:spacing w:before="0" w:after="0"/>
        <w:jc w:val="both"/>
      </w:pPr>
      <w:r>
        <w:rPr>
          <w:rFonts w:ascii="Arial" w:hAnsi="Arial" w:cs="Arial"/>
          <w:color w:val="6B7280"/>
          <w:sz w:val="20"/>
          <w:szCs w:val="20"/>
          <w:rtl/>
          <w:lang w:val="en-US" w:bidi="he-IL"/>
        </w:rPr>
        <w:t xml:space="preserve">קראו שוב את הטקסט. השלימו לפי המידע שבטקסט.</w:t>
      </w:r>
    </w:p>
    <w:p>
      <w:pPr>
        <w:bidi/>
        <w:spacing w:before="0" w:after="80"/>
        <w:jc w:val="both"/>
      </w:pPr>
      <w:r>
        <w:rPr>
          <w:rFonts w:ascii="Arial" w:hAnsi="Arial" w:cs="Arial"/>
          <w:color w:val="6B7280"/>
          <w:sz w:val="21"/>
          <w:szCs w:val="21"/>
          <w:rtl/>
          <w:lang w:val="en-US" w:bidi="ar-SA"/>
        </w:rPr>
        <w:t xml:space="preserve">اقرأ النص مرة أخرى. أكمل بمعلومات من النص.</w:t>
      </w:r>
    </w:p>
    <w:p>
      <w:pPr>
        <w:spacing w:before="0" w:after="60"/>
        <w:jc w:val="both"/>
      </w:pPr>
      <w:r>
        <w:rPr/>
        <w:t>a. Ms. Levi is very __________.</w:t>
      </w:r>
    </w:p>
    <w:p>
      <w:pPr>
        <w:spacing w:before="0" w:after="60"/>
        <w:jc w:val="both"/>
      </w:pPr>
      <w:r>
        <w:rPr/>
        <w:t>b. Omer is good at __________.</w:t>
      </w:r>
    </w:p>
    <w:p>
      <w:pPr>
        <w:spacing w:before="0" w:after="60"/>
        <w:jc w:val="both"/>
      </w:pPr>
      <w:r>
        <w:rPr/>
        <w:t>c. Today the class is at the __________.</w:t>
      </w:r>
    </w:p>
    <w:p>
      <w:pPr>
        <w:spacing w:before="160" w:after="20"/>
        <w:jc w:val="both"/>
      </w:pPr>
      <w:r>
        <w:rPr>
          <w:b/>
          <w:bCs/>
          <w:sz w:val="26"/>
          <w:szCs w:val="26"/>
        </w:rPr>
        <w:t>12. Answer about you: Are you tall? Is your teacher kind? Are you good at football? Write full sentences.</w:t>
      </w:r>
    </w:p>
    <w:p>
      <w:pPr>
        <w:bidi/>
        <w:spacing w:before="0" w:after="0"/>
        <w:jc w:val="both"/>
      </w:pPr>
      <w:r>
        <w:rPr>
          <w:rFonts w:ascii="Arial" w:hAnsi="Arial" w:cs="Arial"/>
          <w:color w:val="6B7280"/>
          <w:sz w:val="20"/>
          <w:szCs w:val="20"/>
          <w:rtl/>
          <w:lang w:val="en-US" w:bidi="he-IL"/>
        </w:rPr>
        <w:t xml:space="preserve">ענו על עצמכם: ‎Are you tall?‎‏ ‎Is your teacher kind?‎‏ ‎Are you good at football?‎ כתבו משפטים מלאים.</w:t>
      </w:r>
    </w:p>
    <w:p>
      <w:pPr>
        <w:bidi/>
        <w:spacing w:before="0" w:after="80"/>
        <w:jc w:val="both"/>
      </w:pPr>
      <w:r>
        <w:rPr>
          <w:rFonts w:ascii="Arial" w:hAnsi="Arial" w:cs="Arial"/>
          <w:color w:val="6B7280"/>
          <w:sz w:val="21"/>
          <w:szCs w:val="21"/>
          <w:rtl/>
          <w:lang w:val="en-US" w:bidi="ar-SA"/>
        </w:rPr>
        <w:t xml:space="preserve">أجب عن نفسك: ‎Are you tall?‎‏ ‎Is your teacher kind?‎‏ ‎Are you good at football?‎ اكتب جملًا كاملة.</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13. Write 4 sentences about your family. Use am, is, are and one negative sentence. (Example: My brother is ... He isn't ...)</w:t>
      </w:r>
    </w:p>
    <w:p>
      <w:pPr>
        <w:bidi/>
        <w:spacing w:before="0" w:after="0"/>
        <w:jc w:val="both"/>
      </w:pPr>
      <w:r>
        <w:rPr>
          <w:rFonts w:ascii="Arial" w:hAnsi="Arial" w:cs="Arial"/>
          <w:color w:val="6B7280"/>
          <w:sz w:val="20"/>
          <w:szCs w:val="20"/>
          <w:rtl/>
          <w:lang w:val="en-US" w:bidi="he-IL"/>
        </w:rPr>
        <w:t xml:space="preserve">כתבו 4 משפטים על המשפחה שלכם. השתמשו ב-‎am, is, are‎ ובמשפט שלילה אחד. (דוגמה: ‎My brother is ...‎‏ ‎He isn't ...)‎</w:t>
      </w:r>
    </w:p>
    <w:p>
      <w:pPr>
        <w:bidi/>
        <w:spacing w:before="0" w:after="80"/>
        <w:jc w:val="both"/>
      </w:pPr>
      <w:r>
        <w:rPr>
          <w:rFonts w:ascii="Arial" w:hAnsi="Arial" w:cs="Arial"/>
          <w:color w:val="6B7280"/>
          <w:sz w:val="21"/>
          <w:szCs w:val="21"/>
          <w:rtl/>
          <w:lang w:val="en-US" w:bidi="ar-SA"/>
        </w:rPr>
        <w:t xml:space="preserve">اكتب 4 جمل عن عائلتك. استعمل ‎am‎ و ‎is‎ و ‎are‎ وجملة نفي واحدة. (مثال: ‎My brother is ...‎‏ ‎He isn't ...)‎</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4   |   Unit 2</w:t>
      </w:r>
    </w:p>
    <w:p>
      <w:pPr>
        <w:spacing w:before="0" w:after="40"/>
        <w:jc w:val="both"/>
      </w:pPr>
      <w:r>
        <w:rPr>
          <w:rFonts w:ascii="Arial Black" w:hAnsi="Arial Black" w:cs="Arial Black"/>
          <w:b/>
          <w:bCs/>
          <w:color w:val="4338CA"/>
          <w:sz w:val="44"/>
          <w:szCs w:val="44"/>
        </w:rPr>
        <w:t>Unit 2: Wh-questions with "to be" and prepositions of place</w:t>
      </w:r>
    </w:p>
    <w:p>
      <w:pPr>
        <w:bidi/>
        <w:spacing w:before="0" w:after="0"/>
        <w:jc w:val="both"/>
      </w:pPr>
      <w:r>
        <w:rPr>
          <w:rFonts w:ascii="Arial" w:hAnsi="Arial" w:cs="Arial"/>
          <w:color w:val="6B7280"/>
          <w:sz w:val="22"/>
          <w:szCs w:val="22"/>
          <w:rtl/>
          <w:lang w:val="en-US" w:bidi="he-IL"/>
        </w:rPr>
        <w:t xml:space="preserve">שאלות ‎Wh‎ עם ‎"to be"‎ ומילות מקום</w:t>
      </w:r>
    </w:p>
    <w:p>
      <w:pPr>
        <w:bidi/>
        <w:spacing w:before="0" w:after="120"/>
        <w:jc w:val="both"/>
      </w:pPr>
      <w:r>
        <w:rPr>
          <w:rFonts w:ascii="Arial" w:hAnsi="Arial" w:cs="Arial"/>
          <w:color w:val="6B7280"/>
          <w:sz w:val="23"/>
          <w:szCs w:val="23"/>
          <w:rtl/>
          <w:lang w:val="en-US" w:bidi="ar-SA"/>
        </w:rPr>
        <w:t xml:space="preserve">أسئلة ‎Wh‎ مع ‎"to be"‎ وحروف المكان</w:t>
      </w:r>
    </w:p>
    <w:p>
      <w:pPr>
        <w:spacing w:before="0" w:after="80"/>
        <w:jc w:val="center"/>
      </w:pPr>
      <w:r>
        <w:drawing>
          <wp:inline xmlns:a="http://schemas.openxmlformats.org/drawingml/2006/main" xmlns:pic="http://schemas.openxmlformats.org/drawingml/2006/picture">
            <wp:extent cx="3240000" cy="2160000"/>
            <wp:docPr id="9" name="Picture 9"/>
            <wp:cNvGraphicFramePr>
              <a:graphicFrameLocks noChangeAspect="1"/>
            </wp:cNvGraphicFramePr>
            <a:graphic>
              <a:graphicData uri="http://schemas.openxmlformats.org/drawingml/2006/picture">
                <pic:pic>
                  <pic:nvPicPr>
                    <pic:cNvPr id="0" name="english_g4_t02.jpg"/>
                    <pic:cNvPicPr/>
                  </pic:nvPicPr>
                  <pic:blipFill>
                    <a:blip r:embed="rId18"/>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4338CA"/>
          <w:sz w:val="28"/>
          <w:szCs w:val="28"/>
        </w:rPr>
        <w:t>◆ Wh-words</w:t>
      </w:r>
    </w:p>
    <w:p>
      <w:pPr>
        <w:bidi/>
        <w:spacing w:before="0" w:after="0"/>
        <w:jc w:val="both"/>
      </w:pPr>
      <w:r>
        <w:rPr>
          <w:rFonts w:ascii="Arial" w:hAnsi="Arial" w:cs="Arial"/>
          <w:color w:val="6B7280"/>
          <w:sz w:val="20"/>
          <w:szCs w:val="20"/>
          <w:rtl/>
          <w:lang w:val="en-US" w:bidi="he-IL"/>
        </w:rPr>
        <w:t xml:space="preserve">מילות שאלה ‎(Wh)‎</w:t>
      </w:r>
    </w:p>
    <w:p>
      <w:pPr>
        <w:bidi/>
        <w:spacing w:before="0" w:after="40"/>
        <w:jc w:val="both"/>
      </w:pPr>
      <w:r>
        <w:rPr>
          <w:rFonts w:ascii="Arial" w:hAnsi="Arial" w:cs="Arial"/>
          <w:color w:val="6B7280"/>
          <w:sz w:val="21"/>
          <w:szCs w:val="21"/>
          <w:rtl/>
          <w:lang w:val="en-US" w:bidi="ar-SA"/>
        </w:rPr>
        <w:t xml:space="preserve">كلمات السؤال ‎(Wh)‎</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4338ca"/>
          </w:tcPr>
          <w:p>
            <w:pPr>
              <w:spacing w:before="0" w:after="40"/>
              <w:jc w:val="both"/>
            </w:pPr>
            <w:r>
              <w:rPr>
                <w:b/>
                <w:bCs/>
                <w:color w:val="FFFFFF"/>
              </w:rPr>
              <w:t>Question word</w:t>
            </w:r>
          </w:p>
        </w:tc>
        <w:tc>
          <w:tcPr>
            <w:tcW w:type="dxa" w:w="3326"/>
            <w:shd w:val="clear" w:color="auto" w:fill="4338ca"/>
          </w:tcPr>
          <w:p>
            <w:pPr>
              <w:spacing w:before="0" w:after="40"/>
              <w:jc w:val="both"/>
            </w:pPr>
            <w:r>
              <w:rPr>
                <w:b/>
                <w:bCs/>
                <w:color w:val="FFFFFF"/>
              </w:rPr>
              <w:t>We ask about</w:t>
            </w:r>
          </w:p>
        </w:tc>
        <w:tc>
          <w:tcPr>
            <w:tcW w:type="dxa" w:w="3326"/>
            <w:shd w:val="clear" w:color="auto" w:fill="4338ca"/>
          </w:tcPr>
          <w:p>
            <w:pPr>
              <w:spacing w:before="0" w:after="40"/>
              <w:jc w:val="both"/>
            </w:pPr>
            <w:r>
              <w:rPr>
                <w:b/>
                <w:bCs/>
                <w:color w:val="FFFFFF"/>
              </w:rPr>
              <w:t>Example</w:t>
            </w:r>
          </w:p>
        </w:tc>
      </w:tr>
      <w:tr>
        <w:tc>
          <w:tcPr>
            <w:tcW w:type="dxa" w:w="3326"/>
          </w:tcPr>
          <w:p>
            <w:pPr>
              <w:spacing w:before="0" w:after="40"/>
              <w:jc w:val="both"/>
            </w:pPr>
            <w:r>
              <w:rPr/>
              <w:t>What</w:t>
            </w:r>
          </w:p>
        </w:tc>
        <w:tc>
          <w:tcPr>
            <w:tcW w:type="dxa" w:w="3326"/>
          </w:tcPr>
          <w:p>
            <w:pPr>
              <w:spacing w:before="0" w:after="40"/>
              <w:jc w:val="both"/>
            </w:pPr>
            <w:r>
              <w:rPr/>
              <w:t>a thing</w:t>
            </w:r>
          </w:p>
        </w:tc>
        <w:tc>
          <w:tcPr>
            <w:tcW w:type="dxa" w:w="3326"/>
          </w:tcPr>
          <w:p>
            <w:pPr>
              <w:spacing w:before="0" w:after="40"/>
              <w:jc w:val="both"/>
            </w:pPr>
            <w:r>
              <w:rPr/>
              <w:t>What is this? – It's a pen.</w:t>
            </w:r>
          </w:p>
        </w:tc>
      </w:tr>
      <w:tr>
        <w:tc>
          <w:tcPr>
            <w:tcW w:type="dxa" w:w="3326"/>
          </w:tcPr>
          <w:p>
            <w:pPr>
              <w:spacing w:before="0" w:after="40"/>
              <w:jc w:val="both"/>
            </w:pPr>
            <w:r>
              <w:rPr/>
              <w:t>Who</w:t>
            </w:r>
          </w:p>
        </w:tc>
        <w:tc>
          <w:tcPr>
            <w:tcW w:type="dxa" w:w="3326"/>
          </w:tcPr>
          <w:p>
            <w:pPr>
              <w:spacing w:before="0" w:after="40"/>
              <w:jc w:val="both"/>
            </w:pPr>
            <w:r>
              <w:rPr/>
              <w:t>a person</w:t>
            </w:r>
          </w:p>
        </w:tc>
        <w:tc>
          <w:tcPr>
            <w:tcW w:type="dxa" w:w="3326"/>
          </w:tcPr>
          <w:p>
            <w:pPr>
              <w:spacing w:before="0" w:after="40"/>
              <w:jc w:val="both"/>
            </w:pPr>
            <w:r>
              <w:rPr/>
              <w:t>Who is he? – He's my uncle.</w:t>
            </w:r>
          </w:p>
        </w:tc>
      </w:tr>
      <w:tr>
        <w:tc>
          <w:tcPr>
            <w:tcW w:type="dxa" w:w="3326"/>
          </w:tcPr>
          <w:p>
            <w:pPr>
              <w:spacing w:before="0" w:after="40"/>
              <w:jc w:val="both"/>
            </w:pPr>
            <w:r>
              <w:rPr/>
              <w:t>Where</w:t>
            </w:r>
          </w:p>
        </w:tc>
        <w:tc>
          <w:tcPr>
            <w:tcW w:type="dxa" w:w="3326"/>
          </w:tcPr>
          <w:p>
            <w:pPr>
              <w:spacing w:before="0" w:after="40"/>
              <w:jc w:val="both"/>
            </w:pPr>
            <w:r>
              <w:rPr/>
              <w:t>a place</w:t>
            </w:r>
          </w:p>
        </w:tc>
        <w:tc>
          <w:tcPr>
            <w:tcW w:type="dxa" w:w="3326"/>
          </w:tcPr>
          <w:p>
            <w:pPr>
              <w:spacing w:before="0" w:after="40"/>
              <w:jc w:val="both"/>
            </w:pPr>
            <w:r>
              <w:rPr/>
              <w:t>Where is the cat? – On the sofa.</w:t>
            </w:r>
          </w:p>
        </w:tc>
      </w:tr>
      <w:tr>
        <w:tc>
          <w:tcPr>
            <w:tcW w:type="dxa" w:w="3326"/>
          </w:tcPr>
          <w:p>
            <w:pPr>
              <w:spacing w:before="0" w:after="40"/>
              <w:jc w:val="both"/>
            </w:pPr>
            <w:r>
              <w:rPr/>
              <w:t>How old</w:t>
            </w:r>
          </w:p>
        </w:tc>
        <w:tc>
          <w:tcPr>
            <w:tcW w:type="dxa" w:w="3326"/>
          </w:tcPr>
          <w:p>
            <w:pPr>
              <w:spacing w:before="0" w:after="40"/>
              <w:jc w:val="both"/>
            </w:pPr>
            <w:r>
              <w:rPr/>
              <w:t>age</w:t>
            </w:r>
          </w:p>
        </w:tc>
        <w:tc>
          <w:tcPr>
            <w:tcW w:type="dxa" w:w="3326"/>
          </w:tcPr>
          <w:p>
            <w:pPr>
              <w:spacing w:before="0" w:after="40"/>
              <w:jc w:val="both"/>
            </w:pPr>
            <w:r>
              <w:rPr/>
              <w:t>How old are you? – I'm nine.</w:t>
            </w:r>
          </w:p>
        </w:tc>
      </w:tr>
    </w:tbl>
    <w:p>
      <w:pPr>
        <w:spacing w:before="0" w:after="40"/>
        <w:jc w:val="both"/>
      </w:pPr>
    </w:p>
    <w:p>
      <w:pPr>
        <w:spacing w:before="120" w:after="40"/>
        <w:jc w:val="both"/>
      </w:pPr>
      <w:r>
        <w:rPr>
          <w:rFonts w:ascii="Arial Black" w:hAnsi="Arial Black" w:cs="Arial Black"/>
          <w:b/>
          <w:bCs/>
          <w:color w:val="4338CA"/>
          <w:sz w:val="28"/>
          <w:szCs w:val="28"/>
        </w:rPr>
        <w:t>◆ Prepositions of place</w:t>
      </w:r>
    </w:p>
    <w:p>
      <w:pPr>
        <w:bidi/>
        <w:spacing w:before="0" w:after="0"/>
        <w:jc w:val="both"/>
      </w:pPr>
      <w:r>
        <w:rPr>
          <w:rFonts w:ascii="Arial" w:hAnsi="Arial" w:cs="Arial"/>
          <w:color w:val="6B7280"/>
          <w:sz w:val="20"/>
          <w:szCs w:val="20"/>
          <w:rtl/>
          <w:lang w:val="en-US" w:bidi="he-IL"/>
        </w:rPr>
        <w:t xml:space="preserve">מילות מקום</w:t>
      </w:r>
    </w:p>
    <w:p>
      <w:pPr>
        <w:bidi/>
        <w:spacing w:before="0" w:after="40"/>
        <w:jc w:val="both"/>
      </w:pPr>
      <w:r>
        <w:rPr>
          <w:rFonts w:ascii="Arial" w:hAnsi="Arial" w:cs="Arial"/>
          <w:color w:val="6B7280"/>
          <w:sz w:val="21"/>
          <w:szCs w:val="21"/>
          <w:rtl/>
          <w:lang w:val="en-US" w:bidi="ar-SA"/>
        </w:rPr>
        <w:t xml:space="preserve">حروف المكان</w:t>
      </w:r>
    </w:p>
    <w:p>
      <w:pPr>
        <w:spacing w:before="0" w:after="20"/>
        <w:jc w:val="both"/>
      </w:pPr>
      <w:r>
        <w:rPr/>
        <w:t>1. in = inside: in the box</w:t>
      </w:r>
    </w:p>
    <w:p>
      <w:pPr>
        <w:bidi/>
        <w:spacing w:before="0" w:after="0"/>
        <w:jc w:val="both"/>
      </w:pPr>
      <w:r>
        <w:rPr>
          <w:rFonts w:ascii="Arial" w:hAnsi="Arial" w:cs="Arial"/>
          <w:color w:val="6B7280"/>
          <w:sz w:val="20"/>
          <w:szCs w:val="20"/>
          <w:rtl/>
          <w:lang w:val="en-US" w:bidi="he-IL"/>
        </w:rPr>
        <w:t xml:space="preserve">‎in =‎ בתוך: ‎in the box‎</w:t>
      </w:r>
    </w:p>
    <w:p>
      <w:pPr>
        <w:bidi/>
        <w:spacing w:before="0" w:after="40"/>
        <w:jc w:val="both"/>
      </w:pPr>
      <w:r>
        <w:rPr>
          <w:rFonts w:ascii="Arial" w:hAnsi="Arial" w:cs="Arial"/>
          <w:color w:val="6B7280"/>
          <w:sz w:val="21"/>
          <w:szCs w:val="21"/>
          <w:rtl/>
          <w:lang w:val="en-US" w:bidi="ar-SA"/>
        </w:rPr>
        <w:t xml:space="preserve">‎in =‎ داخل: ‎in the box‎</w:t>
      </w:r>
    </w:p>
    <w:p>
      <w:pPr>
        <w:spacing w:before="0" w:after="20"/>
        <w:jc w:val="both"/>
      </w:pPr>
      <w:r>
        <w:rPr/>
        <w:t>2. on = on top: on the desk</w:t>
      </w:r>
    </w:p>
    <w:p>
      <w:pPr>
        <w:bidi/>
        <w:spacing w:before="0" w:after="0"/>
        <w:jc w:val="both"/>
      </w:pPr>
      <w:r>
        <w:rPr>
          <w:rFonts w:ascii="Arial" w:hAnsi="Arial" w:cs="Arial"/>
          <w:color w:val="6B7280"/>
          <w:sz w:val="20"/>
          <w:szCs w:val="20"/>
          <w:rtl/>
          <w:lang w:val="en-US" w:bidi="he-IL"/>
        </w:rPr>
        <w:t xml:space="preserve">‎on =‎ על (למעלה‎): on the desk‎</w:t>
      </w:r>
    </w:p>
    <w:p>
      <w:pPr>
        <w:bidi/>
        <w:spacing w:before="0" w:after="40"/>
        <w:jc w:val="both"/>
      </w:pPr>
      <w:r>
        <w:rPr>
          <w:rFonts w:ascii="Arial" w:hAnsi="Arial" w:cs="Arial"/>
          <w:color w:val="6B7280"/>
          <w:sz w:val="21"/>
          <w:szCs w:val="21"/>
          <w:rtl/>
          <w:lang w:val="en-US" w:bidi="ar-SA"/>
        </w:rPr>
        <w:t xml:space="preserve">‎on =‎ على (فوق‎): on the desk‎</w:t>
      </w:r>
    </w:p>
    <w:p>
      <w:pPr>
        <w:spacing w:before="0" w:after="20"/>
        <w:jc w:val="both"/>
      </w:pPr>
      <w:r>
        <w:rPr/>
        <w:t>3. under = below: under the chair</w:t>
      </w:r>
    </w:p>
    <w:p>
      <w:pPr>
        <w:bidi/>
        <w:spacing w:before="0" w:after="0"/>
        <w:jc w:val="both"/>
      </w:pPr>
      <w:r>
        <w:rPr>
          <w:rFonts w:ascii="Arial" w:hAnsi="Arial" w:cs="Arial"/>
          <w:color w:val="6B7280"/>
          <w:sz w:val="20"/>
          <w:szCs w:val="20"/>
          <w:rtl/>
          <w:lang w:val="en-US" w:bidi="he-IL"/>
        </w:rPr>
        <w:t xml:space="preserve">‎under =‎ מתחת: ‎under the chair‎</w:t>
      </w:r>
    </w:p>
    <w:p>
      <w:pPr>
        <w:bidi/>
        <w:spacing w:before="0" w:after="40"/>
        <w:jc w:val="both"/>
      </w:pPr>
      <w:r>
        <w:rPr>
          <w:rFonts w:ascii="Arial" w:hAnsi="Arial" w:cs="Arial"/>
          <w:color w:val="6B7280"/>
          <w:sz w:val="21"/>
          <w:szCs w:val="21"/>
          <w:rtl/>
          <w:lang w:val="en-US" w:bidi="ar-SA"/>
        </w:rPr>
        <w:t xml:space="preserve">‎under =‎ تحت: ‎under the chair‎</w:t>
      </w:r>
    </w:p>
    <w:p>
      <w:pPr>
        <w:spacing w:before="0" w:after="20"/>
        <w:jc w:val="both"/>
      </w:pPr>
      <w:r>
        <w:rPr/>
        <w:t>4. next to = near, at the side: next to the door</w:t>
      </w:r>
    </w:p>
    <w:p>
      <w:pPr>
        <w:bidi/>
        <w:spacing w:before="0" w:after="0"/>
        <w:jc w:val="both"/>
      </w:pPr>
      <w:r>
        <w:rPr>
          <w:rFonts w:ascii="Arial" w:hAnsi="Arial" w:cs="Arial"/>
          <w:color w:val="6B7280"/>
          <w:sz w:val="20"/>
          <w:szCs w:val="20"/>
          <w:rtl/>
          <w:lang w:val="en-US" w:bidi="he-IL"/>
        </w:rPr>
        <w:t xml:space="preserve">‎next to =‎ ליד, בצד: ‎next to the door‎</w:t>
      </w:r>
    </w:p>
    <w:p>
      <w:pPr>
        <w:bidi/>
        <w:spacing w:before="0" w:after="40"/>
        <w:jc w:val="both"/>
      </w:pPr>
      <w:r>
        <w:rPr>
          <w:rFonts w:ascii="Arial" w:hAnsi="Arial" w:cs="Arial"/>
          <w:color w:val="6B7280"/>
          <w:sz w:val="21"/>
          <w:szCs w:val="21"/>
          <w:rtl/>
          <w:lang w:val="en-US" w:bidi="ar-SA"/>
        </w:rPr>
        <w:t xml:space="preserve">‎next to =‎ بجانب، قرب: ‎next to the door‎</w:t>
      </w:r>
    </w:p>
    <w:p>
      <w:pPr>
        <w:spacing w:before="120" w:after="40"/>
        <w:jc w:val="both"/>
      </w:pPr>
      <w:r>
        <w:rPr>
          <w:rFonts w:ascii="Arial Black" w:hAnsi="Arial Black" w:cs="Arial Black"/>
          <w:b/>
          <w:bCs/>
          <w:color w:val="4338CA"/>
          <w:sz w:val="28"/>
          <w:szCs w:val="28"/>
        </w:rPr>
        <w:t>◆ is or are?</w:t>
      </w:r>
    </w:p>
    <w:p>
      <w:pPr>
        <w:bidi/>
        <w:spacing w:before="0" w:after="0"/>
        <w:jc w:val="both"/>
      </w:pPr>
      <w:r>
        <w:rPr>
          <w:rFonts w:ascii="Arial" w:hAnsi="Arial" w:cs="Arial"/>
          <w:color w:val="6B7280"/>
          <w:sz w:val="20"/>
          <w:szCs w:val="20"/>
          <w:rtl/>
          <w:lang w:val="en-US" w:bidi="he-IL"/>
        </w:rPr>
        <w:t xml:space="preserve">‎is‎ או ‎are?‎</w:t>
      </w:r>
    </w:p>
    <w:p>
      <w:pPr>
        <w:bidi/>
        <w:spacing w:before="0" w:after="40"/>
        <w:jc w:val="both"/>
      </w:pPr>
      <w:r>
        <w:rPr>
          <w:rFonts w:ascii="Arial" w:hAnsi="Arial" w:cs="Arial"/>
          <w:color w:val="6B7280"/>
          <w:sz w:val="21"/>
          <w:szCs w:val="21"/>
          <w:rtl/>
          <w:lang w:val="en-US" w:bidi="ar-SA"/>
        </w:rPr>
        <w:t xml:space="preserve">‎is‎ أم ‎are‎؟</w:t>
      </w:r>
    </w:p>
    <w:p>
      <w:pPr>
        <w:spacing w:before="0" w:after="20"/>
        <w:jc w:val="both"/>
      </w:pPr>
      <w:r>
        <w:rPr/>
        <w:t>1. One thing: Where is the ball?</w:t>
      </w:r>
    </w:p>
    <w:p>
      <w:pPr>
        <w:bidi/>
        <w:spacing w:before="0" w:after="0"/>
        <w:jc w:val="both"/>
      </w:pPr>
      <w:r>
        <w:rPr>
          <w:rFonts w:ascii="Arial" w:hAnsi="Arial" w:cs="Arial"/>
          <w:color w:val="6B7280"/>
          <w:sz w:val="20"/>
          <w:szCs w:val="20"/>
          <w:rtl/>
          <w:lang w:val="en-US" w:bidi="he-IL"/>
        </w:rPr>
        <w:t xml:space="preserve">דבר אחד: ‎Where is the ball?‎</w:t>
      </w:r>
    </w:p>
    <w:p>
      <w:pPr>
        <w:bidi/>
        <w:spacing w:before="0" w:after="40"/>
        <w:jc w:val="both"/>
      </w:pPr>
      <w:r>
        <w:rPr>
          <w:rFonts w:ascii="Arial" w:hAnsi="Arial" w:cs="Arial"/>
          <w:color w:val="6B7280"/>
          <w:sz w:val="21"/>
          <w:szCs w:val="21"/>
          <w:rtl/>
          <w:lang w:val="en-US" w:bidi="ar-SA"/>
        </w:rPr>
        <w:t xml:space="preserve">شيء واحد: ‎Where is the ball?‎</w:t>
      </w:r>
    </w:p>
    <w:p>
      <w:pPr>
        <w:spacing w:before="0" w:after="20"/>
        <w:jc w:val="both"/>
      </w:pPr>
      <w:r>
        <w:rPr/>
        <w:t>2. Two or more: Where are the balls?</w:t>
      </w:r>
    </w:p>
    <w:p>
      <w:pPr>
        <w:bidi/>
        <w:spacing w:before="0" w:after="0"/>
        <w:jc w:val="both"/>
      </w:pPr>
      <w:r>
        <w:rPr>
          <w:rFonts w:ascii="Arial" w:hAnsi="Arial" w:cs="Arial"/>
          <w:color w:val="6B7280"/>
          <w:sz w:val="20"/>
          <w:szCs w:val="20"/>
          <w:rtl/>
          <w:lang w:val="en-US" w:bidi="he-IL"/>
        </w:rPr>
        <w:t xml:space="preserve">שניים או יותר: ‎Where are the balls?‎</w:t>
      </w:r>
    </w:p>
    <w:p>
      <w:pPr>
        <w:bidi/>
        <w:spacing w:before="0" w:after="40"/>
        <w:jc w:val="both"/>
      </w:pPr>
      <w:r>
        <w:rPr>
          <w:rFonts w:ascii="Arial" w:hAnsi="Arial" w:cs="Arial"/>
          <w:color w:val="6B7280"/>
          <w:sz w:val="21"/>
          <w:szCs w:val="21"/>
          <w:rtl/>
          <w:lang w:val="en-US" w:bidi="ar-SA"/>
        </w:rPr>
        <w:t xml:space="preserve">اثنان أو أكثر: ‎Where are the balls?‎</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63125"/>
                  <wp:docPr id="10" name="Picture 10"/>
                  <wp:cNvGraphicFramePr>
                    <a:graphicFrameLocks noChangeAspect="1"/>
                  </wp:cNvGraphicFramePr>
                  <a:graphic>
                    <a:graphicData uri="http://schemas.openxmlformats.org/drawingml/2006/picture">
                      <pic:pic>
                        <pic:nvPicPr>
                          <pic:cNvPr id="0" name="football.png"/>
                          <pic:cNvPicPr/>
                        </pic:nvPicPr>
                        <pic:blipFill>
                          <a:blip r:embed="rId15"/>
                          <a:stretch>
                            <a:fillRect/>
                          </a:stretch>
                        </pic:blipFill>
                        <pic:spPr>
                          <a:xfrm>
                            <a:off x="0" y="0"/>
                            <a:ext cx="468000" cy="463125"/>
                          </a:xfrm>
                          <a:prstGeom prst="rect"/>
                        </pic:spPr>
                      </pic:pic>
                    </a:graphicData>
                  </a:graphic>
                </wp:inline>
              </w:drawing>
            </w:r>
          </w:p>
          <w:p>
            <w:pPr>
              <w:spacing w:before="0" w:after="0"/>
              <w:jc w:val="center"/>
            </w:pPr>
            <w:r>
              <w:rPr>
                <w:b/>
                <w:bCs/>
                <w:sz w:val="23"/>
                <w:szCs w:val="23"/>
              </w:rPr>
              <w:t>ball</w:t>
            </w:r>
          </w:p>
          <w:p>
            <w:pPr>
              <w:bidi/>
              <w:spacing w:before="0" w:after="0"/>
              <w:jc w:val="center"/>
            </w:pPr>
            <w:r>
              <w:rPr>
                <w:rFonts w:ascii="Arial" w:hAnsi="Arial" w:cs="Arial"/>
                <w:color w:val="6B7280"/>
                <w:sz w:val="17"/>
                <w:szCs w:val="17"/>
                <w:rtl/>
                <w:lang w:val="en-US" w:bidi="he-IL"/>
              </w:rPr>
              <w:t xml:space="preserve">כדור</w:t>
            </w:r>
          </w:p>
          <w:p>
            <w:pPr>
              <w:bidi/>
              <w:spacing w:before="0" w:after="0"/>
              <w:jc w:val="center"/>
            </w:pPr>
            <w:r>
              <w:rPr>
                <w:rFonts w:ascii="Arial" w:hAnsi="Arial" w:cs="Arial"/>
                <w:color w:val="6B7280"/>
                <w:sz w:val="17"/>
                <w:szCs w:val="17"/>
                <w:rtl/>
                <w:lang w:val="en-US" w:bidi="ar-SA"/>
              </w:rPr>
              <w:t xml:space="preserve">كرة</w:t>
            </w:r>
          </w:p>
        </w:tc>
        <w:tc>
          <w:tcPr>
            <w:tcW w:type="dxa" w:w="1663"/>
          </w:tcPr>
          <w:p>
            <w:pPr>
              <w:spacing w:before="0" w:after="0"/>
              <w:jc w:val="center"/>
            </w:pPr>
            <w:r>
              <w:drawing>
                <wp:inline xmlns:a="http://schemas.openxmlformats.org/drawingml/2006/main" xmlns:pic="http://schemas.openxmlformats.org/drawingml/2006/picture">
                  <wp:extent cx="468000" cy="273000"/>
                  <wp:docPr id="11" name="Picture 11"/>
                  <wp:cNvGraphicFramePr>
                    <a:graphicFrameLocks noChangeAspect="1"/>
                  </wp:cNvGraphicFramePr>
                  <a:graphic>
                    <a:graphicData uri="http://schemas.openxmlformats.org/drawingml/2006/picture">
                      <pic:pic>
                        <pic:nvPicPr>
                          <pic:cNvPr id="0" name="bed.png"/>
                          <pic:cNvPicPr/>
                        </pic:nvPicPr>
                        <pic:blipFill>
                          <a:blip r:embed="rId19"/>
                          <a:stretch>
                            <a:fillRect/>
                          </a:stretch>
                        </pic:blipFill>
                        <pic:spPr>
                          <a:xfrm>
                            <a:off x="0" y="0"/>
                            <a:ext cx="468000" cy="273000"/>
                          </a:xfrm>
                          <a:prstGeom prst="rect"/>
                        </pic:spPr>
                      </pic:pic>
                    </a:graphicData>
                  </a:graphic>
                </wp:inline>
              </w:drawing>
            </w:r>
          </w:p>
          <w:p>
            <w:pPr>
              <w:spacing w:before="0" w:after="0"/>
              <w:jc w:val="center"/>
            </w:pPr>
            <w:r>
              <w:rPr>
                <w:b/>
                <w:bCs/>
                <w:sz w:val="23"/>
                <w:szCs w:val="23"/>
              </w:rPr>
              <w:t>bed</w:t>
            </w:r>
          </w:p>
          <w:p>
            <w:pPr>
              <w:bidi/>
              <w:spacing w:before="0" w:after="0"/>
              <w:jc w:val="center"/>
            </w:pPr>
            <w:r>
              <w:rPr>
                <w:rFonts w:ascii="Arial" w:hAnsi="Arial" w:cs="Arial"/>
                <w:color w:val="6B7280"/>
                <w:sz w:val="17"/>
                <w:szCs w:val="17"/>
                <w:rtl/>
                <w:lang w:val="en-US" w:bidi="he-IL"/>
              </w:rPr>
              <w:t xml:space="preserve">מיטה</w:t>
            </w:r>
          </w:p>
          <w:p>
            <w:pPr>
              <w:bidi/>
              <w:spacing w:before="0" w:after="0"/>
              <w:jc w:val="center"/>
            </w:pPr>
            <w:r>
              <w:rPr>
                <w:rFonts w:ascii="Arial" w:hAnsi="Arial" w:cs="Arial"/>
                <w:color w:val="6B7280"/>
                <w:sz w:val="17"/>
                <w:szCs w:val="17"/>
                <w:rtl/>
                <w:lang w:val="en-US" w:bidi="ar-SA"/>
              </w:rPr>
              <w:t xml:space="preserve">سرير</w:t>
            </w:r>
          </w:p>
        </w:tc>
        <w:tc>
          <w:tcPr>
            <w:tcW w:type="dxa" w:w="1663"/>
          </w:tcPr>
          <w:p>
            <w:pPr>
              <w:spacing w:before="0" w:after="0"/>
              <w:jc w:val="center"/>
            </w:pPr>
            <w:r>
              <w:drawing>
                <wp:inline xmlns:a="http://schemas.openxmlformats.org/drawingml/2006/main" xmlns:pic="http://schemas.openxmlformats.org/drawingml/2006/picture">
                  <wp:extent cx="468000" cy="419250"/>
                  <wp:docPr id="12" name="Picture 12"/>
                  <wp:cNvGraphicFramePr>
                    <a:graphicFrameLocks noChangeAspect="1"/>
                  </wp:cNvGraphicFramePr>
                  <a:graphic>
                    <a:graphicData uri="http://schemas.openxmlformats.org/drawingml/2006/picture">
                      <pic:pic>
                        <pic:nvPicPr>
                          <pic:cNvPr id="0" name="cat.png"/>
                          <pic:cNvPicPr/>
                        </pic:nvPicPr>
                        <pic:blipFill>
                          <a:blip r:embed="rId14"/>
                          <a:stretch>
                            <a:fillRect/>
                          </a:stretch>
                        </pic:blipFill>
                        <pic:spPr>
                          <a:xfrm>
                            <a:off x="0" y="0"/>
                            <a:ext cx="468000" cy="419250"/>
                          </a:xfrm>
                          <a:prstGeom prst="rect"/>
                        </pic:spPr>
                      </pic:pic>
                    </a:graphicData>
                  </a:graphic>
                </wp:inline>
              </w:drawing>
            </w:r>
          </w:p>
          <w:p>
            <w:pPr>
              <w:spacing w:before="0" w:after="0"/>
              <w:jc w:val="center"/>
            </w:pPr>
            <w:r>
              <w:rPr>
                <w:b/>
                <w:bCs/>
                <w:sz w:val="23"/>
                <w:szCs w:val="23"/>
              </w:rPr>
              <w:t>cat</w:t>
            </w:r>
          </w:p>
          <w:p>
            <w:pPr>
              <w:bidi/>
              <w:spacing w:before="0" w:after="0"/>
              <w:jc w:val="center"/>
            </w:pPr>
            <w:r>
              <w:rPr>
                <w:rFonts w:ascii="Arial" w:hAnsi="Arial" w:cs="Arial"/>
                <w:color w:val="6B7280"/>
                <w:sz w:val="17"/>
                <w:szCs w:val="17"/>
                <w:rtl/>
                <w:lang w:val="en-US" w:bidi="he-IL"/>
              </w:rPr>
              <w:t xml:space="preserve">חתול</w:t>
            </w:r>
          </w:p>
          <w:p>
            <w:pPr>
              <w:bidi/>
              <w:spacing w:before="0" w:after="0"/>
              <w:jc w:val="center"/>
            </w:pPr>
            <w:r>
              <w:rPr>
                <w:rFonts w:ascii="Arial" w:hAnsi="Arial" w:cs="Arial"/>
                <w:color w:val="6B7280"/>
                <w:sz w:val="17"/>
                <w:szCs w:val="17"/>
                <w:rtl/>
                <w:lang w:val="en-US" w:bidi="ar-SA"/>
              </w:rPr>
              <w:t xml:space="preserve">قطة</w:t>
            </w:r>
          </w:p>
        </w:tc>
        <w:tc>
          <w:tcPr>
            <w:tcW w:type="dxa" w:w="1663"/>
          </w:tcPr>
          <w:p>
            <w:pPr>
              <w:spacing w:before="0" w:after="0"/>
              <w:jc w:val="center"/>
            </w:pPr>
            <w:r>
              <w:drawing>
                <wp:inline xmlns:a="http://schemas.openxmlformats.org/drawingml/2006/main" xmlns:pic="http://schemas.openxmlformats.org/drawingml/2006/picture">
                  <wp:extent cx="468000" cy="365625"/>
                  <wp:docPr id="13" name="Picture 13"/>
                  <wp:cNvGraphicFramePr>
                    <a:graphicFrameLocks noChangeAspect="1"/>
                  </wp:cNvGraphicFramePr>
                  <a:graphic>
                    <a:graphicData uri="http://schemas.openxmlformats.org/drawingml/2006/picture">
                      <pic:pic>
                        <pic:nvPicPr>
                          <pic:cNvPr id="0" name="dog.png"/>
                          <pic:cNvPicPr/>
                        </pic:nvPicPr>
                        <pic:blipFill>
                          <a:blip r:embed="rId13"/>
                          <a:stretch>
                            <a:fillRect/>
                          </a:stretch>
                        </pic:blipFill>
                        <pic:spPr>
                          <a:xfrm>
                            <a:off x="0" y="0"/>
                            <a:ext cx="468000" cy="365625"/>
                          </a:xfrm>
                          <a:prstGeom prst="rect"/>
                        </pic:spPr>
                      </pic:pic>
                    </a:graphicData>
                  </a:graphic>
                </wp:inline>
              </w:drawing>
            </w:r>
          </w:p>
          <w:p>
            <w:pPr>
              <w:spacing w:before="0" w:after="0"/>
              <w:jc w:val="center"/>
            </w:pPr>
            <w:r>
              <w:rPr>
                <w:b/>
                <w:bCs/>
                <w:sz w:val="23"/>
                <w:szCs w:val="23"/>
              </w:rPr>
              <w:t>dog</w:t>
            </w:r>
          </w:p>
          <w:p>
            <w:pPr>
              <w:bidi/>
              <w:spacing w:before="0" w:after="0"/>
              <w:jc w:val="center"/>
            </w:pPr>
            <w:r>
              <w:rPr>
                <w:rFonts w:ascii="Arial" w:hAnsi="Arial" w:cs="Arial"/>
                <w:color w:val="6B7280"/>
                <w:sz w:val="17"/>
                <w:szCs w:val="17"/>
                <w:rtl/>
                <w:lang w:val="en-US" w:bidi="he-IL"/>
              </w:rPr>
              <w:t xml:space="preserve">כלב</w:t>
            </w:r>
          </w:p>
          <w:p>
            <w:pPr>
              <w:bidi/>
              <w:spacing w:before="0" w:after="0"/>
              <w:jc w:val="center"/>
            </w:pPr>
            <w:r>
              <w:rPr>
                <w:rFonts w:ascii="Arial" w:hAnsi="Arial" w:cs="Arial"/>
                <w:color w:val="6B7280"/>
                <w:sz w:val="17"/>
                <w:szCs w:val="17"/>
                <w:rtl/>
                <w:lang w:val="en-US" w:bidi="ar-SA"/>
              </w:rPr>
              <w:t xml:space="preserve">كلب</w:t>
            </w:r>
          </w:p>
        </w:tc>
        <w:tc>
          <w:tcPr>
            <w:tcW w:type="dxa" w:w="1663"/>
          </w:tcPr>
          <w:p>
            <w:pPr>
              <w:spacing w:before="0" w:after="0"/>
              <w:jc w:val="center"/>
            </w:pPr>
            <w:r>
              <w:drawing>
                <wp:inline xmlns:a="http://schemas.openxmlformats.org/drawingml/2006/main" xmlns:pic="http://schemas.openxmlformats.org/drawingml/2006/picture">
                  <wp:extent cx="468000" cy="499200"/>
                  <wp:docPr id="14" name="Picture 14"/>
                  <wp:cNvGraphicFramePr>
                    <a:graphicFrameLocks noChangeAspect="1"/>
                  </wp:cNvGraphicFramePr>
                  <a:graphic>
                    <a:graphicData uri="http://schemas.openxmlformats.org/drawingml/2006/picture">
                      <pic:pic>
                        <pic:nvPicPr>
                          <pic:cNvPr id="0" name="box.png"/>
                          <pic:cNvPicPr/>
                        </pic:nvPicPr>
                        <pic:blipFill>
                          <a:blip r:embed="rId20"/>
                          <a:stretch>
                            <a:fillRect/>
                          </a:stretch>
                        </pic:blipFill>
                        <pic:spPr>
                          <a:xfrm>
                            <a:off x="0" y="0"/>
                            <a:ext cx="468000" cy="499200"/>
                          </a:xfrm>
                          <a:prstGeom prst="rect"/>
                        </pic:spPr>
                      </pic:pic>
                    </a:graphicData>
                  </a:graphic>
                </wp:inline>
              </w:drawing>
            </w:r>
          </w:p>
          <w:p>
            <w:pPr>
              <w:spacing w:before="0" w:after="0"/>
              <w:jc w:val="center"/>
            </w:pPr>
            <w:r>
              <w:rPr>
                <w:b/>
                <w:bCs/>
                <w:sz w:val="23"/>
                <w:szCs w:val="23"/>
              </w:rPr>
              <w:t>box</w:t>
            </w:r>
          </w:p>
          <w:p>
            <w:pPr>
              <w:bidi/>
              <w:spacing w:before="0" w:after="0"/>
              <w:jc w:val="center"/>
            </w:pPr>
            <w:r>
              <w:rPr>
                <w:rFonts w:ascii="Arial" w:hAnsi="Arial" w:cs="Arial"/>
                <w:color w:val="6B7280"/>
                <w:sz w:val="17"/>
                <w:szCs w:val="17"/>
                <w:rtl/>
                <w:lang w:val="en-US" w:bidi="he-IL"/>
              </w:rPr>
              <w:t xml:space="preserve">קופסה</w:t>
            </w:r>
          </w:p>
          <w:p>
            <w:pPr>
              <w:bidi/>
              <w:spacing w:before="0" w:after="0"/>
              <w:jc w:val="center"/>
            </w:pPr>
            <w:r>
              <w:rPr>
                <w:rFonts w:ascii="Arial" w:hAnsi="Arial" w:cs="Arial"/>
                <w:color w:val="6B7280"/>
                <w:sz w:val="17"/>
                <w:szCs w:val="17"/>
                <w:rtl/>
                <w:lang w:val="en-US" w:bidi="ar-SA"/>
              </w:rPr>
              <w:t xml:space="preserve">صندوق</w:t>
            </w:r>
          </w:p>
        </w:tc>
        <w:tc>
          <w:tcPr>
            <w:tcW w:type="dxa" w:w="1663"/>
          </w:tcPr>
          <w:p>
            <w:pPr>
              <w:spacing w:before="0" w:after="0"/>
              <w:jc w:val="center"/>
            </w:pPr>
            <w:r>
              <w:drawing>
                <wp:inline xmlns:a="http://schemas.openxmlformats.org/drawingml/2006/main" xmlns:pic="http://schemas.openxmlformats.org/drawingml/2006/picture">
                  <wp:extent cx="468000" cy="331500"/>
                  <wp:docPr id="15" name="Picture 15"/>
                  <wp:cNvGraphicFramePr>
                    <a:graphicFrameLocks noChangeAspect="1"/>
                  </wp:cNvGraphicFramePr>
                  <a:graphic>
                    <a:graphicData uri="http://schemas.openxmlformats.org/drawingml/2006/picture">
                      <pic:pic>
                        <pic:nvPicPr>
                          <pic:cNvPr id="0" name="book.png"/>
                          <pic:cNvPicPr/>
                        </pic:nvPicPr>
                        <pic:blipFill>
                          <a:blip r:embed="rId21"/>
                          <a:stretch>
                            <a:fillRect/>
                          </a:stretch>
                        </pic:blipFill>
                        <pic:spPr>
                          <a:xfrm>
                            <a:off x="0" y="0"/>
                            <a:ext cx="468000" cy="331500"/>
                          </a:xfrm>
                          <a:prstGeom prst="rect"/>
                        </pic:spPr>
                      </pic:pic>
                    </a:graphicData>
                  </a:graphic>
                </wp:inline>
              </w:drawing>
            </w:r>
          </w:p>
          <w:p>
            <w:pPr>
              <w:spacing w:before="0" w:after="0"/>
              <w:jc w:val="center"/>
            </w:pPr>
            <w:r>
              <w:rPr>
                <w:b/>
                <w:bCs/>
                <w:sz w:val="23"/>
                <w:szCs w:val="23"/>
              </w:rPr>
              <w:t>book</w:t>
            </w:r>
          </w:p>
          <w:p>
            <w:pPr>
              <w:bidi/>
              <w:spacing w:before="0" w:after="0"/>
              <w:jc w:val="center"/>
            </w:pPr>
            <w:r>
              <w:rPr>
                <w:rFonts w:ascii="Arial" w:hAnsi="Arial" w:cs="Arial"/>
                <w:color w:val="6B7280"/>
                <w:sz w:val="17"/>
                <w:szCs w:val="17"/>
                <w:rtl/>
                <w:lang w:val="en-US" w:bidi="he-IL"/>
              </w:rPr>
              <w:t xml:space="preserve">ספר</w:t>
            </w:r>
          </w:p>
          <w:p>
            <w:pPr>
              <w:bidi/>
              <w:spacing w:before="0" w:after="0"/>
              <w:jc w:val="center"/>
            </w:pPr>
            <w:r>
              <w:rPr>
                <w:rFonts w:ascii="Arial" w:hAnsi="Arial" w:cs="Arial"/>
                <w:color w:val="6B7280"/>
                <w:sz w:val="17"/>
                <w:szCs w:val="17"/>
                <w:rtl/>
                <w:lang w:val="en-US" w:bidi="ar-SA"/>
              </w:rPr>
              <w:t xml:space="preserve">كتاب</w:t>
            </w:r>
          </w:p>
        </w:tc>
      </w:tr>
    </w:tbl>
    <w:p>
      <w:pPr>
        <w:spacing w:before="0" w:after="80"/>
        <w:jc w:val="both"/>
      </w:pPr>
    </w:p>
    <w:p>
      <w:pPr>
        <w:spacing w:before="160" w:after="20"/>
        <w:jc w:val="both"/>
      </w:pPr>
      <w:r>
        <w:rPr>
          <w:b/>
          <w:bCs/>
          <w:sz w:val="26"/>
          <w:szCs w:val="26"/>
        </w:rPr>
        <w:t>1. Complete with in, on, under or next to.</w:t>
      </w:r>
    </w:p>
    <w:p>
      <w:pPr>
        <w:bidi/>
        <w:spacing w:before="0" w:after="0"/>
        <w:jc w:val="both"/>
      </w:pPr>
      <w:r>
        <w:rPr>
          <w:rFonts w:ascii="Arial" w:hAnsi="Arial" w:cs="Arial"/>
          <w:color w:val="6B7280"/>
          <w:sz w:val="20"/>
          <w:szCs w:val="20"/>
          <w:rtl/>
          <w:lang w:val="en-US" w:bidi="he-IL"/>
        </w:rPr>
        <w:t xml:space="preserve">השלימו עם ‎in, on, under‎ או ‎next to‎.</w:t>
      </w:r>
    </w:p>
    <w:p>
      <w:pPr>
        <w:bidi/>
        <w:spacing w:before="0" w:after="80"/>
        <w:jc w:val="both"/>
      </w:pPr>
      <w:r>
        <w:rPr>
          <w:rFonts w:ascii="Arial" w:hAnsi="Arial" w:cs="Arial"/>
          <w:color w:val="6B7280"/>
          <w:sz w:val="21"/>
          <w:szCs w:val="21"/>
          <w:rtl/>
          <w:lang w:val="en-US" w:bidi="ar-SA"/>
        </w:rPr>
        <w:t xml:space="preserve">أكمل بـ ‎in‎ أو ‎on‎ أو ‎under‎ أو ‎next to‎.</w:t>
      </w:r>
    </w:p>
    <w:p>
      <w:pPr>
        <w:spacing w:before="0" w:after="80"/>
        <w:jc w:val="both"/>
      </w:pPr>
      <w:r>
        <w:rPr>
          <w:color w:val="4338CA"/>
          <w:sz w:val="24"/>
          <w:szCs w:val="24"/>
        </w:rPr>
        <w:t>Word bank: in  |  on  |  under  |  next to</w:t>
      </w:r>
    </w:p>
    <w:p>
      <w:pPr>
        <w:spacing w:before="0" w:after="60"/>
        <w:jc w:val="both"/>
      </w:pPr>
      <w:r>
        <w:rPr/>
        <w:t>a. The pencils are __________ the pencil case.</w:t>
      </w:r>
    </w:p>
    <w:p>
      <w:pPr>
        <w:spacing w:before="0" w:after="60"/>
        <w:jc w:val="both"/>
      </w:pPr>
      <w:r>
        <w:rPr/>
        <w:t>b. The picture is __________ the wall.</w:t>
      </w:r>
    </w:p>
    <w:p>
      <w:pPr>
        <w:spacing w:before="0" w:after="60"/>
        <w:jc w:val="both"/>
      </w:pPr>
      <w:r>
        <w:rPr/>
        <w:t>c. The toy car is __________ the chair. (below)</w:t>
      </w:r>
    </w:p>
    <w:p>
      <w:pPr>
        <w:spacing w:before="0" w:after="60"/>
        <w:jc w:val="both"/>
      </w:pPr>
      <w:r>
        <w:rPr/>
        <w:t>d. The school is __________ the library. (at its side)</w:t>
      </w:r>
    </w:p>
    <w:p>
      <w:pPr>
        <w:spacing w:before="0" w:after="60"/>
        <w:jc w:val="both"/>
      </w:pPr>
      <w:r>
        <w:rPr/>
        <w:t>e. The birds are __________ the tree.</w:t>
      </w:r>
    </w:p>
    <w:p>
      <w:pPr>
        <w:spacing w:before="160" w:after="20"/>
        <w:jc w:val="both"/>
      </w:pPr>
      <w:r>
        <w:rPr>
          <w:b/>
          <w:bCs/>
          <w:sz w:val="26"/>
          <w:szCs w:val="26"/>
        </w:rPr>
        <w:t>2. Match the question to the answer.</w:t>
      </w:r>
    </w:p>
    <w:p>
      <w:pPr>
        <w:bidi/>
        <w:spacing w:before="0" w:after="0"/>
        <w:jc w:val="both"/>
      </w:pPr>
      <w:r>
        <w:rPr>
          <w:rFonts w:ascii="Arial" w:hAnsi="Arial" w:cs="Arial"/>
          <w:color w:val="6B7280"/>
          <w:sz w:val="20"/>
          <w:szCs w:val="20"/>
          <w:rtl/>
          <w:lang w:val="en-US" w:bidi="he-IL"/>
        </w:rPr>
        <w:t xml:space="preserve">התאימו את השאלה לתשובה.</w:t>
      </w:r>
    </w:p>
    <w:p>
      <w:pPr>
        <w:bidi/>
        <w:spacing w:before="0" w:after="80"/>
        <w:jc w:val="both"/>
      </w:pPr>
      <w:r>
        <w:rPr>
          <w:rFonts w:ascii="Arial" w:hAnsi="Arial" w:cs="Arial"/>
          <w:color w:val="6B7280"/>
          <w:sz w:val="21"/>
          <w:szCs w:val="21"/>
          <w:rtl/>
          <w:lang w:val="en-US" w:bidi="ar-SA"/>
        </w:rPr>
        <w:t xml:space="preserve">صِلِ السؤال بالإجابة.</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Column A</w:t>
            </w:r>
          </w:p>
        </w:tc>
        <w:tc>
          <w:tcPr>
            <w:tcW w:type="dxa" w:w="4989"/>
            <w:shd w:val="clear" w:color="auto" w:fill="4338ca"/>
          </w:tcPr>
          <w:p>
            <w:pPr>
              <w:spacing w:before="0" w:after="40"/>
              <w:jc w:val="both"/>
            </w:pPr>
            <w:r>
              <w:rPr>
                <w:b/>
                <w:bCs/>
                <w:color w:val="FFFFFF"/>
              </w:rPr>
              <w:t>Column B</w:t>
            </w:r>
          </w:p>
        </w:tc>
      </w:tr>
      <w:tr>
        <w:tc>
          <w:tcPr>
            <w:tcW w:type="dxa" w:w="4989"/>
          </w:tcPr>
          <w:p>
            <w:pPr>
              <w:spacing w:before="0" w:after="40"/>
              <w:jc w:val="both"/>
            </w:pPr>
            <w:r>
              <w:rPr/>
              <w:t>1. What is this?</w:t>
            </w:r>
          </w:p>
        </w:tc>
        <w:tc>
          <w:tcPr>
            <w:tcW w:type="dxa" w:w="4989"/>
          </w:tcPr>
          <w:p>
            <w:pPr>
              <w:spacing w:before="0" w:after="40"/>
              <w:jc w:val="both"/>
            </w:pPr>
            <w:r>
              <w:rPr/>
              <w:t>[   ] Next to the window.</w:t>
            </w:r>
          </w:p>
        </w:tc>
      </w:tr>
      <w:tr>
        <w:tc>
          <w:tcPr>
            <w:tcW w:type="dxa" w:w="4989"/>
          </w:tcPr>
          <w:p>
            <w:pPr>
              <w:spacing w:before="0" w:after="40"/>
              <w:jc w:val="both"/>
            </w:pPr>
            <w:r>
              <w:rPr/>
              <w:t>2. Who is she?</w:t>
            </w:r>
          </w:p>
        </w:tc>
        <w:tc>
          <w:tcPr>
            <w:tcW w:type="dxa" w:w="4989"/>
          </w:tcPr>
          <w:p>
            <w:pPr>
              <w:spacing w:before="0" w:after="40"/>
              <w:jc w:val="both"/>
            </w:pPr>
            <w:r>
              <w:rPr/>
              <w:t>[   ] It's an apple.</w:t>
            </w:r>
          </w:p>
        </w:tc>
      </w:tr>
      <w:tr>
        <w:tc>
          <w:tcPr>
            <w:tcW w:type="dxa" w:w="4989"/>
          </w:tcPr>
          <w:p>
            <w:pPr>
              <w:spacing w:before="0" w:after="40"/>
              <w:jc w:val="both"/>
            </w:pPr>
            <w:r>
              <w:rPr/>
              <w:t>3. Where are the plates?</w:t>
            </w:r>
          </w:p>
        </w:tc>
        <w:tc>
          <w:tcPr>
            <w:tcW w:type="dxa" w:w="4989"/>
          </w:tcPr>
          <w:p>
            <w:pPr>
              <w:spacing w:before="0" w:after="40"/>
              <w:jc w:val="both"/>
            </w:pPr>
            <w:r>
              <w:rPr/>
              <w:t>[   ] In the cupboard.</w:t>
            </w:r>
          </w:p>
        </w:tc>
      </w:tr>
      <w:tr>
        <w:tc>
          <w:tcPr>
            <w:tcW w:type="dxa" w:w="4989"/>
          </w:tcPr>
          <w:p>
            <w:pPr>
              <w:spacing w:before="0" w:after="40"/>
              <w:jc w:val="both"/>
            </w:pPr>
            <w:r>
              <w:rPr/>
              <w:t>4. How old is your dog?</w:t>
            </w:r>
          </w:p>
        </w:tc>
        <w:tc>
          <w:tcPr>
            <w:tcW w:type="dxa" w:w="4989"/>
          </w:tcPr>
          <w:p>
            <w:pPr>
              <w:spacing w:before="0" w:after="40"/>
              <w:jc w:val="both"/>
            </w:pPr>
            <w:r>
              <w:rPr/>
              <w:t>[   ] He's three.</w:t>
            </w:r>
          </w:p>
        </w:tc>
      </w:tr>
      <w:tr>
        <w:tc>
          <w:tcPr>
            <w:tcW w:type="dxa" w:w="4989"/>
          </w:tcPr>
          <w:p>
            <w:pPr>
              <w:spacing w:before="0" w:after="40"/>
              <w:jc w:val="both"/>
            </w:pPr>
            <w:r>
              <w:rPr/>
              <w:t>5. Where is Grandma?</w:t>
            </w:r>
          </w:p>
        </w:tc>
        <w:tc>
          <w:tcPr>
            <w:tcW w:type="dxa" w:w="4989"/>
          </w:tcPr>
          <w:p>
            <w:pPr>
              <w:spacing w:before="0" w:after="40"/>
              <w:jc w:val="both"/>
            </w:pPr>
            <w:r>
              <w:rPr/>
              <w:t>[   ] She's my cousin Shira.</w:t>
            </w:r>
          </w:p>
        </w:tc>
      </w:tr>
    </w:tbl>
    <w:p>
      <w:pPr>
        <w:spacing w:before="0" w:after="40"/>
        <w:jc w:val="both"/>
      </w:pPr>
    </w:p>
    <w:p>
      <w:pPr>
        <w:spacing w:before="160" w:after="20"/>
        <w:jc w:val="both"/>
      </w:pPr>
      <w:r>
        <w:rPr>
          <w:b/>
          <w:bCs/>
          <w:sz w:val="26"/>
          <w:szCs w:val="26"/>
        </w:rPr>
        <w:t>3.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Where ___ my pencils?</w:t>
      </w:r>
    </w:p>
    <w:p>
      <w:pPr>
        <w:spacing w:before="0" w:after="80"/>
        <w:jc w:val="both"/>
      </w:pPr>
      <w:r>
        <w:rPr/>
        <w:t xml:space="preserve">   ○ is      ○ are      ○ am</w:t>
      </w:r>
    </w:p>
    <w:p>
      <w:pPr>
        <w:spacing w:before="0" w:after="20"/>
        <w:jc w:val="both"/>
      </w:pPr>
      <w:r>
        <w:rPr/>
        <w:t>b. The cat is ___ the box. (inside)</w:t>
      </w:r>
    </w:p>
    <w:p>
      <w:pPr>
        <w:spacing w:before="0" w:after="80"/>
        <w:jc w:val="both"/>
      </w:pPr>
      <w:r>
        <w:rPr/>
        <w:t xml:space="preserve">   ○ on      ○ in      ○ next to</w:t>
      </w:r>
    </w:p>
    <w:p>
      <w:pPr>
        <w:spacing w:before="0" w:after="20"/>
        <w:jc w:val="both"/>
      </w:pPr>
      <w:r>
        <w:rPr/>
        <w:t>c. ___ is your best friend? – Yoav.</w:t>
      </w:r>
    </w:p>
    <w:p>
      <w:pPr>
        <w:spacing w:before="0" w:after="80"/>
        <w:jc w:val="both"/>
      </w:pPr>
      <w:r>
        <w:rPr/>
        <w:t xml:space="preserve">   ○ Who      ○ What      ○ Where</w:t>
      </w:r>
    </w:p>
    <w:p>
      <w:pPr>
        <w:spacing w:before="0" w:after="20"/>
        <w:jc w:val="both"/>
      </w:pPr>
      <w:r>
        <w:rPr/>
        <w:t>d. The rug is ___ the table. (below)</w:t>
      </w:r>
    </w:p>
    <w:p>
      <w:pPr>
        <w:spacing w:before="0" w:after="80"/>
        <w:jc w:val="both"/>
      </w:pPr>
      <w:r>
        <w:rPr/>
        <w:t xml:space="preserve">   ○ under      ○ on      ○ in</w:t>
      </w:r>
    </w:p>
    <w:p>
      <w:pPr>
        <w:spacing w:before="160" w:after="20"/>
        <w:jc w:val="both"/>
      </w:pPr>
      <w:r>
        <w:rPr>
          <w:b/>
          <w:bCs/>
          <w:sz w:val="26"/>
          <w:szCs w:val="26"/>
        </w:rPr>
        <w:t>4. Write Where, What, Who or How old.</w:t>
      </w:r>
    </w:p>
    <w:p>
      <w:pPr>
        <w:bidi/>
        <w:spacing w:before="0" w:after="0"/>
        <w:jc w:val="both"/>
      </w:pPr>
      <w:r>
        <w:rPr>
          <w:rFonts w:ascii="Arial" w:hAnsi="Arial" w:cs="Arial"/>
          <w:color w:val="6B7280"/>
          <w:sz w:val="20"/>
          <w:szCs w:val="20"/>
          <w:rtl/>
          <w:lang w:val="en-US" w:bidi="he-IL"/>
        </w:rPr>
        <w:t xml:space="preserve">כתבו ‎Where, What, Who‎ או ‎How old‎.</w:t>
      </w:r>
    </w:p>
    <w:p>
      <w:pPr>
        <w:bidi/>
        <w:spacing w:before="0" w:after="80"/>
        <w:jc w:val="both"/>
      </w:pPr>
      <w:r>
        <w:rPr>
          <w:rFonts w:ascii="Arial" w:hAnsi="Arial" w:cs="Arial"/>
          <w:color w:val="6B7280"/>
          <w:sz w:val="21"/>
          <w:szCs w:val="21"/>
          <w:rtl/>
          <w:lang w:val="en-US" w:bidi="ar-SA"/>
        </w:rPr>
        <w:t xml:space="preserve">اكتب ‎Where‎ أو ‎What‎ أو ‎Who‎ أو ‎How old‎.</w:t>
      </w:r>
    </w:p>
    <w:p>
      <w:pPr>
        <w:spacing w:before="0" w:after="60"/>
        <w:jc w:val="both"/>
      </w:pPr>
      <w:r>
        <w:rPr/>
        <w:t>a. __________ is in the bag? – A sandwich.</w:t>
      </w:r>
    </w:p>
    <w:p>
      <w:pPr>
        <w:spacing w:before="0" w:after="60"/>
        <w:jc w:val="both"/>
      </w:pPr>
      <w:r>
        <w:rPr/>
        <w:t>b. __________ is your mom? – At work.</w:t>
      </w:r>
    </w:p>
    <w:p>
      <w:pPr>
        <w:spacing w:before="0" w:after="60"/>
        <w:jc w:val="both"/>
      </w:pPr>
      <w:r>
        <w:rPr/>
        <w:t>c. __________ is your sister? – She's six.</w:t>
      </w:r>
    </w:p>
    <w:p>
      <w:pPr>
        <w:spacing w:before="0" w:after="60"/>
        <w:jc w:val="both"/>
      </w:pPr>
      <w:r>
        <w:rPr/>
        <w:t>d. __________ is the man in the photo? – My uncle.</w:t>
      </w:r>
    </w:p>
    <w:p>
      <w:pPr>
        <w:spacing w:before="160" w:after="20"/>
        <w:jc w:val="both"/>
      </w:pPr>
      <w:r>
        <w:rPr>
          <w:b/>
          <w:bCs/>
          <w:sz w:val="26"/>
          <w:szCs w:val="26"/>
        </w:rPr>
        <w:t>5. Sort the answers: thing, person or place?</w:t>
      </w:r>
    </w:p>
    <w:p>
      <w:pPr>
        <w:bidi/>
        <w:spacing w:before="0" w:after="0"/>
        <w:jc w:val="both"/>
      </w:pPr>
      <w:r>
        <w:rPr>
          <w:rFonts w:ascii="Arial" w:hAnsi="Arial" w:cs="Arial"/>
          <w:color w:val="6B7280"/>
          <w:sz w:val="20"/>
          <w:szCs w:val="20"/>
          <w:rtl/>
          <w:lang w:val="en-US" w:bidi="he-IL"/>
        </w:rPr>
        <w:t xml:space="preserve">מיינו את התשובות: חפץ, אדם או מקום?</w:t>
      </w:r>
    </w:p>
    <w:p>
      <w:pPr>
        <w:bidi/>
        <w:spacing w:before="0" w:after="80"/>
        <w:jc w:val="both"/>
      </w:pPr>
      <w:r>
        <w:rPr>
          <w:rFonts w:ascii="Arial" w:hAnsi="Arial" w:cs="Arial"/>
          <w:color w:val="6B7280"/>
          <w:sz w:val="21"/>
          <w:szCs w:val="21"/>
          <w:rtl/>
          <w:lang w:val="en-US" w:bidi="ar-SA"/>
        </w:rPr>
        <w:t xml:space="preserve">صنّف الإجابات: شيء أم شخص أم مكان؟</w:t>
      </w:r>
    </w:p>
    <w:p>
      <w:pPr>
        <w:spacing w:before="0" w:after="80"/>
        <w:jc w:val="both"/>
      </w:pPr>
      <w:r>
        <w:rPr>
          <w:color w:val="4338CA"/>
          <w:sz w:val="24"/>
          <w:szCs w:val="24"/>
        </w:rPr>
        <w:t>Words: a bike  |  my teacher  |  at the beach  |  a book  |  Noam  |  in the kitchen</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4338ca"/>
          </w:tcPr>
          <w:p>
            <w:pPr>
              <w:spacing w:before="0" w:after="40"/>
              <w:jc w:val="both"/>
            </w:pPr>
            <w:r>
              <w:rPr>
                <w:b/>
                <w:bCs/>
                <w:color w:val="FFFFFF"/>
              </w:rPr>
              <w:t>Thing (What?)</w:t>
            </w:r>
          </w:p>
        </w:tc>
        <w:tc>
          <w:tcPr>
            <w:tcW w:type="dxa" w:w="3326"/>
            <w:shd w:val="clear" w:color="auto" w:fill="4338ca"/>
          </w:tcPr>
          <w:p>
            <w:pPr>
              <w:spacing w:before="0" w:after="40"/>
              <w:jc w:val="both"/>
            </w:pPr>
            <w:r>
              <w:rPr>
                <w:b/>
                <w:bCs/>
                <w:color w:val="FFFFFF"/>
              </w:rPr>
              <w:t>Person (Who?)</w:t>
            </w:r>
          </w:p>
        </w:tc>
        <w:tc>
          <w:tcPr>
            <w:tcW w:type="dxa" w:w="3326"/>
            <w:shd w:val="clear" w:color="auto" w:fill="4338ca"/>
          </w:tcPr>
          <w:p>
            <w:pPr>
              <w:spacing w:before="0" w:after="40"/>
              <w:jc w:val="both"/>
            </w:pPr>
            <w:r>
              <w:rPr>
                <w:b/>
                <w:bCs/>
                <w:color w:val="FFFFFF"/>
              </w:rPr>
              <w:t>Place (Where?)</w:t>
            </w:r>
          </w:p>
        </w:tc>
      </w:tr>
      <w:tr>
        <w:tc>
          <w:tcPr>
            <w:tcW w:type="dxa" w:w="3326"/>
          </w:tcPr>
          <w:p>
            <w:pPr>
              <w:spacing w:before="0" w:after="40"/>
              <w:jc w:val="both"/>
            </w:pPr>
            <w:r>
              <w:rPr/>
              <w:br/>
              <w:br/>
              <w:br/>
            </w:r>
          </w:p>
        </w:tc>
        <w:tc>
          <w:tcPr>
            <w:tcW w:type="dxa" w:w="3326"/>
          </w:tcPr>
          <w:p>
            <w:pPr>
              <w:spacing w:before="0" w:after="40"/>
              <w:jc w:val="both"/>
            </w:pPr>
            <w:r>
              <w:rPr/>
              <w:br/>
              <w:br/>
              <w:br/>
            </w:r>
          </w:p>
        </w:tc>
        <w:tc>
          <w:tcPr>
            <w:tcW w:type="dxa" w:w="3326"/>
          </w:tcPr>
          <w:p>
            <w:pPr>
              <w:spacing w:before="0" w:after="40"/>
              <w:jc w:val="both"/>
            </w:pPr>
            <w:r>
              <w:rPr/>
              <w:br/>
              <w:br/>
              <w:br/>
            </w:r>
          </w:p>
        </w:tc>
      </w:tr>
    </w:tbl>
    <w:p>
      <w:pPr>
        <w:spacing w:before="0" w:after="40"/>
        <w:jc w:val="both"/>
      </w:pPr>
    </w:p>
    <w:p>
      <w:pPr>
        <w:spacing w:before="160" w:after="20"/>
        <w:jc w:val="both"/>
      </w:pPr>
      <w:r>
        <w:rPr>
          <w:b/>
          <w:bCs/>
          <w:sz w:val="26"/>
          <w:szCs w:val="26"/>
        </w:rPr>
        <w:t>6. Write the question. Use Where is or Where are.</w:t>
      </w:r>
    </w:p>
    <w:p>
      <w:pPr>
        <w:bidi/>
        <w:spacing w:before="0" w:after="0"/>
        <w:jc w:val="both"/>
      </w:pPr>
      <w:r>
        <w:rPr>
          <w:rFonts w:ascii="Arial" w:hAnsi="Arial" w:cs="Arial"/>
          <w:color w:val="6B7280"/>
          <w:sz w:val="20"/>
          <w:szCs w:val="20"/>
          <w:rtl/>
          <w:lang w:val="en-US" w:bidi="he-IL"/>
        </w:rPr>
        <w:t xml:space="preserve">כתבו את השאלה. השתמשו ב-‎Where is‎ או ‎Where are‎.</w:t>
      </w:r>
    </w:p>
    <w:p>
      <w:pPr>
        <w:bidi/>
        <w:spacing w:before="0" w:after="80"/>
        <w:jc w:val="both"/>
      </w:pPr>
      <w:r>
        <w:rPr>
          <w:rFonts w:ascii="Arial" w:hAnsi="Arial" w:cs="Arial"/>
          <w:color w:val="6B7280"/>
          <w:sz w:val="21"/>
          <w:szCs w:val="21"/>
          <w:rtl/>
          <w:lang w:val="en-US" w:bidi="ar-SA"/>
        </w:rPr>
        <w:t xml:space="preserve">اكتب السؤال. استعمل ‎Where is‎ أو ‎Where are‎.</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Answer</w:t>
            </w:r>
          </w:p>
        </w:tc>
        <w:tc>
          <w:tcPr>
            <w:tcW w:type="dxa" w:w="4989"/>
            <w:shd w:val="clear" w:color="auto" w:fill="4338ca"/>
          </w:tcPr>
          <w:p>
            <w:pPr>
              <w:spacing w:before="0" w:after="40"/>
              <w:jc w:val="both"/>
            </w:pPr>
            <w:r>
              <w:rPr>
                <w:b/>
                <w:bCs/>
                <w:color w:val="FFFFFF"/>
              </w:rPr>
              <w:t>Question</w:t>
            </w:r>
          </w:p>
        </w:tc>
      </w:tr>
      <w:tr>
        <w:tc>
          <w:tcPr>
            <w:tcW w:type="dxa" w:w="4989"/>
          </w:tcPr>
          <w:p>
            <w:pPr>
              <w:spacing w:before="0" w:after="40"/>
              <w:jc w:val="both"/>
            </w:pPr>
            <w:r>
              <w:rPr/>
              <w:t>The keys are on the table.</w:t>
            </w:r>
          </w:p>
        </w:tc>
        <w:tc>
          <w:tcPr>
            <w:tcW w:type="dxa" w:w="4989"/>
          </w:tcPr>
          <w:p>
            <w:pPr>
              <w:spacing w:before="0" w:after="40"/>
              <w:jc w:val="both"/>
            </w:pPr>
            <w:r>
              <w:rPr/>
            </w:r>
          </w:p>
        </w:tc>
      </w:tr>
      <w:tr>
        <w:tc>
          <w:tcPr>
            <w:tcW w:type="dxa" w:w="4989"/>
          </w:tcPr>
          <w:p>
            <w:pPr>
              <w:spacing w:before="0" w:after="40"/>
              <w:jc w:val="both"/>
            </w:pPr>
            <w:r>
              <w:rPr/>
              <w:t>The ball is in the yard.</w:t>
            </w:r>
          </w:p>
        </w:tc>
        <w:tc>
          <w:tcPr>
            <w:tcW w:type="dxa" w:w="4989"/>
          </w:tcPr>
          <w:p>
            <w:pPr>
              <w:spacing w:before="0" w:after="40"/>
              <w:jc w:val="both"/>
            </w:pPr>
            <w:r>
              <w:rPr/>
            </w:r>
          </w:p>
        </w:tc>
      </w:tr>
      <w:tr>
        <w:tc>
          <w:tcPr>
            <w:tcW w:type="dxa" w:w="4989"/>
          </w:tcPr>
          <w:p>
            <w:pPr>
              <w:spacing w:before="0" w:after="40"/>
              <w:jc w:val="both"/>
            </w:pPr>
            <w:r>
              <w:rPr/>
              <w:t>The kids are next to the bus.</w:t>
            </w:r>
          </w:p>
        </w:tc>
        <w:tc>
          <w:tcPr>
            <w:tcW w:type="dxa" w:w="4989"/>
          </w:tcPr>
          <w:p>
            <w:pPr>
              <w:spacing w:before="0" w:after="40"/>
              <w:jc w:val="both"/>
            </w:pPr>
            <w:r>
              <w:rPr/>
            </w:r>
          </w:p>
        </w:tc>
      </w:tr>
      <w:tr>
        <w:tc>
          <w:tcPr>
            <w:tcW w:type="dxa" w:w="4989"/>
          </w:tcPr>
          <w:p>
            <w:pPr>
              <w:spacing w:before="0" w:after="40"/>
              <w:jc w:val="both"/>
            </w:pPr>
            <w:r>
              <w:rPr/>
              <w:t>The milk is in the fridge.</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7.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We ask about a person with Who.      True / False</w:t>
      </w:r>
    </w:p>
    <w:p>
      <w:pPr>
        <w:spacing w:before="0" w:after="60"/>
        <w:jc w:val="both"/>
      </w:pPr>
      <w:r>
        <w:rPr/>
        <w:t>b. "Where are the dog?" is correct.      True / False</w:t>
      </w:r>
    </w:p>
    <w:p>
      <w:pPr>
        <w:spacing w:before="0" w:after="60"/>
        <w:jc w:val="both"/>
      </w:pPr>
      <w:r>
        <w:rPr/>
        <w:t>c. "under" means on top of something.      True / False</w:t>
      </w:r>
    </w:p>
    <w:p>
      <w:pPr>
        <w:spacing w:before="0" w:after="60"/>
        <w:jc w:val="both"/>
      </w:pPr>
      <w:r>
        <w:rPr/>
        <w:t>d. "What is your name?" is correct.      True / False</w:t>
      </w:r>
    </w:p>
    <w:p>
      <w:pPr>
        <w:spacing w:before="160" w:after="20"/>
        <w:jc w:val="both"/>
      </w:pPr>
      <w:r>
        <w:rPr>
          <w:b/>
          <w:bCs/>
          <w:sz w:val="26"/>
          <w:szCs w:val="26"/>
        </w:rPr>
        <w:t>8. Find the mistake and write the question correctly.</w:t>
      </w:r>
    </w:p>
    <w:p>
      <w:pPr>
        <w:bidi/>
        <w:spacing w:before="0" w:after="0"/>
        <w:jc w:val="both"/>
      </w:pPr>
      <w:r>
        <w:rPr>
          <w:rFonts w:ascii="Arial" w:hAnsi="Arial" w:cs="Arial"/>
          <w:color w:val="6B7280"/>
          <w:sz w:val="20"/>
          <w:szCs w:val="20"/>
          <w:rtl/>
          <w:lang w:val="en-US" w:bidi="he-IL"/>
        </w:rPr>
        <w:t xml:space="preserve">מצאו את הטעות וכתבו את השאלה נכון.</w:t>
      </w:r>
    </w:p>
    <w:p>
      <w:pPr>
        <w:bidi/>
        <w:spacing w:before="0" w:after="80"/>
        <w:jc w:val="both"/>
      </w:pPr>
      <w:r>
        <w:rPr>
          <w:rFonts w:ascii="Arial" w:hAnsi="Arial" w:cs="Arial"/>
          <w:color w:val="6B7280"/>
          <w:sz w:val="21"/>
          <w:szCs w:val="21"/>
          <w:rtl/>
          <w:lang w:val="en-US" w:bidi="ar-SA"/>
        </w:rPr>
        <w:t xml:space="preserve">جِد الخطأ واكتب السؤال بشكل صحيح.</w:t>
      </w:r>
    </w:p>
    <w:p>
      <w:pPr>
        <w:spacing w:before="0" w:after="100"/>
        <w:jc w:val="both"/>
      </w:pPr>
      <w:r>
        <w:rPr/>
        <w:t>a. Where is my books?</w:t>
      </w:r>
    </w:p>
    <w:p>
      <w:pPr>
        <w:spacing w:before="0" w:after="100"/>
        <w:jc w:val="both"/>
      </w:pPr>
      <w:r>
        <w:rPr/>
        <w:t>b. Who are your teacher?</w:t>
      </w:r>
    </w:p>
    <w:p>
      <w:pPr>
        <w:spacing w:before="0" w:after="100"/>
        <w:jc w:val="both"/>
      </w:pPr>
      <w:r>
        <w:rPr/>
        <w:t>c. What are this?</w:t>
      </w:r>
    </w:p>
    <w:p>
      <w:pPr>
        <w:spacing w:before="0" w:after="100"/>
        <w:jc w:val="both"/>
      </w:pPr>
      <w:r>
        <w:rPr/>
        <w:t>d. Where the bus stop is?</w:t>
      </w:r>
    </w:p>
    <w:p>
      <w:pPr>
        <w:spacing w:before="120" w:after="40"/>
        <w:jc w:val="center"/>
      </w:pPr>
      <w:r>
        <w:rPr>
          <w:rFonts w:ascii="Arial Black" w:hAnsi="Arial Black" w:cs="Arial Black"/>
          <w:b/>
          <w:bCs/>
          <w:color w:val="4338CA"/>
          <w:sz w:val="30"/>
          <w:szCs w:val="30"/>
        </w:rPr>
        <w:t>The Class Party</w:t>
      </w:r>
    </w:p>
    <w:p>
      <w:pPr>
        <w:spacing w:before="0" w:after="80"/>
        <w:jc w:val="both"/>
      </w:pPr>
      <w:r>
        <w:rPr/>
        <w:t>Today is the class party. Our classroom is beautiful. The balloons are on the walls. The cake is on the big table, next to the drinks.</w:t>
      </w:r>
    </w:p>
    <w:p>
      <w:pPr>
        <w:spacing w:before="0" w:after="80"/>
        <w:jc w:val="both"/>
      </w:pPr>
      <w:r>
        <w:rPr/>
        <w:t>"Where are the plates?" asks Ms. Cohen. "They're in the box under the table," says Omer. "And where is the music?" asks Noa. "It's on my phone!" says Ariel. Now everything is ready. Let the party start!</w:t>
      </w:r>
    </w:p>
    <w:p>
      <w:pPr>
        <w:spacing w:before="160" w:after="20"/>
        <w:jc w:val="both"/>
      </w:pPr>
      <w:r>
        <w:rPr>
          <w:b/>
          <w:bCs/>
          <w:sz w:val="26"/>
          <w:szCs w:val="26"/>
        </w:rPr>
        <w:t>9. Read "The Class Party". True or False?</w:t>
      </w:r>
    </w:p>
    <w:p>
      <w:pPr>
        <w:bidi/>
        <w:spacing w:before="0" w:after="0"/>
        <w:jc w:val="both"/>
      </w:pPr>
      <w:r>
        <w:rPr>
          <w:rFonts w:ascii="Arial" w:hAnsi="Arial" w:cs="Arial"/>
          <w:color w:val="6B7280"/>
          <w:sz w:val="20"/>
          <w:szCs w:val="20"/>
          <w:rtl/>
          <w:lang w:val="en-US" w:bidi="he-IL"/>
        </w:rPr>
        <w:t xml:space="preserve">קראו את ‎"The Class Party"‎. נכון או לא נכון?</w:t>
      </w:r>
    </w:p>
    <w:p>
      <w:pPr>
        <w:bidi/>
        <w:spacing w:before="0" w:after="80"/>
        <w:jc w:val="both"/>
      </w:pPr>
      <w:r>
        <w:rPr>
          <w:rFonts w:ascii="Arial" w:hAnsi="Arial" w:cs="Arial"/>
          <w:color w:val="6B7280"/>
          <w:sz w:val="21"/>
          <w:szCs w:val="21"/>
          <w:rtl/>
          <w:lang w:val="en-US" w:bidi="ar-SA"/>
        </w:rPr>
        <w:t xml:space="preserve">اقرأ ‎"The Class Party"‎. صحيح أم خطأ؟</w:t>
      </w:r>
    </w:p>
    <w:p>
      <w:pPr>
        <w:spacing w:before="0" w:after="60"/>
        <w:jc w:val="both"/>
      </w:pPr>
      <w:r>
        <w:rPr/>
        <w:t>a. The balloons are on the walls.      True / False</w:t>
      </w:r>
    </w:p>
    <w:p>
      <w:pPr>
        <w:spacing w:before="0" w:after="60"/>
        <w:jc w:val="both"/>
      </w:pPr>
      <w:r>
        <w:rPr/>
        <w:t>b. The cake is under the table.      True / False</w:t>
      </w:r>
    </w:p>
    <w:p>
      <w:pPr>
        <w:spacing w:before="0" w:after="60"/>
        <w:jc w:val="both"/>
      </w:pPr>
      <w:r>
        <w:rPr/>
        <w:t>c. The plates are in a box.      True / False</w:t>
      </w:r>
    </w:p>
    <w:p>
      <w:pPr>
        <w:spacing w:before="0" w:after="60"/>
        <w:jc w:val="both"/>
      </w:pPr>
      <w:r>
        <w:rPr/>
        <w:t>d. The music is on Noa's phone.      True / False</w:t>
      </w:r>
    </w:p>
    <w:p>
      <w:pPr>
        <w:spacing w:before="160" w:after="20"/>
        <w:jc w:val="both"/>
      </w:pPr>
      <w:r>
        <w:rPr>
          <w:b/>
          <w:bCs/>
          <w:sz w:val="26"/>
          <w:szCs w:val="26"/>
        </w:rPr>
        <w:t>10. Read the text again and answer.</w:t>
      </w:r>
    </w:p>
    <w:p>
      <w:pPr>
        <w:bidi/>
        <w:spacing w:before="0" w:after="0"/>
        <w:jc w:val="both"/>
      </w:pPr>
      <w:r>
        <w:rPr>
          <w:rFonts w:ascii="Arial" w:hAnsi="Arial" w:cs="Arial"/>
          <w:color w:val="6B7280"/>
          <w:sz w:val="20"/>
          <w:szCs w:val="20"/>
          <w:rtl/>
          <w:lang w:val="en-US" w:bidi="he-IL"/>
        </w:rPr>
        <w:t xml:space="preserve">קראו שוב את הטקסט וענו.</w:t>
      </w:r>
    </w:p>
    <w:p>
      <w:pPr>
        <w:bidi/>
        <w:spacing w:before="0" w:after="80"/>
        <w:jc w:val="both"/>
      </w:pPr>
      <w:r>
        <w:rPr>
          <w:rFonts w:ascii="Arial" w:hAnsi="Arial" w:cs="Arial"/>
          <w:color w:val="6B7280"/>
          <w:sz w:val="21"/>
          <w:szCs w:val="21"/>
          <w:rtl/>
          <w:lang w:val="en-US" w:bidi="ar-SA"/>
        </w:rPr>
        <w:t xml:space="preserve">اقرأ النص مرة أخرى وأجب.</w:t>
      </w:r>
    </w:p>
    <w:p>
      <w:pPr>
        <w:spacing w:before="0" w:after="60"/>
        <w:jc w:val="both"/>
      </w:pPr>
      <w:r>
        <w:rPr/>
        <w:t>a. Where is the cake? – On the big table, next to the __________.</w:t>
      </w:r>
    </w:p>
    <w:p>
      <w:pPr>
        <w:spacing w:before="0" w:after="60"/>
        <w:jc w:val="both"/>
      </w:pPr>
      <w:r>
        <w:rPr/>
        <w:t>b. Who asks about the plates? – Ms. __________.</w:t>
      </w:r>
    </w:p>
    <w:p>
      <w:pPr>
        <w:spacing w:before="0" w:after="60"/>
        <w:jc w:val="both"/>
      </w:pPr>
      <w:r>
        <w:rPr/>
        <w:t>c. Where is the music? – On Ariel's __________.</w:t>
      </w:r>
    </w:p>
    <w:p>
      <w:pPr>
        <w:spacing w:before="160" w:after="20"/>
        <w:jc w:val="both"/>
      </w:pPr>
      <w:r>
        <w:rPr>
          <w:b/>
          <w:bCs/>
          <w:sz w:val="26"/>
          <w:szCs w:val="26"/>
        </w:rPr>
        <w:t>11. Write 3 questions for a new friend. Use What, Who, Where or How old.</w:t>
      </w:r>
    </w:p>
    <w:p>
      <w:pPr>
        <w:bidi/>
        <w:spacing w:before="0" w:after="0"/>
        <w:jc w:val="both"/>
      </w:pPr>
      <w:r>
        <w:rPr>
          <w:rFonts w:ascii="Arial" w:hAnsi="Arial" w:cs="Arial"/>
          <w:color w:val="6B7280"/>
          <w:sz w:val="20"/>
          <w:szCs w:val="20"/>
          <w:rtl/>
          <w:lang w:val="en-US" w:bidi="he-IL"/>
        </w:rPr>
        <w:t xml:space="preserve">כתבו 3 שאלות לחבר חדש. השתמשו ב-‎What, Who, Where‎ או ‎How old‎.</w:t>
      </w:r>
    </w:p>
    <w:p>
      <w:pPr>
        <w:bidi/>
        <w:spacing w:before="0" w:after="80"/>
        <w:jc w:val="both"/>
      </w:pPr>
      <w:r>
        <w:rPr>
          <w:rFonts w:ascii="Arial" w:hAnsi="Arial" w:cs="Arial"/>
          <w:color w:val="6B7280"/>
          <w:sz w:val="21"/>
          <w:szCs w:val="21"/>
          <w:rtl/>
          <w:lang w:val="en-US" w:bidi="ar-SA"/>
        </w:rPr>
        <w:t xml:space="preserve">اكتب 3 أسئلة لصديق جديد. استعمل ‎What‎ أو ‎Who‎ أو ‎Where‎ أو ‎How old‎.</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12. Your little brother can't find his things. Write 4 sentences to help him. (Example: Your ball is under the bed.)</w:t>
      </w:r>
    </w:p>
    <w:p>
      <w:pPr>
        <w:bidi/>
        <w:spacing w:before="0" w:after="0"/>
        <w:jc w:val="both"/>
      </w:pPr>
      <w:r>
        <w:rPr>
          <w:rFonts w:ascii="Arial" w:hAnsi="Arial" w:cs="Arial"/>
          <w:color w:val="6B7280"/>
          <w:sz w:val="20"/>
          <w:szCs w:val="20"/>
          <w:rtl/>
          <w:lang w:val="en-US" w:bidi="he-IL"/>
        </w:rPr>
        <w:t xml:space="preserve">אחיכם הקטן לא מוצא את הדברים שלו. כתבו 4 משפטים כדי לעזור לו. (דוגמה: ‎Your ball is under the bed.)‎</w:t>
      </w:r>
    </w:p>
    <w:p>
      <w:pPr>
        <w:bidi/>
        <w:spacing w:before="0" w:after="80"/>
        <w:jc w:val="both"/>
      </w:pPr>
      <w:r>
        <w:rPr>
          <w:rFonts w:ascii="Arial" w:hAnsi="Arial" w:cs="Arial"/>
          <w:color w:val="6B7280"/>
          <w:sz w:val="21"/>
          <w:szCs w:val="21"/>
          <w:rtl/>
          <w:lang w:val="en-US" w:bidi="ar-SA"/>
        </w:rPr>
        <w:t xml:space="preserve">أخوك الصغير لا يجد أغراضه. اكتب 4 جمل لتساعده. (مثال: ‎Your ball is under the bed.)‎</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4   |   Unit 3</w:t>
      </w:r>
    </w:p>
    <w:p>
      <w:pPr>
        <w:spacing w:before="0" w:after="40"/>
        <w:jc w:val="both"/>
      </w:pPr>
      <w:r>
        <w:rPr>
          <w:rFonts w:ascii="Arial Black" w:hAnsi="Arial Black" w:cs="Arial Black"/>
          <w:b/>
          <w:bCs/>
          <w:color w:val="4338CA"/>
          <w:sz w:val="44"/>
          <w:szCs w:val="44"/>
        </w:rPr>
        <w:t>Unit 3: There is / There are and plural nouns</w:t>
      </w:r>
    </w:p>
    <w:p>
      <w:pPr>
        <w:bidi/>
        <w:spacing w:before="0" w:after="0"/>
        <w:jc w:val="both"/>
      </w:pPr>
      <w:r>
        <w:rPr>
          <w:rFonts w:ascii="Arial" w:hAnsi="Arial" w:cs="Arial"/>
          <w:color w:val="6B7280"/>
          <w:sz w:val="22"/>
          <w:szCs w:val="22"/>
          <w:rtl/>
          <w:lang w:val="en-US" w:bidi="he-IL"/>
        </w:rPr>
        <w:t xml:space="preserve">‎There is / There are‎ ושמות עצם ברבים</w:t>
      </w:r>
    </w:p>
    <w:p>
      <w:pPr>
        <w:bidi/>
        <w:spacing w:before="0" w:after="120"/>
        <w:jc w:val="both"/>
      </w:pPr>
      <w:r>
        <w:rPr>
          <w:rFonts w:ascii="Arial" w:hAnsi="Arial" w:cs="Arial"/>
          <w:color w:val="6B7280"/>
          <w:sz w:val="23"/>
          <w:szCs w:val="23"/>
          <w:rtl/>
          <w:lang w:val="en-US" w:bidi="ar-SA"/>
        </w:rPr>
        <w:t xml:space="preserve">‎There is / There are‎ وأسماء الجمع</w:t>
      </w:r>
    </w:p>
    <w:p>
      <w:pPr>
        <w:spacing w:before="0" w:after="80"/>
        <w:jc w:val="center"/>
      </w:pPr>
      <w:r>
        <w:drawing>
          <wp:inline xmlns:a="http://schemas.openxmlformats.org/drawingml/2006/main" xmlns:pic="http://schemas.openxmlformats.org/drawingml/2006/picture">
            <wp:extent cx="3240000" cy="2160000"/>
            <wp:docPr id="16" name="Picture 16"/>
            <wp:cNvGraphicFramePr>
              <a:graphicFrameLocks noChangeAspect="1"/>
            </wp:cNvGraphicFramePr>
            <a:graphic>
              <a:graphicData uri="http://schemas.openxmlformats.org/drawingml/2006/picture">
                <pic:pic>
                  <pic:nvPicPr>
                    <pic:cNvPr id="0" name="english_g4_t03.jpg"/>
                    <pic:cNvPicPr/>
                  </pic:nvPicPr>
                  <pic:blipFill>
                    <a:blip r:embed="rId22"/>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4338CA"/>
          <w:sz w:val="28"/>
          <w:szCs w:val="28"/>
        </w:rPr>
        <w:t>◆ One or many?</w:t>
      </w:r>
    </w:p>
    <w:p>
      <w:pPr>
        <w:bidi/>
        <w:spacing w:before="0" w:after="0"/>
        <w:jc w:val="both"/>
      </w:pPr>
      <w:r>
        <w:rPr>
          <w:rFonts w:ascii="Arial" w:hAnsi="Arial" w:cs="Arial"/>
          <w:color w:val="6B7280"/>
          <w:sz w:val="20"/>
          <w:szCs w:val="20"/>
          <w:rtl/>
          <w:lang w:val="en-US" w:bidi="he-IL"/>
        </w:rPr>
        <w:t xml:space="preserve">אחד או הרבה?</w:t>
      </w:r>
    </w:p>
    <w:p>
      <w:pPr>
        <w:bidi/>
        <w:spacing w:before="0" w:after="40"/>
        <w:jc w:val="both"/>
      </w:pPr>
      <w:r>
        <w:rPr>
          <w:rFonts w:ascii="Arial" w:hAnsi="Arial" w:cs="Arial"/>
          <w:color w:val="6B7280"/>
          <w:sz w:val="21"/>
          <w:szCs w:val="21"/>
          <w:rtl/>
          <w:lang w:val="en-US" w:bidi="ar-SA"/>
        </w:rPr>
        <w:t xml:space="preserve">واحد أم كثير؟</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4338ca"/>
          </w:tcPr>
          <w:p>
            <w:pPr>
              <w:spacing w:before="0" w:after="40"/>
              <w:jc w:val="both"/>
            </w:pPr>
            <w:r>
              <w:rPr>
                <w:b/>
                <w:bCs/>
                <w:color w:val="FFFFFF"/>
              </w:rPr>
            </w:r>
          </w:p>
        </w:tc>
        <w:tc>
          <w:tcPr>
            <w:tcW w:type="dxa" w:w="3326"/>
            <w:shd w:val="clear" w:color="auto" w:fill="4338ca"/>
          </w:tcPr>
          <w:p>
            <w:pPr>
              <w:spacing w:before="0" w:after="40"/>
              <w:jc w:val="both"/>
            </w:pPr>
            <w:r>
              <w:rPr>
                <w:b/>
                <w:bCs/>
                <w:color w:val="FFFFFF"/>
              </w:rPr>
              <w:t>One</w:t>
            </w:r>
          </w:p>
        </w:tc>
        <w:tc>
          <w:tcPr>
            <w:tcW w:type="dxa" w:w="3326"/>
            <w:shd w:val="clear" w:color="auto" w:fill="4338ca"/>
          </w:tcPr>
          <w:p>
            <w:pPr>
              <w:spacing w:before="0" w:after="40"/>
              <w:jc w:val="both"/>
            </w:pPr>
            <w:r>
              <w:rPr>
                <w:b/>
                <w:bCs/>
                <w:color w:val="FFFFFF"/>
              </w:rPr>
              <w:t>Many</w:t>
            </w:r>
          </w:p>
        </w:tc>
      </w:tr>
      <w:tr>
        <w:tc>
          <w:tcPr>
            <w:tcW w:type="dxa" w:w="3326"/>
          </w:tcPr>
          <w:p>
            <w:pPr>
              <w:spacing w:before="0" w:after="40"/>
              <w:jc w:val="both"/>
            </w:pPr>
            <w:r>
              <w:rPr/>
              <w:t>✔</w:t>
            </w:r>
          </w:p>
        </w:tc>
        <w:tc>
          <w:tcPr>
            <w:tcW w:type="dxa" w:w="3326"/>
          </w:tcPr>
          <w:p>
            <w:pPr>
              <w:spacing w:before="0" w:after="40"/>
              <w:jc w:val="both"/>
            </w:pPr>
            <w:r>
              <w:rPr/>
              <w:t>There is a bench.</w:t>
            </w:r>
          </w:p>
        </w:tc>
        <w:tc>
          <w:tcPr>
            <w:tcW w:type="dxa" w:w="3326"/>
          </w:tcPr>
          <w:p>
            <w:pPr>
              <w:spacing w:before="0" w:after="40"/>
              <w:jc w:val="both"/>
            </w:pPr>
            <w:r>
              <w:rPr/>
              <w:t>There are benches.</w:t>
            </w:r>
          </w:p>
        </w:tc>
      </w:tr>
      <w:tr>
        <w:tc>
          <w:tcPr>
            <w:tcW w:type="dxa" w:w="3326"/>
          </w:tcPr>
          <w:p>
            <w:pPr>
              <w:spacing w:before="0" w:after="40"/>
              <w:jc w:val="both"/>
            </w:pPr>
            <w:r>
              <w:rPr/>
              <w:t>✘</w:t>
            </w:r>
          </w:p>
        </w:tc>
        <w:tc>
          <w:tcPr>
            <w:tcW w:type="dxa" w:w="3326"/>
          </w:tcPr>
          <w:p>
            <w:pPr>
              <w:spacing w:before="0" w:after="40"/>
              <w:jc w:val="both"/>
            </w:pPr>
            <w:r>
              <w:rPr/>
              <w:t>There isn't a bench.</w:t>
            </w:r>
          </w:p>
        </w:tc>
        <w:tc>
          <w:tcPr>
            <w:tcW w:type="dxa" w:w="3326"/>
          </w:tcPr>
          <w:p>
            <w:pPr>
              <w:spacing w:before="0" w:after="40"/>
              <w:jc w:val="both"/>
            </w:pPr>
            <w:r>
              <w:rPr/>
              <w:t>There aren't any benches.</w:t>
            </w:r>
          </w:p>
        </w:tc>
      </w:tr>
      <w:tr>
        <w:tc>
          <w:tcPr>
            <w:tcW w:type="dxa" w:w="3326"/>
          </w:tcPr>
          <w:p>
            <w:pPr>
              <w:spacing w:before="0" w:after="40"/>
              <w:jc w:val="both"/>
            </w:pPr>
            <w:r>
              <w:rPr/>
              <w:t>?</w:t>
            </w:r>
          </w:p>
        </w:tc>
        <w:tc>
          <w:tcPr>
            <w:tcW w:type="dxa" w:w="3326"/>
          </w:tcPr>
          <w:p>
            <w:pPr>
              <w:spacing w:before="0" w:after="40"/>
              <w:jc w:val="both"/>
            </w:pPr>
            <w:r>
              <w:rPr/>
              <w:t>Is there a bench?</w:t>
            </w:r>
          </w:p>
        </w:tc>
        <w:tc>
          <w:tcPr>
            <w:tcW w:type="dxa" w:w="3326"/>
          </w:tcPr>
          <w:p>
            <w:pPr>
              <w:spacing w:before="0" w:after="40"/>
              <w:jc w:val="both"/>
            </w:pPr>
            <w:r>
              <w:rPr/>
              <w:t>Are there any benches?</w:t>
            </w:r>
          </w:p>
        </w:tc>
      </w:tr>
    </w:tbl>
    <w:p>
      <w:pPr>
        <w:spacing w:before="0" w:after="40"/>
        <w:jc w:val="both"/>
      </w:pPr>
    </w:p>
    <w:p>
      <w:pPr>
        <w:spacing w:before="120" w:after="40"/>
        <w:jc w:val="both"/>
      </w:pPr>
      <w:r>
        <w:rPr>
          <w:rFonts w:ascii="Arial Black" w:hAnsi="Arial Black" w:cs="Arial Black"/>
          <w:b/>
          <w:bCs/>
          <w:color w:val="4338CA"/>
          <w:sz w:val="28"/>
          <w:szCs w:val="28"/>
        </w:rPr>
        <w:t>◆ Making plurals</w:t>
      </w:r>
    </w:p>
    <w:p>
      <w:pPr>
        <w:bidi/>
        <w:spacing w:before="0" w:after="0"/>
        <w:jc w:val="both"/>
      </w:pPr>
      <w:r>
        <w:rPr>
          <w:rFonts w:ascii="Arial" w:hAnsi="Arial" w:cs="Arial"/>
          <w:color w:val="6B7280"/>
          <w:sz w:val="20"/>
          <w:szCs w:val="20"/>
          <w:rtl/>
          <w:lang w:val="en-US" w:bidi="he-IL"/>
        </w:rPr>
        <w:t xml:space="preserve">איך עושים רבים</w:t>
      </w:r>
    </w:p>
    <w:p>
      <w:pPr>
        <w:bidi/>
        <w:spacing w:before="0" w:after="40"/>
        <w:jc w:val="both"/>
      </w:pPr>
      <w:r>
        <w:rPr>
          <w:rFonts w:ascii="Arial" w:hAnsi="Arial" w:cs="Arial"/>
          <w:color w:val="6B7280"/>
          <w:sz w:val="21"/>
          <w:szCs w:val="21"/>
          <w:rtl/>
          <w:lang w:val="en-US" w:bidi="ar-SA"/>
        </w:rPr>
        <w:t xml:space="preserve">كيف نكوّن الجمع</w:t>
      </w:r>
    </w:p>
    <w:p>
      <w:pPr>
        <w:spacing w:before="0" w:after="20"/>
        <w:jc w:val="both"/>
      </w:pPr>
      <w:r>
        <w:rPr/>
        <w:t>1. Most words: + s (a pen – pens)</w:t>
      </w:r>
    </w:p>
    <w:p>
      <w:pPr>
        <w:bidi/>
        <w:spacing w:before="0" w:after="0"/>
        <w:jc w:val="both"/>
      </w:pPr>
      <w:r>
        <w:rPr>
          <w:rFonts w:ascii="Arial" w:hAnsi="Arial" w:cs="Arial"/>
          <w:color w:val="6B7280"/>
          <w:sz w:val="20"/>
          <w:szCs w:val="20"/>
          <w:rtl/>
          <w:lang w:val="en-US" w:bidi="he-IL"/>
        </w:rPr>
        <w:t xml:space="preserve">רוב המילים: ‎+ s (a pen – pens)‎</w:t>
      </w:r>
    </w:p>
    <w:p>
      <w:pPr>
        <w:bidi/>
        <w:spacing w:before="0" w:after="40"/>
        <w:jc w:val="both"/>
      </w:pPr>
      <w:r>
        <w:rPr>
          <w:rFonts w:ascii="Arial" w:hAnsi="Arial" w:cs="Arial"/>
          <w:color w:val="6B7280"/>
          <w:sz w:val="21"/>
          <w:szCs w:val="21"/>
          <w:rtl/>
          <w:lang w:val="en-US" w:bidi="ar-SA"/>
        </w:rPr>
        <w:t xml:space="preserve">معظم الكلمات: ‎+ s (a pen – pens)‎</w:t>
      </w:r>
    </w:p>
    <w:p>
      <w:pPr>
        <w:spacing w:before="0" w:after="20"/>
        <w:jc w:val="both"/>
      </w:pPr>
      <w:r>
        <w:rPr/>
        <w:t>2. After s, sh, ch, x: + es (a box – boxes)</w:t>
      </w:r>
    </w:p>
    <w:p>
      <w:pPr>
        <w:bidi/>
        <w:spacing w:before="0" w:after="0"/>
        <w:jc w:val="both"/>
      </w:pPr>
      <w:r>
        <w:rPr>
          <w:rFonts w:ascii="Arial" w:hAnsi="Arial" w:cs="Arial"/>
          <w:color w:val="6B7280"/>
          <w:sz w:val="20"/>
          <w:szCs w:val="20"/>
          <w:rtl/>
          <w:lang w:val="en-US" w:bidi="he-IL"/>
        </w:rPr>
        <w:t xml:space="preserve">אחרי ‎s, sh, ch, x: + es (a box – boxes)‎</w:t>
      </w:r>
    </w:p>
    <w:p>
      <w:pPr>
        <w:bidi/>
        <w:spacing w:before="0" w:after="40"/>
        <w:jc w:val="both"/>
      </w:pPr>
      <w:r>
        <w:rPr>
          <w:rFonts w:ascii="Arial" w:hAnsi="Arial" w:cs="Arial"/>
          <w:color w:val="6B7280"/>
          <w:sz w:val="21"/>
          <w:szCs w:val="21"/>
          <w:rtl/>
          <w:lang w:val="en-US" w:bidi="ar-SA"/>
        </w:rPr>
        <w:t xml:space="preserve">بعد ‎s‎ و ‎sh‎ و ‎ch‎ و ‎x: + es (a box – boxes)‎</w:t>
      </w:r>
    </w:p>
    <w:p>
      <w:pPr>
        <w:spacing w:before="0" w:after="20"/>
        <w:jc w:val="both"/>
      </w:pPr>
      <w:r>
        <w:rPr/>
        <w:t>3. Special words: child – children, man – men, woman – women, foot – feet, tooth – teeth, mouse – mice</w:t>
      </w:r>
    </w:p>
    <w:p>
      <w:pPr>
        <w:bidi/>
        <w:spacing w:before="0" w:after="0"/>
        <w:jc w:val="both"/>
      </w:pPr>
      <w:r>
        <w:rPr>
          <w:rFonts w:ascii="Arial" w:hAnsi="Arial" w:cs="Arial"/>
          <w:color w:val="6B7280"/>
          <w:sz w:val="20"/>
          <w:szCs w:val="20"/>
          <w:rtl/>
          <w:lang w:val="en-US" w:bidi="he-IL"/>
        </w:rPr>
        <w:t xml:space="preserve">מילים מיוחדות: ‎child – children, man – men, woman – women, foot – feet, tooth – teeth, mouse – mice‎</w:t>
      </w:r>
    </w:p>
    <w:p>
      <w:pPr>
        <w:bidi/>
        <w:spacing w:before="0" w:after="40"/>
        <w:jc w:val="both"/>
      </w:pPr>
      <w:r>
        <w:rPr>
          <w:rFonts w:ascii="Arial" w:hAnsi="Arial" w:cs="Arial"/>
          <w:color w:val="6B7280"/>
          <w:sz w:val="21"/>
          <w:szCs w:val="21"/>
          <w:rtl/>
          <w:lang w:val="en-US" w:bidi="ar-SA"/>
        </w:rPr>
        <w:t xml:space="preserve">كلمات خاصّة: ‎child – children, man – men, woman – women, foot – feet, tooth – teeth, mouse – mice‎</w:t>
      </w:r>
    </w:p>
    <w:p>
      <w:pPr>
        <w:spacing w:before="120" w:after="40"/>
        <w:jc w:val="both"/>
      </w:pPr>
      <w:r>
        <w:rPr>
          <w:rFonts w:ascii="Arial Black" w:hAnsi="Arial Black" w:cs="Arial Black"/>
          <w:b/>
          <w:bCs/>
          <w:color w:val="4338CA"/>
          <w:sz w:val="28"/>
          <w:szCs w:val="28"/>
        </w:rPr>
        <w:t>◆ How many?</w:t>
      </w:r>
    </w:p>
    <w:p>
      <w:pPr>
        <w:bidi/>
        <w:spacing w:before="0" w:after="0"/>
        <w:jc w:val="both"/>
      </w:pPr>
      <w:r>
        <w:rPr>
          <w:rFonts w:ascii="Arial" w:hAnsi="Arial" w:cs="Arial"/>
          <w:color w:val="6B7280"/>
          <w:sz w:val="20"/>
          <w:szCs w:val="20"/>
          <w:rtl/>
          <w:lang w:val="en-US" w:bidi="he-IL"/>
        </w:rPr>
        <w:t xml:space="preserve">כמה?</w:t>
      </w:r>
    </w:p>
    <w:p>
      <w:pPr>
        <w:bidi/>
        <w:spacing w:before="0" w:after="40"/>
        <w:jc w:val="both"/>
      </w:pPr>
      <w:r>
        <w:rPr>
          <w:rFonts w:ascii="Arial" w:hAnsi="Arial" w:cs="Arial"/>
          <w:color w:val="6B7280"/>
          <w:sz w:val="21"/>
          <w:szCs w:val="21"/>
          <w:rtl/>
          <w:lang w:val="en-US" w:bidi="ar-SA"/>
        </w:rPr>
        <w:t xml:space="preserve">كم؟</w:t>
      </w:r>
    </w:p>
    <w:p>
      <w:pPr>
        <w:spacing w:before="0" w:after="20"/>
        <w:jc w:val="both"/>
      </w:pPr>
      <w:r>
        <w:rPr/>
        <w:t>1. How many + plural noun + are there?</w:t>
      </w:r>
    </w:p>
    <w:p>
      <w:pPr>
        <w:bidi/>
        <w:spacing w:before="0" w:after="0"/>
        <w:jc w:val="both"/>
      </w:pPr>
      <w:r>
        <w:rPr>
          <w:rFonts w:ascii="Arial" w:hAnsi="Arial" w:cs="Arial"/>
          <w:color w:val="6B7280"/>
          <w:sz w:val="20"/>
          <w:szCs w:val="20"/>
          <w:rtl/>
          <w:lang w:val="en-US" w:bidi="he-IL"/>
        </w:rPr>
        <w:t xml:space="preserve">‎How many +‎ שם עצם ברבים ‎+ are there?‎</w:t>
      </w:r>
    </w:p>
    <w:p>
      <w:pPr>
        <w:bidi/>
        <w:spacing w:before="0" w:after="40"/>
        <w:jc w:val="both"/>
      </w:pPr>
      <w:r>
        <w:rPr>
          <w:rFonts w:ascii="Arial" w:hAnsi="Arial" w:cs="Arial"/>
          <w:color w:val="6B7280"/>
          <w:sz w:val="21"/>
          <w:szCs w:val="21"/>
          <w:rtl/>
          <w:lang w:val="en-US" w:bidi="ar-SA"/>
        </w:rPr>
        <w:t xml:space="preserve">‎How many +‎ اسم بصيغة الجمع ‎+ are there?‎</w:t>
      </w:r>
    </w:p>
    <w:p>
      <w:pPr>
        <w:spacing w:before="0" w:after="0"/>
        <w:jc w:val="both"/>
      </w:pPr>
      <w:r>
        <w:rPr>
          <w:color w:val="5B6476"/>
          <w:sz w:val="22"/>
          <w:szCs w:val="22"/>
        </w:rPr>
        <w:t>Example:</w:t>
      </w:r>
    </w:p>
    <w:p>
      <w:pPr>
        <w:bidi/>
        <w:spacing w:before="0" w:after="0"/>
        <w:jc w:val="both"/>
      </w:pPr>
      <w:r>
        <w:rPr>
          <w:rFonts w:ascii="Arial" w:hAnsi="Arial" w:cs="Arial"/>
          <w:color w:val="6B7280"/>
          <w:sz w:val="20"/>
          <w:szCs w:val="20"/>
          <w:rtl/>
          <w:lang w:val="en-US" w:bidi="he-IL"/>
        </w:rPr>
        <w:t xml:space="preserve">דוגמה:</w:t>
      </w:r>
    </w:p>
    <w:p>
      <w:pPr>
        <w:bidi/>
        <w:spacing w:before="0" w:after="40"/>
        <w:jc w:val="both"/>
      </w:pPr>
      <w:r>
        <w:rPr>
          <w:rFonts w:ascii="Arial" w:hAnsi="Arial" w:cs="Arial"/>
          <w:color w:val="6B7280"/>
          <w:sz w:val="21"/>
          <w:szCs w:val="21"/>
          <w:rtl/>
          <w:lang w:val="en-US" w:bidi="ar-SA"/>
        </w:rPr>
        <w:t xml:space="preserve">مثال:</w:t>
      </w:r>
    </w:p>
    <w:p>
      <w:pPr>
        <w:spacing w:before="0" w:after="120"/>
        <w:jc w:val="both"/>
      </w:pPr>
      <w:r>
        <w:rPr>
          <w:color w:val="334055"/>
          <w:sz w:val="24"/>
          <w:szCs w:val="24"/>
        </w:rPr>
        <w:t>How many chairs are there? – There are six.</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99200"/>
                  <wp:docPr id="17" name="Picture 17"/>
                  <wp:cNvGraphicFramePr>
                    <a:graphicFrameLocks noChangeAspect="1"/>
                  </wp:cNvGraphicFramePr>
                  <a:graphic>
                    <a:graphicData uri="http://schemas.openxmlformats.org/drawingml/2006/picture">
                      <pic:pic>
                        <pic:nvPicPr>
                          <pic:cNvPr id="0" name="box.png"/>
                          <pic:cNvPicPr/>
                        </pic:nvPicPr>
                        <pic:blipFill>
                          <a:blip r:embed="rId20"/>
                          <a:stretch>
                            <a:fillRect/>
                          </a:stretch>
                        </pic:blipFill>
                        <pic:spPr>
                          <a:xfrm>
                            <a:off x="0" y="0"/>
                            <a:ext cx="468000" cy="499200"/>
                          </a:xfrm>
                          <a:prstGeom prst="rect"/>
                        </pic:spPr>
                      </pic:pic>
                    </a:graphicData>
                  </a:graphic>
                </wp:inline>
              </w:drawing>
            </w:r>
          </w:p>
          <w:p>
            <w:pPr>
              <w:spacing w:before="0" w:after="0"/>
              <w:jc w:val="center"/>
            </w:pPr>
            <w:r>
              <w:rPr>
                <w:b/>
                <w:bCs/>
                <w:sz w:val="23"/>
                <w:szCs w:val="23"/>
              </w:rPr>
              <w:t>box</w:t>
            </w:r>
          </w:p>
          <w:p>
            <w:pPr>
              <w:bidi/>
              <w:spacing w:before="0" w:after="0"/>
              <w:jc w:val="center"/>
            </w:pPr>
            <w:r>
              <w:rPr>
                <w:rFonts w:ascii="Arial" w:hAnsi="Arial" w:cs="Arial"/>
                <w:color w:val="6B7280"/>
                <w:sz w:val="17"/>
                <w:szCs w:val="17"/>
                <w:rtl/>
                <w:lang w:val="en-US" w:bidi="he-IL"/>
              </w:rPr>
              <w:t xml:space="preserve">קופסה</w:t>
            </w:r>
          </w:p>
          <w:p>
            <w:pPr>
              <w:bidi/>
              <w:spacing w:before="0" w:after="0"/>
              <w:jc w:val="center"/>
            </w:pPr>
            <w:r>
              <w:rPr>
                <w:rFonts w:ascii="Arial" w:hAnsi="Arial" w:cs="Arial"/>
                <w:color w:val="6B7280"/>
                <w:sz w:val="17"/>
                <w:szCs w:val="17"/>
                <w:rtl/>
                <w:lang w:val="en-US" w:bidi="ar-SA"/>
              </w:rPr>
              <w:t xml:space="preserve">صندوق</w:t>
            </w:r>
          </w:p>
        </w:tc>
        <w:tc>
          <w:tcPr>
            <w:tcW w:type="dxa" w:w="1663"/>
          </w:tcPr>
          <w:p>
            <w:pPr>
              <w:spacing w:before="0" w:after="0"/>
              <w:jc w:val="center"/>
            </w:pPr>
            <w:r>
              <w:drawing>
                <wp:inline xmlns:a="http://schemas.openxmlformats.org/drawingml/2006/main" xmlns:pic="http://schemas.openxmlformats.org/drawingml/2006/picture">
                  <wp:extent cx="468000" cy="316875"/>
                  <wp:docPr id="18" name="Picture 18"/>
                  <wp:cNvGraphicFramePr>
                    <a:graphicFrameLocks noChangeAspect="1"/>
                  </wp:cNvGraphicFramePr>
                  <a:graphic>
                    <a:graphicData uri="http://schemas.openxmlformats.org/drawingml/2006/picture">
                      <pic:pic>
                        <pic:nvPicPr>
                          <pic:cNvPr id="0" name="bus.png"/>
                          <pic:cNvPicPr/>
                        </pic:nvPicPr>
                        <pic:blipFill>
                          <a:blip r:embed="rId23"/>
                          <a:stretch>
                            <a:fillRect/>
                          </a:stretch>
                        </pic:blipFill>
                        <pic:spPr>
                          <a:xfrm>
                            <a:off x="0" y="0"/>
                            <a:ext cx="468000" cy="316875"/>
                          </a:xfrm>
                          <a:prstGeom prst="rect"/>
                        </pic:spPr>
                      </pic:pic>
                    </a:graphicData>
                  </a:graphic>
                </wp:inline>
              </w:drawing>
            </w:r>
          </w:p>
          <w:p>
            <w:pPr>
              <w:spacing w:before="0" w:after="0"/>
              <w:jc w:val="center"/>
            </w:pPr>
            <w:r>
              <w:rPr>
                <w:b/>
                <w:bCs/>
                <w:sz w:val="23"/>
                <w:szCs w:val="23"/>
              </w:rPr>
              <w:t>bus</w:t>
            </w:r>
          </w:p>
          <w:p>
            <w:pPr>
              <w:bidi/>
              <w:spacing w:before="0" w:after="0"/>
              <w:jc w:val="center"/>
            </w:pPr>
            <w:r>
              <w:rPr>
                <w:rFonts w:ascii="Arial" w:hAnsi="Arial" w:cs="Arial"/>
                <w:color w:val="6B7280"/>
                <w:sz w:val="17"/>
                <w:szCs w:val="17"/>
                <w:rtl/>
                <w:lang w:val="en-US" w:bidi="he-IL"/>
              </w:rPr>
              <w:t xml:space="preserve">אוטובוס</w:t>
            </w:r>
          </w:p>
          <w:p>
            <w:pPr>
              <w:bidi/>
              <w:spacing w:before="0" w:after="0"/>
              <w:jc w:val="center"/>
            </w:pPr>
            <w:r>
              <w:rPr>
                <w:rFonts w:ascii="Arial" w:hAnsi="Arial" w:cs="Arial"/>
                <w:color w:val="6B7280"/>
                <w:sz w:val="17"/>
                <w:szCs w:val="17"/>
                <w:rtl/>
                <w:lang w:val="en-US" w:bidi="ar-SA"/>
              </w:rPr>
              <w:t xml:space="preserve">حافلة</w:t>
            </w:r>
          </w:p>
        </w:tc>
        <w:tc>
          <w:tcPr>
            <w:tcW w:type="dxa" w:w="1663"/>
          </w:tcPr>
          <w:p>
            <w:pPr>
              <w:spacing w:before="0" w:after="0"/>
              <w:jc w:val="center"/>
            </w:pPr>
            <w:r>
              <w:drawing>
                <wp:inline xmlns:a="http://schemas.openxmlformats.org/drawingml/2006/main" xmlns:pic="http://schemas.openxmlformats.org/drawingml/2006/picture">
                  <wp:extent cx="468000" cy="468000"/>
                  <wp:docPr id="19" name="Picture 19"/>
                  <wp:cNvGraphicFramePr>
                    <a:graphicFrameLocks noChangeAspect="1"/>
                  </wp:cNvGraphicFramePr>
                  <a:graphic>
                    <a:graphicData uri="http://schemas.openxmlformats.org/drawingml/2006/picture">
                      <pic:pic>
                        <pic:nvPicPr>
                          <pic:cNvPr id="0" name="park.png"/>
                          <pic:cNvPicPr/>
                        </pic:nvPicPr>
                        <pic:blipFill>
                          <a:blip r:embed="rId16"/>
                          <a:stretch>
                            <a:fillRect/>
                          </a:stretch>
                        </pic:blipFill>
                        <pic:spPr>
                          <a:xfrm>
                            <a:off x="0" y="0"/>
                            <a:ext cx="468000" cy="468000"/>
                          </a:xfrm>
                          <a:prstGeom prst="rect"/>
                        </pic:spPr>
                      </pic:pic>
                    </a:graphicData>
                  </a:graphic>
                </wp:inline>
              </w:drawing>
            </w:r>
          </w:p>
          <w:p>
            <w:pPr>
              <w:spacing w:before="0" w:after="0"/>
              <w:jc w:val="center"/>
            </w:pPr>
            <w:r>
              <w:rPr>
                <w:b/>
                <w:bCs/>
                <w:sz w:val="23"/>
                <w:szCs w:val="23"/>
              </w:rPr>
              <w:t>park</w:t>
            </w:r>
          </w:p>
          <w:p>
            <w:pPr>
              <w:bidi/>
              <w:spacing w:before="0" w:after="0"/>
              <w:jc w:val="center"/>
            </w:pPr>
            <w:r>
              <w:rPr>
                <w:rFonts w:ascii="Arial" w:hAnsi="Arial" w:cs="Arial"/>
                <w:color w:val="6B7280"/>
                <w:sz w:val="17"/>
                <w:szCs w:val="17"/>
                <w:rtl/>
                <w:lang w:val="en-US" w:bidi="he-IL"/>
              </w:rPr>
              <w:t xml:space="preserve">פארק</w:t>
            </w:r>
          </w:p>
          <w:p>
            <w:pPr>
              <w:bidi/>
              <w:spacing w:before="0" w:after="0"/>
              <w:jc w:val="center"/>
            </w:pPr>
            <w:r>
              <w:rPr>
                <w:rFonts w:ascii="Arial" w:hAnsi="Arial" w:cs="Arial"/>
                <w:color w:val="6B7280"/>
                <w:sz w:val="17"/>
                <w:szCs w:val="17"/>
                <w:rtl/>
                <w:lang w:val="en-US" w:bidi="ar-SA"/>
              </w:rPr>
              <w:t xml:space="preserve">حديقة عامة</w:t>
            </w:r>
          </w:p>
        </w:tc>
        <w:tc>
          <w:tcPr>
            <w:tcW w:type="dxa" w:w="1663"/>
          </w:tcPr>
          <w:p>
            <w:pPr>
              <w:spacing w:before="0" w:after="0"/>
              <w:jc w:val="center"/>
            </w:pPr>
            <w:r>
              <w:drawing>
                <wp:inline xmlns:a="http://schemas.openxmlformats.org/drawingml/2006/main" xmlns:pic="http://schemas.openxmlformats.org/drawingml/2006/picture">
                  <wp:extent cx="468000" cy="331500"/>
                  <wp:docPr id="20" name="Picture 20"/>
                  <wp:cNvGraphicFramePr>
                    <a:graphicFrameLocks noChangeAspect="1"/>
                  </wp:cNvGraphicFramePr>
                  <a:graphic>
                    <a:graphicData uri="http://schemas.openxmlformats.org/drawingml/2006/picture">
                      <pic:pic>
                        <pic:nvPicPr>
                          <pic:cNvPr id="0" name="book.png"/>
                          <pic:cNvPicPr/>
                        </pic:nvPicPr>
                        <pic:blipFill>
                          <a:blip r:embed="rId21"/>
                          <a:stretch>
                            <a:fillRect/>
                          </a:stretch>
                        </pic:blipFill>
                        <pic:spPr>
                          <a:xfrm>
                            <a:off x="0" y="0"/>
                            <a:ext cx="468000" cy="331500"/>
                          </a:xfrm>
                          <a:prstGeom prst="rect"/>
                        </pic:spPr>
                      </pic:pic>
                    </a:graphicData>
                  </a:graphic>
                </wp:inline>
              </w:drawing>
            </w:r>
          </w:p>
          <w:p>
            <w:pPr>
              <w:spacing w:before="0" w:after="0"/>
              <w:jc w:val="center"/>
            </w:pPr>
            <w:r>
              <w:rPr>
                <w:b/>
                <w:bCs/>
                <w:sz w:val="23"/>
                <w:szCs w:val="23"/>
              </w:rPr>
              <w:t>book</w:t>
            </w:r>
          </w:p>
          <w:p>
            <w:pPr>
              <w:bidi/>
              <w:spacing w:before="0" w:after="0"/>
              <w:jc w:val="center"/>
            </w:pPr>
            <w:r>
              <w:rPr>
                <w:rFonts w:ascii="Arial" w:hAnsi="Arial" w:cs="Arial"/>
                <w:color w:val="6B7280"/>
                <w:sz w:val="17"/>
                <w:szCs w:val="17"/>
                <w:rtl/>
                <w:lang w:val="en-US" w:bidi="he-IL"/>
              </w:rPr>
              <w:t xml:space="preserve">ספר</w:t>
            </w:r>
          </w:p>
          <w:p>
            <w:pPr>
              <w:bidi/>
              <w:spacing w:before="0" w:after="0"/>
              <w:jc w:val="center"/>
            </w:pPr>
            <w:r>
              <w:rPr>
                <w:rFonts w:ascii="Arial" w:hAnsi="Arial" w:cs="Arial"/>
                <w:color w:val="6B7280"/>
                <w:sz w:val="17"/>
                <w:szCs w:val="17"/>
                <w:rtl/>
                <w:lang w:val="en-US" w:bidi="ar-SA"/>
              </w:rPr>
              <w:t xml:space="preserve">كتاب</w:t>
            </w:r>
          </w:p>
        </w:tc>
        <w:tc>
          <w:tcPr>
            <w:tcW w:type="dxa" w:w="1663"/>
          </w:tcPr>
          <w:p>
            <w:pPr>
              <w:spacing w:before="0" w:after="0"/>
              <w:jc w:val="center"/>
            </w:pPr>
            <w:r>
              <w:drawing>
                <wp:inline xmlns:a="http://schemas.openxmlformats.org/drawingml/2006/main" xmlns:pic="http://schemas.openxmlformats.org/drawingml/2006/picture">
                  <wp:extent cx="468000" cy="419250"/>
                  <wp:docPr id="21" name="Picture 21"/>
                  <wp:cNvGraphicFramePr>
                    <a:graphicFrameLocks noChangeAspect="1"/>
                  </wp:cNvGraphicFramePr>
                  <a:graphic>
                    <a:graphicData uri="http://schemas.openxmlformats.org/drawingml/2006/picture">
                      <pic:pic>
                        <pic:nvPicPr>
                          <pic:cNvPr id="0" name="cat.png"/>
                          <pic:cNvPicPr/>
                        </pic:nvPicPr>
                        <pic:blipFill>
                          <a:blip r:embed="rId14"/>
                          <a:stretch>
                            <a:fillRect/>
                          </a:stretch>
                        </pic:blipFill>
                        <pic:spPr>
                          <a:xfrm>
                            <a:off x="0" y="0"/>
                            <a:ext cx="468000" cy="419250"/>
                          </a:xfrm>
                          <a:prstGeom prst="rect"/>
                        </pic:spPr>
                      </pic:pic>
                    </a:graphicData>
                  </a:graphic>
                </wp:inline>
              </w:drawing>
            </w:r>
          </w:p>
          <w:p>
            <w:pPr>
              <w:spacing w:before="0" w:after="0"/>
              <w:jc w:val="center"/>
            </w:pPr>
            <w:r>
              <w:rPr>
                <w:b/>
                <w:bCs/>
                <w:sz w:val="23"/>
                <w:szCs w:val="23"/>
              </w:rPr>
              <w:t>cat</w:t>
            </w:r>
          </w:p>
          <w:p>
            <w:pPr>
              <w:bidi/>
              <w:spacing w:before="0" w:after="0"/>
              <w:jc w:val="center"/>
            </w:pPr>
            <w:r>
              <w:rPr>
                <w:rFonts w:ascii="Arial" w:hAnsi="Arial" w:cs="Arial"/>
                <w:color w:val="6B7280"/>
                <w:sz w:val="17"/>
                <w:szCs w:val="17"/>
                <w:rtl/>
                <w:lang w:val="en-US" w:bidi="he-IL"/>
              </w:rPr>
              <w:t xml:space="preserve">חתול</w:t>
            </w:r>
          </w:p>
          <w:p>
            <w:pPr>
              <w:bidi/>
              <w:spacing w:before="0" w:after="0"/>
              <w:jc w:val="center"/>
            </w:pPr>
            <w:r>
              <w:rPr>
                <w:rFonts w:ascii="Arial" w:hAnsi="Arial" w:cs="Arial"/>
                <w:color w:val="6B7280"/>
                <w:sz w:val="17"/>
                <w:szCs w:val="17"/>
                <w:rtl/>
                <w:lang w:val="en-US" w:bidi="ar-SA"/>
              </w:rPr>
              <w:t xml:space="preserve">قطة</w:t>
            </w:r>
          </w:p>
        </w:tc>
        <w:tc>
          <w:tcPr>
            <w:tcW w:type="dxa" w:w="1663"/>
          </w:tcPr>
          <w:p>
            <w:pPr>
              <w:spacing w:before="0" w:after="0"/>
              <w:jc w:val="center"/>
            </w:pPr>
            <w:r>
              <w:drawing>
                <wp:inline xmlns:a="http://schemas.openxmlformats.org/drawingml/2006/main" xmlns:pic="http://schemas.openxmlformats.org/drawingml/2006/picture">
                  <wp:extent cx="468000" cy="522419"/>
                  <wp:docPr id="22" name="Picture 22"/>
                  <wp:cNvGraphicFramePr>
                    <a:graphicFrameLocks noChangeAspect="1"/>
                  </wp:cNvGraphicFramePr>
                  <a:graphic>
                    <a:graphicData uri="http://schemas.openxmlformats.org/drawingml/2006/picture">
                      <pic:pic>
                        <pic:nvPicPr>
                          <pic:cNvPr id="0" name="tree.png"/>
                          <pic:cNvPicPr/>
                        </pic:nvPicPr>
                        <pic:blipFill>
                          <a:blip r:embed="rId24"/>
                          <a:stretch>
                            <a:fillRect/>
                          </a:stretch>
                        </pic:blipFill>
                        <pic:spPr>
                          <a:xfrm>
                            <a:off x="0" y="0"/>
                            <a:ext cx="468000" cy="522419"/>
                          </a:xfrm>
                          <a:prstGeom prst="rect"/>
                        </pic:spPr>
                      </pic:pic>
                    </a:graphicData>
                  </a:graphic>
                </wp:inline>
              </w:drawing>
            </w:r>
          </w:p>
          <w:p>
            <w:pPr>
              <w:spacing w:before="0" w:after="0"/>
              <w:jc w:val="center"/>
            </w:pPr>
            <w:r>
              <w:rPr>
                <w:b/>
                <w:bCs/>
                <w:sz w:val="23"/>
                <w:szCs w:val="23"/>
              </w:rPr>
              <w:t>tree</w:t>
            </w:r>
          </w:p>
          <w:p>
            <w:pPr>
              <w:bidi/>
              <w:spacing w:before="0" w:after="0"/>
              <w:jc w:val="center"/>
            </w:pPr>
            <w:r>
              <w:rPr>
                <w:rFonts w:ascii="Arial" w:hAnsi="Arial" w:cs="Arial"/>
                <w:color w:val="6B7280"/>
                <w:sz w:val="17"/>
                <w:szCs w:val="17"/>
                <w:rtl/>
                <w:lang w:val="en-US" w:bidi="he-IL"/>
              </w:rPr>
              <w:t xml:space="preserve">עץ</w:t>
            </w:r>
          </w:p>
          <w:p>
            <w:pPr>
              <w:bidi/>
              <w:spacing w:before="0" w:after="0"/>
              <w:jc w:val="center"/>
            </w:pPr>
            <w:r>
              <w:rPr>
                <w:rFonts w:ascii="Arial" w:hAnsi="Arial" w:cs="Arial"/>
                <w:color w:val="6B7280"/>
                <w:sz w:val="17"/>
                <w:szCs w:val="17"/>
                <w:rtl/>
                <w:lang w:val="en-US" w:bidi="ar-SA"/>
              </w:rPr>
              <w:t xml:space="preserve">شجرة</w:t>
            </w:r>
          </w:p>
        </w:tc>
      </w:tr>
    </w:tbl>
    <w:p>
      <w:pPr>
        <w:spacing w:before="0" w:after="80"/>
        <w:jc w:val="both"/>
      </w:pPr>
    </w:p>
    <w:p>
      <w:pPr>
        <w:spacing w:before="160" w:after="20"/>
        <w:jc w:val="both"/>
      </w:pPr>
      <w:r>
        <w:rPr>
          <w:b/>
          <w:bCs/>
          <w:sz w:val="26"/>
          <w:szCs w:val="26"/>
        </w:rPr>
        <w:t>1. Write the plural.</w:t>
      </w:r>
    </w:p>
    <w:p>
      <w:pPr>
        <w:bidi/>
        <w:spacing w:before="0" w:after="0"/>
        <w:jc w:val="both"/>
      </w:pPr>
      <w:r>
        <w:rPr>
          <w:rFonts w:ascii="Arial" w:hAnsi="Arial" w:cs="Arial"/>
          <w:color w:val="6B7280"/>
          <w:sz w:val="20"/>
          <w:szCs w:val="20"/>
          <w:rtl/>
          <w:lang w:val="en-US" w:bidi="he-IL"/>
        </w:rPr>
        <w:t xml:space="preserve">כתבו את צורת הרבים.</w:t>
      </w:r>
    </w:p>
    <w:p>
      <w:pPr>
        <w:bidi/>
        <w:spacing w:before="0" w:after="80"/>
        <w:jc w:val="both"/>
      </w:pPr>
      <w:r>
        <w:rPr>
          <w:rFonts w:ascii="Arial" w:hAnsi="Arial" w:cs="Arial"/>
          <w:color w:val="6B7280"/>
          <w:sz w:val="21"/>
          <w:szCs w:val="21"/>
          <w:rtl/>
          <w:lang w:val="en-US" w:bidi="ar-SA"/>
        </w:rPr>
        <w:t xml:space="preserve">اكتب صيغة الجمع.</w:t>
      </w:r>
    </w:p>
    <w:p>
      <w:pPr>
        <w:spacing w:before="0" w:after="60"/>
        <w:jc w:val="both"/>
      </w:pPr>
      <w:r>
        <w:rPr/>
        <w:t>a. one girl – two __________</w:t>
      </w:r>
    </w:p>
    <w:p>
      <w:pPr>
        <w:spacing w:before="0" w:after="60"/>
        <w:jc w:val="both"/>
      </w:pPr>
      <w:r>
        <w:rPr/>
        <w:t>b. one glass – three __________</w:t>
      </w:r>
    </w:p>
    <w:p>
      <w:pPr>
        <w:spacing w:before="0" w:after="60"/>
        <w:jc w:val="both"/>
      </w:pPr>
      <w:r>
        <w:rPr/>
        <w:t>c. one man – five __________</w:t>
      </w:r>
    </w:p>
    <w:p>
      <w:pPr>
        <w:spacing w:before="0" w:after="60"/>
        <w:jc w:val="both"/>
      </w:pPr>
      <w:r>
        <w:rPr/>
        <w:t>d. one mouse – two __________</w:t>
      </w:r>
    </w:p>
    <w:p>
      <w:pPr>
        <w:spacing w:before="0" w:after="60"/>
        <w:jc w:val="both"/>
      </w:pPr>
      <w:r>
        <w:rPr/>
        <w:t>e. one sandwich – four __________</w:t>
      </w:r>
    </w:p>
    <w:p>
      <w:pPr>
        <w:spacing w:before="0" w:after="60"/>
        <w:jc w:val="both"/>
      </w:pPr>
      <w:r>
        <w:rPr/>
        <w:t>f. one class – two __________</w:t>
      </w:r>
    </w:p>
    <w:p>
      <w:pPr>
        <w:spacing w:before="160" w:after="20"/>
        <w:jc w:val="both"/>
      </w:pPr>
      <w:r>
        <w:rPr>
          <w:b/>
          <w:bCs/>
          <w:sz w:val="26"/>
          <w:szCs w:val="26"/>
        </w:rPr>
        <w:t>2. Match the beginning to the end.</w:t>
      </w:r>
    </w:p>
    <w:p>
      <w:pPr>
        <w:bidi/>
        <w:spacing w:before="0" w:after="0"/>
        <w:jc w:val="both"/>
      </w:pPr>
      <w:r>
        <w:rPr>
          <w:rFonts w:ascii="Arial" w:hAnsi="Arial" w:cs="Arial"/>
          <w:color w:val="6B7280"/>
          <w:sz w:val="20"/>
          <w:szCs w:val="20"/>
          <w:rtl/>
          <w:lang w:val="en-US" w:bidi="he-IL"/>
        </w:rPr>
        <w:t xml:space="preserve">התאימו את ההתחלה לסוף.</w:t>
      </w:r>
    </w:p>
    <w:p>
      <w:pPr>
        <w:bidi/>
        <w:spacing w:before="0" w:after="80"/>
        <w:jc w:val="both"/>
      </w:pPr>
      <w:r>
        <w:rPr>
          <w:rFonts w:ascii="Arial" w:hAnsi="Arial" w:cs="Arial"/>
          <w:color w:val="6B7280"/>
          <w:sz w:val="21"/>
          <w:szCs w:val="21"/>
          <w:rtl/>
          <w:lang w:val="en-US" w:bidi="ar-SA"/>
        </w:rPr>
        <w:t xml:space="preserve">صِلْ بداية الجملة بنهايتها.</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Column A</w:t>
            </w:r>
          </w:p>
        </w:tc>
        <w:tc>
          <w:tcPr>
            <w:tcW w:type="dxa" w:w="4989"/>
            <w:shd w:val="clear" w:color="auto" w:fill="4338ca"/>
          </w:tcPr>
          <w:p>
            <w:pPr>
              <w:spacing w:before="0" w:after="40"/>
              <w:jc w:val="both"/>
            </w:pPr>
            <w:r>
              <w:rPr>
                <w:b/>
                <w:bCs/>
                <w:color w:val="FFFFFF"/>
              </w:rPr>
              <w:t>Column B</w:t>
            </w:r>
          </w:p>
        </w:tc>
      </w:tr>
      <w:tr>
        <w:tc>
          <w:tcPr>
            <w:tcW w:type="dxa" w:w="4989"/>
          </w:tcPr>
          <w:p>
            <w:pPr>
              <w:spacing w:before="0" w:after="40"/>
              <w:jc w:val="both"/>
            </w:pPr>
            <w:r>
              <w:rPr/>
              <w:t>1. There is</w:t>
            </w:r>
          </w:p>
        </w:tc>
        <w:tc>
          <w:tcPr>
            <w:tcW w:type="dxa" w:w="4989"/>
          </w:tcPr>
          <w:p>
            <w:pPr>
              <w:spacing w:before="0" w:after="40"/>
              <w:jc w:val="both"/>
            </w:pPr>
            <w:r>
              <w:rPr/>
              <w:t>[   ] a bank near here?</w:t>
            </w:r>
          </w:p>
        </w:tc>
      </w:tr>
      <w:tr>
        <w:tc>
          <w:tcPr>
            <w:tcW w:type="dxa" w:w="4989"/>
          </w:tcPr>
          <w:p>
            <w:pPr>
              <w:spacing w:before="0" w:after="40"/>
              <w:jc w:val="both"/>
            </w:pPr>
            <w:r>
              <w:rPr/>
              <w:t>2. There are</w:t>
            </w:r>
          </w:p>
        </w:tc>
        <w:tc>
          <w:tcPr>
            <w:tcW w:type="dxa" w:w="4989"/>
          </w:tcPr>
          <w:p>
            <w:pPr>
              <w:spacing w:before="0" w:after="40"/>
              <w:jc w:val="both"/>
            </w:pPr>
            <w:r>
              <w:rPr/>
              <w:t>[   ] any eggs in the fridge.</w:t>
            </w:r>
          </w:p>
        </w:tc>
      </w:tr>
      <w:tr>
        <w:tc>
          <w:tcPr>
            <w:tcW w:type="dxa" w:w="4989"/>
          </w:tcPr>
          <w:p>
            <w:pPr>
              <w:spacing w:before="0" w:after="40"/>
              <w:jc w:val="both"/>
            </w:pPr>
            <w:r>
              <w:rPr/>
              <w:t>3. There isn't</w:t>
            </w:r>
          </w:p>
        </w:tc>
        <w:tc>
          <w:tcPr>
            <w:tcW w:type="dxa" w:w="4989"/>
          </w:tcPr>
          <w:p>
            <w:pPr>
              <w:spacing w:before="0" w:after="40"/>
              <w:jc w:val="both"/>
            </w:pPr>
            <w:r>
              <w:rPr/>
              <w:t>[   ] a window in the bathroom.</w:t>
            </w:r>
          </w:p>
        </w:tc>
      </w:tr>
      <w:tr>
        <w:tc>
          <w:tcPr>
            <w:tcW w:type="dxa" w:w="4989"/>
          </w:tcPr>
          <w:p>
            <w:pPr>
              <w:spacing w:before="0" w:after="40"/>
              <w:jc w:val="both"/>
            </w:pPr>
            <w:r>
              <w:rPr/>
              <w:t>4. There aren't</w:t>
            </w:r>
          </w:p>
        </w:tc>
        <w:tc>
          <w:tcPr>
            <w:tcW w:type="dxa" w:w="4989"/>
          </w:tcPr>
          <w:p>
            <w:pPr>
              <w:spacing w:before="0" w:after="40"/>
              <w:jc w:val="both"/>
            </w:pPr>
            <w:r>
              <w:rPr/>
              <w:t>[   ] many stars in the sky.</w:t>
            </w:r>
          </w:p>
        </w:tc>
      </w:tr>
      <w:tr>
        <w:tc>
          <w:tcPr>
            <w:tcW w:type="dxa" w:w="4989"/>
          </w:tcPr>
          <w:p>
            <w:pPr>
              <w:spacing w:before="0" w:after="40"/>
              <w:jc w:val="both"/>
            </w:pPr>
            <w:r>
              <w:rPr/>
              <w:t>5. Is there</w:t>
            </w:r>
          </w:p>
        </w:tc>
        <w:tc>
          <w:tcPr>
            <w:tcW w:type="dxa" w:w="4989"/>
          </w:tcPr>
          <w:p>
            <w:pPr>
              <w:spacing w:before="0" w:after="40"/>
              <w:jc w:val="both"/>
            </w:pPr>
            <w:r>
              <w:rPr/>
              <w:t>[   ] a dog in the garden.</w:t>
            </w:r>
          </w:p>
        </w:tc>
      </w:tr>
    </w:tbl>
    <w:p>
      <w:pPr>
        <w:spacing w:before="0" w:after="40"/>
        <w:jc w:val="both"/>
      </w:pPr>
    </w:p>
    <w:p>
      <w:pPr>
        <w:spacing w:before="160" w:after="20"/>
        <w:jc w:val="both"/>
      </w:pPr>
      <w:r>
        <w:rPr>
          <w:b/>
          <w:bCs/>
          <w:sz w:val="26"/>
          <w:szCs w:val="26"/>
        </w:rPr>
        <w:t>3. Sort: which words go with There is and which go with There are?</w:t>
      </w:r>
    </w:p>
    <w:p>
      <w:pPr>
        <w:bidi/>
        <w:spacing w:before="0" w:after="0"/>
        <w:jc w:val="both"/>
      </w:pPr>
      <w:r>
        <w:rPr>
          <w:rFonts w:ascii="Arial" w:hAnsi="Arial" w:cs="Arial"/>
          <w:color w:val="6B7280"/>
          <w:sz w:val="20"/>
          <w:szCs w:val="20"/>
          <w:rtl/>
          <w:lang w:val="en-US" w:bidi="he-IL"/>
        </w:rPr>
        <w:t xml:space="preserve">מיינו: אילו מילים הולכות עם ‎There is‎ ואילו עם ‎There are?‎</w:t>
      </w:r>
    </w:p>
    <w:p>
      <w:pPr>
        <w:bidi/>
        <w:spacing w:before="0" w:after="80"/>
        <w:jc w:val="both"/>
      </w:pPr>
      <w:r>
        <w:rPr>
          <w:rFonts w:ascii="Arial" w:hAnsi="Arial" w:cs="Arial"/>
          <w:color w:val="6B7280"/>
          <w:sz w:val="21"/>
          <w:szCs w:val="21"/>
          <w:rtl/>
          <w:lang w:val="en-US" w:bidi="ar-SA"/>
        </w:rPr>
        <w:t xml:space="preserve">صنّف: أيّ الكلمات تأتي مع ‎There is‎ وأيّها مع ‎There are‎؟</w:t>
      </w:r>
    </w:p>
    <w:p>
      <w:pPr>
        <w:spacing w:before="0" w:after="80"/>
        <w:jc w:val="both"/>
      </w:pPr>
      <w:r>
        <w:rPr>
          <w:color w:val="4338CA"/>
          <w:sz w:val="24"/>
          <w:szCs w:val="24"/>
        </w:rPr>
        <w:t>Words: a cake  |  two cakes  |  an orange  |  children  |  a bike  |  three buses</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There is</w:t>
            </w:r>
          </w:p>
        </w:tc>
        <w:tc>
          <w:tcPr>
            <w:tcW w:type="dxa" w:w="4989"/>
            <w:shd w:val="clear" w:color="auto" w:fill="4338ca"/>
          </w:tcPr>
          <w:p>
            <w:pPr>
              <w:spacing w:before="0" w:after="40"/>
              <w:jc w:val="both"/>
            </w:pPr>
            <w:r>
              <w:rPr>
                <w:b/>
                <w:bCs/>
                <w:color w:val="FFFFFF"/>
              </w:rPr>
              <w:t>There are</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4.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There are five ___ in the class.</w:t>
      </w:r>
    </w:p>
    <w:p>
      <w:pPr>
        <w:spacing w:before="0" w:after="80"/>
        <w:jc w:val="both"/>
      </w:pPr>
      <w:r>
        <w:rPr/>
        <w:t xml:space="preserve">   ○ womans      ○ women      ○ woman</w:t>
      </w:r>
    </w:p>
    <w:p>
      <w:pPr>
        <w:spacing w:before="0" w:after="20"/>
        <w:jc w:val="both"/>
      </w:pPr>
      <w:r>
        <w:rPr/>
        <w:t>b. There ___ a cat under the car.</w:t>
      </w:r>
    </w:p>
    <w:p>
      <w:pPr>
        <w:spacing w:before="0" w:after="80"/>
        <w:jc w:val="both"/>
      </w:pPr>
      <w:r>
        <w:rPr/>
        <w:t xml:space="preserve">   ○ are      ○ is</w:t>
      </w:r>
    </w:p>
    <w:p>
      <w:pPr>
        <w:spacing w:before="0" w:after="20"/>
        <w:jc w:val="both"/>
      </w:pPr>
      <w:r>
        <w:rPr/>
        <w:t>c. Are there any ___ in the zoo?</w:t>
      </w:r>
    </w:p>
    <w:p>
      <w:pPr>
        <w:spacing w:before="0" w:after="80"/>
        <w:jc w:val="both"/>
      </w:pPr>
      <w:r>
        <w:rPr/>
        <w:t xml:space="preserve">   ○ lions      ○ lion</w:t>
      </w:r>
    </w:p>
    <w:p>
      <w:pPr>
        <w:spacing w:before="0" w:after="20"/>
        <w:jc w:val="both"/>
      </w:pPr>
      <w:r>
        <w:rPr/>
        <w:t>d. How many ___ are there in your family?</w:t>
      </w:r>
    </w:p>
    <w:p>
      <w:pPr>
        <w:spacing w:before="0" w:after="80"/>
        <w:jc w:val="both"/>
      </w:pPr>
      <w:r>
        <w:rPr/>
        <w:t xml:space="preserve">   ○ child      ○ childs      ○ children</w:t>
      </w:r>
    </w:p>
    <w:p>
      <w:pPr>
        <w:spacing w:before="160" w:after="20"/>
        <w:jc w:val="both"/>
      </w:pPr>
      <w:r>
        <w:rPr>
          <w:b/>
          <w:bCs/>
          <w:sz w:val="26"/>
          <w:szCs w:val="26"/>
        </w:rPr>
        <w:t>5. Complete with There is, There are, Is there or Are there.</w:t>
      </w:r>
    </w:p>
    <w:p>
      <w:pPr>
        <w:bidi/>
        <w:spacing w:before="0" w:after="0"/>
        <w:jc w:val="both"/>
      </w:pPr>
      <w:r>
        <w:rPr>
          <w:rFonts w:ascii="Arial" w:hAnsi="Arial" w:cs="Arial"/>
          <w:color w:val="6B7280"/>
          <w:sz w:val="20"/>
          <w:szCs w:val="20"/>
          <w:rtl/>
          <w:lang w:val="en-US" w:bidi="he-IL"/>
        </w:rPr>
        <w:t xml:space="preserve">השלימו עם ‎There is, There are, Is there‎ או ‎Are there‎.</w:t>
      </w:r>
    </w:p>
    <w:p>
      <w:pPr>
        <w:bidi/>
        <w:spacing w:before="0" w:after="80"/>
        <w:jc w:val="both"/>
      </w:pPr>
      <w:r>
        <w:rPr>
          <w:rFonts w:ascii="Arial" w:hAnsi="Arial" w:cs="Arial"/>
          <w:color w:val="6B7280"/>
          <w:sz w:val="21"/>
          <w:szCs w:val="21"/>
          <w:rtl/>
          <w:lang w:val="en-US" w:bidi="ar-SA"/>
        </w:rPr>
        <w:t xml:space="preserve">أكمل بـ ‎There is‎ أو ‎There are‎ أو ‎Is there‎ أو ‎Are there‎.</w:t>
      </w:r>
    </w:p>
    <w:p>
      <w:pPr>
        <w:spacing w:before="0" w:after="60"/>
        <w:jc w:val="both"/>
      </w:pPr>
      <w:r>
        <w:rPr/>
        <w:t>a. __________ a toy shop in the mall? – Yes, there is.</w:t>
      </w:r>
    </w:p>
    <w:p>
      <w:pPr>
        <w:spacing w:before="0" w:after="60"/>
        <w:jc w:val="both"/>
      </w:pPr>
      <w:r>
        <w:rPr/>
        <w:t>b. __________ two pools at the club.</w:t>
      </w:r>
    </w:p>
    <w:p>
      <w:pPr>
        <w:spacing w:before="0" w:after="60"/>
        <w:jc w:val="both"/>
      </w:pPr>
      <w:r>
        <w:rPr/>
        <w:t>c. __________ any apples in the bag? – No, there aren't.</w:t>
      </w:r>
    </w:p>
    <w:p>
      <w:pPr>
        <w:spacing w:before="0" w:after="60"/>
        <w:jc w:val="both"/>
      </w:pPr>
      <w:r>
        <w:rPr/>
        <w:t>d. __________ a big box on the table.</w:t>
      </w:r>
    </w:p>
    <w:p>
      <w:pPr>
        <w:spacing w:before="160" w:after="20"/>
        <w:jc w:val="both"/>
      </w:pPr>
      <w:r>
        <w:rPr>
          <w:b/>
          <w:bCs/>
          <w:sz w:val="26"/>
          <w:szCs w:val="26"/>
        </w:rPr>
        <w:t>6. Look at the list and write sentences. Use There is / There are.</w:t>
      </w:r>
    </w:p>
    <w:p>
      <w:pPr>
        <w:bidi/>
        <w:spacing w:before="0" w:after="0"/>
        <w:jc w:val="both"/>
      </w:pPr>
      <w:r>
        <w:rPr>
          <w:rFonts w:ascii="Arial" w:hAnsi="Arial" w:cs="Arial"/>
          <w:color w:val="6B7280"/>
          <w:sz w:val="20"/>
          <w:szCs w:val="20"/>
          <w:rtl/>
          <w:lang w:val="en-US" w:bidi="he-IL"/>
        </w:rPr>
        <w:t xml:space="preserve">הסתכלו ברשימה וכתבו משפטים. השתמשו ב-‎There is / There are‎.</w:t>
      </w:r>
    </w:p>
    <w:p>
      <w:pPr>
        <w:bidi/>
        <w:spacing w:before="0" w:after="80"/>
        <w:jc w:val="both"/>
      </w:pPr>
      <w:r>
        <w:rPr>
          <w:rFonts w:ascii="Arial" w:hAnsi="Arial" w:cs="Arial"/>
          <w:color w:val="6B7280"/>
          <w:sz w:val="21"/>
          <w:szCs w:val="21"/>
          <w:rtl/>
          <w:lang w:val="en-US" w:bidi="ar-SA"/>
        </w:rPr>
        <w:t xml:space="preserve">انظر إلى القائمة واكتب جملًا. استعمل ‎There is / There are‎.</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In the kitchen</w:t>
            </w:r>
          </w:p>
        </w:tc>
        <w:tc>
          <w:tcPr>
            <w:tcW w:type="dxa" w:w="4989"/>
            <w:shd w:val="clear" w:color="auto" w:fill="4338ca"/>
          </w:tcPr>
          <w:p>
            <w:pPr>
              <w:spacing w:before="0" w:after="40"/>
              <w:jc w:val="both"/>
            </w:pPr>
            <w:r>
              <w:rPr>
                <w:b/>
                <w:bCs/>
                <w:color w:val="FFFFFF"/>
              </w:rPr>
              <w:t>Sentence</w:t>
            </w:r>
          </w:p>
        </w:tc>
      </w:tr>
      <w:tr>
        <w:tc>
          <w:tcPr>
            <w:tcW w:type="dxa" w:w="4989"/>
          </w:tcPr>
          <w:p>
            <w:pPr>
              <w:spacing w:before="0" w:after="40"/>
              <w:jc w:val="both"/>
            </w:pPr>
            <w:r>
              <w:rPr/>
              <w:t>1 table</w:t>
            </w:r>
          </w:p>
        </w:tc>
        <w:tc>
          <w:tcPr>
            <w:tcW w:type="dxa" w:w="4989"/>
          </w:tcPr>
          <w:p>
            <w:pPr>
              <w:spacing w:before="0" w:after="40"/>
              <w:jc w:val="both"/>
            </w:pPr>
            <w:r>
              <w:rPr/>
            </w:r>
          </w:p>
        </w:tc>
      </w:tr>
      <w:tr>
        <w:tc>
          <w:tcPr>
            <w:tcW w:type="dxa" w:w="4989"/>
          </w:tcPr>
          <w:p>
            <w:pPr>
              <w:spacing w:before="0" w:after="40"/>
              <w:jc w:val="both"/>
            </w:pPr>
            <w:r>
              <w:rPr/>
              <w:t>4 chairs</w:t>
            </w:r>
          </w:p>
        </w:tc>
        <w:tc>
          <w:tcPr>
            <w:tcW w:type="dxa" w:w="4989"/>
          </w:tcPr>
          <w:p>
            <w:pPr>
              <w:spacing w:before="0" w:after="40"/>
              <w:jc w:val="both"/>
            </w:pPr>
            <w:r>
              <w:rPr/>
            </w:r>
          </w:p>
        </w:tc>
      </w:tr>
      <w:tr>
        <w:tc>
          <w:tcPr>
            <w:tcW w:type="dxa" w:w="4989"/>
          </w:tcPr>
          <w:p>
            <w:pPr>
              <w:spacing w:before="0" w:after="40"/>
              <w:jc w:val="both"/>
            </w:pPr>
            <w:r>
              <w:rPr/>
              <w:t>2 glasses</w:t>
            </w:r>
          </w:p>
        </w:tc>
        <w:tc>
          <w:tcPr>
            <w:tcW w:type="dxa" w:w="4989"/>
          </w:tcPr>
          <w:p>
            <w:pPr>
              <w:spacing w:before="0" w:after="40"/>
              <w:jc w:val="both"/>
            </w:pPr>
            <w:r>
              <w:rPr/>
            </w:r>
          </w:p>
        </w:tc>
      </w:tr>
      <w:tr>
        <w:tc>
          <w:tcPr>
            <w:tcW w:type="dxa" w:w="4989"/>
          </w:tcPr>
          <w:p>
            <w:pPr>
              <w:spacing w:before="0" w:after="40"/>
              <w:jc w:val="both"/>
            </w:pPr>
            <w:r>
              <w:rPr/>
              <w:t>1 fridge</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7.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The plural of foot is foots.      True / False</w:t>
      </w:r>
    </w:p>
    <w:p>
      <w:pPr>
        <w:spacing w:before="0" w:after="60"/>
        <w:jc w:val="both"/>
      </w:pPr>
      <w:r>
        <w:rPr/>
        <w:t>b. "There are any cars." is a correct negative sentence.      True / False</w:t>
      </w:r>
    </w:p>
    <w:p>
      <w:pPr>
        <w:spacing w:before="0" w:after="60"/>
        <w:jc w:val="both"/>
      </w:pPr>
      <w:r>
        <w:rPr/>
        <w:t>c. "Is there a pool? – Yes, there is." is correct.      True / False</w:t>
      </w:r>
    </w:p>
    <w:p>
      <w:pPr>
        <w:spacing w:before="0" w:after="60"/>
        <w:jc w:val="both"/>
      </w:pPr>
      <w:r>
        <w:rPr/>
        <w:t>d. The plural of bus is buses.      True / False</w:t>
      </w:r>
    </w:p>
    <w:p>
      <w:pPr>
        <w:spacing w:before="160" w:after="20"/>
        <w:jc w:val="both"/>
      </w:pPr>
      <w:r>
        <w:rPr>
          <w:b/>
          <w:bCs/>
          <w:sz w:val="26"/>
          <w:szCs w:val="26"/>
        </w:rPr>
        <w:t>8. Find the mistake and write the sentence correctly.</w:t>
      </w:r>
    </w:p>
    <w:p>
      <w:pPr>
        <w:bidi/>
        <w:spacing w:before="0" w:after="0"/>
        <w:jc w:val="both"/>
      </w:pPr>
      <w:r>
        <w:rPr>
          <w:rFonts w:ascii="Arial" w:hAnsi="Arial" w:cs="Arial"/>
          <w:color w:val="6B7280"/>
          <w:sz w:val="20"/>
          <w:szCs w:val="20"/>
          <w:rtl/>
          <w:lang w:val="en-US" w:bidi="he-IL"/>
        </w:rPr>
        <w:t xml:space="preserve">מצאו את הטעות וכתבו את המשפט נכון.</w:t>
      </w:r>
    </w:p>
    <w:p>
      <w:pPr>
        <w:bidi/>
        <w:spacing w:before="0" w:after="80"/>
        <w:jc w:val="both"/>
      </w:pPr>
      <w:r>
        <w:rPr>
          <w:rFonts w:ascii="Arial" w:hAnsi="Arial" w:cs="Arial"/>
          <w:color w:val="6B7280"/>
          <w:sz w:val="21"/>
          <w:szCs w:val="21"/>
          <w:rtl/>
          <w:lang w:val="en-US" w:bidi="ar-SA"/>
        </w:rPr>
        <w:t xml:space="preserve">جد الخطأ واكتب الجملة بشكل صحيح.</w:t>
      </w:r>
    </w:p>
    <w:p>
      <w:pPr>
        <w:spacing w:before="0" w:after="100"/>
        <w:jc w:val="both"/>
      </w:pPr>
      <w:r>
        <w:rPr/>
        <w:t>a. There is two pens on the desk.</w:t>
      </w:r>
    </w:p>
    <w:p>
      <w:pPr>
        <w:spacing w:before="0" w:after="100"/>
        <w:jc w:val="both"/>
      </w:pPr>
      <w:r>
        <w:rPr/>
        <w:t>b. There are three boxs.</w:t>
      </w:r>
    </w:p>
    <w:p>
      <w:pPr>
        <w:spacing w:before="0" w:after="100"/>
        <w:jc w:val="both"/>
      </w:pPr>
      <w:r>
        <w:rPr/>
        <w:t>c. Are there a park here?</w:t>
      </w:r>
    </w:p>
    <w:p>
      <w:pPr>
        <w:spacing w:before="0" w:after="100"/>
        <w:jc w:val="both"/>
      </w:pPr>
      <w:r>
        <w:rPr/>
        <w:t>d. There are many child in the pool.</w:t>
      </w:r>
    </w:p>
    <w:p>
      <w:pPr>
        <w:spacing w:before="120" w:after="40"/>
        <w:jc w:val="center"/>
      </w:pPr>
      <w:r>
        <w:rPr>
          <w:rFonts w:ascii="Arial Black" w:hAnsi="Arial Black" w:cs="Arial Black"/>
          <w:b/>
          <w:bCs/>
          <w:color w:val="4338CA"/>
          <w:sz w:val="30"/>
          <w:szCs w:val="30"/>
        </w:rPr>
        <w:t>A Day at the Beach</w:t>
      </w:r>
    </w:p>
    <w:p>
      <w:pPr>
        <w:spacing w:before="0" w:after="80"/>
        <w:jc w:val="both"/>
      </w:pPr>
      <w:r>
        <w:rPr/>
        <w:t>It is summer, and Tom and his family are at the beach in Tel Aviv. There are many people on the sand. There are colorful umbrellas and chairs. There is a lifeguard tower next to the water.</w:t>
      </w:r>
    </w:p>
    <w:p>
      <w:pPr>
        <w:spacing w:before="0" w:after="80"/>
        <w:jc w:val="both"/>
      </w:pPr>
      <w:r>
        <w:rPr/>
        <w:t>In the sea there are big waves. There aren't any fish near the beach, but there are two dolphins far away! There is an ice cream stand, too. Tom is happy. It's a great day!</w:t>
      </w:r>
    </w:p>
    <w:p>
      <w:pPr>
        <w:spacing w:before="160" w:after="20"/>
        <w:jc w:val="both"/>
      </w:pPr>
      <w:r>
        <w:rPr>
          <w:b/>
          <w:bCs/>
          <w:sz w:val="26"/>
          <w:szCs w:val="26"/>
        </w:rPr>
        <w:t>9. Read "A Day at the Beach". Choose the correct answer.</w:t>
      </w:r>
    </w:p>
    <w:p>
      <w:pPr>
        <w:bidi/>
        <w:spacing w:before="0" w:after="0"/>
        <w:jc w:val="both"/>
      </w:pPr>
      <w:r>
        <w:rPr>
          <w:rFonts w:ascii="Arial" w:hAnsi="Arial" w:cs="Arial"/>
          <w:color w:val="6B7280"/>
          <w:sz w:val="20"/>
          <w:szCs w:val="20"/>
          <w:rtl/>
          <w:lang w:val="en-US" w:bidi="he-IL"/>
        </w:rPr>
        <w:t xml:space="preserve">קראו את ‎"A Day at the Beach"‎. בחרו את התשובה הנכונה.</w:t>
      </w:r>
    </w:p>
    <w:p>
      <w:pPr>
        <w:bidi/>
        <w:spacing w:before="0" w:after="80"/>
        <w:jc w:val="both"/>
      </w:pPr>
      <w:r>
        <w:rPr>
          <w:rFonts w:ascii="Arial" w:hAnsi="Arial" w:cs="Arial"/>
          <w:color w:val="6B7280"/>
          <w:sz w:val="21"/>
          <w:szCs w:val="21"/>
          <w:rtl/>
          <w:lang w:val="en-US" w:bidi="ar-SA"/>
        </w:rPr>
        <w:t xml:space="preserve">اقرأ ‎"A Day at the Beach"‎. اختر الإجابة الصحيحة.</w:t>
      </w:r>
    </w:p>
    <w:p>
      <w:pPr>
        <w:spacing w:before="0" w:after="20"/>
        <w:jc w:val="both"/>
      </w:pPr>
      <w:r>
        <w:rPr/>
        <w:t>a. Where is the beach?</w:t>
      </w:r>
    </w:p>
    <w:p>
      <w:pPr>
        <w:spacing w:before="0" w:after="80"/>
        <w:jc w:val="both"/>
      </w:pPr>
      <w:r>
        <w:rPr/>
        <w:t xml:space="preserve">   ○ in Haifa      ○ in Tel Aviv      ○ in Eilat</w:t>
      </w:r>
    </w:p>
    <w:p>
      <w:pPr>
        <w:spacing w:before="0" w:after="20"/>
        <w:jc w:val="both"/>
      </w:pPr>
      <w:r>
        <w:rPr/>
        <w:t>b. What is next to the water?</w:t>
      </w:r>
    </w:p>
    <w:p>
      <w:pPr>
        <w:spacing w:before="0" w:after="80"/>
        <w:jc w:val="both"/>
      </w:pPr>
      <w:r>
        <w:rPr/>
        <w:t xml:space="preserve">   ○ a lifeguard tower      ○ an ice cream stand      ○ a car</w:t>
      </w:r>
    </w:p>
    <w:p>
      <w:pPr>
        <w:spacing w:before="0" w:after="20"/>
        <w:jc w:val="both"/>
      </w:pPr>
      <w:r>
        <w:rPr/>
        <w:t>c. How many dolphins are there?</w:t>
      </w:r>
    </w:p>
    <w:p>
      <w:pPr>
        <w:spacing w:before="0" w:after="80"/>
        <w:jc w:val="both"/>
      </w:pPr>
      <w:r>
        <w:rPr/>
        <w:t xml:space="preserve">   ○ one      ○ two      ○ many</w:t>
      </w:r>
    </w:p>
    <w:p>
      <w:pPr>
        <w:spacing w:before="160" w:after="20"/>
        <w:jc w:val="both"/>
      </w:pPr>
      <w:r>
        <w:rPr>
          <w:b/>
          <w:bCs/>
          <w:sz w:val="26"/>
          <w:szCs w:val="26"/>
        </w:rPr>
        <w:t>10. Read the text again. True or False?</w:t>
      </w:r>
    </w:p>
    <w:p>
      <w:pPr>
        <w:bidi/>
        <w:spacing w:before="0" w:after="0"/>
        <w:jc w:val="both"/>
      </w:pPr>
      <w:r>
        <w:rPr>
          <w:rFonts w:ascii="Arial" w:hAnsi="Arial" w:cs="Arial"/>
          <w:color w:val="6B7280"/>
          <w:sz w:val="20"/>
          <w:szCs w:val="20"/>
          <w:rtl/>
          <w:lang w:val="en-US" w:bidi="he-IL"/>
        </w:rPr>
        <w:t xml:space="preserve">קראו שוב את הטקסט. נכון או לא נכון?</w:t>
      </w:r>
    </w:p>
    <w:p>
      <w:pPr>
        <w:bidi/>
        <w:spacing w:before="0" w:after="80"/>
        <w:jc w:val="both"/>
      </w:pPr>
      <w:r>
        <w:rPr>
          <w:rFonts w:ascii="Arial" w:hAnsi="Arial" w:cs="Arial"/>
          <w:color w:val="6B7280"/>
          <w:sz w:val="21"/>
          <w:szCs w:val="21"/>
          <w:rtl/>
          <w:lang w:val="en-US" w:bidi="ar-SA"/>
        </w:rPr>
        <w:t xml:space="preserve">اقرأ النص مرة أخرى. صحيح أم خطأ؟</w:t>
      </w:r>
    </w:p>
    <w:p>
      <w:pPr>
        <w:spacing w:before="0" w:after="60"/>
        <w:jc w:val="both"/>
      </w:pPr>
      <w:r>
        <w:rPr/>
        <w:t>a. There are umbrellas on the sand.      True / False</w:t>
      </w:r>
    </w:p>
    <w:p>
      <w:pPr>
        <w:spacing w:before="0" w:after="60"/>
        <w:jc w:val="both"/>
      </w:pPr>
      <w:r>
        <w:rPr/>
        <w:t>b. There are many fish near the beach.      True / False</w:t>
      </w:r>
    </w:p>
    <w:p>
      <w:pPr>
        <w:spacing w:before="0" w:after="60"/>
        <w:jc w:val="both"/>
      </w:pPr>
      <w:r>
        <w:rPr/>
        <w:t>c. There isn't an ice cream stand.      True / False</w:t>
      </w:r>
    </w:p>
    <w:p>
      <w:pPr>
        <w:spacing w:before="160" w:after="20"/>
        <w:jc w:val="both"/>
      </w:pPr>
      <w:r>
        <w:rPr>
          <w:b/>
          <w:bCs/>
          <w:sz w:val="26"/>
          <w:szCs w:val="26"/>
        </w:rPr>
        <w:t>11. Answer with a short answer: Yes, there is. / No, there isn't. / Yes, there are. / No, there aren't.</w:t>
      </w:r>
    </w:p>
    <w:p>
      <w:pPr>
        <w:bidi/>
        <w:spacing w:before="0" w:after="0"/>
        <w:jc w:val="both"/>
      </w:pPr>
      <w:r>
        <w:rPr>
          <w:rFonts w:ascii="Arial" w:hAnsi="Arial" w:cs="Arial"/>
          <w:color w:val="6B7280"/>
          <w:sz w:val="20"/>
          <w:szCs w:val="20"/>
          <w:rtl/>
          <w:lang w:val="en-US" w:bidi="he-IL"/>
        </w:rPr>
        <w:t xml:space="preserve">ענו בתשובה קצרה: ‎Yes, there is. / No, there isn't. / Yes, there are. / No, there aren't‎.</w:t>
      </w:r>
    </w:p>
    <w:p>
      <w:pPr>
        <w:bidi/>
        <w:spacing w:before="0" w:after="80"/>
        <w:jc w:val="both"/>
      </w:pPr>
      <w:r>
        <w:rPr>
          <w:rFonts w:ascii="Arial" w:hAnsi="Arial" w:cs="Arial"/>
          <w:color w:val="6B7280"/>
          <w:sz w:val="21"/>
          <w:szCs w:val="21"/>
          <w:rtl/>
          <w:lang w:val="en-US" w:bidi="ar-SA"/>
        </w:rPr>
        <w:t xml:space="preserve">أجب بإجابة قصيرة: ‎Yes, there is. / No, there isn't. / Yes, there are. / No, there aren't‎.</w:t>
      </w:r>
    </w:p>
    <w:p>
      <w:pPr>
        <w:spacing w:before="0" w:after="60"/>
        <w:jc w:val="both"/>
      </w:pPr>
      <w:r>
        <w:rPr/>
        <w:t>a. Are there people on the sand? – __________</w:t>
      </w:r>
    </w:p>
    <w:p>
      <w:pPr>
        <w:spacing w:before="0" w:after="60"/>
        <w:jc w:val="both"/>
      </w:pPr>
      <w:r>
        <w:rPr/>
        <w:t>b. Is there a lifeguard tower? – __________</w:t>
      </w:r>
    </w:p>
    <w:p>
      <w:pPr>
        <w:spacing w:before="0" w:after="60"/>
        <w:jc w:val="both"/>
      </w:pPr>
      <w:r>
        <w:rPr/>
        <w:t>c. Are there any fish near the beach? – __________</w:t>
      </w:r>
    </w:p>
    <w:p>
      <w:pPr>
        <w:spacing w:before="160" w:after="20"/>
        <w:jc w:val="both"/>
      </w:pPr>
      <w:r>
        <w:rPr>
          <w:b/>
          <w:bCs/>
          <w:sz w:val="26"/>
          <w:szCs w:val="26"/>
        </w:rPr>
        <w:t>12. Write 4 sentences about your street or neighborhood. Use There is and There are. Add one question with How many.</w:t>
      </w:r>
    </w:p>
    <w:p>
      <w:pPr>
        <w:bidi/>
        <w:spacing w:before="0" w:after="0"/>
        <w:jc w:val="both"/>
      </w:pPr>
      <w:r>
        <w:rPr>
          <w:rFonts w:ascii="Arial" w:hAnsi="Arial" w:cs="Arial"/>
          <w:color w:val="6B7280"/>
          <w:sz w:val="20"/>
          <w:szCs w:val="20"/>
          <w:rtl/>
          <w:lang w:val="en-US" w:bidi="he-IL"/>
        </w:rPr>
        <w:t xml:space="preserve">כתבו 4 משפטים על הרחוב או על השכונה שלכם. השתמשו ב-‎There is‎ וב-‎There are‎. הוסיפו שאלה אחת עם ‎How many‎.</w:t>
      </w:r>
    </w:p>
    <w:p>
      <w:pPr>
        <w:bidi/>
        <w:spacing w:before="0" w:after="80"/>
        <w:jc w:val="both"/>
      </w:pPr>
      <w:r>
        <w:rPr>
          <w:rFonts w:ascii="Arial" w:hAnsi="Arial" w:cs="Arial"/>
          <w:color w:val="6B7280"/>
          <w:sz w:val="21"/>
          <w:szCs w:val="21"/>
          <w:rtl/>
          <w:lang w:val="en-US" w:bidi="ar-SA"/>
        </w:rPr>
        <w:t xml:space="preserve">اكتب 4 جمل عن شارعك أو حيّك. استعمل ‎There is‎ و ‎There are‎. أضف سؤالًا واحدًا مع ‎How many‎.</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4   |   Unit 4</w:t>
      </w:r>
    </w:p>
    <w:p>
      <w:pPr>
        <w:spacing w:before="0" w:after="40"/>
        <w:jc w:val="both"/>
      </w:pPr>
      <w:r>
        <w:rPr>
          <w:rFonts w:ascii="Arial Black" w:hAnsi="Arial Black" w:cs="Arial Black"/>
          <w:b/>
          <w:bCs/>
          <w:color w:val="4338CA"/>
          <w:sz w:val="44"/>
          <w:szCs w:val="44"/>
        </w:rPr>
        <w:t>Unit 4: Adjectives before nouns</w:t>
      </w:r>
    </w:p>
    <w:p>
      <w:pPr>
        <w:bidi/>
        <w:spacing w:before="0" w:after="0"/>
        <w:jc w:val="both"/>
      </w:pPr>
      <w:r>
        <w:rPr>
          <w:rFonts w:ascii="Arial" w:hAnsi="Arial" w:cs="Arial"/>
          <w:color w:val="6B7280"/>
          <w:sz w:val="22"/>
          <w:szCs w:val="22"/>
          <w:rtl/>
          <w:lang w:val="en-US" w:bidi="he-IL"/>
        </w:rPr>
        <w:t xml:space="preserve">שמות תואר לפני שמות עצם</w:t>
      </w:r>
    </w:p>
    <w:p>
      <w:pPr>
        <w:bidi/>
        <w:spacing w:before="0" w:after="120"/>
        <w:jc w:val="both"/>
      </w:pPr>
      <w:r>
        <w:rPr>
          <w:rFonts w:ascii="Arial" w:hAnsi="Arial" w:cs="Arial"/>
          <w:color w:val="6B7280"/>
          <w:sz w:val="23"/>
          <w:szCs w:val="23"/>
          <w:rtl/>
          <w:lang w:val="en-US" w:bidi="ar-SA"/>
        </w:rPr>
        <w:t xml:space="preserve">الصفات قبل الأسماء</w:t>
      </w:r>
    </w:p>
    <w:p>
      <w:pPr>
        <w:spacing w:before="0" w:after="80"/>
        <w:jc w:val="center"/>
      </w:pPr>
      <w:r>
        <w:drawing>
          <wp:inline xmlns:a="http://schemas.openxmlformats.org/drawingml/2006/main" xmlns:pic="http://schemas.openxmlformats.org/drawingml/2006/picture">
            <wp:extent cx="3240000" cy="2160000"/>
            <wp:docPr id="23" name="Picture 23"/>
            <wp:cNvGraphicFramePr>
              <a:graphicFrameLocks noChangeAspect="1"/>
            </wp:cNvGraphicFramePr>
            <a:graphic>
              <a:graphicData uri="http://schemas.openxmlformats.org/drawingml/2006/picture">
                <pic:pic>
                  <pic:nvPicPr>
                    <pic:cNvPr id="0" name="english_g4_t04.jpg"/>
                    <pic:cNvPicPr/>
                  </pic:nvPicPr>
                  <pic:blipFill>
                    <a:blip r:embed="rId25"/>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4338CA"/>
          <w:sz w:val="28"/>
          <w:szCs w:val="28"/>
        </w:rPr>
        <w:t>◆ Kinds of adjectives</w:t>
      </w:r>
    </w:p>
    <w:p>
      <w:pPr>
        <w:bidi/>
        <w:spacing w:before="0" w:after="0"/>
        <w:jc w:val="both"/>
      </w:pPr>
      <w:r>
        <w:rPr>
          <w:rFonts w:ascii="Arial" w:hAnsi="Arial" w:cs="Arial"/>
          <w:color w:val="6B7280"/>
          <w:sz w:val="20"/>
          <w:szCs w:val="20"/>
          <w:rtl/>
          <w:lang w:val="en-US" w:bidi="he-IL"/>
        </w:rPr>
        <w:t xml:space="preserve">סוגים של שמות תואר</w:t>
      </w:r>
    </w:p>
    <w:p>
      <w:pPr>
        <w:bidi/>
        <w:spacing w:before="0" w:after="40"/>
        <w:jc w:val="both"/>
      </w:pPr>
      <w:r>
        <w:rPr>
          <w:rFonts w:ascii="Arial" w:hAnsi="Arial" w:cs="Arial"/>
          <w:color w:val="6B7280"/>
          <w:sz w:val="21"/>
          <w:szCs w:val="21"/>
          <w:rtl/>
          <w:lang w:val="en-US" w:bidi="ar-SA"/>
        </w:rPr>
        <w:t xml:space="preserve">أنواع الصفات</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Kind</w:t>
            </w:r>
          </w:p>
        </w:tc>
        <w:tc>
          <w:tcPr>
            <w:tcW w:type="dxa" w:w="4989"/>
            <w:shd w:val="clear" w:color="auto" w:fill="4338ca"/>
          </w:tcPr>
          <w:p>
            <w:pPr>
              <w:spacing w:before="0" w:after="40"/>
              <w:jc w:val="both"/>
            </w:pPr>
            <w:r>
              <w:rPr>
                <w:b/>
                <w:bCs/>
                <w:color w:val="FFFFFF"/>
              </w:rPr>
              <w:t>Examples</w:t>
            </w:r>
          </w:p>
        </w:tc>
      </w:tr>
      <w:tr>
        <w:tc>
          <w:tcPr>
            <w:tcW w:type="dxa" w:w="4989"/>
          </w:tcPr>
          <w:p>
            <w:pPr>
              <w:spacing w:before="0" w:after="40"/>
              <w:jc w:val="both"/>
            </w:pPr>
            <w:r>
              <w:rPr/>
              <w:t>Color</w:t>
            </w:r>
          </w:p>
        </w:tc>
        <w:tc>
          <w:tcPr>
            <w:tcW w:type="dxa" w:w="4989"/>
          </w:tcPr>
          <w:p>
            <w:pPr>
              <w:spacing w:before="0" w:after="40"/>
              <w:jc w:val="both"/>
            </w:pPr>
            <w:r>
              <w:rPr/>
              <w:t>red, blue, green, white, black</w:t>
            </w:r>
          </w:p>
        </w:tc>
      </w:tr>
      <w:tr>
        <w:tc>
          <w:tcPr>
            <w:tcW w:type="dxa" w:w="4989"/>
          </w:tcPr>
          <w:p>
            <w:pPr>
              <w:spacing w:before="0" w:after="40"/>
              <w:jc w:val="both"/>
            </w:pPr>
            <w:r>
              <w:rPr/>
              <w:t>Size</w:t>
            </w:r>
          </w:p>
        </w:tc>
        <w:tc>
          <w:tcPr>
            <w:tcW w:type="dxa" w:w="4989"/>
          </w:tcPr>
          <w:p>
            <w:pPr>
              <w:spacing w:before="0" w:after="40"/>
              <w:jc w:val="both"/>
            </w:pPr>
            <w:r>
              <w:rPr/>
              <w:t>big, small, tall, short, long</w:t>
            </w:r>
          </w:p>
        </w:tc>
      </w:tr>
      <w:tr>
        <w:tc>
          <w:tcPr>
            <w:tcW w:type="dxa" w:w="4989"/>
          </w:tcPr>
          <w:p>
            <w:pPr>
              <w:spacing w:before="0" w:after="40"/>
              <w:jc w:val="both"/>
            </w:pPr>
            <w:r>
              <w:rPr/>
              <w:t>Feelings</w:t>
            </w:r>
          </w:p>
        </w:tc>
        <w:tc>
          <w:tcPr>
            <w:tcW w:type="dxa" w:w="4989"/>
          </w:tcPr>
          <w:p>
            <w:pPr>
              <w:spacing w:before="0" w:after="40"/>
              <w:jc w:val="both"/>
            </w:pPr>
            <w:r>
              <w:rPr/>
              <w:t>happy, sad, angry, tired</w:t>
            </w:r>
          </w:p>
        </w:tc>
      </w:tr>
      <w:tr>
        <w:tc>
          <w:tcPr>
            <w:tcW w:type="dxa" w:w="4989"/>
          </w:tcPr>
          <w:p>
            <w:pPr>
              <w:spacing w:before="0" w:after="40"/>
              <w:jc w:val="both"/>
            </w:pPr>
            <w:r>
              <w:rPr/>
              <w:t>Opinion</w:t>
            </w:r>
          </w:p>
        </w:tc>
        <w:tc>
          <w:tcPr>
            <w:tcW w:type="dxa" w:w="4989"/>
          </w:tcPr>
          <w:p>
            <w:pPr>
              <w:spacing w:before="0" w:after="40"/>
              <w:jc w:val="both"/>
            </w:pPr>
            <w:r>
              <w:rPr/>
              <w:t>nice, funny, beautiful, boring</w:t>
            </w:r>
          </w:p>
        </w:tc>
      </w:tr>
    </w:tbl>
    <w:p>
      <w:pPr>
        <w:spacing w:before="0" w:after="40"/>
        <w:jc w:val="both"/>
      </w:pPr>
    </w:p>
    <w:p>
      <w:pPr>
        <w:spacing w:before="120" w:after="40"/>
        <w:jc w:val="both"/>
      </w:pPr>
      <w:r>
        <w:rPr>
          <w:rFonts w:ascii="Arial Black" w:hAnsi="Arial Black" w:cs="Arial Black"/>
          <w:b/>
          <w:bCs/>
          <w:color w:val="4338CA"/>
          <w:sz w:val="28"/>
          <w:szCs w:val="28"/>
        </w:rPr>
        <w:t>◆ Where does the adjective go?</w:t>
      </w:r>
    </w:p>
    <w:p>
      <w:pPr>
        <w:bidi/>
        <w:spacing w:before="0" w:after="0"/>
        <w:jc w:val="both"/>
      </w:pPr>
      <w:r>
        <w:rPr>
          <w:rFonts w:ascii="Arial" w:hAnsi="Arial" w:cs="Arial"/>
          <w:color w:val="6B7280"/>
          <w:sz w:val="20"/>
          <w:szCs w:val="20"/>
          <w:rtl/>
          <w:lang w:val="en-US" w:bidi="he-IL"/>
        </w:rPr>
        <w:t xml:space="preserve">איפה שם התואר?</w:t>
      </w:r>
    </w:p>
    <w:p>
      <w:pPr>
        <w:bidi/>
        <w:spacing w:before="0" w:after="40"/>
        <w:jc w:val="both"/>
      </w:pPr>
      <w:r>
        <w:rPr>
          <w:rFonts w:ascii="Arial" w:hAnsi="Arial" w:cs="Arial"/>
          <w:color w:val="6B7280"/>
          <w:sz w:val="21"/>
          <w:szCs w:val="21"/>
          <w:rtl/>
          <w:lang w:val="en-US" w:bidi="ar-SA"/>
        </w:rPr>
        <w:t xml:space="preserve">أين نضع الصفة؟</w:t>
      </w:r>
    </w:p>
    <w:p>
      <w:pPr>
        <w:spacing w:before="0" w:after="20"/>
        <w:jc w:val="both"/>
      </w:pPr>
      <w:r>
        <w:rPr/>
        <w:t>1. Before the noun: a small bird, a new bike.</w:t>
      </w:r>
    </w:p>
    <w:p>
      <w:pPr>
        <w:bidi/>
        <w:spacing w:before="0" w:after="0"/>
        <w:jc w:val="both"/>
      </w:pPr>
      <w:r>
        <w:rPr>
          <w:rFonts w:ascii="Arial" w:hAnsi="Arial" w:cs="Arial"/>
          <w:color w:val="6B7280"/>
          <w:sz w:val="20"/>
          <w:szCs w:val="20"/>
          <w:rtl/>
          <w:lang w:val="en-US" w:bidi="he-IL"/>
        </w:rPr>
        <w:t xml:space="preserve">לפני שם העצם: ‎a small bird, a new bike‎.</w:t>
      </w:r>
    </w:p>
    <w:p>
      <w:pPr>
        <w:bidi/>
        <w:spacing w:before="0" w:after="40"/>
        <w:jc w:val="both"/>
      </w:pPr>
      <w:r>
        <w:rPr>
          <w:rFonts w:ascii="Arial" w:hAnsi="Arial" w:cs="Arial"/>
          <w:color w:val="6B7280"/>
          <w:sz w:val="21"/>
          <w:szCs w:val="21"/>
          <w:rtl/>
          <w:lang w:val="en-US" w:bidi="ar-SA"/>
        </w:rPr>
        <w:t xml:space="preserve">قبل الاسم: ‎a small bird, a new bike‎.</w:t>
      </w:r>
    </w:p>
    <w:p>
      <w:pPr>
        <w:spacing w:before="0" w:after="20"/>
        <w:jc w:val="both"/>
      </w:pPr>
      <w:r>
        <w:rPr/>
        <w:t>2. After is/are: The bird is small.</w:t>
      </w:r>
    </w:p>
    <w:p>
      <w:pPr>
        <w:bidi/>
        <w:spacing w:before="0" w:after="0"/>
        <w:jc w:val="both"/>
      </w:pPr>
      <w:r>
        <w:rPr>
          <w:rFonts w:ascii="Arial" w:hAnsi="Arial" w:cs="Arial"/>
          <w:color w:val="6B7280"/>
          <w:sz w:val="20"/>
          <w:szCs w:val="20"/>
          <w:rtl/>
          <w:lang w:val="en-US" w:bidi="he-IL"/>
        </w:rPr>
        <w:t xml:space="preserve">אחרי ‎is/are: The bird is small‎.</w:t>
      </w:r>
    </w:p>
    <w:p>
      <w:pPr>
        <w:bidi/>
        <w:spacing w:before="0" w:after="40"/>
        <w:jc w:val="both"/>
      </w:pPr>
      <w:r>
        <w:rPr>
          <w:rFonts w:ascii="Arial" w:hAnsi="Arial" w:cs="Arial"/>
          <w:color w:val="6B7280"/>
          <w:sz w:val="21"/>
          <w:szCs w:val="21"/>
          <w:rtl/>
          <w:lang w:val="en-US" w:bidi="ar-SA"/>
        </w:rPr>
        <w:t xml:space="preserve">بعد ‎is/are: The bird is small‎.</w:t>
      </w:r>
    </w:p>
    <w:p>
      <w:pPr>
        <w:spacing w:before="120" w:after="40"/>
        <w:jc w:val="both"/>
      </w:pPr>
      <w:r>
        <w:rPr>
          <w:rFonts w:ascii="Arial Black" w:hAnsi="Arial Black" w:cs="Arial Black"/>
          <w:b/>
          <w:bCs/>
          <w:color w:val="4338CA"/>
          <w:sz w:val="28"/>
          <w:szCs w:val="28"/>
        </w:rPr>
        <w:t>◆ Remember</w:t>
      </w:r>
    </w:p>
    <w:p>
      <w:pPr>
        <w:bidi/>
        <w:spacing w:before="0" w:after="0"/>
        <w:jc w:val="both"/>
      </w:pPr>
      <w:r>
        <w:rPr>
          <w:rFonts w:ascii="Arial" w:hAnsi="Arial" w:cs="Arial"/>
          <w:color w:val="6B7280"/>
          <w:sz w:val="20"/>
          <w:szCs w:val="20"/>
          <w:rtl/>
          <w:lang w:val="en-US" w:bidi="he-IL"/>
        </w:rPr>
        <w:t xml:space="preserve">זכרו</w:t>
      </w:r>
    </w:p>
    <w:p>
      <w:pPr>
        <w:bidi/>
        <w:spacing w:before="0" w:after="40"/>
        <w:jc w:val="both"/>
      </w:pPr>
      <w:r>
        <w:rPr>
          <w:rFonts w:ascii="Arial" w:hAnsi="Arial" w:cs="Arial"/>
          <w:color w:val="6B7280"/>
          <w:sz w:val="21"/>
          <w:szCs w:val="21"/>
          <w:rtl/>
          <w:lang w:val="en-US" w:bidi="ar-SA"/>
        </w:rPr>
        <w:t xml:space="preserve">تذكّر</w:t>
      </w:r>
    </w:p>
    <w:p>
      <w:pPr>
        <w:spacing w:before="0" w:after="20"/>
        <w:jc w:val="both"/>
      </w:pPr>
      <w:r>
        <w:rPr/>
        <w:t>1. No -s on adjectives: two small birds.</w:t>
      </w:r>
    </w:p>
    <w:p>
      <w:pPr>
        <w:bidi/>
        <w:spacing w:before="0" w:after="0"/>
        <w:jc w:val="both"/>
      </w:pPr>
      <w:r>
        <w:rPr>
          <w:rFonts w:ascii="Arial" w:hAnsi="Arial" w:cs="Arial"/>
          <w:color w:val="6B7280"/>
          <w:sz w:val="20"/>
          <w:szCs w:val="20"/>
          <w:rtl/>
          <w:lang w:val="en-US" w:bidi="he-IL"/>
        </w:rPr>
        <w:t xml:space="preserve">בלי -‎s‎ בשמות תואר: ‎two small birds‎.</w:t>
      </w:r>
    </w:p>
    <w:p>
      <w:pPr>
        <w:bidi/>
        <w:spacing w:before="0" w:after="40"/>
        <w:jc w:val="both"/>
      </w:pPr>
      <w:r>
        <w:rPr>
          <w:rFonts w:ascii="Arial" w:hAnsi="Arial" w:cs="Arial"/>
          <w:color w:val="6B7280"/>
          <w:sz w:val="21"/>
          <w:szCs w:val="21"/>
          <w:rtl/>
          <w:lang w:val="en-US" w:bidi="ar-SA"/>
        </w:rPr>
        <w:t xml:space="preserve">لا -‎s‎ في الصفات: ‎two small birds‎.</w:t>
      </w:r>
    </w:p>
    <w:p>
      <w:pPr>
        <w:spacing w:before="0" w:after="20"/>
        <w:jc w:val="both"/>
      </w:pPr>
      <w:r>
        <w:rPr/>
        <w:t>2. a or an? an + a, e, i, o, u sound: an old man, an orange bag.</w:t>
      </w:r>
    </w:p>
    <w:p>
      <w:pPr>
        <w:bidi/>
        <w:spacing w:before="0" w:after="0"/>
        <w:jc w:val="both"/>
      </w:pPr>
      <w:r>
        <w:rPr>
          <w:rFonts w:ascii="Arial" w:hAnsi="Arial" w:cs="Arial"/>
          <w:color w:val="6B7280"/>
          <w:sz w:val="20"/>
          <w:szCs w:val="20"/>
          <w:rtl/>
          <w:lang w:val="en-US" w:bidi="he-IL"/>
        </w:rPr>
        <w:t xml:space="preserve">‎a‎ או ‎an?‎‏ ‎an‎ לפני צליל ‎a, e, i, o, u: an old man, an orange bag‎.</w:t>
      </w:r>
    </w:p>
    <w:p>
      <w:pPr>
        <w:bidi/>
        <w:spacing w:before="0" w:after="40"/>
        <w:jc w:val="both"/>
      </w:pPr>
      <w:r>
        <w:rPr>
          <w:rFonts w:ascii="Arial" w:hAnsi="Arial" w:cs="Arial"/>
          <w:color w:val="6B7280"/>
          <w:sz w:val="21"/>
          <w:szCs w:val="21"/>
          <w:rtl/>
          <w:lang w:val="en-US" w:bidi="ar-SA"/>
        </w:rPr>
        <w:t xml:space="preserve">‎a‎ أم ‎an‎؟ ‎an‎ قبل صوت ‎a, e, i, o, u: an old man, an orange bag‎.</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68000"/>
                  <wp:docPr id="24" name="Picture 24"/>
                  <wp:cNvGraphicFramePr>
                    <a:graphicFrameLocks noChangeAspect="1"/>
                  </wp:cNvGraphicFramePr>
                  <a:graphic>
                    <a:graphicData uri="http://schemas.openxmlformats.org/drawingml/2006/picture">
                      <pic:pic>
                        <pic:nvPicPr>
                          <pic:cNvPr id="0" name="red.png"/>
                          <pic:cNvPicPr/>
                        </pic:nvPicPr>
                        <pic:blipFill>
                          <a:blip r:embed="rId26"/>
                          <a:stretch>
                            <a:fillRect/>
                          </a:stretch>
                        </pic:blipFill>
                        <pic:spPr>
                          <a:xfrm>
                            <a:off x="0" y="0"/>
                            <a:ext cx="468000" cy="468000"/>
                          </a:xfrm>
                          <a:prstGeom prst="rect"/>
                        </pic:spPr>
                      </pic:pic>
                    </a:graphicData>
                  </a:graphic>
                </wp:inline>
              </w:drawing>
            </w:r>
          </w:p>
          <w:p>
            <w:pPr>
              <w:spacing w:before="0" w:after="0"/>
              <w:jc w:val="center"/>
            </w:pPr>
            <w:r>
              <w:rPr>
                <w:b/>
                <w:bCs/>
                <w:sz w:val="23"/>
                <w:szCs w:val="23"/>
              </w:rPr>
              <w:t>red</w:t>
            </w:r>
          </w:p>
          <w:p>
            <w:pPr>
              <w:bidi/>
              <w:spacing w:before="0" w:after="0"/>
              <w:jc w:val="center"/>
            </w:pPr>
            <w:r>
              <w:rPr>
                <w:rFonts w:ascii="Arial" w:hAnsi="Arial" w:cs="Arial"/>
                <w:color w:val="6B7280"/>
                <w:sz w:val="17"/>
                <w:szCs w:val="17"/>
                <w:rtl/>
                <w:lang w:val="en-US" w:bidi="he-IL"/>
              </w:rPr>
              <w:t xml:space="preserve">אדום</w:t>
            </w:r>
          </w:p>
          <w:p>
            <w:pPr>
              <w:bidi/>
              <w:spacing w:before="0" w:after="0"/>
              <w:jc w:val="center"/>
            </w:pPr>
            <w:r>
              <w:rPr>
                <w:rFonts w:ascii="Arial" w:hAnsi="Arial" w:cs="Arial"/>
                <w:color w:val="6B7280"/>
                <w:sz w:val="17"/>
                <w:szCs w:val="17"/>
                <w:rtl/>
                <w:lang w:val="en-US" w:bidi="ar-SA"/>
              </w:rPr>
              <w:t xml:space="preserve">أحمر</w:t>
            </w:r>
          </w:p>
        </w:tc>
        <w:tc>
          <w:tcPr>
            <w:tcW w:type="dxa" w:w="1663"/>
          </w:tcPr>
          <w:p>
            <w:pPr>
              <w:spacing w:before="0" w:after="0"/>
              <w:jc w:val="center"/>
            </w:pPr>
            <w:r>
              <w:drawing>
                <wp:inline xmlns:a="http://schemas.openxmlformats.org/drawingml/2006/main" xmlns:pic="http://schemas.openxmlformats.org/drawingml/2006/picture">
                  <wp:extent cx="468000" cy="419250"/>
                  <wp:docPr id="25" name="Picture 25"/>
                  <wp:cNvGraphicFramePr>
                    <a:graphicFrameLocks noChangeAspect="1"/>
                  </wp:cNvGraphicFramePr>
                  <a:graphic>
                    <a:graphicData uri="http://schemas.openxmlformats.org/drawingml/2006/picture">
                      <pic:pic>
                        <pic:nvPicPr>
                          <pic:cNvPr id="0" name="cat.png"/>
                          <pic:cNvPicPr/>
                        </pic:nvPicPr>
                        <pic:blipFill>
                          <a:blip r:embed="rId14"/>
                          <a:stretch>
                            <a:fillRect/>
                          </a:stretch>
                        </pic:blipFill>
                        <pic:spPr>
                          <a:xfrm>
                            <a:off x="0" y="0"/>
                            <a:ext cx="468000" cy="419250"/>
                          </a:xfrm>
                          <a:prstGeom prst="rect"/>
                        </pic:spPr>
                      </pic:pic>
                    </a:graphicData>
                  </a:graphic>
                </wp:inline>
              </w:drawing>
            </w:r>
          </w:p>
          <w:p>
            <w:pPr>
              <w:spacing w:before="0" w:after="0"/>
              <w:jc w:val="center"/>
            </w:pPr>
            <w:r>
              <w:rPr>
                <w:b/>
                <w:bCs/>
                <w:sz w:val="23"/>
                <w:szCs w:val="23"/>
              </w:rPr>
              <w:t>cat</w:t>
            </w:r>
          </w:p>
          <w:p>
            <w:pPr>
              <w:bidi/>
              <w:spacing w:before="0" w:after="0"/>
              <w:jc w:val="center"/>
            </w:pPr>
            <w:r>
              <w:rPr>
                <w:rFonts w:ascii="Arial" w:hAnsi="Arial" w:cs="Arial"/>
                <w:color w:val="6B7280"/>
                <w:sz w:val="17"/>
                <w:szCs w:val="17"/>
                <w:rtl/>
                <w:lang w:val="en-US" w:bidi="he-IL"/>
              </w:rPr>
              <w:t xml:space="preserve">חתול</w:t>
            </w:r>
          </w:p>
          <w:p>
            <w:pPr>
              <w:bidi/>
              <w:spacing w:before="0" w:after="0"/>
              <w:jc w:val="center"/>
            </w:pPr>
            <w:r>
              <w:rPr>
                <w:rFonts w:ascii="Arial" w:hAnsi="Arial" w:cs="Arial"/>
                <w:color w:val="6B7280"/>
                <w:sz w:val="17"/>
                <w:szCs w:val="17"/>
                <w:rtl/>
                <w:lang w:val="en-US" w:bidi="ar-SA"/>
              </w:rPr>
              <w:t xml:space="preserve">قطة</w:t>
            </w:r>
          </w:p>
        </w:tc>
        <w:tc>
          <w:tcPr>
            <w:tcW w:type="dxa" w:w="1663"/>
          </w:tcPr>
          <w:p>
            <w:pPr>
              <w:spacing w:before="0" w:after="0"/>
              <w:jc w:val="center"/>
            </w:pPr>
            <w:r>
              <w:drawing>
                <wp:inline xmlns:a="http://schemas.openxmlformats.org/drawingml/2006/main" xmlns:pic="http://schemas.openxmlformats.org/drawingml/2006/picture">
                  <wp:extent cx="468000" cy="297375"/>
                  <wp:docPr id="26" name="Picture 26"/>
                  <wp:cNvGraphicFramePr>
                    <a:graphicFrameLocks noChangeAspect="1"/>
                  </wp:cNvGraphicFramePr>
                  <a:graphic>
                    <a:graphicData uri="http://schemas.openxmlformats.org/drawingml/2006/picture">
                      <pic:pic>
                        <pic:nvPicPr>
                          <pic:cNvPr id="0" name="car.png"/>
                          <pic:cNvPicPr/>
                        </pic:nvPicPr>
                        <pic:blipFill>
                          <a:blip r:embed="rId27"/>
                          <a:stretch>
                            <a:fillRect/>
                          </a:stretch>
                        </pic:blipFill>
                        <pic:spPr>
                          <a:xfrm>
                            <a:off x="0" y="0"/>
                            <a:ext cx="468000" cy="297375"/>
                          </a:xfrm>
                          <a:prstGeom prst="rect"/>
                        </pic:spPr>
                      </pic:pic>
                    </a:graphicData>
                  </a:graphic>
                </wp:inline>
              </w:drawing>
            </w:r>
          </w:p>
          <w:p>
            <w:pPr>
              <w:spacing w:before="0" w:after="0"/>
              <w:jc w:val="center"/>
            </w:pPr>
            <w:r>
              <w:rPr>
                <w:b/>
                <w:bCs/>
                <w:sz w:val="23"/>
                <w:szCs w:val="23"/>
              </w:rPr>
              <w:t>car</w:t>
            </w:r>
          </w:p>
          <w:p>
            <w:pPr>
              <w:bidi/>
              <w:spacing w:before="0" w:after="0"/>
              <w:jc w:val="center"/>
            </w:pPr>
            <w:r>
              <w:rPr>
                <w:rFonts w:ascii="Arial" w:hAnsi="Arial" w:cs="Arial"/>
                <w:color w:val="6B7280"/>
                <w:sz w:val="17"/>
                <w:szCs w:val="17"/>
                <w:rtl/>
                <w:lang w:val="en-US" w:bidi="he-IL"/>
              </w:rPr>
              <w:t xml:space="preserve">מכונית</w:t>
            </w:r>
          </w:p>
          <w:p>
            <w:pPr>
              <w:bidi/>
              <w:spacing w:before="0" w:after="0"/>
              <w:jc w:val="center"/>
            </w:pPr>
            <w:r>
              <w:rPr>
                <w:rFonts w:ascii="Arial" w:hAnsi="Arial" w:cs="Arial"/>
                <w:color w:val="6B7280"/>
                <w:sz w:val="17"/>
                <w:szCs w:val="17"/>
                <w:rtl/>
                <w:lang w:val="en-US" w:bidi="ar-SA"/>
              </w:rPr>
              <w:t xml:space="preserve">سيارة</w:t>
            </w:r>
          </w:p>
        </w:tc>
        <w:tc>
          <w:tcPr>
            <w:tcW w:type="dxa" w:w="1663"/>
          </w:tcPr>
          <w:p>
            <w:pPr>
              <w:spacing w:before="0" w:after="0"/>
              <w:jc w:val="center"/>
            </w:pPr>
            <w:r>
              <w:drawing>
                <wp:inline xmlns:a="http://schemas.openxmlformats.org/drawingml/2006/main" xmlns:pic="http://schemas.openxmlformats.org/drawingml/2006/picture">
                  <wp:extent cx="468000" cy="468000"/>
                  <wp:docPr id="27" name="Picture 27"/>
                  <wp:cNvGraphicFramePr>
                    <a:graphicFrameLocks noChangeAspect="1"/>
                  </wp:cNvGraphicFramePr>
                  <a:graphic>
                    <a:graphicData uri="http://schemas.openxmlformats.org/drawingml/2006/picture">
                      <pic:pic>
                        <pic:nvPicPr>
                          <pic:cNvPr id="0" name="black.png"/>
                          <pic:cNvPicPr/>
                        </pic:nvPicPr>
                        <pic:blipFill>
                          <a:blip r:embed="rId28"/>
                          <a:stretch>
                            <a:fillRect/>
                          </a:stretch>
                        </pic:blipFill>
                        <pic:spPr>
                          <a:xfrm>
                            <a:off x="0" y="0"/>
                            <a:ext cx="468000" cy="468000"/>
                          </a:xfrm>
                          <a:prstGeom prst="rect"/>
                        </pic:spPr>
                      </pic:pic>
                    </a:graphicData>
                  </a:graphic>
                </wp:inline>
              </w:drawing>
            </w:r>
          </w:p>
          <w:p>
            <w:pPr>
              <w:spacing w:before="0" w:after="0"/>
              <w:jc w:val="center"/>
            </w:pPr>
            <w:r>
              <w:rPr>
                <w:b/>
                <w:bCs/>
                <w:sz w:val="23"/>
                <w:szCs w:val="23"/>
              </w:rPr>
              <w:t>black</w:t>
            </w:r>
          </w:p>
          <w:p>
            <w:pPr>
              <w:bidi/>
              <w:spacing w:before="0" w:after="0"/>
              <w:jc w:val="center"/>
            </w:pPr>
            <w:r>
              <w:rPr>
                <w:rFonts w:ascii="Arial" w:hAnsi="Arial" w:cs="Arial"/>
                <w:color w:val="6B7280"/>
                <w:sz w:val="17"/>
                <w:szCs w:val="17"/>
                <w:rtl/>
                <w:lang w:val="en-US" w:bidi="he-IL"/>
              </w:rPr>
              <w:t xml:space="preserve">שחור</w:t>
            </w:r>
          </w:p>
          <w:p>
            <w:pPr>
              <w:bidi/>
              <w:spacing w:before="0" w:after="0"/>
              <w:jc w:val="center"/>
            </w:pPr>
            <w:r>
              <w:rPr>
                <w:rFonts w:ascii="Arial" w:hAnsi="Arial" w:cs="Arial"/>
                <w:color w:val="6B7280"/>
                <w:sz w:val="17"/>
                <w:szCs w:val="17"/>
                <w:rtl/>
                <w:lang w:val="en-US" w:bidi="ar-SA"/>
              </w:rPr>
              <w:t xml:space="preserve">أسود</w:t>
            </w:r>
          </w:p>
        </w:tc>
        <w:tc>
          <w:tcPr>
            <w:tcW w:type="dxa" w:w="1663"/>
          </w:tcPr>
          <w:p>
            <w:pPr>
              <w:spacing w:before="0" w:after="0"/>
              <w:jc w:val="center"/>
            </w:pPr>
            <w:r>
              <w:drawing>
                <wp:inline xmlns:a="http://schemas.openxmlformats.org/drawingml/2006/main" xmlns:pic="http://schemas.openxmlformats.org/drawingml/2006/picture">
                  <wp:extent cx="468000" cy="365625"/>
                  <wp:docPr id="28" name="Picture 28"/>
                  <wp:cNvGraphicFramePr>
                    <a:graphicFrameLocks noChangeAspect="1"/>
                  </wp:cNvGraphicFramePr>
                  <a:graphic>
                    <a:graphicData uri="http://schemas.openxmlformats.org/drawingml/2006/picture">
                      <pic:pic>
                        <pic:nvPicPr>
                          <pic:cNvPr id="0" name="dog.png"/>
                          <pic:cNvPicPr/>
                        </pic:nvPicPr>
                        <pic:blipFill>
                          <a:blip r:embed="rId13"/>
                          <a:stretch>
                            <a:fillRect/>
                          </a:stretch>
                        </pic:blipFill>
                        <pic:spPr>
                          <a:xfrm>
                            <a:off x="0" y="0"/>
                            <a:ext cx="468000" cy="365625"/>
                          </a:xfrm>
                          <a:prstGeom prst="rect"/>
                        </pic:spPr>
                      </pic:pic>
                    </a:graphicData>
                  </a:graphic>
                </wp:inline>
              </w:drawing>
            </w:r>
          </w:p>
          <w:p>
            <w:pPr>
              <w:spacing w:before="0" w:after="0"/>
              <w:jc w:val="center"/>
            </w:pPr>
            <w:r>
              <w:rPr>
                <w:b/>
                <w:bCs/>
                <w:sz w:val="23"/>
                <w:szCs w:val="23"/>
              </w:rPr>
              <w:t>dog</w:t>
            </w:r>
          </w:p>
          <w:p>
            <w:pPr>
              <w:bidi/>
              <w:spacing w:before="0" w:after="0"/>
              <w:jc w:val="center"/>
            </w:pPr>
            <w:r>
              <w:rPr>
                <w:rFonts w:ascii="Arial" w:hAnsi="Arial" w:cs="Arial"/>
                <w:color w:val="6B7280"/>
                <w:sz w:val="17"/>
                <w:szCs w:val="17"/>
                <w:rtl/>
                <w:lang w:val="en-US" w:bidi="he-IL"/>
              </w:rPr>
              <w:t xml:space="preserve">כלב</w:t>
            </w:r>
          </w:p>
          <w:p>
            <w:pPr>
              <w:bidi/>
              <w:spacing w:before="0" w:after="0"/>
              <w:jc w:val="center"/>
            </w:pPr>
            <w:r>
              <w:rPr>
                <w:rFonts w:ascii="Arial" w:hAnsi="Arial" w:cs="Arial"/>
                <w:color w:val="6B7280"/>
                <w:sz w:val="17"/>
                <w:szCs w:val="17"/>
                <w:rtl/>
                <w:lang w:val="en-US" w:bidi="ar-SA"/>
              </w:rPr>
              <w:t xml:space="preserve">كلب</w:t>
            </w:r>
          </w:p>
        </w:tc>
        <w:tc>
          <w:tcPr>
            <w:tcW w:type="dxa" w:w="1663"/>
          </w:tcPr>
          <w:p>
            <w:pPr>
              <w:spacing w:before="0" w:after="0"/>
              <w:jc w:val="center"/>
            </w:pPr>
            <w:r>
              <w:drawing>
                <wp:inline xmlns:a="http://schemas.openxmlformats.org/drawingml/2006/main" xmlns:pic="http://schemas.openxmlformats.org/drawingml/2006/picture">
                  <wp:extent cx="468000" cy="458250"/>
                  <wp:docPr id="29" name="Picture 29"/>
                  <wp:cNvGraphicFramePr>
                    <a:graphicFrameLocks noChangeAspect="1"/>
                  </wp:cNvGraphicFramePr>
                  <a:graphic>
                    <a:graphicData uri="http://schemas.openxmlformats.org/drawingml/2006/picture">
                      <pic:pic>
                        <pic:nvPicPr>
                          <pic:cNvPr id="0" name="house.png"/>
                          <pic:cNvPicPr/>
                        </pic:nvPicPr>
                        <pic:blipFill>
                          <a:blip r:embed="rId29"/>
                          <a:stretch>
                            <a:fillRect/>
                          </a:stretch>
                        </pic:blipFill>
                        <pic:spPr>
                          <a:xfrm>
                            <a:off x="0" y="0"/>
                            <a:ext cx="468000" cy="458250"/>
                          </a:xfrm>
                          <a:prstGeom prst="rect"/>
                        </pic:spPr>
                      </pic:pic>
                    </a:graphicData>
                  </a:graphic>
                </wp:inline>
              </w:drawing>
            </w:r>
          </w:p>
          <w:p>
            <w:pPr>
              <w:spacing w:before="0" w:after="0"/>
              <w:jc w:val="center"/>
            </w:pPr>
            <w:r>
              <w:rPr>
                <w:b/>
                <w:bCs/>
                <w:sz w:val="23"/>
                <w:szCs w:val="23"/>
              </w:rPr>
              <w:t>house</w:t>
            </w:r>
          </w:p>
          <w:p>
            <w:pPr>
              <w:bidi/>
              <w:spacing w:before="0" w:after="0"/>
              <w:jc w:val="center"/>
            </w:pPr>
            <w:r>
              <w:rPr>
                <w:rFonts w:ascii="Arial" w:hAnsi="Arial" w:cs="Arial"/>
                <w:color w:val="6B7280"/>
                <w:sz w:val="17"/>
                <w:szCs w:val="17"/>
                <w:rtl/>
                <w:lang w:val="en-US" w:bidi="he-IL"/>
              </w:rPr>
              <w:t xml:space="preserve">בית</w:t>
            </w:r>
          </w:p>
          <w:p>
            <w:pPr>
              <w:bidi/>
              <w:spacing w:before="0" w:after="0"/>
              <w:jc w:val="center"/>
            </w:pPr>
            <w:r>
              <w:rPr>
                <w:rFonts w:ascii="Arial" w:hAnsi="Arial" w:cs="Arial"/>
                <w:color w:val="6B7280"/>
                <w:sz w:val="17"/>
                <w:szCs w:val="17"/>
                <w:rtl/>
                <w:lang w:val="en-US" w:bidi="ar-SA"/>
              </w:rPr>
              <w:t xml:space="preserve">بيت</w:t>
            </w:r>
          </w:p>
        </w:tc>
      </w:tr>
    </w:tbl>
    <w:p>
      <w:pPr>
        <w:spacing w:before="0" w:after="80"/>
        <w:jc w:val="both"/>
      </w:pPr>
    </w:p>
    <w:p>
      <w:pPr>
        <w:spacing w:before="160" w:after="20"/>
        <w:jc w:val="both"/>
      </w:pPr>
      <w:r>
        <w:rPr>
          <w:b/>
          <w:bCs/>
          <w:sz w:val="26"/>
          <w:szCs w:val="26"/>
        </w:rPr>
        <w:t>1. Write the opposite.</w:t>
      </w:r>
    </w:p>
    <w:p>
      <w:pPr>
        <w:bidi/>
        <w:spacing w:before="0" w:after="0"/>
        <w:jc w:val="both"/>
      </w:pPr>
      <w:r>
        <w:rPr>
          <w:rFonts w:ascii="Arial" w:hAnsi="Arial" w:cs="Arial"/>
          <w:color w:val="6B7280"/>
          <w:sz w:val="20"/>
          <w:szCs w:val="20"/>
          <w:rtl/>
          <w:lang w:val="en-US" w:bidi="he-IL"/>
        </w:rPr>
        <w:t xml:space="preserve">כתבו את ההפך.</w:t>
      </w:r>
    </w:p>
    <w:p>
      <w:pPr>
        <w:bidi/>
        <w:spacing w:before="0" w:after="80"/>
        <w:jc w:val="both"/>
      </w:pPr>
      <w:r>
        <w:rPr>
          <w:rFonts w:ascii="Arial" w:hAnsi="Arial" w:cs="Arial"/>
          <w:color w:val="6B7280"/>
          <w:sz w:val="21"/>
          <w:szCs w:val="21"/>
          <w:rtl/>
          <w:lang w:val="en-US" w:bidi="ar-SA"/>
        </w:rPr>
        <w:t xml:space="preserve">اكتب الضدّ.</w:t>
      </w:r>
    </w:p>
    <w:p>
      <w:pPr>
        <w:spacing w:before="0" w:after="60"/>
        <w:jc w:val="both"/>
      </w:pPr>
      <w:r>
        <w:rPr/>
        <w:t>a. big – __________</w:t>
      </w:r>
    </w:p>
    <w:p>
      <w:pPr>
        <w:spacing w:before="0" w:after="60"/>
        <w:jc w:val="both"/>
      </w:pPr>
      <w:r>
        <w:rPr/>
        <w:t>b. happy – __________</w:t>
      </w:r>
    </w:p>
    <w:p>
      <w:pPr>
        <w:spacing w:before="0" w:after="60"/>
        <w:jc w:val="both"/>
      </w:pPr>
      <w:r>
        <w:rPr/>
        <w:t>c. hot – __________</w:t>
      </w:r>
    </w:p>
    <w:p>
      <w:pPr>
        <w:spacing w:before="0" w:after="60"/>
        <w:jc w:val="both"/>
      </w:pPr>
      <w:r>
        <w:rPr/>
        <w:t>d. long – __________</w:t>
      </w:r>
    </w:p>
    <w:p>
      <w:pPr>
        <w:spacing w:before="0" w:after="60"/>
        <w:jc w:val="both"/>
      </w:pPr>
      <w:r>
        <w:rPr/>
        <w:t>e. new – __________</w:t>
      </w:r>
    </w:p>
    <w:p>
      <w:pPr>
        <w:spacing w:before="0" w:after="60"/>
        <w:jc w:val="both"/>
      </w:pPr>
      <w:r>
        <w:rPr/>
        <w:t>f. fast – __________</w:t>
      </w:r>
    </w:p>
    <w:p>
      <w:pPr>
        <w:spacing w:before="160" w:after="20"/>
        <w:jc w:val="both"/>
      </w:pPr>
      <w:r>
        <w:rPr>
          <w:b/>
          <w:bCs/>
          <w:sz w:val="26"/>
          <w:szCs w:val="26"/>
        </w:rPr>
        <w:t>2. Match the adjective to the thing.</w:t>
      </w:r>
    </w:p>
    <w:p>
      <w:pPr>
        <w:bidi/>
        <w:spacing w:before="0" w:after="0"/>
        <w:jc w:val="both"/>
      </w:pPr>
      <w:r>
        <w:rPr>
          <w:rFonts w:ascii="Arial" w:hAnsi="Arial" w:cs="Arial"/>
          <w:color w:val="6B7280"/>
          <w:sz w:val="20"/>
          <w:szCs w:val="20"/>
          <w:rtl/>
          <w:lang w:val="en-US" w:bidi="he-IL"/>
        </w:rPr>
        <w:t xml:space="preserve">התאימו את שם התואר לדבר.</w:t>
      </w:r>
    </w:p>
    <w:p>
      <w:pPr>
        <w:bidi/>
        <w:spacing w:before="0" w:after="80"/>
        <w:jc w:val="both"/>
      </w:pPr>
      <w:r>
        <w:rPr>
          <w:rFonts w:ascii="Arial" w:hAnsi="Arial" w:cs="Arial"/>
          <w:color w:val="6B7280"/>
          <w:sz w:val="21"/>
          <w:szCs w:val="21"/>
          <w:rtl/>
          <w:lang w:val="en-US" w:bidi="ar-SA"/>
        </w:rPr>
        <w:t xml:space="preserve">صل الصفة بالشيء.</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Column A</w:t>
            </w:r>
          </w:p>
        </w:tc>
        <w:tc>
          <w:tcPr>
            <w:tcW w:type="dxa" w:w="4989"/>
            <w:shd w:val="clear" w:color="auto" w:fill="4338ca"/>
          </w:tcPr>
          <w:p>
            <w:pPr>
              <w:spacing w:before="0" w:after="40"/>
              <w:jc w:val="both"/>
            </w:pPr>
            <w:r>
              <w:rPr>
                <w:b/>
                <w:bCs/>
                <w:color w:val="FFFFFF"/>
              </w:rPr>
              <w:t>Column B</w:t>
            </w:r>
          </w:p>
        </w:tc>
      </w:tr>
      <w:tr>
        <w:tc>
          <w:tcPr>
            <w:tcW w:type="dxa" w:w="4989"/>
          </w:tcPr>
          <w:p>
            <w:pPr>
              <w:spacing w:before="0" w:after="40"/>
              <w:jc w:val="both"/>
            </w:pPr>
            <w:r>
              <w:rPr/>
              <w:t>1. yellow</w:t>
            </w:r>
          </w:p>
        </w:tc>
        <w:tc>
          <w:tcPr>
            <w:tcW w:type="dxa" w:w="4989"/>
          </w:tcPr>
          <w:p>
            <w:pPr>
              <w:spacing w:before="0" w:after="40"/>
              <w:jc w:val="both"/>
            </w:pPr>
            <w:r>
              <w:rPr/>
              <w:t>[   ] a giraffe</w:t>
            </w:r>
          </w:p>
        </w:tc>
      </w:tr>
      <w:tr>
        <w:tc>
          <w:tcPr>
            <w:tcW w:type="dxa" w:w="4989"/>
          </w:tcPr>
          <w:p>
            <w:pPr>
              <w:spacing w:before="0" w:after="40"/>
              <w:jc w:val="both"/>
            </w:pPr>
            <w:r>
              <w:rPr/>
              <w:t>2. cold</w:t>
            </w:r>
          </w:p>
        </w:tc>
        <w:tc>
          <w:tcPr>
            <w:tcW w:type="dxa" w:w="4989"/>
          </w:tcPr>
          <w:p>
            <w:pPr>
              <w:spacing w:before="0" w:after="40"/>
              <w:jc w:val="both"/>
            </w:pPr>
            <w:r>
              <w:rPr/>
              <w:t>[   ] chocolate</w:t>
            </w:r>
          </w:p>
        </w:tc>
      </w:tr>
      <w:tr>
        <w:tc>
          <w:tcPr>
            <w:tcW w:type="dxa" w:w="4989"/>
          </w:tcPr>
          <w:p>
            <w:pPr>
              <w:spacing w:before="0" w:after="40"/>
              <w:jc w:val="both"/>
            </w:pPr>
            <w:r>
              <w:rPr/>
              <w:t>3. tall</w:t>
            </w:r>
          </w:p>
        </w:tc>
        <w:tc>
          <w:tcPr>
            <w:tcW w:type="dxa" w:w="4989"/>
          </w:tcPr>
          <w:p>
            <w:pPr>
              <w:spacing w:before="0" w:after="40"/>
              <w:jc w:val="both"/>
            </w:pPr>
            <w:r>
              <w:rPr/>
              <w:t>[   ] a turtle</w:t>
            </w:r>
          </w:p>
        </w:tc>
      </w:tr>
      <w:tr>
        <w:tc>
          <w:tcPr>
            <w:tcW w:type="dxa" w:w="4989"/>
          </w:tcPr>
          <w:p>
            <w:pPr>
              <w:spacing w:before="0" w:after="40"/>
              <w:jc w:val="both"/>
            </w:pPr>
            <w:r>
              <w:rPr/>
              <w:t>4. slow</w:t>
            </w:r>
          </w:p>
        </w:tc>
        <w:tc>
          <w:tcPr>
            <w:tcW w:type="dxa" w:w="4989"/>
          </w:tcPr>
          <w:p>
            <w:pPr>
              <w:spacing w:before="0" w:after="40"/>
              <w:jc w:val="both"/>
            </w:pPr>
            <w:r>
              <w:rPr/>
              <w:t>[   ] ice cream</w:t>
            </w:r>
          </w:p>
        </w:tc>
      </w:tr>
      <w:tr>
        <w:tc>
          <w:tcPr>
            <w:tcW w:type="dxa" w:w="4989"/>
          </w:tcPr>
          <w:p>
            <w:pPr>
              <w:spacing w:before="0" w:after="40"/>
              <w:jc w:val="both"/>
            </w:pPr>
            <w:r>
              <w:rPr/>
              <w:t>5. sweet</w:t>
            </w:r>
          </w:p>
        </w:tc>
        <w:tc>
          <w:tcPr>
            <w:tcW w:type="dxa" w:w="4989"/>
          </w:tcPr>
          <w:p>
            <w:pPr>
              <w:spacing w:before="0" w:after="40"/>
              <w:jc w:val="both"/>
            </w:pPr>
            <w:r>
              <w:rPr/>
              <w:t>[   ] the sun</w:t>
            </w:r>
          </w:p>
        </w:tc>
      </w:tr>
    </w:tbl>
    <w:p>
      <w:pPr>
        <w:spacing w:before="0" w:after="40"/>
        <w:jc w:val="both"/>
      </w:pPr>
    </w:p>
    <w:p>
      <w:pPr>
        <w:spacing w:before="160" w:after="20"/>
        <w:jc w:val="both"/>
      </w:pPr>
      <w:r>
        <w:rPr>
          <w:b/>
          <w:bCs/>
          <w:sz w:val="26"/>
          <w:szCs w:val="26"/>
        </w:rPr>
        <w:t>3. Sort the adjectives: good feeling or bad feeling?</w:t>
      </w:r>
    </w:p>
    <w:p>
      <w:pPr>
        <w:bidi/>
        <w:spacing w:before="0" w:after="0"/>
        <w:jc w:val="both"/>
      </w:pPr>
      <w:r>
        <w:rPr>
          <w:rFonts w:ascii="Arial" w:hAnsi="Arial" w:cs="Arial"/>
          <w:color w:val="6B7280"/>
          <w:sz w:val="20"/>
          <w:szCs w:val="20"/>
          <w:rtl/>
          <w:lang w:val="en-US" w:bidi="he-IL"/>
        </w:rPr>
        <w:t xml:space="preserve">מיינו את שמות התואר: הרגשה טובה או הרגשה רעה?</w:t>
      </w:r>
    </w:p>
    <w:p>
      <w:pPr>
        <w:bidi/>
        <w:spacing w:before="0" w:after="80"/>
        <w:jc w:val="both"/>
      </w:pPr>
      <w:r>
        <w:rPr>
          <w:rFonts w:ascii="Arial" w:hAnsi="Arial" w:cs="Arial"/>
          <w:color w:val="6B7280"/>
          <w:sz w:val="21"/>
          <w:szCs w:val="21"/>
          <w:rtl/>
          <w:lang w:val="en-US" w:bidi="ar-SA"/>
        </w:rPr>
        <w:t xml:space="preserve">صنّف الصفات: شعور جيّد أم شعور سيّئ؟</w:t>
      </w:r>
    </w:p>
    <w:p>
      <w:pPr>
        <w:spacing w:before="0" w:after="80"/>
        <w:jc w:val="both"/>
      </w:pPr>
      <w:r>
        <w:rPr>
          <w:color w:val="4338CA"/>
          <w:sz w:val="24"/>
          <w:szCs w:val="24"/>
        </w:rPr>
        <w:t>Words: happy  |  sad  |  angry  |  excited  |  tired  |  proud  |  bored  |  calm</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Good feeling 🙂</w:t>
            </w:r>
          </w:p>
        </w:tc>
        <w:tc>
          <w:tcPr>
            <w:tcW w:type="dxa" w:w="4989"/>
            <w:shd w:val="clear" w:color="auto" w:fill="4338ca"/>
          </w:tcPr>
          <w:p>
            <w:pPr>
              <w:spacing w:before="0" w:after="40"/>
              <w:jc w:val="both"/>
            </w:pPr>
            <w:r>
              <w:rPr>
                <w:b/>
                <w:bCs/>
                <w:color w:val="FFFFFF"/>
              </w:rPr>
              <w:t>Bad feeling 🙁</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4. Complete with an adjective from the bank.</w:t>
      </w:r>
    </w:p>
    <w:p>
      <w:pPr>
        <w:bidi/>
        <w:spacing w:before="0" w:after="0"/>
        <w:jc w:val="both"/>
      </w:pPr>
      <w:r>
        <w:rPr>
          <w:rFonts w:ascii="Arial" w:hAnsi="Arial" w:cs="Arial"/>
          <w:color w:val="6B7280"/>
          <w:sz w:val="20"/>
          <w:szCs w:val="20"/>
          <w:rtl/>
          <w:lang w:val="en-US" w:bidi="he-IL"/>
        </w:rPr>
        <w:t xml:space="preserve">השלימו עם שם תואר מהמחסן.</w:t>
      </w:r>
    </w:p>
    <w:p>
      <w:pPr>
        <w:bidi/>
        <w:spacing w:before="0" w:after="80"/>
        <w:jc w:val="both"/>
      </w:pPr>
      <w:r>
        <w:rPr>
          <w:rFonts w:ascii="Arial" w:hAnsi="Arial" w:cs="Arial"/>
          <w:color w:val="6B7280"/>
          <w:sz w:val="21"/>
          <w:szCs w:val="21"/>
          <w:rtl/>
          <w:lang w:val="en-US" w:bidi="ar-SA"/>
        </w:rPr>
        <w:t xml:space="preserve">أكمل بصفة من بنك الكلمات.</w:t>
      </w:r>
    </w:p>
    <w:p>
      <w:pPr>
        <w:spacing w:before="0" w:after="80"/>
        <w:jc w:val="both"/>
      </w:pPr>
      <w:r>
        <w:rPr>
          <w:color w:val="4338CA"/>
          <w:sz w:val="24"/>
          <w:szCs w:val="24"/>
        </w:rPr>
        <w:t>Word bank: funny  |  dirty  |  beautiful  |  heavy  |  empty  |  loud</w:t>
      </w:r>
    </w:p>
    <w:p>
      <w:pPr>
        <w:spacing w:before="0" w:after="60"/>
        <w:jc w:val="both"/>
      </w:pPr>
      <w:r>
        <w:rPr/>
        <w:t>a. The clown is very __________. We all laugh.</w:t>
      </w:r>
    </w:p>
    <w:p>
      <w:pPr>
        <w:spacing w:before="0" w:after="60"/>
        <w:jc w:val="both"/>
      </w:pPr>
      <w:r>
        <w:rPr/>
        <w:t>b. My bag is __________. There are ten books in it.</w:t>
      </w:r>
    </w:p>
    <w:p>
      <w:pPr>
        <w:spacing w:before="0" w:after="60"/>
        <w:jc w:val="both"/>
      </w:pPr>
      <w:r>
        <w:rPr/>
        <w:t>c. Wash your hands. They are __________.</w:t>
      </w:r>
    </w:p>
    <w:p>
      <w:pPr>
        <w:spacing w:before="0" w:after="60"/>
        <w:jc w:val="both"/>
      </w:pPr>
      <w:r>
        <w:rPr/>
        <w:t>d. The music is too __________!</w:t>
      </w:r>
    </w:p>
    <w:p>
      <w:pPr>
        <w:spacing w:before="0" w:after="60"/>
        <w:jc w:val="both"/>
      </w:pPr>
      <w:r>
        <w:rPr/>
        <w:t>e. The fridge is __________. There is no food.</w:t>
      </w:r>
    </w:p>
    <w:p>
      <w:pPr>
        <w:spacing w:before="0" w:after="60"/>
        <w:jc w:val="both"/>
      </w:pPr>
      <w:r>
        <w:rPr/>
        <w:t>f. What a __________ flower!</w:t>
      </w:r>
    </w:p>
    <w:p>
      <w:pPr>
        <w:spacing w:before="160" w:after="20"/>
        <w:jc w:val="both"/>
      </w:pPr>
      <w:r>
        <w:rPr>
          <w:b/>
          <w:bCs/>
          <w:sz w:val="26"/>
          <w:szCs w:val="26"/>
        </w:rPr>
        <w:t>5.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I see two ___.</w:t>
      </w:r>
    </w:p>
    <w:p>
      <w:pPr>
        <w:spacing w:before="0" w:after="80"/>
        <w:jc w:val="both"/>
      </w:pPr>
      <w:r>
        <w:rPr/>
        <w:t xml:space="preserve">   ○ big dogs      ○ bigs dogs      ○ dogs big</w:t>
      </w:r>
    </w:p>
    <w:p>
      <w:pPr>
        <w:spacing w:before="0" w:after="20"/>
        <w:jc w:val="both"/>
      </w:pPr>
      <w:r>
        <w:rPr/>
        <w:t>b. She has ___ umbrella.</w:t>
      </w:r>
    </w:p>
    <w:p>
      <w:pPr>
        <w:spacing w:before="0" w:after="80"/>
        <w:jc w:val="both"/>
      </w:pPr>
      <w:r>
        <w:rPr/>
        <w:t xml:space="preserve">   ○ a      ○ an</w:t>
      </w:r>
    </w:p>
    <w:p>
      <w:pPr>
        <w:spacing w:before="0" w:after="20"/>
        <w:jc w:val="both"/>
      </w:pPr>
      <w:r>
        <w:rPr/>
        <w:t>c. My brother is ___.</w:t>
      </w:r>
    </w:p>
    <w:p>
      <w:pPr>
        <w:spacing w:before="0" w:after="80"/>
        <w:jc w:val="both"/>
      </w:pPr>
      <w:r>
        <w:rPr/>
        <w:t xml:space="preserve">   ○ a boy tall      ○ tall      ○ talls</w:t>
      </w:r>
    </w:p>
    <w:p>
      <w:pPr>
        <w:spacing w:before="0" w:after="20"/>
        <w:jc w:val="both"/>
      </w:pPr>
      <w:r>
        <w:rPr/>
        <w:t>d. It's ___ day.</w:t>
      </w:r>
    </w:p>
    <w:p>
      <w:pPr>
        <w:spacing w:before="0" w:after="80"/>
        <w:jc w:val="both"/>
      </w:pPr>
      <w:r>
        <w:rPr/>
        <w:t xml:space="preserve">   ○ a sunny      ○ sunny a      ○ an sunny</w:t>
      </w:r>
    </w:p>
    <w:p>
      <w:pPr>
        <w:spacing w:before="160" w:after="20"/>
        <w:jc w:val="both"/>
      </w:pPr>
      <w:r>
        <w:rPr>
          <w:b/>
          <w:bCs/>
          <w:sz w:val="26"/>
          <w:szCs w:val="26"/>
        </w:rPr>
        <w:t>6. Write the phrase in the plural.</w:t>
      </w:r>
    </w:p>
    <w:p>
      <w:pPr>
        <w:bidi/>
        <w:spacing w:before="0" w:after="0"/>
        <w:jc w:val="both"/>
      </w:pPr>
      <w:r>
        <w:rPr>
          <w:rFonts w:ascii="Arial" w:hAnsi="Arial" w:cs="Arial"/>
          <w:color w:val="6B7280"/>
          <w:sz w:val="20"/>
          <w:szCs w:val="20"/>
          <w:rtl/>
          <w:lang w:val="en-US" w:bidi="he-IL"/>
        </w:rPr>
        <w:t xml:space="preserve">כתבו את הצירוף ברבים.</w:t>
      </w:r>
    </w:p>
    <w:p>
      <w:pPr>
        <w:bidi/>
        <w:spacing w:before="0" w:after="80"/>
        <w:jc w:val="both"/>
      </w:pPr>
      <w:r>
        <w:rPr>
          <w:rFonts w:ascii="Arial" w:hAnsi="Arial" w:cs="Arial"/>
          <w:color w:val="6B7280"/>
          <w:sz w:val="21"/>
          <w:szCs w:val="21"/>
          <w:rtl/>
          <w:lang w:val="en-US" w:bidi="ar-SA"/>
        </w:rPr>
        <w:t xml:space="preserve">اكتب العبارة بصيغة الجمع.</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One</w:t>
            </w:r>
          </w:p>
        </w:tc>
        <w:tc>
          <w:tcPr>
            <w:tcW w:type="dxa" w:w="4989"/>
            <w:shd w:val="clear" w:color="auto" w:fill="4338ca"/>
          </w:tcPr>
          <w:p>
            <w:pPr>
              <w:spacing w:before="0" w:after="40"/>
              <w:jc w:val="both"/>
            </w:pPr>
            <w:r>
              <w:rPr>
                <w:b/>
                <w:bCs/>
                <w:color w:val="FFFFFF"/>
              </w:rPr>
              <w:t>Two</w:t>
            </w:r>
          </w:p>
        </w:tc>
      </w:tr>
      <w:tr>
        <w:tc>
          <w:tcPr>
            <w:tcW w:type="dxa" w:w="4989"/>
          </w:tcPr>
          <w:p>
            <w:pPr>
              <w:spacing w:before="0" w:after="40"/>
              <w:jc w:val="both"/>
            </w:pPr>
            <w:r>
              <w:rPr/>
              <w:t>a red apple</w:t>
            </w:r>
          </w:p>
        </w:tc>
        <w:tc>
          <w:tcPr>
            <w:tcW w:type="dxa" w:w="4989"/>
          </w:tcPr>
          <w:p>
            <w:pPr>
              <w:spacing w:before="0" w:after="40"/>
              <w:jc w:val="both"/>
            </w:pPr>
            <w:r>
              <w:rPr/>
            </w:r>
          </w:p>
        </w:tc>
      </w:tr>
      <w:tr>
        <w:tc>
          <w:tcPr>
            <w:tcW w:type="dxa" w:w="4989"/>
          </w:tcPr>
          <w:p>
            <w:pPr>
              <w:spacing w:before="0" w:after="40"/>
              <w:jc w:val="both"/>
            </w:pPr>
            <w:r>
              <w:rPr/>
              <w:t>a small box</w:t>
            </w:r>
          </w:p>
        </w:tc>
        <w:tc>
          <w:tcPr>
            <w:tcW w:type="dxa" w:w="4989"/>
          </w:tcPr>
          <w:p>
            <w:pPr>
              <w:spacing w:before="0" w:after="40"/>
              <w:jc w:val="both"/>
            </w:pPr>
            <w:r>
              <w:rPr/>
            </w:r>
          </w:p>
        </w:tc>
      </w:tr>
      <w:tr>
        <w:tc>
          <w:tcPr>
            <w:tcW w:type="dxa" w:w="4989"/>
          </w:tcPr>
          <w:p>
            <w:pPr>
              <w:spacing w:before="0" w:after="40"/>
              <w:jc w:val="both"/>
            </w:pPr>
            <w:r>
              <w:rPr/>
              <w:t>a happy child</w:t>
            </w:r>
          </w:p>
        </w:tc>
        <w:tc>
          <w:tcPr>
            <w:tcW w:type="dxa" w:w="4989"/>
          </w:tcPr>
          <w:p>
            <w:pPr>
              <w:spacing w:before="0" w:after="40"/>
              <w:jc w:val="both"/>
            </w:pPr>
            <w:r>
              <w:rPr/>
            </w:r>
          </w:p>
        </w:tc>
      </w:tr>
      <w:tr>
        <w:tc>
          <w:tcPr>
            <w:tcW w:type="dxa" w:w="4989"/>
          </w:tcPr>
          <w:p>
            <w:pPr>
              <w:spacing w:before="0" w:after="40"/>
              <w:jc w:val="both"/>
            </w:pPr>
            <w:r>
              <w:rPr/>
              <w:t>a tall man</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7.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In English, the adjective comes after the noun: a cat black.      True / False</w:t>
      </w:r>
    </w:p>
    <w:p>
      <w:pPr>
        <w:spacing w:before="0" w:after="60"/>
        <w:jc w:val="both"/>
      </w:pPr>
      <w:r>
        <w:rPr/>
        <w:t>b. "blue" is a color.      True / False</w:t>
      </w:r>
    </w:p>
    <w:p>
      <w:pPr>
        <w:spacing w:before="0" w:after="60"/>
        <w:jc w:val="both"/>
      </w:pPr>
      <w:r>
        <w:rPr/>
        <w:t>c. "three smalls birds" is correct.      True / False</w:t>
      </w:r>
    </w:p>
    <w:p>
      <w:pPr>
        <w:spacing w:before="0" w:after="60"/>
        <w:jc w:val="both"/>
      </w:pPr>
      <w:r>
        <w:rPr/>
        <w:t>d. "The soup is hot." is correct.      True / False</w:t>
      </w:r>
    </w:p>
    <w:p>
      <w:pPr>
        <w:spacing w:before="160" w:after="20"/>
        <w:jc w:val="both"/>
      </w:pPr>
      <w:r>
        <w:rPr>
          <w:b/>
          <w:bCs/>
          <w:sz w:val="26"/>
          <w:szCs w:val="26"/>
        </w:rPr>
        <w:t>8. Find the mistake and write the sentence correctly.</w:t>
      </w:r>
    </w:p>
    <w:p>
      <w:pPr>
        <w:bidi/>
        <w:spacing w:before="0" w:after="0"/>
        <w:jc w:val="both"/>
      </w:pPr>
      <w:r>
        <w:rPr>
          <w:rFonts w:ascii="Arial" w:hAnsi="Arial" w:cs="Arial"/>
          <w:color w:val="6B7280"/>
          <w:sz w:val="20"/>
          <w:szCs w:val="20"/>
          <w:rtl/>
          <w:lang w:val="en-US" w:bidi="he-IL"/>
        </w:rPr>
        <w:t xml:space="preserve">מצאו את הטעות וכתבו את המשפט נכון.</w:t>
      </w:r>
    </w:p>
    <w:p>
      <w:pPr>
        <w:bidi/>
        <w:spacing w:before="0" w:after="80"/>
        <w:jc w:val="both"/>
      </w:pPr>
      <w:r>
        <w:rPr>
          <w:rFonts w:ascii="Arial" w:hAnsi="Arial" w:cs="Arial"/>
          <w:color w:val="6B7280"/>
          <w:sz w:val="21"/>
          <w:szCs w:val="21"/>
          <w:rtl/>
          <w:lang w:val="en-US" w:bidi="ar-SA"/>
        </w:rPr>
        <w:t xml:space="preserve">جد الخطأ واكتب الجملة بشكل صحيح.</w:t>
      </w:r>
    </w:p>
    <w:p>
      <w:pPr>
        <w:spacing w:before="0" w:after="100"/>
        <w:jc w:val="both"/>
      </w:pPr>
      <w:r>
        <w:rPr/>
        <w:t>a. I have a bike new.</w:t>
      </w:r>
    </w:p>
    <w:p>
      <w:pPr>
        <w:spacing w:before="0" w:after="100"/>
        <w:jc w:val="both"/>
      </w:pPr>
      <w:r>
        <w:rPr/>
        <w:t>b. They are bigs boxes.</w:t>
      </w:r>
    </w:p>
    <w:p>
      <w:pPr>
        <w:spacing w:before="0" w:after="100"/>
        <w:jc w:val="both"/>
      </w:pPr>
      <w:r>
        <w:rPr/>
        <w:t>c. She has a orange cat.</w:t>
      </w:r>
    </w:p>
    <w:p>
      <w:pPr>
        <w:spacing w:before="0" w:after="100"/>
        <w:jc w:val="both"/>
      </w:pPr>
      <w:r>
        <w:rPr/>
        <w:t>d. We see a house white.</w:t>
      </w:r>
    </w:p>
    <w:p>
      <w:pPr>
        <w:spacing w:before="120" w:after="40"/>
        <w:jc w:val="center"/>
      </w:pPr>
      <w:r>
        <w:rPr>
          <w:rFonts w:ascii="Arial Black" w:hAnsi="Arial Black" w:cs="Arial Black"/>
          <w:b/>
          <w:bCs/>
          <w:color w:val="4338CA"/>
          <w:sz w:val="30"/>
          <w:szCs w:val="30"/>
        </w:rPr>
        <w:t>Lost Cat!</w:t>
      </w:r>
    </w:p>
    <w:p>
      <w:pPr>
        <w:spacing w:before="0" w:after="80"/>
        <w:jc w:val="both"/>
      </w:pPr>
      <w:r>
        <w:rPr/>
        <w:t>Hello! My name is Shira and I live in Ra'anana. My cat Pitzi is lost. She is a small gray cat with big green eyes and a long white tail. She has a pink collar with a little bell.</w:t>
      </w:r>
    </w:p>
    <w:p>
      <w:pPr>
        <w:spacing w:before="0" w:after="80"/>
        <w:jc w:val="both"/>
      </w:pPr>
      <w:r>
        <w:rPr/>
        <w:t>Pitzi is friendly, but she is shy with new people. She likes warm places, like the top of a car. If you see her, please call me. Thank you!</w:t>
      </w:r>
    </w:p>
    <w:p>
      <w:pPr>
        <w:spacing w:before="160" w:after="20"/>
        <w:jc w:val="both"/>
      </w:pPr>
      <w:r>
        <w:rPr>
          <w:b/>
          <w:bCs/>
          <w:sz w:val="26"/>
          <w:szCs w:val="26"/>
        </w:rPr>
        <w:t>9. Read "Lost Cat!". Choose the correct answer.</w:t>
      </w:r>
    </w:p>
    <w:p>
      <w:pPr>
        <w:bidi/>
        <w:spacing w:before="0" w:after="0"/>
        <w:jc w:val="both"/>
      </w:pPr>
      <w:r>
        <w:rPr>
          <w:rFonts w:ascii="Arial" w:hAnsi="Arial" w:cs="Arial"/>
          <w:color w:val="6B7280"/>
          <w:sz w:val="20"/>
          <w:szCs w:val="20"/>
          <w:rtl/>
          <w:lang w:val="en-US" w:bidi="he-IL"/>
        </w:rPr>
        <w:t xml:space="preserve">קראו את ‎"Lost Cat!"‎. בחרו את התשובה הנכונה.</w:t>
      </w:r>
    </w:p>
    <w:p>
      <w:pPr>
        <w:bidi/>
        <w:spacing w:before="0" w:after="80"/>
        <w:jc w:val="both"/>
      </w:pPr>
      <w:r>
        <w:rPr>
          <w:rFonts w:ascii="Arial" w:hAnsi="Arial" w:cs="Arial"/>
          <w:color w:val="6B7280"/>
          <w:sz w:val="21"/>
          <w:szCs w:val="21"/>
          <w:rtl/>
          <w:lang w:val="en-US" w:bidi="ar-SA"/>
        </w:rPr>
        <w:t xml:space="preserve">اقرأ ‎"Lost Cat!"‎. اختر الإجابة الصحيحة.</w:t>
      </w:r>
    </w:p>
    <w:p>
      <w:pPr>
        <w:spacing w:before="0" w:after="20"/>
        <w:jc w:val="both"/>
      </w:pPr>
      <w:r>
        <w:rPr/>
        <w:t>a. What color is Pitzi?</w:t>
      </w:r>
    </w:p>
    <w:p>
      <w:pPr>
        <w:spacing w:before="0" w:after="80"/>
        <w:jc w:val="both"/>
      </w:pPr>
      <w:r>
        <w:rPr/>
        <w:t xml:space="preserve">   ○ white      ○ gray      ○ black</w:t>
      </w:r>
    </w:p>
    <w:p>
      <w:pPr>
        <w:spacing w:before="0" w:after="20"/>
        <w:jc w:val="both"/>
      </w:pPr>
      <w:r>
        <w:rPr/>
        <w:t>b. What color is the collar?</w:t>
      </w:r>
    </w:p>
    <w:p>
      <w:pPr>
        <w:spacing w:before="0" w:after="80"/>
        <w:jc w:val="both"/>
      </w:pPr>
      <w:r>
        <w:rPr/>
        <w:t xml:space="preserve">   ○ pink      ○ green      ○ red</w:t>
      </w:r>
    </w:p>
    <w:p>
      <w:pPr>
        <w:spacing w:before="0" w:after="20"/>
        <w:jc w:val="both"/>
      </w:pPr>
      <w:r>
        <w:rPr/>
        <w:t>c. Why do you think Pitzi likes the top of a car?</w:t>
      </w:r>
    </w:p>
    <w:p>
      <w:pPr>
        <w:spacing w:before="0" w:after="80"/>
        <w:jc w:val="both"/>
      </w:pPr>
      <w:r>
        <w:rPr/>
        <w:t xml:space="preserve">   ○ It is cold.      ○ It is warm.      ○ It is clean.</w:t>
      </w:r>
    </w:p>
    <w:p>
      <w:pPr>
        <w:spacing w:before="160" w:after="20"/>
        <w:jc w:val="both"/>
      </w:pPr>
      <w:r>
        <w:rPr>
          <w:b/>
          <w:bCs/>
          <w:sz w:val="26"/>
          <w:szCs w:val="26"/>
        </w:rPr>
        <w:t>10. Read the text again. Complete the poster.</w:t>
      </w:r>
    </w:p>
    <w:p>
      <w:pPr>
        <w:bidi/>
        <w:spacing w:before="0" w:after="0"/>
        <w:jc w:val="both"/>
      </w:pPr>
      <w:r>
        <w:rPr>
          <w:rFonts w:ascii="Arial" w:hAnsi="Arial" w:cs="Arial"/>
          <w:color w:val="6B7280"/>
          <w:sz w:val="20"/>
          <w:szCs w:val="20"/>
          <w:rtl/>
          <w:lang w:val="en-US" w:bidi="he-IL"/>
        </w:rPr>
        <w:t xml:space="preserve">קראו שוב את הטקסט. השלימו את המודעה.</w:t>
      </w:r>
    </w:p>
    <w:p>
      <w:pPr>
        <w:bidi/>
        <w:spacing w:before="0" w:after="80"/>
        <w:jc w:val="both"/>
      </w:pPr>
      <w:r>
        <w:rPr>
          <w:rFonts w:ascii="Arial" w:hAnsi="Arial" w:cs="Arial"/>
          <w:color w:val="6B7280"/>
          <w:sz w:val="21"/>
          <w:szCs w:val="21"/>
          <w:rtl/>
          <w:lang w:val="en-US" w:bidi="ar-SA"/>
        </w:rPr>
        <w:t xml:space="preserve">اقرأ النص مرة أخرى. أكمل الإعلان.</w:t>
      </w:r>
    </w:p>
    <w:p>
      <w:pPr>
        <w:spacing w:before="0" w:after="60"/>
        <w:jc w:val="both"/>
      </w:pPr>
      <w:r>
        <w:rPr/>
        <w:t>a. LOST: a __________ gray cat</w:t>
      </w:r>
    </w:p>
    <w:p>
      <w:pPr>
        <w:spacing w:before="0" w:after="60"/>
        <w:jc w:val="both"/>
      </w:pPr>
      <w:r>
        <w:rPr/>
        <w:t>b. Eyes: big and __________</w:t>
      </w:r>
    </w:p>
    <w:p>
      <w:pPr>
        <w:spacing w:before="0" w:after="60"/>
        <w:jc w:val="both"/>
      </w:pPr>
      <w:r>
        <w:rPr/>
        <w:t>c. Tail: long and __________</w:t>
      </w:r>
    </w:p>
    <w:p>
      <w:pPr>
        <w:spacing w:before="0" w:after="60"/>
        <w:jc w:val="both"/>
      </w:pPr>
      <w:r>
        <w:rPr/>
        <w:t>d. She is friendly but __________ with new people.</w:t>
      </w:r>
    </w:p>
    <w:p>
      <w:pPr>
        <w:spacing w:before="160" w:after="20"/>
        <w:jc w:val="both"/>
      </w:pPr>
      <w:r>
        <w:rPr>
          <w:b/>
          <w:bCs/>
          <w:sz w:val="26"/>
          <w:szCs w:val="26"/>
        </w:rPr>
        <w:t>11. Describe a friend in 3 sentences. Write about his or her hair, eyes and character. Use adjectives.</w:t>
      </w:r>
    </w:p>
    <w:p>
      <w:pPr>
        <w:bidi/>
        <w:spacing w:before="0" w:after="0"/>
        <w:jc w:val="both"/>
      </w:pPr>
      <w:r>
        <w:rPr>
          <w:rFonts w:ascii="Arial" w:hAnsi="Arial" w:cs="Arial"/>
          <w:color w:val="6B7280"/>
          <w:sz w:val="20"/>
          <w:szCs w:val="20"/>
          <w:rtl/>
          <w:lang w:val="en-US" w:bidi="he-IL"/>
        </w:rPr>
        <w:t xml:space="preserve">תארו חבר או חברה ב-3 משפטים. כתבו על השיער, העיניים והאופי. השתמשו בשמות תואר.</w:t>
      </w:r>
    </w:p>
    <w:p>
      <w:pPr>
        <w:bidi/>
        <w:spacing w:before="0" w:after="80"/>
        <w:jc w:val="both"/>
      </w:pPr>
      <w:r>
        <w:rPr>
          <w:rFonts w:ascii="Arial" w:hAnsi="Arial" w:cs="Arial"/>
          <w:color w:val="6B7280"/>
          <w:sz w:val="21"/>
          <w:szCs w:val="21"/>
          <w:rtl/>
          <w:lang w:val="en-US" w:bidi="ar-SA"/>
        </w:rPr>
        <w:t xml:space="preserve">صِف صديقًا أو صديقة في 3 جمل. اكتب عن الشعر والعينين والطباع. استعمل الصفات.</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12. Your pet is lost! Write a short poster (4 sentences). Say what it looks like and what it likes.</w:t>
      </w:r>
    </w:p>
    <w:p>
      <w:pPr>
        <w:bidi/>
        <w:spacing w:before="0" w:after="0"/>
        <w:jc w:val="both"/>
      </w:pPr>
      <w:r>
        <w:rPr>
          <w:rFonts w:ascii="Arial" w:hAnsi="Arial" w:cs="Arial"/>
          <w:color w:val="6B7280"/>
          <w:sz w:val="20"/>
          <w:szCs w:val="20"/>
          <w:rtl/>
          <w:lang w:val="en-US" w:bidi="he-IL"/>
        </w:rPr>
        <w:t xml:space="preserve">חיית המחמד שלכם הלכה לאיבוד! כתבו מודעה קצרה (4 משפטים). ספרו איך היא נראית ומה היא אוהבת.</w:t>
      </w:r>
    </w:p>
    <w:p>
      <w:pPr>
        <w:bidi/>
        <w:spacing w:before="0" w:after="80"/>
        <w:jc w:val="both"/>
      </w:pPr>
      <w:r>
        <w:rPr>
          <w:rFonts w:ascii="Arial" w:hAnsi="Arial" w:cs="Arial"/>
          <w:color w:val="6B7280"/>
          <w:sz w:val="21"/>
          <w:szCs w:val="21"/>
          <w:rtl/>
          <w:lang w:val="en-US" w:bidi="ar-SA"/>
        </w:rPr>
        <w:t xml:space="preserve">حيوانك الأليف ضاع! اكتب إعلانًا قصيرًا (4 جمل). قل كيف يبدو وماذا يحبّ.</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4   |   Unit 5</w:t>
      </w:r>
    </w:p>
    <w:p>
      <w:pPr>
        <w:spacing w:before="0" w:after="40"/>
        <w:jc w:val="both"/>
      </w:pPr>
      <w:r>
        <w:rPr>
          <w:rFonts w:ascii="Arial Black" w:hAnsi="Arial Black" w:cs="Arial Black"/>
          <w:b/>
          <w:bCs/>
          <w:color w:val="4338CA"/>
          <w:sz w:val="44"/>
          <w:szCs w:val="44"/>
        </w:rPr>
        <w:t>Unit 5: Imperatives and "Let's…"</w:t>
      </w:r>
    </w:p>
    <w:p>
      <w:pPr>
        <w:bidi/>
        <w:spacing w:before="0" w:after="0"/>
        <w:jc w:val="both"/>
      </w:pPr>
      <w:r>
        <w:rPr>
          <w:rFonts w:ascii="Arial" w:hAnsi="Arial" w:cs="Arial"/>
          <w:color w:val="6B7280"/>
          <w:sz w:val="22"/>
          <w:szCs w:val="22"/>
          <w:rtl/>
          <w:lang w:val="en-US" w:bidi="he-IL"/>
        </w:rPr>
        <w:t xml:space="preserve">ציווי ו-‎"Let's…"‎</w:t>
      </w:r>
    </w:p>
    <w:p>
      <w:pPr>
        <w:bidi/>
        <w:spacing w:before="0" w:after="120"/>
        <w:jc w:val="both"/>
      </w:pPr>
      <w:r>
        <w:rPr>
          <w:rFonts w:ascii="Arial" w:hAnsi="Arial" w:cs="Arial"/>
          <w:color w:val="6B7280"/>
          <w:sz w:val="23"/>
          <w:szCs w:val="23"/>
          <w:rtl/>
          <w:lang w:val="en-US" w:bidi="ar-SA"/>
        </w:rPr>
        <w:t xml:space="preserve">الأمر و ‎"Let's…"‎</w:t>
      </w:r>
    </w:p>
    <w:p>
      <w:pPr>
        <w:spacing w:before="0" w:after="80"/>
        <w:jc w:val="center"/>
      </w:pPr>
      <w:r>
        <w:drawing>
          <wp:inline xmlns:a="http://schemas.openxmlformats.org/drawingml/2006/main" xmlns:pic="http://schemas.openxmlformats.org/drawingml/2006/picture">
            <wp:extent cx="3240000" cy="2160000"/>
            <wp:docPr id="30" name="Picture 30"/>
            <wp:cNvGraphicFramePr>
              <a:graphicFrameLocks noChangeAspect="1"/>
            </wp:cNvGraphicFramePr>
            <a:graphic>
              <a:graphicData uri="http://schemas.openxmlformats.org/drawingml/2006/picture">
                <pic:pic>
                  <pic:nvPicPr>
                    <pic:cNvPr id="0" name="english_g4_t05.jpg"/>
                    <pic:cNvPicPr/>
                  </pic:nvPicPr>
                  <pic:blipFill>
                    <a:blip r:embed="rId30"/>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4338CA"/>
          <w:sz w:val="28"/>
          <w:szCs w:val="28"/>
        </w:rPr>
        <w:t>◆ Three patterns</w:t>
      </w:r>
    </w:p>
    <w:p>
      <w:pPr>
        <w:bidi/>
        <w:spacing w:before="0" w:after="0"/>
        <w:jc w:val="both"/>
      </w:pPr>
      <w:r>
        <w:rPr>
          <w:rFonts w:ascii="Arial" w:hAnsi="Arial" w:cs="Arial"/>
          <w:color w:val="6B7280"/>
          <w:sz w:val="20"/>
          <w:szCs w:val="20"/>
          <w:rtl/>
          <w:lang w:val="en-US" w:bidi="he-IL"/>
        </w:rPr>
        <w:t xml:space="preserve">שלוש תבניות</w:t>
      </w:r>
    </w:p>
    <w:p>
      <w:pPr>
        <w:bidi/>
        <w:spacing w:before="0" w:after="40"/>
        <w:jc w:val="both"/>
      </w:pPr>
      <w:r>
        <w:rPr>
          <w:rFonts w:ascii="Arial" w:hAnsi="Arial" w:cs="Arial"/>
          <w:color w:val="6B7280"/>
          <w:sz w:val="21"/>
          <w:szCs w:val="21"/>
          <w:rtl/>
          <w:lang w:val="en-US" w:bidi="ar-SA"/>
        </w:rPr>
        <w:t xml:space="preserve">ثلاثة أنماط</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4338ca"/>
          </w:tcPr>
          <w:p>
            <w:pPr>
              <w:spacing w:before="0" w:after="40"/>
              <w:jc w:val="both"/>
            </w:pPr>
            <w:r>
              <w:rPr>
                <w:b/>
                <w:bCs/>
                <w:color w:val="FFFFFF"/>
              </w:rPr>
              <w:t>Pattern</w:t>
            </w:r>
          </w:p>
        </w:tc>
        <w:tc>
          <w:tcPr>
            <w:tcW w:type="dxa" w:w="3326"/>
            <w:shd w:val="clear" w:color="auto" w:fill="4338ca"/>
          </w:tcPr>
          <w:p>
            <w:pPr>
              <w:spacing w:before="0" w:after="40"/>
              <w:jc w:val="both"/>
            </w:pPr>
            <w:r>
              <w:rPr>
                <w:b/>
                <w:bCs/>
                <w:color w:val="FFFFFF"/>
              </w:rPr>
              <w:t>Use</w:t>
            </w:r>
          </w:p>
        </w:tc>
        <w:tc>
          <w:tcPr>
            <w:tcW w:type="dxa" w:w="3326"/>
            <w:shd w:val="clear" w:color="auto" w:fill="4338ca"/>
          </w:tcPr>
          <w:p>
            <w:pPr>
              <w:spacing w:before="0" w:after="40"/>
              <w:jc w:val="both"/>
            </w:pPr>
            <w:r>
              <w:rPr>
                <w:b/>
                <w:bCs/>
                <w:color w:val="FFFFFF"/>
              </w:rPr>
              <w:t>Example</w:t>
            </w:r>
          </w:p>
        </w:tc>
      </w:tr>
      <w:tr>
        <w:tc>
          <w:tcPr>
            <w:tcW w:type="dxa" w:w="3326"/>
          </w:tcPr>
          <w:p>
            <w:pPr>
              <w:spacing w:before="0" w:after="40"/>
              <w:jc w:val="both"/>
            </w:pPr>
            <w:r>
              <w:rPr/>
              <w:t>Verb + …</w:t>
            </w:r>
          </w:p>
        </w:tc>
        <w:tc>
          <w:tcPr>
            <w:tcW w:type="dxa" w:w="3326"/>
          </w:tcPr>
          <w:p>
            <w:pPr>
              <w:spacing w:before="0" w:after="40"/>
              <w:jc w:val="both"/>
            </w:pPr>
            <w:r>
              <w:rPr/>
              <w:t>do it</w:t>
            </w:r>
          </w:p>
        </w:tc>
        <w:tc>
          <w:tcPr>
            <w:tcW w:type="dxa" w:w="3326"/>
          </w:tcPr>
          <w:p>
            <w:pPr>
              <w:spacing w:before="0" w:after="40"/>
              <w:jc w:val="both"/>
            </w:pPr>
            <w:r>
              <w:rPr/>
              <w:t>Wash your hands.</w:t>
            </w:r>
          </w:p>
        </w:tc>
      </w:tr>
      <w:tr>
        <w:tc>
          <w:tcPr>
            <w:tcW w:type="dxa" w:w="3326"/>
          </w:tcPr>
          <w:p>
            <w:pPr>
              <w:spacing w:before="0" w:after="40"/>
              <w:jc w:val="both"/>
            </w:pPr>
            <w:r>
              <w:rPr/>
              <w:t>Don't + verb</w:t>
            </w:r>
          </w:p>
        </w:tc>
        <w:tc>
          <w:tcPr>
            <w:tcW w:type="dxa" w:w="3326"/>
          </w:tcPr>
          <w:p>
            <w:pPr>
              <w:spacing w:before="0" w:after="40"/>
              <w:jc w:val="both"/>
            </w:pPr>
            <w:r>
              <w:rPr/>
              <w:t>don't do it</w:t>
            </w:r>
          </w:p>
        </w:tc>
        <w:tc>
          <w:tcPr>
            <w:tcW w:type="dxa" w:w="3326"/>
          </w:tcPr>
          <w:p>
            <w:pPr>
              <w:spacing w:before="0" w:after="40"/>
              <w:jc w:val="both"/>
            </w:pPr>
            <w:r>
              <w:rPr/>
              <w:t>Don't eat in class.</w:t>
            </w:r>
          </w:p>
        </w:tc>
      </w:tr>
      <w:tr>
        <w:tc>
          <w:tcPr>
            <w:tcW w:type="dxa" w:w="3326"/>
          </w:tcPr>
          <w:p>
            <w:pPr>
              <w:spacing w:before="0" w:after="40"/>
              <w:jc w:val="both"/>
            </w:pPr>
            <w:r>
              <w:rPr/>
              <w:t>Let's + verb</w:t>
            </w:r>
          </w:p>
        </w:tc>
        <w:tc>
          <w:tcPr>
            <w:tcW w:type="dxa" w:w="3326"/>
          </w:tcPr>
          <w:p>
            <w:pPr>
              <w:spacing w:before="0" w:after="40"/>
              <w:jc w:val="both"/>
            </w:pPr>
            <w:r>
              <w:rPr/>
              <w:t>we do it together</w:t>
            </w:r>
          </w:p>
        </w:tc>
        <w:tc>
          <w:tcPr>
            <w:tcW w:type="dxa" w:w="3326"/>
          </w:tcPr>
          <w:p>
            <w:pPr>
              <w:spacing w:before="0" w:after="40"/>
              <w:jc w:val="both"/>
            </w:pPr>
            <w:r>
              <w:rPr/>
              <w:t>Let's sing a song.</w:t>
            </w:r>
          </w:p>
        </w:tc>
      </w:tr>
    </w:tbl>
    <w:p>
      <w:pPr>
        <w:spacing w:before="0" w:after="40"/>
        <w:jc w:val="both"/>
      </w:pPr>
    </w:p>
    <w:p>
      <w:pPr>
        <w:spacing w:before="120" w:after="40"/>
        <w:jc w:val="both"/>
      </w:pPr>
      <w:r>
        <w:rPr>
          <w:rFonts w:ascii="Arial Black" w:hAnsi="Arial Black" w:cs="Arial Black"/>
          <w:b/>
          <w:bCs/>
          <w:color w:val="4338CA"/>
          <w:sz w:val="28"/>
          <w:szCs w:val="28"/>
        </w:rPr>
        <w:t>◆ Be polite</w:t>
      </w:r>
    </w:p>
    <w:p>
      <w:pPr>
        <w:bidi/>
        <w:spacing w:before="0" w:after="0"/>
        <w:jc w:val="both"/>
      </w:pPr>
      <w:r>
        <w:rPr>
          <w:rFonts w:ascii="Arial" w:hAnsi="Arial" w:cs="Arial"/>
          <w:color w:val="6B7280"/>
          <w:sz w:val="20"/>
          <w:szCs w:val="20"/>
          <w:rtl/>
          <w:lang w:val="en-US" w:bidi="he-IL"/>
        </w:rPr>
        <w:t xml:space="preserve">דברו בנימוס</w:t>
      </w:r>
    </w:p>
    <w:p>
      <w:pPr>
        <w:bidi/>
        <w:spacing w:before="0" w:after="40"/>
        <w:jc w:val="both"/>
      </w:pPr>
      <w:r>
        <w:rPr>
          <w:rFonts w:ascii="Arial" w:hAnsi="Arial" w:cs="Arial"/>
          <w:color w:val="6B7280"/>
          <w:sz w:val="21"/>
          <w:szCs w:val="21"/>
          <w:rtl/>
          <w:lang w:val="en-US" w:bidi="ar-SA"/>
        </w:rPr>
        <w:t xml:space="preserve">كُن مهذّبًا</w:t>
      </w:r>
    </w:p>
    <w:p>
      <w:pPr>
        <w:spacing w:before="0" w:after="20"/>
        <w:jc w:val="both"/>
      </w:pPr>
      <w:r>
        <w:rPr/>
        <w:t>1. Add please: Please sit down. / Sit down, please.</w:t>
      </w:r>
    </w:p>
    <w:p>
      <w:pPr>
        <w:bidi/>
        <w:spacing w:before="0" w:after="0"/>
        <w:jc w:val="both"/>
      </w:pPr>
      <w:r>
        <w:rPr>
          <w:rFonts w:ascii="Arial" w:hAnsi="Arial" w:cs="Arial"/>
          <w:color w:val="6B7280"/>
          <w:sz w:val="20"/>
          <w:szCs w:val="20"/>
          <w:rtl/>
          <w:lang w:val="en-US" w:bidi="he-IL"/>
        </w:rPr>
        <w:t xml:space="preserve">הוסיפו ‎please: Please sit down. / Sit down, please‎.</w:t>
      </w:r>
    </w:p>
    <w:p>
      <w:pPr>
        <w:bidi/>
        <w:spacing w:before="0" w:after="40"/>
        <w:jc w:val="both"/>
      </w:pPr>
      <w:r>
        <w:rPr>
          <w:rFonts w:ascii="Arial" w:hAnsi="Arial" w:cs="Arial"/>
          <w:color w:val="6B7280"/>
          <w:sz w:val="21"/>
          <w:szCs w:val="21"/>
          <w:rtl/>
          <w:lang w:val="en-US" w:bidi="ar-SA"/>
        </w:rPr>
        <w:t xml:space="preserve">أضف ‎please: Please sit down. / Sit down, please‎.</w:t>
      </w:r>
    </w:p>
    <w:p>
      <w:pPr>
        <w:spacing w:before="0" w:after="20"/>
        <w:jc w:val="both"/>
      </w:pPr>
      <w:r>
        <w:rPr/>
        <w:t>2. Answer a suggestion: Good idea! / OK! / Sorry, I can't.</w:t>
      </w:r>
    </w:p>
    <w:p>
      <w:pPr>
        <w:bidi/>
        <w:spacing w:before="0" w:after="0"/>
        <w:jc w:val="both"/>
      </w:pPr>
      <w:r>
        <w:rPr>
          <w:rFonts w:ascii="Arial" w:hAnsi="Arial" w:cs="Arial"/>
          <w:color w:val="6B7280"/>
          <w:sz w:val="20"/>
          <w:szCs w:val="20"/>
          <w:rtl/>
          <w:lang w:val="en-US" w:bidi="he-IL"/>
        </w:rPr>
        <w:t xml:space="preserve">ענו להצעה: ‎Good idea! / OK! / Sorry, I can't‎.</w:t>
      </w:r>
    </w:p>
    <w:p>
      <w:pPr>
        <w:bidi/>
        <w:spacing w:before="0" w:after="40"/>
        <w:jc w:val="both"/>
      </w:pPr>
      <w:r>
        <w:rPr>
          <w:rFonts w:ascii="Arial" w:hAnsi="Arial" w:cs="Arial"/>
          <w:color w:val="6B7280"/>
          <w:sz w:val="21"/>
          <w:szCs w:val="21"/>
          <w:rtl/>
          <w:lang w:val="en-US" w:bidi="ar-SA"/>
        </w:rPr>
        <w:t xml:space="preserve">ردّ على اقتراح: ‎Good idea! / OK! / Sorry, I can't‎.</w:t>
      </w:r>
    </w:p>
    <w:p>
      <w:pPr>
        <w:spacing w:before="120" w:after="40"/>
        <w:jc w:val="both"/>
      </w:pPr>
      <w:r>
        <w:rPr>
          <w:rFonts w:ascii="Arial Black" w:hAnsi="Arial Black" w:cs="Arial Black"/>
          <w:b/>
          <w:bCs/>
          <w:color w:val="4338CA"/>
          <w:sz w:val="28"/>
          <w:szCs w:val="28"/>
        </w:rPr>
        <w:t>◆ Where do we see imperatives?</w:t>
      </w:r>
    </w:p>
    <w:p>
      <w:pPr>
        <w:bidi/>
        <w:spacing w:before="0" w:after="0"/>
        <w:jc w:val="both"/>
      </w:pPr>
      <w:r>
        <w:rPr>
          <w:rFonts w:ascii="Arial" w:hAnsi="Arial" w:cs="Arial"/>
          <w:color w:val="6B7280"/>
          <w:sz w:val="20"/>
          <w:szCs w:val="20"/>
          <w:rtl/>
          <w:lang w:val="en-US" w:bidi="he-IL"/>
        </w:rPr>
        <w:t xml:space="preserve">איפה אנחנו פוגשים ציווי?</w:t>
      </w:r>
    </w:p>
    <w:p>
      <w:pPr>
        <w:bidi/>
        <w:spacing w:before="0" w:after="40"/>
        <w:jc w:val="both"/>
      </w:pPr>
      <w:r>
        <w:rPr>
          <w:rFonts w:ascii="Arial" w:hAnsi="Arial" w:cs="Arial"/>
          <w:color w:val="6B7280"/>
          <w:sz w:val="21"/>
          <w:szCs w:val="21"/>
          <w:rtl/>
          <w:lang w:val="en-US" w:bidi="ar-SA"/>
        </w:rPr>
        <w:t xml:space="preserve">أين نرى صيغة الأمر؟</w:t>
      </w:r>
    </w:p>
    <w:p>
      <w:pPr>
        <w:spacing w:before="0" w:after="20"/>
        <w:jc w:val="both"/>
      </w:pPr>
      <w:r>
        <w:rPr/>
        <w:t>1. class rules, recipes, signs and games</w:t>
      </w:r>
    </w:p>
    <w:p>
      <w:pPr>
        <w:bidi/>
        <w:spacing w:before="0" w:after="0"/>
        <w:jc w:val="both"/>
      </w:pPr>
      <w:r>
        <w:rPr>
          <w:rFonts w:ascii="Arial" w:hAnsi="Arial" w:cs="Arial"/>
          <w:color w:val="6B7280"/>
          <w:sz w:val="20"/>
          <w:szCs w:val="20"/>
          <w:rtl/>
          <w:lang w:val="en-US" w:bidi="he-IL"/>
        </w:rPr>
        <w:t xml:space="preserve">כללי כיתה, מתכונים, שלטים ומשחקים</w:t>
      </w:r>
    </w:p>
    <w:p>
      <w:pPr>
        <w:bidi/>
        <w:spacing w:before="0" w:after="40"/>
        <w:jc w:val="both"/>
      </w:pPr>
      <w:r>
        <w:rPr>
          <w:rFonts w:ascii="Arial" w:hAnsi="Arial" w:cs="Arial"/>
          <w:color w:val="6B7280"/>
          <w:sz w:val="21"/>
          <w:szCs w:val="21"/>
          <w:rtl/>
          <w:lang w:val="en-US" w:bidi="ar-SA"/>
        </w:rPr>
        <w:t xml:space="preserve">قواعد الصف، الوصفات، اللافتات والألعاب</w:t>
      </w:r>
    </w:p>
    <w:p>
      <w:pPr>
        <w:spacing w:before="0" w:after="0"/>
        <w:jc w:val="both"/>
      </w:pPr>
      <w:r>
        <w:rPr>
          <w:color w:val="5B6476"/>
          <w:sz w:val="22"/>
          <w:szCs w:val="22"/>
        </w:rPr>
        <w:t>Example:</w:t>
      </w:r>
    </w:p>
    <w:p>
      <w:pPr>
        <w:bidi/>
        <w:spacing w:before="0" w:after="0"/>
        <w:jc w:val="both"/>
      </w:pPr>
      <w:r>
        <w:rPr>
          <w:rFonts w:ascii="Arial" w:hAnsi="Arial" w:cs="Arial"/>
          <w:color w:val="6B7280"/>
          <w:sz w:val="20"/>
          <w:szCs w:val="20"/>
          <w:rtl/>
          <w:lang w:val="en-US" w:bidi="he-IL"/>
        </w:rPr>
        <w:t xml:space="preserve">דוגמה:</w:t>
      </w:r>
    </w:p>
    <w:p>
      <w:pPr>
        <w:bidi/>
        <w:spacing w:before="0" w:after="40"/>
        <w:jc w:val="both"/>
      </w:pPr>
      <w:r>
        <w:rPr>
          <w:rFonts w:ascii="Arial" w:hAnsi="Arial" w:cs="Arial"/>
          <w:color w:val="6B7280"/>
          <w:sz w:val="21"/>
          <w:szCs w:val="21"/>
          <w:rtl/>
          <w:lang w:val="en-US" w:bidi="ar-SA"/>
        </w:rPr>
        <w:t xml:space="preserve">مثال:</w:t>
      </w:r>
    </w:p>
    <w:p>
      <w:pPr>
        <w:spacing w:before="0" w:after="120"/>
        <w:jc w:val="both"/>
      </w:pPr>
      <w:r>
        <w:rPr>
          <w:color w:val="334055"/>
          <w:sz w:val="24"/>
          <w:szCs w:val="24"/>
        </w:rPr>
        <w:t>Mix the eggs. Don't swim here. Turn left.</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847698"/>
                  <wp:docPr id="31" name="Picture 31"/>
                  <wp:cNvGraphicFramePr>
                    <a:graphicFrameLocks noChangeAspect="1"/>
                  </wp:cNvGraphicFramePr>
                  <a:graphic>
                    <a:graphicData uri="http://schemas.openxmlformats.org/drawingml/2006/picture">
                      <pic:pic>
                        <pic:nvPicPr>
                          <pic:cNvPr id="0" name="door.png"/>
                          <pic:cNvPicPr/>
                        </pic:nvPicPr>
                        <pic:blipFill>
                          <a:blip r:embed="rId31"/>
                          <a:stretch>
                            <a:fillRect/>
                          </a:stretch>
                        </pic:blipFill>
                        <pic:spPr>
                          <a:xfrm>
                            <a:off x="0" y="0"/>
                            <a:ext cx="468000" cy="847698"/>
                          </a:xfrm>
                          <a:prstGeom prst="rect"/>
                        </pic:spPr>
                      </pic:pic>
                    </a:graphicData>
                  </a:graphic>
                </wp:inline>
              </w:drawing>
            </w:r>
          </w:p>
          <w:p>
            <w:pPr>
              <w:spacing w:before="0" w:after="0"/>
              <w:jc w:val="center"/>
            </w:pPr>
            <w:r>
              <w:rPr>
                <w:b/>
                <w:bCs/>
                <w:sz w:val="23"/>
                <w:szCs w:val="23"/>
              </w:rPr>
              <w:t>door</w:t>
            </w:r>
          </w:p>
          <w:p>
            <w:pPr>
              <w:bidi/>
              <w:spacing w:before="0" w:after="0"/>
              <w:jc w:val="center"/>
            </w:pPr>
            <w:r>
              <w:rPr>
                <w:rFonts w:ascii="Arial" w:hAnsi="Arial" w:cs="Arial"/>
                <w:color w:val="6B7280"/>
                <w:sz w:val="17"/>
                <w:szCs w:val="17"/>
                <w:rtl/>
                <w:lang w:val="en-US" w:bidi="he-IL"/>
              </w:rPr>
              <w:t xml:space="preserve">דלת</w:t>
            </w:r>
          </w:p>
          <w:p>
            <w:pPr>
              <w:bidi/>
              <w:spacing w:before="0" w:after="0"/>
              <w:jc w:val="center"/>
            </w:pPr>
            <w:r>
              <w:rPr>
                <w:rFonts w:ascii="Arial" w:hAnsi="Arial" w:cs="Arial"/>
                <w:color w:val="6B7280"/>
                <w:sz w:val="17"/>
                <w:szCs w:val="17"/>
                <w:rtl/>
                <w:lang w:val="en-US" w:bidi="ar-SA"/>
              </w:rPr>
              <w:t xml:space="preserve">باب</w:t>
            </w:r>
          </w:p>
        </w:tc>
        <w:tc>
          <w:tcPr>
            <w:tcW w:type="dxa" w:w="1663"/>
          </w:tcPr>
          <w:p>
            <w:pPr>
              <w:spacing w:before="0" w:after="0"/>
              <w:jc w:val="center"/>
            </w:pPr>
            <w:r>
              <w:drawing>
                <wp:inline xmlns:a="http://schemas.openxmlformats.org/drawingml/2006/main" xmlns:pic="http://schemas.openxmlformats.org/drawingml/2006/picture">
                  <wp:extent cx="468000" cy="576001"/>
                  <wp:docPr id="32" name="Picture 32"/>
                  <wp:cNvGraphicFramePr>
                    <a:graphicFrameLocks noChangeAspect="1"/>
                  </wp:cNvGraphicFramePr>
                  <a:graphic>
                    <a:graphicData uri="http://schemas.openxmlformats.org/drawingml/2006/picture">
                      <pic:pic>
                        <pic:nvPicPr>
                          <pic:cNvPr id="0" name="hand.png"/>
                          <pic:cNvPicPr/>
                        </pic:nvPicPr>
                        <pic:blipFill>
                          <a:blip r:embed="rId32"/>
                          <a:stretch>
                            <a:fillRect/>
                          </a:stretch>
                        </pic:blipFill>
                        <pic:spPr>
                          <a:xfrm>
                            <a:off x="0" y="0"/>
                            <a:ext cx="468000" cy="576001"/>
                          </a:xfrm>
                          <a:prstGeom prst="rect"/>
                        </pic:spPr>
                      </pic:pic>
                    </a:graphicData>
                  </a:graphic>
                </wp:inline>
              </w:drawing>
            </w:r>
          </w:p>
          <w:p>
            <w:pPr>
              <w:spacing w:before="0" w:after="0"/>
              <w:jc w:val="center"/>
            </w:pPr>
            <w:r>
              <w:rPr>
                <w:b/>
                <w:bCs/>
                <w:sz w:val="23"/>
                <w:szCs w:val="23"/>
              </w:rPr>
              <w:t>hand</w:t>
            </w:r>
          </w:p>
          <w:p>
            <w:pPr>
              <w:bidi/>
              <w:spacing w:before="0" w:after="0"/>
              <w:jc w:val="center"/>
            </w:pPr>
            <w:r>
              <w:rPr>
                <w:rFonts w:ascii="Arial" w:hAnsi="Arial" w:cs="Arial"/>
                <w:color w:val="6B7280"/>
                <w:sz w:val="17"/>
                <w:szCs w:val="17"/>
                <w:rtl/>
                <w:lang w:val="en-US" w:bidi="he-IL"/>
              </w:rPr>
              <w:t xml:space="preserve">יד</w:t>
            </w:r>
          </w:p>
          <w:p>
            <w:pPr>
              <w:bidi/>
              <w:spacing w:before="0" w:after="0"/>
              <w:jc w:val="center"/>
            </w:pPr>
            <w:r>
              <w:rPr>
                <w:rFonts w:ascii="Arial" w:hAnsi="Arial" w:cs="Arial"/>
                <w:color w:val="6B7280"/>
                <w:sz w:val="17"/>
                <w:szCs w:val="17"/>
                <w:rtl/>
                <w:lang w:val="en-US" w:bidi="ar-SA"/>
              </w:rPr>
              <w:t xml:space="preserve">يد</w:t>
            </w:r>
          </w:p>
        </w:tc>
        <w:tc>
          <w:tcPr>
            <w:tcW w:type="dxa" w:w="1663"/>
          </w:tcPr>
          <w:p>
            <w:pPr>
              <w:spacing w:before="0" w:after="0"/>
              <w:jc w:val="center"/>
            </w:pPr>
            <w:r>
              <w:drawing>
                <wp:inline xmlns:a="http://schemas.openxmlformats.org/drawingml/2006/main" xmlns:pic="http://schemas.openxmlformats.org/drawingml/2006/picture">
                  <wp:extent cx="468000" cy="607136"/>
                  <wp:docPr id="33" name="Picture 33"/>
                  <wp:cNvGraphicFramePr>
                    <a:graphicFrameLocks noChangeAspect="1"/>
                  </wp:cNvGraphicFramePr>
                  <a:graphic>
                    <a:graphicData uri="http://schemas.openxmlformats.org/drawingml/2006/picture">
                      <pic:pic>
                        <pic:nvPicPr>
                          <pic:cNvPr id="0" name="cake.png"/>
                          <pic:cNvPicPr/>
                        </pic:nvPicPr>
                        <pic:blipFill>
                          <a:blip r:embed="rId33"/>
                          <a:stretch>
                            <a:fillRect/>
                          </a:stretch>
                        </pic:blipFill>
                        <pic:spPr>
                          <a:xfrm>
                            <a:off x="0" y="0"/>
                            <a:ext cx="468000" cy="607136"/>
                          </a:xfrm>
                          <a:prstGeom prst="rect"/>
                        </pic:spPr>
                      </pic:pic>
                    </a:graphicData>
                  </a:graphic>
                </wp:inline>
              </w:drawing>
            </w:r>
          </w:p>
          <w:p>
            <w:pPr>
              <w:spacing w:before="0" w:after="0"/>
              <w:jc w:val="center"/>
            </w:pPr>
            <w:r>
              <w:rPr>
                <w:b/>
                <w:bCs/>
                <w:sz w:val="23"/>
                <w:szCs w:val="23"/>
              </w:rPr>
              <w:t>cake</w:t>
            </w:r>
          </w:p>
          <w:p>
            <w:pPr>
              <w:bidi/>
              <w:spacing w:before="0" w:after="0"/>
              <w:jc w:val="center"/>
            </w:pPr>
            <w:r>
              <w:rPr>
                <w:rFonts w:ascii="Arial" w:hAnsi="Arial" w:cs="Arial"/>
                <w:color w:val="6B7280"/>
                <w:sz w:val="17"/>
                <w:szCs w:val="17"/>
                <w:rtl/>
                <w:lang w:val="en-US" w:bidi="he-IL"/>
              </w:rPr>
              <w:t xml:space="preserve">עוגה</w:t>
            </w:r>
          </w:p>
          <w:p>
            <w:pPr>
              <w:bidi/>
              <w:spacing w:before="0" w:after="0"/>
              <w:jc w:val="center"/>
            </w:pPr>
            <w:r>
              <w:rPr>
                <w:rFonts w:ascii="Arial" w:hAnsi="Arial" w:cs="Arial"/>
                <w:color w:val="6B7280"/>
                <w:sz w:val="17"/>
                <w:szCs w:val="17"/>
                <w:rtl/>
                <w:lang w:val="en-US" w:bidi="ar-SA"/>
              </w:rPr>
              <w:t xml:space="preserve">كعكة</w:t>
            </w:r>
          </w:p>
        </w:tc>
        <w:tc>
          <w:tcPr>
            <w:tcW w:type="dxa" w:w="1663"/>
          </w:tcPr>
          <w:p>
            <w:pPr>
              <w:spacing w:before="0" w:after="0"/>
              <w:jc w:val="center"/>
            </w:pPr>
            <w:r>
              <w:drawing>
                <wp:inline xmlns:a="http://schemas.openxmlformats.org/drawingml/2006/main" xmlns:pic="http://schemas.openxmlformats.org/drawingml/2006/picture">
                  <wp:extent cx="468000" cy="331500"/>
                  <wp:docPr id="34" name="Picture 34"/>
                  <wp:cNvGraphicFramePr>
                    <a:graphicFrameLocks noChangeAspect="1"/>
                  </wp:cNvGraphicFramePr>
                  <a:graphic>
                    <a:graphicData uri="http://schemas.openxmlformats.org/drawingml/2006/picture">
                      <pic:pic>
                        <pic:nvPicPr>
                          <pic:cNvPr id="0" name="book.png"/>
                          <pic:cNvPicPr/>
                        </pic:nvPicPr>
                        <pic:blipFill>
                          <a:blip r:embed="rId21"/>
                          <a:stretch>
                            <a:fillRect/>
                          </a:stretch>
                        </pic:blipFill>
                        <pic:spPr>
                          <a:xfrm>
                            <a:off x="0" y="0"/>
                            <a:ext cx="468000" cy="331500"/>
                          </a:xfrm>
                          <a:prstGeom prst="rect"/>
                        </pic:spPr>
                      </pic:pic>
                    </a:graphicData>
                  </a:graphic>
                </wp:inline>
              </w:drawing>
            </w:r>
          </w:p>
          <w:p>
            <w:pPr>
              <w:spacing w:before="0" w:after="0"/>
              <w:jc w:val="center"/>
            </w:pPr>
            <w:r>
              <w:rPr>
                <w:b/>
                <w:bCs/>
                <w:sz w:val="23"/>
                <w:szCs w:val="23"/>
              </w:rPr>
              <w:t>book</w:t>
            </w:r>
          </w:p>
          <w:p>
            <w:pPr>
              <w:bidi/>
              <w:spacing w:before="0" w:after="0"/>
              <w:jc w:val="center"/>
            </w:pPr>
            <w:r>
              <w:rPr>
                <w:rFonts w:ascii="Arial" w:hAnsi="Arial" w:cs="Arial"/>
                <w:color w:val="6B7280"/>
                <w:sz w:val="17"/>
                <w:szCs w:val="17"/>
                <w:rtl/>
                <w:lang w:val="en-US" w:bidi="he-IL"/>
              </w:rPr>
              <w:t xml:space="preserve">ספר</w:t>
            </w:r>
          </w:p>
          <w:p>
            <w:pPr>
              <w:bidi/>
              <w:spacing w:before="0" w:after="0"/>
              <w:jc w:val="center"/>
            </w:pPr>
            <w:r>
              <w:rPr>
                <w:rFonts w:ascii="Arial" w:hAnsi="Arial" w:cs="Arial"/>
                <w:color w:val="6B7280"/>
                <w:sz w:val="17"/>
                <w:szCs w:val="17"/>
                <w:rtl/>
                <w:lang w:val="en-US" w:bidi="ar-SA"/>
              </w:rPr>
              <w:t xml:space="preserve">كتاب</w:t>
            </w:r>
          </w:p>
        </w:tc>
        <w:tc>
          <w:tcPr>
            <w:tcW w:type="dxa" w:w="1663"/>
          </w:tcPr>
          <w:p>
            <w:pPr>
              <w:spacing w:before="0" w:after="0"/>
              <w:jc w:val="center"/>
            </w:pPr>
            <w:r>
              <w:drawing>
                <wp:inline xmlns:a="http://schemas.openxmlformats.org/drawingml/2006/main" xmlns:pic="http://schemas.openxmlformats.org/drawingml/2006/picture">
                  <wp:extent cx="468000" cy="468000"/>
                  <wp:docPr id="35" name="Picture 35"/>
                  <wp:cNvGraphicFramePr>
                    <a:graphicFrameLocks noChangeAspect="1"/>
                  </wp:cNvGraphicFramePr>
                  <a:graphic>
                    <a:graphicData uri="http://schemas.openxmlformats.org/drawingml/2006/picture">
                      <pic:pic>
                        <pic:nvPicPr>
                          <pic:cNvPr id="0" name="park.png"/>
                          <pic:cNvPicPr/>
                        </pic:nvPicPr>
                        <pic:blipFill>
                          <a:blip r:embed="rId16"/>
                          <a:stretch>
                            <a:fillRect/>
                          </a:stretch>
                        </pic:blipFill>
                        <pic:spPr>
                          <a:xfrm>
                            <a:off x="0" y="0"/>
                            <a:ext cx="468000" cy="468000"/>
                          </a:xfrm>
                          <a:prstGeom prst="rect"/>
                        </pic:spPr>
                      </pic:pic>
                    </a:graphicData>
                  </a:graphic>
                </wp:inline>
              </w:drawing>
            </w:r>
          </w:p>
          <w:p>
            <w:pPr>
              <w:spacing w:before="0" w:after="0"/>
              <w:jc w:val="center"/>
            </w:pPr>
            <w:r>
              <w:rPr>
                <w:b/>
                <w:bCs/>
                <w:sz w:val="23"/>
                <w:szCs w:val="23"/>
              </w:rPr>
              <w:t>park</w:t>
            </w:r>
          </w:p>
          <w:p>
            <w:pPr>
              <w:bidi/>
              <w:spacing w:before="0" w:after="0"/>
              <w:jc w:val="center"/>
            </w:pPr>
            <w:r>
              <w:rPr>
                <w:rFonts w:ascii="Arial" w:hAnsi="Arial" w:cs="Arial"/>
                <w:color w:val="6B7280"/>
                <w:sz w:val="17"/>
                <w:szCs w:val="17"/>
                <w:rtl/>
                <w:lang w:val="en-US" w:bidi="he-IL"/>
              </w:rPr>
              <w:t xml:space="preserve">פארק</w:t>
            </w:r>
          </w:p>
          <w:p>
            <w:pPr>
              <w:bidi/>
              <w:spacing w:before="0" w:after="0"/>
              <w:jc w:val="center"/>
            </w:pPr>
            <w:r>
              <w:rPr>
                <w:rFonts w:ascii="Arial" w:hAnsi="Arial" w:cs="Arial"/>
                <w:color w:val="6B7280"/>
                <w:sz w:val="17"/>
                <w:szCs w:val="17"/>
                <w:rtl/>
                <w:lang w:val="en-US" w:bidi="ar-SA"/>
              </w:rPr>
              <w:t xml:space="preserve">حديقة عامة</w:t>
            </w:r>
          </w:p>
        </w:tc>
        <w:tc>
          <w:tcPr>
            <w:tcW w:type="dxa" w:w="1663"/>
          </w:tcPr>
          <w:p>
            <w:pPr>
              <w:spacing w:before="0" w:after="0"/>
              <w:jc w:val="center"/>
            </w:pPr>
            <w:r>
              <w:drawing>
                <wp:inline xmlns:a="http://schemas.openxmlformats.org/drawingml/2006/main" xmlns:pic="http://schemas.openxmlformats.org/drawingml/2006/picture">
                  <wp:extent cx="468000" cy="409500"/>
                  <wp:docPr id="36" name="Picture 36"/>
                  <wp:cNvGraphicFramePr>
                    <a:graphicFrameLocks noChangeAspect="1"/>
                  </wp:cNvGraphicFramePr>
                  <a:graphic>
                    <a:graphicData uri="http://schemas.openxmlformats.org/drawingml/2006/picture">
                      <pic:pic>
                        <pic:nvPicPr>
                          <pic:cNvPr id="0" name="school.png"/>
                          <pic:cNvPicPr/>
                        </pic:nvPicPr>
                        <pic:blipFill>
                          <a:blip r:embed="rId12"/>
                          <a:stretch>
                            <a:fillRect/>
                          </a:stretch>
                        </pic:blipFill>
                        <pic:spPr>
                          <a:xfrm>
                            <a:off x="0" y="0"/>
                            <a:ext cx="468000" cy="409500"/>
                          </a:xfrm>
                          <a:prstGeom prst="rect"/>
                        </pic:spPr>
                      </pic:pic>
                    </a:graphicData>
                  </a:graphic>
                </wp:inline>
              </w:drawing>
            </w:r>
          </w:p>
          <w:p>
            <w:pPr>
              <w:spacing w:before="0" w:after="0"/>
              <w:jc w:val="center"/>
            </w:pPr>
            <w:r>
              <w:rPr>
                <w:b/>
                <w:bCs/>
                <w:sz w:val="23"/>
                <w:szCs w:val="23"/>
              </w:rPr>
              <w:t>school</w:t>
            </w:r>
          </w:p>
          <w:p>
            <w:pPr>
              <w:bidi/>
              <w:spacing w:before="0" w:after="0"/>
              <w:jc w:val="center"/>
            </w:pPr>
            <w:r>
              <w:rPr>
                <w:rFonts w:ascii="Arial" w:hAnsi="Arial" w:cs="Arial"/>
                <w:color w:val="6B7280"/>
                <w:sz w:val="17"/>
                <w:szCs w:val="17"/>
                <w:rtl/>
                <w:lang w:val="en-US" w:bidi="he-IL"/>
              </w:rPr>
              <w:t xml:space="preserve">בית ספר</w:t>
            </w:r>
          </w:p>
          <w:p>
            <w:pPr>
              <w:bidi/>
              <w:spacing w:before="0" w:after="0"/>
              <w:jc w:val="center"/>
            </w:pPr>
            <w:r>
              <w:rPr>
                <w:rFonts w:ascii="Arial" w:hAnsi="Arial" w:cs="Arial"/>
                <w:color w:val="6B7280"/>
                <w:sz w:val="17"/>
                <w:szCs w:val="17"/>
                <w:rtl/>
                <w:lang w:val="en-US" w:bidi="ar-SA"/>
              </w:rPr>
              <w:t xml:space="preserve">مدرسة</w:t>
            </w:r>
          </w:p>
        </w:tc>
      </w:tr>
    </w:tbl>
    <w:p>
      <w:pPr>
        <w:spacing w:before="0" w:after="80"/>
        <w:jc w:val="both"/>
      </w:pPr>
    </w:p>
    <w:p>
      <w:pPr>
        <w:spacing w:before="160" w:after="20"/>
        <w:jc w:val="both"/>
      </w:pPr>
      <w:r>
        <w:rPr>
          <w:b/>
          <w:bCs/>
          <w:sz w:val="26"/>
          <w:szCs w:val="26"/>
        </w:rPr>
        <w:t>1. Complete with a verb from the bank.</w:t>
      </w:r>
    </w:p>
    <w:p>
      <w:pPr>
        <w:bidi/>
        <w:spacing w:before="0" w:after="0"/>
        <w:jc w:val="both"/>
      </w:pPr>
      <w:r>
        <w:rPr>
          <w:rFonts w:ascii="Arial" w:hAnsi="Arial" w:cs="Arial"/>
          <w:color w:val="6B7280"/>
          <w:sz w:val="20"/>
          <w:szCs w:val="20"/>
          <w:rtl/>
          <w:lang w:val="en-US" w:bidi="he-IL"/>
        </w:rPr>
        <w:t xml:space="preserve">השלימו עם פועל מהמחסן.</w:t>
      </w:r>
    </w:p>
    <w:p>
      <w:pPr>
        <w:bidi/>
        <w:spacing w:before="0" w:after="80"/>
        <w:jc w:val="both"/>
      </w:pPr>
      <w:r>
        <w:rPr>
          <w:rFonts w:ascii="Arial" w:hAnsi="Arial" w:cs="Arial"/>
          <w:color w:val="6B7280"/>
          <w:sz w:val="21"/>
          <w:szCs w:val="21"/>
          <w:rtl/>
          <w:lang w:val="en-US" w:bidi="ar-SA"/>
        </w:rPr>
        <w:t xml:space="preserve">أكمل بفعل من بنك الكلمات.</w:t>
      </w:r>
    </w:p>
    <w:p>
      <w:pPr>
        <w:spacing w:before="0" w:after="80"/>
        <w:jc w:val="both"/>
      </w:pPr>
      <w:r>
        <w:rPr>
          <w:color w:val="4338CA"/>
          <w:sz w:val="24"/>
          <w:szCs w:val="24"/>
        </w:rPr>
        <w:t>Word bank: Turn  |  Put  |  Wash  |  Take  |  Stand</w:t>
      </w:r>
    </w:p>
    <w:p>
      <w:pPr>
        <w:spacing w:before="0" w:after="60"/>
        <w:jc w:val="both"/>
      </w:pPr>
      <w:r>
        <w:rPr/>
        <w:t>a. __________ up, please.</w:t>
      </w:r>
    </w:p>
    <w:p>
      <w:pPr>
        <w:spacing w:before="0" w:after="60"/>
        <w:jc w:val="both"/>
      </w:pPr>
      <w:r>
        <w:rPr/>
        <w:t>b. __________ your hands with soap.</w:t>
      </w:r>
    </w:p>
    <w:p>
      <w:pPr>
        <w:spacing w:before="0" w:after="60"/>
        <w:jc w:val="both"/>
      </w:pPr>
      <w:r>
        <w:rPr/>
        <w:t>c. __________ off the light.</w:t>
      </w:r>
    </w:p>
    <w:p>
      <w:pPr>
        <w:spacing w:before="0" w:after="60"/>
        <w:jc w:val="both"/>
      </w:pPr>
      <w:r>
        <w:rPr/>
        <w:t>d. __________ your shoes in the closet.</w:t>
      </w:r>
    </w:p>
    <w:p>
      <w:pPr>
        <w:spacing w:before="0" w:after="60"/>
        <w:jc w:val="both"/>
      </w:pPr>
      <w:r>
        <w:rPr/>
        <w:t>e. __________ an umbrella. It's raining.</w:t>
      </w:r>
    </w:p>
    <w:p>
      <w:pPr>
        <w:spacing w:before="160" w:after="20"/>
        <w:jc w:val="both"/>
      </w:pPr>
      <w:r>
        <w:rPr>
          <w:b/>
          <w:bCs/>
          <w:sz w:val="26"/>
          <w:szCs w:val="26"/>
        </w:rPr>
        <w:t>2. Match the sign to the place.</w:t>
      </w:r>
    </w:p>
    <w:p>
      <w:pPr>
        <w:bidi/>
        <w:spacing w:before="0" w:after="0"/>
        <w:jc w:val="both"/>
      </w:pPr>
      <w:r>
        <w:rPr>
          <w:rFonts w:ascii="Arial" w:hAnsi="Arial" w:cs="Arial"/>
          <w:color w:val="6B7280"/>
          <w:sz w:val="20"/>
          <w:szCs w:val="20"/>
          <w:rtl/>
          <w:lang w:val="en-US" w:bidi="he-IL"/>
        </w:rPr>
        <w:t xml:space="preserve">התאימו את השלט למקום.</w:t>
      </w:r>
    </w:p>
    <w:p>
      <w:pPr>
        <w:bidi/>
        <w:spacing w:before="0" w:after="80"/>
        <w:jc w:val="both"/>
      </w:pPr>
      <w:r>
        <w:rPr>
          <w:rFonts w:ascii="Arial" w:hAnsi="Arial" w:cs="Arial"/>
          <w:color w:val="6B7280"/>
          <w:sz w:val="21"/>
          <w:szCs w:val="21"/>
          <w:rtl/>
          <w:lang w:val="en-US" w:bidi="ar-SA"/>
        </w:rPr>
        <w:t xml:space="preserve">صل اللافتة بالمكان.</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Column A</w:t>
            </w:r>
          </w:p>
        </w:tc>
        <w:tc>
          <w:tcPr>
            <w:tcW w:type="dxa" w:w="4989"/>
            <w:shd w:val="clear" w:color="auto" w:fill="4338ca"/>
          </w:tcPr>
          <w:p>
            <w:pPr>
              <w:spacing w:before="0" w:after="40"/>
              <w:jc w:val="both"/>
            </w:pPr>
            <w:r>
              <w:rPr>
                <w:b/>
                <w:bCs/>
                <w:color w:val="FFFFFF"/>
              </w:rPr>
              <w:t>Column B</w:t>
            </w:r>
          </w:p>
        </w:tc>
      </w:tr>
      <w:tr>
        <w:tc>
          <w:tcPr>
            <w:tcW w:type="dxa" w:w="4989"/>
          </w:tcPr>
          <w:p>
            <w:pPr>
              <w:spacing w:before="0" w:after="40"/>
              <w:jc w:val="both"/>
            </w:pPr>
            <w:r>
              <w:rPr/>
              <w:t>1. Don't swim here!</w:t>
            </w:r>
          </w:p>
        </w:tc>
        <w:tc>
          <w:tcPr>
            <w:tcW w:type="dxa" w:w="4989"/>
          </w:tcPr>
          <w:p>
            <w:pPr>
              <w:spacing w:before="0" w:after="40"/>
              <w:jc w:val="both"/>
            </w:pPr>
            <w:r>
              <w:rPr/>
              <w:t>[   ] the cinema</w:t>
            </w:r>
          </w:p>
        </w:tc>
      </w:tr>
      <w:tr>
        <w:tc>
          <w:tcPr>
            <w:tcW w:type="dxa" w:w="4989"/>
          </w:tcPr>
          <w:p>
            <w:pPr>
              <w:spacing w:before="0" w:after="40"/>
              <w:jc w:val="both"/>
            </w:pPr>
            <w:r>
              <w:rPr/>
              <w:t>2. Be quiet.</w:t>
            </w:r>
          </w:p>
        </w:tc>
        <w:tc>
          <w:tcPr>
            <w:tcW w:type="dxa" w:w="4989"/>
          </w:tcPr>
          <w:p>
            <w:pPr>
              <w:spacing w:before="0" w:after="40"/>
              <w:jc w:val="both"/>
            </w:pPr>
            <w:r>
              <w:rPr/>
              <w:t>[   ] the zoo</w:t>
            </w:r>
          </w:p>
        </w:tc>
      </w:tr>
      <w:tr>
        <w:tc>
          <w:tcPr>
            <w:tcW w:type="dxa" w:w="4989"/>
          </w:tcPr>
          <w:p>
            <w:pPr>
              <w:spacing w:before="0" w:after="40"/>
              <w:jc w:val="both"/>
            </w:pPr>
            <w:r>
              <w:rPr/>
              <w:t>3. Don't feed the animals.</w:t>
            </w:r>
          </w:p>
        </w:tc>
        <w:tc>
          <w:tcPr>
            <w:tcW w:type="dxa" w:w="4989"/>
          </w:tcPr>
          <w:p>
            <w:pPr>
              <w:spacing w:before="0" w:after="40"/>
              <w:jc w:val="both"/>
            </w:pPr>
            <w:r>
              <w:rPr/>
              <w:t>[   ] the bathroom</w:t>
            </w:r>
          </w:p>
        </w:tc>
      </w:tr>
      <w:tr>
        <w:tc>
          <w:tcPr>
            <w:tcW w:type="dxa" w:w="4989"/>
          </w:tcPr>
          <w:p>
            <w:pPr>
              <w:spacing w:before="0" w:after="40"/>
              <w:jc w:val="both"/>
            </w:pPr>
            <w:r>
              <w:rPr/>
              <w:t>4. Wash your hands.</w:t>
            </w:r>
          </w:p>
        </w:tc>
        <w:tc>
          <w:tcPr>
            <w:tcW w:type="dxa" w:w="4989"/>
          </w:tcPr>
          <w:p>
            <w:pPr>
              <w:spacing w:before="0" w:after="40"/>
              <w:jc w:val="both"/>
            </w:pPr>
            <w:r>
              <w:rPr/>
              <w:t>[   ] the library</w:t>
            </w:r>
          </w:p>
        </w:tc>
      </w:tr>
      <w:tr>
        <w:tc>
          <w:tcPr>
            <w:tcW w:type="dxa" w:w="4989"/>
          </w:tcPr>
          <w:p>
            <w:pPr>
              <w:spacing w:before="0" w:after="40"/>
              <w:jc w:val="both"/>
            </w:pPr>
            <w:r>
              <w:rPr/>
              <w:t>5. Turn off your phone.</w:t>
            </w:r>
          </w:p>
        </w:tc>
        <w:tc>
          <w:tcPr>
            <w:tcW w:type="dxa" w:w="4989"/>
          </w:tcPr>
          <w:p>
            <w:pPr>
              <w:spacing w:before="0" w:after="40"/>
              <w:jc w:val="both"/>
            </w:pPr>
            <w:r>
              <w:rPr/>
              <w:t>[   ] the sea, with big waves</w:t>
            </w:r>
          </w:p>
        </w:tc>
      </w:tr>
    </w:tbl>
    <w:p>
      <w:pPr>
        <w:spacing w:before="0" w:after="40"/>
        <w:jc w:val="both"/>
      </w:pPr>
    </w:p>
    <w:p>
      <w:pPr>
        <w:spacing w:before="160" w:after="20"/>
        <w:jc w:val="both"/>
      </w:pPr>
      <w:r>
        <w:rPr>
          <w:b/>
          <w:bCs/>
          <w:sz w:val="26"/>
          <w:szCs w:val="26"/>
        </w:rPr>
        <w:t>3. Sort the sentences: instruction or suggestion?</w:t>
      </w:r>
    </w:p>
    <w:p>
      <w:pPr>
        <w:bidi/>
        <w:spacing w:before="0" w:after="0"/>
        <w:jc w:val="both"/>
      </w:pPr>
      <w:r>
        <w:rPr>
          <w:rFonts w:ascii="Arial" w:hAnsi="Arial" w:cs="Arial"/>
          <w:color w:val="6B7280"/>
          <w:sz w:val="20"/>
          <w:szCs w:val="20"/>
          <w:rtl/>
          <w:lang w:val="en-US" w:bidi="he-IL"/>
        </w:rPr>
        <w:t xml:space="preserve">מיינו את המשפטים: הוראה או הצעה?</w:t>
      </w:r>
    </w:p>
    <w:p>
      <w:pPr>
        <w:bidi/>
        <w:spacing w:before="0" w:after="80"/>
        <w:jc w:val="both"/>
      </w:pPr>
      <w:r>
        <w:rPr>
          <w:rFonts w:ascii="Arial" w:hAnsi="Arial" w:cs="Arial"/>
          <w:color w:val="6B7280"/>
          <w:sz w:val="21"/>
          <w:szCs w:val="21"/>
          <w:rtl/>
          <w:lang w:val="en-US" w:bidi="ar-SA"/>
        </w:rPr>
        <w:t xml:space="preserve">صنّف الجمل: تعليمة أم اقتراح؟</w:t>
      </w:r>
    </w:p>
    <w:p>
      <w:pPr>
        <w:spacing w:before="0" w:after="80"/>
        <w:jc w:val="both"/>
      </w:pPr>
      <w:r>
        <w:rPr>
          <w:color w:val="4338CA"/>
          <w:sz w:val="24"/>
          <w:szCs w:val="24"/>
        </w:rPr>
        <w:t>Words: Close the door.  |  Let's swim.  |  Don't run.  |  Let's eat now.  |  Sit here.  |  Let's not go.</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Instruction</w:t>
            </w:r>
          </w:p>
        </w:tc>
        <w:tc>
          <w:tcPr>
            <w:tcW w:type="dxa" w:w="4989"/>
            <w:shd w:val="clear" w:color="auto" w:fill="4338ca"/>
          </w:tcPr>
          <w:p>
            <w:pPr>
              <w:spacing w:before="0" w:after="40"/>
              <w:jc w:val="both"/>
            </w:pPr>
            <w:r>
              <w:rPr>
                <w:b/>
                <w:bCs/>
                <w:color w:val="FFFFFF"/>
              </w:rPr>
              <w:t>Suggestion</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4.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___ touch the plate. It's hot!</w:t>
      </w:r>
    </w:p>
    <w:p>
      <w:pPr>
        <w:spacing w:before="0" w:after="80"/>
        <w:jc w:val="both"/>
      </w:pPr>
      <w:r>
        <w:rPr/>
        <w:t xml:space="preserve">   ○ Not      ○ Don't      ○ Let's</w:t>
      </w:r>
    </w:p>
    <w:p>
      <w:pPr>
        <w:spacing w:before="0" w:after="20"/>
        <w:jc w:val="both"/>
      </w:pPr>
      <w:r>
        <w:rPr/>
        <w:t>b. It's a nice day. ___ go to the park!</w:t>
      </w:r>
    </w:p>
    <w:p>
      <w:pPr>
        <w:spacing w:before="0" w:after="80"/>
        <w:jc w:val="both"/>
      </w:pPr>
      <w:r>
        <w:rPr/>
        <w:t xml:space="preserve">   ○ Don't      ○ Let's      ○ Please</w:t>
      </w:r>
    </w:p>
    <w:p>
      <w:pPr>
        <w:spacing w:before="0" w:after="20"/>
        <w:jc w:val="both"/>
      </w:pPr>
      <w:r>
        <w:rPr/>
        <w:t>c. ___ your name on the page.</w:t>
      </w:r>
    </w:p>
    <w:p>
      <w:pPr>
        <w:spacing w:before="0" w:after="80"/>
        <w:jc w:val="both"/>
      </w:pPr>
      <w:r>
        <w:rPr/>
        <w:t xml:space="preserve">   ○ Write      ○ Writes      ○ Writing</w:t>
      </w:r>
    </w:p>
    <w:p>
      <w:pPr>
        <w:spacing w:before="0" w:after="20"/>
        <w:jc w:val="both"/>
      </w:pPr>
      <w:r>
        <w:rPr/>
        <w:t>d. ___ late for the bus!</w:t>
      </w:r>
    </w:p>
    <w:p>
      <w:pPr>
        <w:spacing w:before="0" w:after="80"/>
        <w:jc w:val="both"/>
      </w:pPr>
      <w:r>
        <w:rPr/>
        <w:t xml:space="preserve">   ○ Don't be      ○ Not be      ○ Don't is</w:t>
      </w:r>
    </w:p>
    <w:p>
      <w:pPr>
        <w:spacing w:before="160" w:after="20"/>
        <w:jc w:val="both"/>
      </w:pPr>
      <w:r>
        <w:rPr>
          <w:b/>
          <w:bCs/>
          <w:sz w:val="26"/>
          <w:szCs w:val="26"/>
        </w:rPr>
        <w:t>5. Complete with Let's or Don't.</w:t>
      </w:r>
    </w:p>
    <w:p>
      <w:pPr>
        <w:bidi/>
        <w:spacing w:before="0" w:after="0"/>
        <w:jc w:val="both"/>
      </w:pPr>
      <w:r>
        <w:rPr>
          <w:rFonts w:ascii="Arial" w:hAnsi="Arial" w:cs="Arial"/>
          <w:color w:val="6B7280"/>
          <w:sz w:val="20"/>
          <w:szCs w:val="20"/>
          <w:rtl/>
          <w:lang w:val="en-US" w:bidi="he-IL"/>
        </w:rPr>
        <w:t xml:space="preserve">השלימו עם ‎Let's‎ או ‎Don't‎.</w:t>
      </w:r>
    </w:p>
    <w:p>
      <w:pPr>
        <w:bidi/>
        <w:spacing w:before="0" w:after="80"/>
        <w:jc w:val="both"/>
      </w:pPr>
      <w:r>
        <w:rPr>
          <w:rFonts w:ascii="Arial" w:hAnsi="Arial" w:cs="Arial"/>
          <w:color w:val="6B7280"/>
          <w:sz w:val="21"/>
          <w:szCs w:val="21"/>
          <w:rtl/>
          <w:lang w:val="en-US" w:bidi="ar-SA"/>
        </w:rPr>
        <w:t xml:space="preserve">أكمل بـ ‎Let's‎ أو ‎Don't‎.</w:t>
      </w:r>
    </w:p>
    <w:p>
      <w:pPr>
        <w:spacing w:before="0" w:after="60"/>
        <w:jc w:val="both"/>
      </w:pPr>
      <w:r>
        <w:rPr/>
        <w:t>a. I'm hungry. __________ make sandwiches.</w:t>
      </w:r>
    </w:p>
    <w:p>
      <w:pPr>
        <w:spacing w:before="0" w:after="60"/>
        <w:jc w:val="both"/>
      </w:pPr>
      <w:r>
        <w:rPr/>
        <w:t>b. The baby is asleep. __________ shout.</w:t>
      </w:r>
    </w:p>
    <w:p>
      <w:pPr>
        <w:spacing w:before="0" w:after="60"/>
        <w:jc w:val="both"/>
      </w:pPr>
      <w:r>
        <w:rPr/>
        <w:t>c. It's my birthday! __________ have a party.</w:t>
      </w:r>
    </w:p>
    <w:p>
      <w:pPr>
        <w:spacing w:before="0" w:after="60"/>
        <w:jc w:val="both"/>
      </w:pPr>
      <w:r>
        <w:rPr/>
        <w:t>d. The floor is wet. __________ run.</w:t>
      </w:r>
    </w:p>
    <w:p>
      <w:pPr>
        <w:spacing w:before="160" w:after="20"/>
        <w:jc w:val="both"/>
      </w:pPr>
      <w:r>
        <w:rPr>
          <w:b/>
          <w:bCs/>
          <w:sz w:val="26"/>
          <w:szCs w:val="26"/>
        </w:rPr>
        <w:t>6. Complete the recipe for a fruit salad. Write the verbs in order: Wash, Cut, Put, Mix.</w:t>
      </w:r>
    </w:p>
    <w:p>
      <w:pPr>
        <w:bidi/>
        <w:spacing w:before="0" w:after="0"/>
        <w:jc w:val="both"/>
      </w:pPr>
      <w:r>
        <w:rPr>
          <w:rFonts w:ascii="Arial" w:hAnsi="Arial" w:cs="Arial"/>
          <w:color w:val="6B7280"/>
          <w:sz w:val="20"/>
          <w:szCs w:val="20"/>
          <w:rtl/>
          <w:lang w:val="en-US" w:bidi="he-IL"/>
        </w:rPr>
        <w:t xml:space="preserve">השלימו את המתכון לסלט פירות. כתבו את הפעלים לפי הסדר: ‎Wash, Cut, Put, Mix‎.</w:t>
      </w:r>
    </w:p>
    <w:p>
      <w:pPr>
        <w:bidi/>
        <w:spacing w:before="0" w:after="80"/>
        <w:jc w:val="both"/>
      </w:pPr>
      <w:r>
        <w:rPr>
          <w:rFonts w:ascii="Arial" w:hAnsi="Arial" w:cs="Arial"/>
          <w:color w:val="6B7280"/>
          <w:sz w:val="21"/>
          <w:szCs w:val="21"/>
          <w:rtl/>
          <w:lang w:val="en-US" w:bidi="ar-SA"/>
        </w:rPr>
        <w:t xml:space="preserve">أكمل وصفة سلطة الفواكه. اكتب الأفعال بالترتيب: ‎Wash, Cut, Put, Mix‎.</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Verb</w:t>
            </w:r>
          </w:p>
        </w:tc>
        <w:tc>
          <w:tcPr>
            <w:tcW w:type="dxa" w:w="4989"/>
            <w:shd w:val="clear" w:color="auto" w:fill="4338ca"/>
          </w:tcPr>
          <w:p>
            <w:pPr>
              <w:spacing w:before="0" w:after="40"/>
              <w:jc w:val="both"/>
            </w:pPr>
            <w:r>
              <w:rPr>
                <w:b/>
                <w:bCs/>
                <w:color w:val="FFFFFF"/>
              </w:rPr>
              <w:t>Rest of the instruction</w:t>
            </w:r>
          </w:p>
        </w:tc>
      </w:tr>
      <w:tr>
        <w:tc>
          <w:tcPr>
            <w:tcW w:type="dxa" w:w="4989"/>
          </w:tcPr>
          <w:p>
            <w:pPr>
              <w:spacing w:before="0" w:after="40"/>
              <w:jc w:val="both"/>
            </w:pPr>
            <w:r>
              <w:rPr/>
            </w:r>
          </w:p>
        </w:tc>
        <w:tc>
          <w:tcPr>
            <w:tcW w:type="dxa" w:w="4989"/>
          </w:tcPr>
          <w:p>
            <w:pPr>
              <w:spacing w:before="0" w:after="40"/>
              <w:jc w:val="both"/>
            </w:pPr>
            <w:r>
              <w:rPr/>
              <w:t>the fruit in water.</w:t>
            </w:r>
          </w:p>
        </w:tc>
      </w:tr>
      <w:tr>
        <w:tc>
          <w:tcPr>
            <w:tcW w:type="dxa" w:w="4989"/>
          </w:tcPr>
          <w:p>
            <w:pPr>
              <w:spacing w:before="0" w:after="40"/>
              <w:jc w:val="both"/>
            </w:pPr>
            <w:r>
              <w:rPr/>
            </w:r>
          </w:p>
        </w:tc>
        <w:tc>
          <w:tcPr>
            <w:tcW w:type="dxa" w:w="4989"/>
          </w:tcPr>
          <w:p>
            <w:pPr>
              <w:spacing w:before="0" w:after="40"/>
              <w:jc w:val="both"/>
            </w:pPr>
            <w:r>
              <w:rPr/>
              <w:t>the apples and bananas.</w:t>
            </w:r>
          </w:p>
        </w:tc>
      </w:tr>
      <w:tr>
        <w:tc>
          <w:tcPr>
            <w:tcW w:type="dxa" w:w="4989"/>
          </w:tcPr>
          <w:p>
            <w:pPr>
              <w:spacing w:before="0" w:after="40"/>
              <w:jc w:val="both"/>
            </w:pPr>
            <w:r>
              <w:rPr/>
            </w:r>
          </w:p>
        </w:tc>
        <w:tc>
          <w:tcPr>
            <w:tcW w:type="dxa" w:w="4989"/>
          </w:tcPr>
          <w:p>
            <w:pPr>
              <w:spacing w:before="0" w:after="40"/>
              <w:jc w:val="both"/>
            </w:pPr>
            <w:r>
              <w:rPr/>
              <w:t>the fruit in a big bowl.</w:t>
            </w:r>
          </w:p>
        </w:tc>
      </w:tr>
      <w:tr>
        <w:tc>
          <w:tcPr>
            <w:tcW w:type="dxa" w:w="4989"/>
          </w:tcPr>
          <w:p>
            <w:pPr>
              <w:spacing w:before="0" w:after="40"/>
              <w:jc w:val="both"/>
            </w:pPr>
            <w:r>
              <w:rPr/>
            </w:r>
          </w:p>
        </w:tc>
        <w:tc>
          <w:tcPr>
            <w:tcW w:type="dxa" w:w="4989"/>
          </w:tcPr>
          <w:p>
            <w:pPr>
              <w:spacing w:before="0" w:after="40"/>
              <w:jc w:val="both"/>
            </w:pPr>
            <w:r>
              <w:rPr/>
              <w:t>it with a spoon. Enjoy!</w:t>
            </w:r>
          </w:p>
        </w:tc>
      </w:tr>
    </w:tbl>
    <w:p>
      <w:pPr>
        <w:spacing w:before="0" w:after="40"/>
        <w:jc w:val="both"/>
      </w:pPr>
    </w:p>
    <w:p>
      <w:pPr>
        <w:spacing w:before="160" w:after="20"/>
        <w:jc w:val="both"/>
      </w:pPr>
      <w:r>
        <w:rPr>
          <w:b/>
          <w:bCs/>
          <w:sz w:val="26"/>
          <w:szCs w:val="26"/>
        </w:rPr>
        <w:t>7.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"Don't" is the short form of "do not".      True / False</w:t>
      </w:r>
    </w:p>
    <w:p>
      <w:pPr>
        <w:spacing w:before="0" w:after="60"/>
        <w:jc w:val="both"/>
      </w:pPr>
      <w:r>
        <w:rPr/>
        <w:t>b. "You sit down!" is the correct imperative.      True / False</w:t>
      </w:r>
    </w:p>
    <w:p>
      <w:pPr>
        <w:spacing w:before="0" w:after="60"/>
        <w:jc w:val="both"/>
      </w:pPr>
      <w:r>
        <w:rPr/>
        <w:t>c. "Let's not be late." is correct.      True / False</w:t>
      </w:r>
    </w:p>
    <w:p>
      <w:pPr>
        <w:spacing w:before="0" w:after="60"/>
        <w:jc w:val="both"/>
      </w:pPr>
      <w:r>
        <w:rPr/>
        <w:t>d. "Let's to sing!" is correct.      True / False</w:t>
      </w:r>
    </w:p>
    <w:p>
      <w:pPr>
        <w:spacing w:before="160" w:after="20"/>
        <w:jc w:val="both"/>
      </w:pPr>
      <w:r>
        <w:rPr>
          <w:b/>
          <w:bCs/>
          <w:sz w:val="26"/>
          <w:szCs w:val="26"/>
        </w:rPr>
        <w:t>8. Find the mistake and write the sentence correctly.</w:t>
      </w:r>
    </w:p>
    <w:p>
      <w:pPr>
        <w:bidi/>
        <w:spacing w:before="0" w:after="0"/>
        <w:jc w:val="both"/>
      </w:pPr>
      <w:r>
        <w:rPr>
          <w:rFonts w:ascii="Arial" w:hAnsi="Arial" w:cs="Arial"/>
          <w:color w:val="6B7280"/>
          <w:sz w:val="20"/>
          <w:szCs w:val="20"/>
          <w:rtl/>
          <w:lang w:val="en-US" w:bidi="he-IL"/>
        </w:rPr>
        <w:t xml:space="preserve">מצאו את הטעות וכתבו את המשפט נכון.</w:t>
      </w:r>
    </w:p>
    <w:p>
      <w:pPr>
        <w:bidi/>
        <w:spacing w:before="0" w:after="80"/>
        <w:jc w:val="both"/>
      </w:pPr>
      <w:r>
        <w:rPr>
          <w:rFonts w:ascii="Arial" w:hAnsi="Arial" w:cs="Arial"/>
          <w:color w:val="6B7280"/>
          <w:sz w:val="21"/>
          <w:szCs w:val="21"/>
          <w:rtl/>
          <w:lang w:val="en-US" w:bidi="ar-SA"/>
        </w:rPr>
        <w:t xml:space="preserve">جد الخطأ واكتب الجملة بشكل صحيح.</w:t>
      </w:r>
    </w:p>
    <w:p>
      <w:pPr>
        <w:spacing w:before="0" w:after="100"/>
        <w:jc w:val="both"/>
      </w:pPr>
      <w:r>
        <w:rPr/>
        <w:t>a. Opens the window, please.</w:t>
      </w:r>
    </w:p>
    <w:p>
      <w:pPr>
        <w:spacing w:before="0" w:after="100"/>
        <w:jc w:val="both"/>
      </w:pPr>
      <w:r>
        <w:rPr/>
        <w:t>b. Don't runs in the yard.</w:t>
      </w:r>
    </w:p>
    <w:p>
      <w:pPr>
        <w:spacing w:before="0" w:after="100"/>
        <w:jc w:val="both"/>
      </w:pPr>
      <w:r>
        <w:rPr/>
        <w:t>c. Let's goes home.</w:t>
      </w:r>
    </w:p>
    <w:p>
      <w:pPr>
        <w:spacing w:before="0" w:after="100"/>
        <w:jc w:val="both"/>
      </w:pPr>
      <w:r>
        <w:rPr/>
        <w:t>d. No touch the cake!</w:t>
      </w:r>
    </w:p>
    <w:p>
      <w:pPr>
        <w:spacing w:before="120" w:after="40"/>
        <w:jc w:val="center"/>
      </w:pPr>
      <w:r>
        <w:rPr>
          <w:rFonts w:ascii="Arial Black" w:hAnsi="Arial Black" w:cs="Arial Black"/>
          <w:b/>
          <w:bCs/>
          <w:color w:val="4338CA"/>
          <w:sz w:val="30"/>
          <w:szCs w:val="30"/>
        </w:rPr>
        <w:t>A Rainy Saturday</w:t>
      </w:r>
    </w:p>
    <w:p>
      <w:pPr>
        <w:spacing w:before="0" w:after="80"/>
        <w:jc w:val="both"/>
      </w:pPr>
      <w:r>
        <w:rPr/>
        <w:t>It's Saturday and it's raining. Ben and his brother Omer are at home. "I'm bored," says Omer. "Let's play a game," says Ben. "No, let's bake cookies!" says Omer.</w:t>
      </w:r>
    </w:p>
    <w:p>
      <w:pPr>
        <w:spacing w:before="0" w:after="80"/>
        <w:jc w:val="both"/>
      </w:pPr>
      <w:r>
        <w:rPr/>
        <w:t>Mom smiles. "OK, boys. Wash your hands first. Take the flour and the sugar. Mix them in the bowl. Don't eat the dough! And please don't make a mess!" Soon the house smells great.</w:t>
      </w:r>
    </w:p>
    <w:p>
      <w:pPr>
        <w:spacing w:before="160" w:after="20"/>
        <w:jc w:val="both"/>
      </w:pPr>
      <w:r>
        <w:rPr>
          <w:b/>
          <w:bCs/>
          <w:sz w:val="26"/>
          <w:szCs w:val="26"/>
        </w:rPr>
        <w:t>9. Read "A Rainy Saturday". Choose the correct answer.</w:t>
      </w:r>
    </w:p>
    <w:p>
      <w:pPr>
        <w:bidi/>
        <w:spacing w:before="0" w:after="0"/>
        <w:jc w:val="both"/>
      </w:pPr>
      <w:r>
        <w:rPr>
          <w:rFonts w:ascii="Arial" w:hAnsi="Arial" w:cs="Arial"/>
          <w:color w:val="6B7280"/>
          <w:sz w:val="20"/>
          <w:szCs w:val="20"/>
          <w:rtl/>
          <w:lang w:val="en-US" w:bidi="he-IL"/>
        </w:rPr>
        <w:t xml:space="preserve">קראו את ‎"A Rainy Saturday"‎. בחרו את התשובה הנכונה.</w:t>
      </w:r>
    </w:p>
    <w:p>
      <w:pPr>
        <w:bidi/>
        <w:spacing w:before="0" w:after="80"/>
        <w:jc w:val="both"/>
      </w:pPr>
      <w:r>
        <w:rPr>
          <w:rFonts w:ascii="Arial" w:hAnsi="Arial" w:cs="Arial"/>
          <w:color w:val="6B7280"/>
          <w:sz w:val="21"/>
          <w:szCs w:val="21"/>
          <w:rtl/>
          <w:lang w:val="en-US" w:bidi="ar-SA"/>
        </w:rPr>
        <w:t xml:space="preserve">اقرأ ‎"A Rainy Saturday"‎. اختر الإجابة الصحيحة.</w:t>
      </w:r>
    </w:p>
    <w:p>
      <w:pPr>
        <w:spacing w:before="0" w:after="20"/>
        <w:jc w:val="both"/>
      </w:pPr>
      <w:r>
        <w:rPr/>
        <w:t>a. Why are the boys at home?</w:t>
      </w:r>
    </w:p>
    <w:p>
      <w:pPr>
        <w:spacing w:before="0" w:after="80"/>
        <w:jc w:val="both"/>
      </w:pPr>
      <w:r>
        <w:rPr/>
        <w:t xml:space="preserve">   ○ It's raining.      ○ They are sick.      ○ It's a school day.</w:t>
      </w:r>
    </w:p>
    <w:p>
      <w:pPr>
        <w:spacing w:before="0" w:after="20"/>
        <w:jc w:val="both"/>
      </w:pPr>
      <w:r>
        <w:rPr/>
        <w:t>b. What do the boys make?</w:t>
      </w:r>
    </w:p>
    <w:p>
      <w:pPr>
        <w:spacing w:before="0" w:after="80"/>
        <w:jc w:val="both"/>
      </w:pPr>
      <w:r>
        <w:rPr/>
        <w:t xml:space="preserve">   ○ a cake      ○ cookies      ○ pizza</w:t>
      </w:r>
    </w:p>
    <w:p>
      <w:pPr>
        <w:spacing w:before="0" w:after="20"/>
        <w:jc w:val="both"/>
      </w:pPr>
      <w:r>
        <w:rPr/>
        <w:t>c. What does Mom say first?</w:t>
      </w:r>
    </w:p>
    <w:p>
      <w:pPr>
        <w:spacing w:before="0" w:after="80"/>
        <w:jc w:val="both"/>
      </w:pPr>
      <w:r>
        <w:rPr/>
        <w:t xml:space="preserve">   ○ Don't eat the dough.      ○ Wash your hands.      ○ Mix them.</w:t>
      </w:r>
    </w:p>
    <w:p>
      <w:pPr>
        <w:spacing w:before="160" w:after="20"/>
        <w:jc w:val="both"/>
      </w:pPr>
      <w:r>
        <w:rPr>
          <w:b/>
          <w:bCs/>
          <w:sz w:val="26"/>
          <w:szCs w:val="26"/>
        </w:rPr>
        <w:t>10. Read the text again. Write the missing word.</w:t>
      </w:r>
    </w:p>
    <w:p>
      <w:pPr>
        <w:bidi/>
        <w:spacing w:before="0" w:after="0"/>
        <w:jc w:val="both"/>
      </w:pPr>
      <w:r>
        <w:rPr>
          <w:rFonts w:ascii="Arial" w:hAnsi="Arial" w:cs="Arial"/>
          <w:color w:val="6B7280"/>
          <w:sz w:val="20"/>
          <w:szCs w:val="20"/>
          <w:rtl/>
          <w:lang w:val="en-US" w:bidi="he-IL"/>
        </w:rPr>
        <w:t xml:space="preserve">קראו שוב את הטקסט. כתבו את המילה החסרה.</w:t>
      </w:r>
    </w:p>
    <w:p>
      <w:pPr>
        <w:bidi/>
        <w:spacing w:before="0" w:after="80"/>
        <w:jc w:val="both"/>
      </w:pPr>
      <w:r>
        <w:rPr>
          <w:rFonts w:ascii="Arial" w:hAnsi="Arial" w:cs="Arial"/>
          <w:color w:val="6B7280"/>
          <w:sz w:val="21"/>
          <w:szCs w:val="21"/>
          <w:rtl/>
          <w:lang w:val="en-US" w:bidi="ar-SA"/>
        </w:rPr>
        <w:t xml:space="preserve">اقرأ النص مرة أخرى. اكتب الكلمة الناقصة.</w:t>
      </w:r>
    </w:p>
    <w:p>
      <w:pPr>
        <w:spacing w:before="0" w:after="60"/>
        <w:jc w:val="both"/>
      </w:pPr>
      <w:r>
        <w:rPr/>
        <w:t>a. Ben: "Let's play a __________."</w:t>
      </w:r>
    </w:p>
    <w:p>
      <w:pPr>
        <w:spacing w:before="0" w:after="60"/>
        <w:jc w:val="both"/>
      </w:pPr>
      <w:r>
        <w:rPr/>
        <w:t>b. Mom: "__________ eat the dough!"</w:t>
      </w:r>
    </w:p>
    <w:p>
      <w:pPr>
        <w:spacing w:before="0" w:after="60"/>
        <w:jc w:val="both"/>
      </w:pPr>
      <w:r>
        <w:rPr/>
        <w:t>c. Mom: "Mix them in the __________."</w:t>
      </w:r>
    </w:p>
    <w:p>
      <w:pPr>
        <w:spacing w:before="160" w:after="20"/>
        <w:jc w:val="both"/>
      </w:pPr>
      <w:r>
        <w:rPr>
          <w:b/>
          <w:bCs/>
          <w:sz w:val="26"/>
          <w:szCs w:val="26"/>
        </w:rPr>
        <w:t>11. It's a rainy day. Write 3 suggestions for you and your friends. Use Let's.</w:t>
      </w:r>
    </w:p>
    <w:p>
      <w:pPr>
        <w:bidi/>
        <w:spacing w:before="0" w:after="0"/>
        <w:jc w:val="both"/>
      </w:pPr>
      <w:r>
        <w:rPr>
          <w:rFonts w:ascii="Arial" w:hAnsi="Arial" w:cs="Arial"/>
          <w:color w:val="6B7280"/>
          <w:sz w:val="20"/>
          <w:szCs w:val="20"/>
          <w:rtl/>
          <w:lang w:val="en-US" w:bidi="he-IL"/>
        </w:rPr>
        <w:t xml:space="preserve">זה יום גשום. כתבו 3 הצעות לכם ולחברים שלכם. השתמשו ב-‎Let's‎.</w:t>
      </w:r>
    </w:p>
    <w:p>
      <w:pPr>
        <w:bidi/>
        <w:spacing w:before="0" w:after="80"/>
        <w:jc w:val="both"/>
      </w:pPr>
      <w:r>
        <w:rPr>
          <w:rFonts w:ascii="Arial" w:hAnsi="Arial" w:cs="Arial"/>
          <w:color w:val="6B7280"/>
          <w:sz w:val="21"/>
          <w:szCs w:val="21"/>
          <w:rtl/>
          <w:lang w:val="en-US" w:bidi="ar-SA"/>
        </w:rPr>
        <w:t xml:space="preserve">إنه يوم ماطر. اكتب 3 اقتراحات لك ولأصدقائك. استعمل ‎Let's‎.</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12. Write a short recipe for your favorite sandwich (4 steps). Use imperatives.</w:t>
      </w:r>
    </w:p>
    <w:p>
      <w:pPr>
        <w:bidi/>
        <w:spacing w:before="0" w:after="0"/>
        <w:jc w:val="both"/>
      </w:pPr>
      <w:r>
        <w:rPr>
          <w:rFonts w:ascii="Arial" w:hAnsi="Arial" w:cs="Arial"/>
          <w:color w:val="6B7280"/>
          <w:sz w:val="20"/>
          <w:szCs w:val="20"/>
          <w:rtl/>
          <w:lang w:val="en-US" w:bidi="he-IL"/>
        </w:rPr>
        <w:t xml:space="preserve">כתבו מתכון קצר לכריך האהוב עליכם (4 שלבים). השתמשו בציווי.</w:t>
      </w:r>
    </w:p>
    <w:p>
      <w:pPr>
        <w:bidi/>
        <w:spacing w:before="0" w:after="80"/>
        <w:jc w:val="both"/>
      </w:pPr>
      <w:r>
        <w:rPr>
          <w:rFonts w:ascii="Arial" w:hAnsi="Arial" w:cs="Arial"/>
          <w:color w:val="6B7280"/>
          <w:sz w:val="21"/>
          <w:szCs w:val="21"/>
          <w:rtl/>
          <w:lang w:val="en-US" w:bidi="ar-SA"/>
        </w:rPr>
        <w:t xml:space="preserve">اكتب وصفة قصيرة لشطيرتك المفضّلة (4 خطوات). استعمل صيغة الأمر.</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4   |   Unit 6</w:t>
      </w:r>
    </w:p>
    <w:p>
      <w:pPr>
        <w:spacing w:before="0" w:after="40"/>
        <w:jc w:val="both"/>
      </w:pPr>
      <w:r>
        <w:rPr>
          <w:rFonts w:ascii="Arial Black" w:hAnsi="Arial Black" w:cs="Arial Black"/>
          <w:b/>
          <w:bCs/>
          <w:color w:val="4338CA"/>
          <w:sz w:val="44"/>
          <w:szCs w:val="44"/>
        </w:rPr>
        <w:t>Unit 6: Present simple: my day (I, you, we, they)</w:t>
      </w:r>
    </w:p>
    <w:p>
      <w:pPr>
        <w:bidi/>
        <w:spacing w:before="0" w:after="0"/>
        <w:jc w:val="both"/>
      </w:pPr>
      <w:r>
        <w:rPr>
          <w:rFonts w:ascii="Arial" w:hAnsi="Arial" w:cs="Arial"/>
          <w:color w:val="6B7280"/>
          <w:sz w:val="22"/>
          <w:szCs w:val="22"/>
          <w:rtl/>
          <w:lang w:val="en-US" w:bidi="he-IL"/>
        </w:rPr>
        <w:t xml:space="preserve">הווה פשוט: היום שלי ‎(I, you, we, they)‎</w:t>
      </w:r>
    </w:p>
    <w:p>
      <w:pPr>
        <w:bidi/>
        <w:spacing w:before="0" w:after="120"/>
        <w:jc w:val="both"/>
      </w:pPr>
      <w:r>
        <w:rPr>
          <w:rFonts w:ascii="Arial" w:hAnsi="Arial" w:cs="Arial"/>
          <w:color w:val="6B7280"/>
          <w:sz w:val="23"/>
          <w:szCs w:val="23"/>
          <w:rtl/>
          <w:lang w:val="en-US" w:bidi="ar-SA"/>
        </w:rPr>
        <w:t xml:space="preserve">المضارع البسيط: يومي ‎(I, you, we, they)‎</w:t>
      </w:r>
    </w:p>
    <w:p>
      <w:pPr>
        <w:spacing w:before="0" w:after="80"/>
        <w:jc w:val="center"/>
      </w:pPr>
      <w:r>
        <w:drawing>
          <wp:inline xmlns:a="http://schemas.openxmlformats.org/drawingml/2006/main" xmlns:pic="http://schemas.openxmlformats.org/drawingml/2006/picture">
            <wp:extent cx="3240000" cy="2160000"/>
            <wp:docPr id="37" name="Picture 37"/>
            <wp:cNvGraphicFramePr>
              <a:graphicFrameLocks noChangeAspect="1"/>
            </wp:cNvGraphicFramePr>
            <a:graphic>
              <a:graphicData uri="http://schemas.openxmlformats.org/drawingml/2006/picture">
                <pic:pic>
                  <pic:nvPicPr>
                    <pic:cNvPr id="0" name="english_g4_t06.jpg"/>
                    <pic:cNvPicPr/>
                  </pic:nvPicPr>
                  <pic:blipFill>
                    <a:blip r:embed="rId34"/>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4338CA"/>
          <w:sz w:val="28"/>
          <w:szCs w:val="28"/>
        </w:rPr>
        <w:t>◆ The pattern</w:t>
      </w:r>
    </w:p>
    <w:p>
      <w:pPr>
        <w:bidi/>
        <w:spacing w:before="0" w:after="0"/>
        <w:jc w:val="both"/>
      </w:pPr>
      <w:r>
        <w:rPr>
          <w:rFonts w:ascii="Arial" w:hAnsi="Arial" w:cs="Arial"/>
          <w:color w:val="6B7280"/>
          <w:sz w:val="20"/>
          <w:szCs w:val="20"/>
          <w:rtl/>
          <w:lang w:val="en-US" w:bidi="he-IL"/>
        </w:rPr>
        <w:t xml:space="preserve">התבנית</w:t>
      </w:r>
    </w:p>
    <w:p>
      <w:pPr>
        <w:bidi/>
        <w:spacing w:before="0" w:after="40"/>
        <w:jc w:val="both"/>
      </w:pPr>
      <w:r>
        <w:rPr>
          <w:rFonts w:ascii="Arial" w:hAnsi="Arial" w:cs="Arial"/>
          <w:color w:val="6B7280"/>
          <w:sz w:val="21"/>
          <w:szCs w:val="21"/>
          <w:rtl/>
          <w:lang w:val="en-US" w:bidi="ar-SA"/>
        </w:rPr>
        <w:t xml:space="preserve">النمط</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r>
          </w:p>
        </w:tc>
        <w:tc>
          <w:tcPr>
            <w:tcW w:type="dxa" w:w="4989"/>
            <w:shd w:val="clear" w:color="auto" w:fill="4338ca"/>
          </w:tcPr>
          <w:p>
            <w:pPr>
              <w:spacing w:before="0" w:after="40"/>
              <w:jc w:val="both"/>
            </w:pPr>
            <w:r>
              <w:rPr>
                <w:b/>
                <w:bCs/>
                <w:color w:val="FFFFFF"/>
              </w:rPr>
              <w:t>Example</w:t>
            </w:r>
          </w:p>
        </w:tc>
      </w:tr>
      <w:tr>
        <w:tc>
          <w:tcPr>
            <w:tcW w:type="dxa" w:w="4989"/>
          </w:tcPr>
          <w:p>
            <w:pPr>
              <w:spacing w:before="0" w:after="40"/>
              <w:jc w:val="both"/>
            </w:pPr>
            <w:r>
              <w:rPr/>
              <w:t>✔ I / you / we / they + verb</w:t>
            </w:r>
          </w:p>
        </w:tc>
        <w:tc>
          <w:tcPr>
            <w:tcW w:type="dxa" w:w="4989"/>
          </w:tcPr>
          <w:p>
            <w:pPr>
              <w:spacing w:before="0" w:after="40"/>
              <w:jc w:val="both"/>
            </w:pPr>
            <w:r>
              <w:rPr/>
              <w:t>We walk to school.</w:t>
            </w:r>
          </w:p>
        </w:tc>
      </w:tr>
      <w:tr>
        <w:tc>
          <w:tcPr>
            <w:tcW w:type="dxa" w:w="4989"/>
          </w:tcPr>
          <w:p>
            <w:pPr>
              <w:spacing w:before="0" w:after="40"/>
              <w:jc w:val="both"/>
            </w:pPr>
            <w:r>
              <w:rPr/>
              <w:t>✘ don't + verb</w:t>
            </w:r>
          </w:p>
        </w:tc>
        <w:tc>
          <w:tcPr>
            <w:tcW w:type="dxa" w:w="4989"/>
          </w:tcPr>
          <w:p>
            <w:pPr>
              <w:spacing w:before="0" w:after="40"/>
              <w:jc w:val="both"/>
            </w:pPr>
            <w:r>
              <w:rPr/>
              <w:t>We don't walk to school.</w:t>
            </w:r>
          </w:p>
        </w:tc>
      </w:tr>
      <w:tr>
        <w:tc>
          <w:tcPr>
            <w:tcW w:type="dxa" w:w="4989"/>
          </w:tcPr>
          <w:p>
            <w:pPr>
              <w:spacing w:before="0" w:after="40"/>
              <w:jc w:val="both"/>
            </w:pPr>
            <w:r>
              <w:rPr/>
              <w:t>? Do … + verb?</w:t>
            </w:r>
          </w:p>
        </w:tc>
        <w:tc>
          <w:tcPr>
            <w:tcW w:type="dxa" w:w="4989"/>
          </w:tcPr>
          <w:p>
            <w:pPr>
              <w:spacing w:before="0" w:after="40"/>
              <w:jc w:val="both"/>
            </w:pPr>
            <w:r>
              <w:rPr/>
              <w:t>Do you walk to school?</w:t>
            </w:r>
          </w:p>
        </w:tc>
      </w:tr>
      <w:tr>
        <w:tc>
          <w:tcPr>
            <w:tcW w:type="dxa" w:w="4989"/>
          </w:tcPr>
          <w:p>
            <w:pPr>
              <w:spacing w:before="0" w:after="40"/>
              <w:jc w:val="both"/>
            </w:pPr>
            <w:r>
              <w:rPr/>
              <w:t>Short answer</w:t>
            </w:r>
          </w:p>
        </w:tc>
        <w:tc>
          <w:tcPr>
            <w:tcW w:type="dxa" w:w="4989"/>
          </w:tcPr>
          <w:p>
            <w:pPr>
              <w:spacing w:before="0" w:after="40"/>
              <w:jc w:val="both"/>
            </w:pPr>
            <w:r>
              <w:rPr/>
              <w:t>Yes, I do. / No, I don't.</w:t>
            </w:r>
          </w:p>
        </w:tc>
      </w:tr>
    </w:tbl>
    <w:p>
      <w:pPr>
        <w:spacing w:before="0" w:after="40"/>
        <w:jc w:val="both"/>
      </w:pPr>
    </w:p>
    <w:p>
      <w:pPr>
        <w:spacing w:before="120" w:after="40"/>
        <w:jc w:val="both"/>
      </w:pPr>
      <w:r>
        <w:rPr>
          <w:rFonts w:ascii="Arial Black" w:hAnsi="Arial Black" w:cs="Arial Black"/>
          <w:b/>
          <w:bCs/>
          <w:color w:val="4338CA"/>
          <w:sz w:val="28"/>
          <w:szCs w:val="28"/>
        </w:rPr>
        <w:t>◆ Daily routine verbs</w:t>
      </w:r>
    </w:p>
    <w:p>
      <w:pPr>
        <w:bidi/>
        <w:spacing w:before="0" w:after="0"/>
        <w:jc w:val="both"/>
      </w:pPr>
      <w:r>
        <w:rPr>
          <w:rFonts w:ascii="Arial" w:hAnsi="Arial" w:cs="Arial"/>
          <w:color w:val="6B7280"/>
          <w:sz w:val="20"/>
          <w:szCs w:val="20"/>
          <w:rtl/>
          <w:lang w:val="en-US" w:bidi="he-IL"/>
        </w:rPr>
        <w:t xml:space="preserve">פעלים של סדר היום</w:t>
      </w:r>
    </w:p>
    <w:p>
      <w:pPr>
        <w:bidi/>
        <w:spacing w:before="0" w:after="40"/>
        <w:jc w:val="both"/>
      </w:pPr>
      <w:r>
        <w:rPr>
          <w:rFonts w:ascii="Arial" w:hAnsi="Arial" w:cs="Arial"/>
          <w:color w:val="6B7280"/>
          <w:sz w:val="21"/>
          <w:szCs w:val="21"/>
          <w:rtl/>
          <w:lang w:val="en-US" w:bidi="ar-SA"/>
        </w:rPr>
        <w:t xml:space="preserve">أفعال الروتين اليومي</w:t>
      </w:r>
    </w:p>
    <w:p>
      <w:pPr>
        <w:spacing w:before="0" w:after="20"/>
        <w:jc w:val="both"/>
      </w:pPr>
      <w:r>
        <w:rPr/>
        <w:t>1. get up, wash, get dressed, eat breakfast, go to school</w:t>
      </w:r>
    </w:p>
    <w:p>
      <w:pPr>
        <w:spacing w:before="0" w:after="20"/>
        <w:jc w:val="both"/>
      </w:pPr>
      <w:r>
        <w:rPr/>
        <w:t>2. do homework, play, have dinner, read, go to bed</w:t>
      </w:r>
    </w:p>
    <w:p>
      <w:pPr>
        <w:spacing w:before="120" w:after="40"/>
        <w:jc w:val="both"/>
      </w:pPr>
      <w:r>
        <w:rPr>
          <w:rFonts w:ascii="Arial Black" w:hAnsi="Arial Black" w:cs="Arial Black"/>
          <w:b/>
          <w:bCs/>
          <w:color w:val="4338CA"/>
          <w:sz w:val="28"/>
          <w:szCs w:val="28"/>
        </w:rPr>
        <w:t>◆ Time words</w:t>
      </w:r>
    </w:p>
    <w:p>
      <w:pPr>
        <w:bidi/>
        <w:spacing w:before="0" w:after="0"/>
        <w:jc w:val="both"/>
      </w:pPr>
      <w:r>
        <w:rPr>
          <w:rFonts w:ascii="Arial" w:hAnsi="Arial" w:cs="Arial"/>
          <w:color w:val="6B7280"/>
          <w:sz w:val="20"/>
          <w:szCs w:val="20"/>
          <w:rtl/>
          <w:lang w:val="en-US" w:bidi="he-IL"/>
        </w:rPr>
        <w:t xml:space="preserve">מילות זמן</w:t>
      </w:r>
    </w:p>
    <w:p>
      <w:pPr>
        <w:bidi/>
        <w:spacing w:before="0" w:after="40"/>
        <w:jc w:val="both"/>
      </w:pPr>
      <w:r>
        <w:rPr>
          <w:rFonts w:ascii="Arial" w:hAnsi="Arial" w:cs="Arial"/>
          <w:color w:val="6B7280"/>
          <w:sz w:val="21"/>
          <w:szCs w:val="21"/>
          <w:rtl/>
          <w:lang w:val="en-US" w:bidi="ar-SA"/>
        </w:rPr>
        <w:t xml:space="preserve">كلمات الزمن</w:t>
      </w:r>
    </w:p>
    <w:p>
      <w:pPr>
        <w:spacing w:before="0" w:after="20"/>
        <w:jc w:val="both"/>
      </w:pPr>
      <w:r>
        <w:rPr/>
        <w:t>1. in the morning / afternoon / evening, at night, at 8 o'clock</w:t>
      </w:r>
    </w:p>
    <w:p>
      <w:pPr>
        <w:spacing w:before="0" w:after="20"/>
        <w:jc w:val="both"/>
      </w:pPr>
      <w:r>
        <w:rPr/>
        <w:t>2. every day, on Mondays, always, sometimes, never</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409500"/>
                  <wp:docPr id="38" name="Picture 38"/>
                  <wp:cNvGraphicFramePr>
                    <a:graphicFrameLocks noChangeAspect="1"/>
                  </wp:cNvGraphicFramePr>
                  <a:graphic>
                    <a:graphicData uri="http://schemas.openxmlformats.org/drawingml/2006/picture">
                      <pic:pic>
                        <pic:nvPicPr>
                          <pic:cNvPr id="0" name="school.png"/>
                          <pic:cNvPicPr/>
                        </pic:nvPicPr>
                        <pic:blipFill>
                          <a:blip r:embed="rId12"/>
                          <a:stretch>
                            <a:fillRect/>
                          </a:stretch>
                        </pic:blipFill>
                        <pic:spPr>
                          <a:xfrm>
                            <a:off x="0" y="0"/>
                            <a:ext cx="468000" cy="409500"/>
                          </a:xfrm>
                          <a:prstGeom prst="rect"/>
                        </pic:spPr>
                      </pic:pic>
                    </a:graphicData>
                  </a:graphic>
                </wp:inline>
              </w:drawing>
            </w:r>
          </w:p>
          <w:p>
            <w:pPr>
              <w:spacing w:before="0" w:after="0"/>
              <w:jc w:val="center"/>
            </w:pPr>
            <w:r>
              <w:rPr>
                <w:b/>
                <w:bCs/>
                <w:sz w:val="23"/>
                <w:szCs w:val="23"/>
              </w:rPr>
              <w:t>school</w:t>
            </w:r>
          </w:p>
          <w:p>
            <w:pPr>
              <w:bidi/>
              <w:spacing w:before="0" w:after="0"/>
              <w:jc w:val="center"/>
            </w:pPr>
            <w:r>
              <w:rPr>
                <w:rFonts w:ascii="Arial" w:hAnsi="Arial" w:cs="Arial"/>
                <w:color w:val="6B7280"/>
                <w:sz w:val="17"/>
                <w:szCs w:val="17"/>
                <w:rtl/>
                <w:lang w:val="en-US" w:bidi="he-IL"/>
              </w:rPr>
              <w:t xml:space="preserve">בית ספר</w:t>
            </w:r>
          </w:p>
          <w:p>
            <w:pPr>
              <w:bidi/>
              <w:spacing w:before="0" w:after="0"/>
              <w:jc w:val="center"/>
            </w:pPr>
            <w:r>
              <w:rPr>
                <w:rFonts w:ascii="Arial" w:hAnsi="Arial" w:cs="Arial"/>
                <w:color w:val="6B7280"/>
                <w:sz w:val="17"/>
                <w:szCs w:val="17"/>
                <w:rtl/>
                <w:lang w:val="en-US" w:bidi="ar-SA"/>
              </w:rPr>
              <w:t xml:space="preserve">مدرسة</w:t>
            </w:r>
          </w:p>
        </w:tc>
        <w:tc>
          <w:tcPr>
            <w:tcW w:type="dxa" w:w="1663"/>
          </w:tcPr>
          <w:p>
            <w:pPr>
              <w:spacing w:before="0" w:after="0"/>
              <w:jc w:val="center"/>
            </w:pPr>
            <w:r>
              <w:drawing>
                <wp:inline xmlns:a="http://schemas.openxmlformats.org/drawingml/2006/main" xmlns:pic="http://schemas.openxmlformats.org/drawingml/2006/picture">
                  <wp:extent cx="468000" cy="273000"/>
                  <wp:docPr id="39" name="Picture 39"/>
                  <wp:cNvGraphicFramePr>
                    <a:graphicFrameLocks noChangeAspect="1"/>
                  </wp:cNvGraphicFramePr>
                  <a:graphic>
                    <a:graphicData uri="http://schemas.openxmlformats.org/drawingml/2006/picture">
                      <pic:pic>
                        <pic:nvPicPr>
                          <pic:cNvPr id="0" name="bed.png"/>
                          <pic:cNvPicPr/>
                        </pic:nvPicPr>
                        <pic:blipFill>
                          <a:blip r:embed="rId19"/>
                          <a:stretch>
                            <a:fillRect/>
                          </a:stretch>
                        </pic:blipFill>
                        <pic:spPr>
                          <a:xfrm>
                            <a:off x="0" y="0"/>
                            <a:ext cx="468000" cy="273000"/>
                          </a:xfrm>
                          <a:prstGeom prst="rect"/>
                        </pic:spPr>
                      </pic:pic>
                    </a:graphicData>
                  </a:graphic>
                </wp:inline>
              </w:drawing>
            </w:r>
          </w:p>
          <w:p>
            <w:pPr>
              <w:spacing w:before="0" w:after="0"/>
              <w:jc w:val="center"/>
            </w:pPr>
            <w:r>
              <w:rPr>
                <w:b/>
                <w:bCs/>
                <w:sz w:val="23"/>
                <w:szCs w:val="23"/>
              </w:rPr>
              <w:t>bed</w:t>
            </w:r>
          </w:p>
          <w:p>
            <w:pPr>
              <w:bidi/>
              <w:spacing w:before="0" w:after="0"/>
              <w:jc w:val="center"/>
            </w:pPr>
            <w:r>
              <w:rPr>
                <w:rFonts w:ascii="Arial" w:hAnsi="Arial" w:cs="Arial"/>
                <w:color w:val="6B7280"/>
                <w:sz w:val="17"/>
                <w:szCs w:val="17"/>
                <w:rtl/>
                <w:lang w:val="en-US" w:bidi="he-IL"/>
              </w:rPr>
              <w:t xml:space="preserve">מיטה</w:t>
            </w:r>
          </w:p>
          <w:p>
            <w:pPr>
              <w:bidi/>
              <w:spacing w:before="0" w:after="0"/>
              <w:jc w:val="center"/>
            </w:pPr>
            <w:r>
              <w:rPr>
                <w:rFonts w:ascii="Arial" w:hAnsi="Arial" w:cs="Arial"/>
                <w:color w:val="6B7280"/>
                <w:sz w:val="17"/>
                <w:szCs w:val="17"/>
                <w:rtl/>
                <w:lang w:val="en-US" w:bidi="ar-SA"/>
              </w:rPr>
              <w:t xml:space="preserve">سرير</w:t>
            </w:r>
          </w:p>
        </w:tc>
        <w:tc>
          <w:tcPr>
            <w:tcW w:type="dxa" w:w="1663"/>
          </w:tcPr>
          <w:p>
            <w:pPr>
              <w:spacing w:before="0" w:after="0"/>
              <w:jc w:val="center"/>
            </w:pPr>
            <w:r>
              <w:drawing>
                <wp:inline xmlns:a="http://schemas.openxmlformats.org/drawingml/2006/main" xmlns:pic="http://schemas.openxmlformats.org/drawingml/2006/picture">
                  <wp:extent cx="468000" cy="463125"/>
                  <wp:docPr id="40" name="Picture 40"/>
                  <wp:cNvGraphicFramePr>
                    <a:graphicFrameLocks noChangeAspect="1"/>
                  </wp:cNvGraphicFramePr>
                  <a:graphic>
                    <a:graphicData uri="http://schemas.openxmlformats.org/drawingml/2006/picture">
                      <pic:pic>
                        <pic:nvPicPr>
                          <pic:cNvPr id="0" name="basketball.png"/>
                          <pic:cNvPicPr/>
                        </pic:nvPicPr>
                        <pic:blipFill>
                          <a:blip r:embed="rId35"/>
                          <a:stretch>
                            <a:fillRect/>
                          </a:stretch>
                        </pic:blipFill>
                        <pic:spPr>
                          <a:xfrm>
                            <a:off x="0" y="0"/>
                            <a:ext cx="468000" cy="463125"/>
                          </a:xfrm>
                          <a:prstGeom prst="rect"/>
                        </pic:spPr>
                      </pic:pic>
                    </a:graphicData>
                  </a:graphic>
                </wp:inline>
              </w:drawing>
            </w:r>
          </w:p>
          <w:p>
            <w:pPr>
              <w:spacing w:before="0" w:after="0"/>
              <w:jc w:val="center"/>
            </w:pPr>
            <w:r>
              <w:rPr>
                <w:b/>
                <w:bCs/>
                <w:sz w:val="23"/>
                <w:szCs w:val="23"/>
              </w:rPr>
              <w:t>basketball</w:t>
            </w:r>
          </w:p>
          <w:p>
            <w:pPr>
              <w:bidi/>
              <w:spacing w:before="0" w:after="0"/>
              <w:jc w:val="center"/>
            </w:pPr>
            <w:r>
              <w:rPr>
                <w:rFonts w:ascii="Arial" w:hAnsi="Arial" w:cs="Arial"/>
                <w:color w:val="6B7280"/>
                <w:sz w:val="17"/>
                <w:szCs w:val="17"/>
                <w:rtl/>
                <w:lang w:val="en-US" w:bidi="he-IL"/>
              </w:rPr>
              <w:t xml:space="preserve">כדורסל</w:t>
            </w:r>
          </w:p>
          <w:p>
            <w:pPr>
              <w:bidi/>
              <w:spacing w:before="0" w:after="0"/>
              <w:jc w:val="center"/>
            </w:pPr>
            <w:r>
              <w:rPr>
                <w:rFonts w:ascii="Arial" w:hAnsi="Arial" w:cs="Arial"/>
                <w:color w:val="6B7280"/>
                <w:sz w:val="17"/>
                <w:szCs w:val="17"/>
                <w:rtl/>
                <w:lang w:val="en-US" w:bidi="ar-SA"/>
              </w:rPr>
              <w:t xml:space="preserve">كرة السلة</w:t>
            </w:r>
          </w:p>
        </w:tc>
        <w:tc>
          <w:tcPr>
            <w:tcW w:type="dxa" w:w="1663"/>
          </w:tcPr>
          <w:p>
            <w:pPr>
              <w:spacing w:before="0" w:after="0"/>
              <w:jc w:val="center"/>
            </w:pPr>
            <w:r>
              <w:drawing>
                <wp:inline xmlns:a="http://schemas.openxmlformats.org/drawingml/2006/main" xmlns:pic="http://schemas.openxmlformats.org/drawingml/2006/picture">
                  <wp:extent cx="468000" cy="583481"/>
                  <wp:docPr id="41" name="Picture 41"/>
                  <wp:cNvGraphicFramePr>
                    <a:graphicFrameLocks noChangeAspect="1"/>
                  </wp:cNvGraphicFramePr>
                  <a:graphic>
                    <a:graphicData uri="http://schemas.openxmlformats.org/drawingml/2006/picture">
                      <pic:pic>
                        <pic:nvPicPr>
                          <pic:cNvPr id="0" name="pizza.png"/>
                          <pic:cNvPicPr/>
                        </pic:nvPicPr>
                        <pic:blipFill>
                          <a:blip r:embed="rId36"/>
                          <a:stretch>
                            <a:fillRect/>
                          </a:stretch>
                        </pic:blipFill>
                        <pic:spPr>
                          <a:xfrm>
                            <a:off x="0" y="0"/>
                            <a:ext cx="468000" cy="583481"/>
                          </a:xfrm>
                          <a:prstGeom prst="rect"/>
                        </pic:spPr>
                      </pic:pic>
                    </a:graphicData>
                  </a:graphic>
                </wp:inline>
              </w:drawing>
            </w:r>
          </w:p>
          <w:p>
            <w:pPr>
              <w:spacing w:before="0" w:after="0"/>
              <w:jc w:val="center"/>
            </w:pPr>
            <w:r>
              <w:rPr>
                <w:b/>
                <w:bCs/>
                <w:sz w:val="23"/>
                <w:szCs w:val="23"/>
              </w:rPr>
              <w:t>pizza</w:t>
            </w:r>
          </w:p>
          <w:p>
            <w:pPr>
              <w:bidi/>
              <w:spacing w:before="0" w:after="0"/>
              <w:jc w:val="center"/>
            </w:pPr>
            <w:r>
              <w:rPr>
                <w:rFonts w:ascii="Arial" w:hAnsi="Arial" w:cs="Arial"/>
                <w:color w:val="6B7280"/>
                <w:sz w:val="17"/>
                <w:szCs w:val="17"/>
                <w:rtl/>
                <w:lang w:val="en-US" w:bidi="he-IL"/>
              </w:rPr>
              <w:t xml:space="preserve">פיצה</w:t>
            </w:r>
          </w:p>
          <w:p>
            <w:pPr>
              <w:bidi/>
              <w:spacing w:before="0" w:after="0"/>
              <w:jc w:val="center"/>
            </w:pPr>
            <w:r>
              <w:rPr>
                <w:rFonts w:ascii="Arial" w:hAnsi="Arial" w:cs="Arial"/>
                <w:color w:val="6B7280"/>
                <w:sz w:val="17"/>
                <w:szCs w:val="17"/>
                <w:rtl/>
                <w:lang w:val="en-US" w:bidi="ar-SA"/>
              </w:rPr>
              <w:t xml:space="preserve">بيتزا</w:t>
            </w:r>
          </w:p>
        </w:tc>
        <w:tc>
          <w:tcPr>
            <w:tcW w:type="dxa" w:w="1663"/>
          </w:tcPr>
          <w:p>
            <w:pPr>
              <w:spacing w:before="0" w:after="0"/>
              <w:jc w:val="center"/>
            </w:pPr>
            <w:r>
              <w:drawing>
                <wp:inline xmlns:a="http://schemas.openxmlformats.org/drawingml/2006/main" xmlns:pic="http://schemas.openxmlformats.org/drawingml/2006/picture">
                  <wp:extent cx="468000" cy="477957"/>
                  <wp:docPr id="42" name="Picture 42"/>
                  <wp:cNvGraphicFramePr>
                    <a:graphicFrameLocks noChangeAspect="1"/>
                  </wp:cNvGraphicFramePr>
                  <a:graphic>
                    <a:graphicData uri="http://schemas.openxmlformats.org/drawingml/2006/picture">
                      <pic:pic>
                        <pic:nvPicPr>
                          <pic:cNvPr id="0" name="tennis.png"/>
                          <pic:cNvPicPr/>
                        </pic:nvPicPr>
                        <pic:blipFill>
                          <a:blip r:embed="rId37"/>
                          <a:stretch>
                            <a:fillRect/>
                          </a:stretch>
                        </pic:blipFill>
                        <pic:spPr>
                          <a:xfrm>
                            <a:off x="0" y="0"/>
                            <a:ext cx="468000" cy="477957"/>
                          </a:xfrm>
                          <a:prstGeom prst="rect"/>
                        </pic:spPr>
                      </pic:pic>
                    </a:graphicData>
                  </a:graphic>
                </wp:inline>
              </w:drawing>
            </w:r>
          </w:p>
          <w:p>
            <w:pPr>
              <w:spacing w:before="0" w:after="0"/>
              <w:jc w:val="center"/>
            </w:pPr>
            <w:r>
              <w:rPr>
                <w:b/>
                <w:bCs/>
                <w:sz w:val="23"/>
                <w:szCs w:val="23"/>
              </w:rPr>
              <w:t>tennis</w:t>
            </w:r>
          </w:p>
          <w:p>
            <w:pPr>
              <w:bidi/>
              <w:spacing w:before="0" w:after="0"/>
              <w:jc w:val="center"/>
            </w:pPr>
            <w:r>
              <w:rPr>
                <w:rFonts w:ascii="Arial" w:hAnsi="Arial" w:cs="Arial"/>
                <w:color w:val="6B7280"/>
                <w:sz w:val="17"/>
                <w:szCs w:val="17"/>
                <w:rtl/>
                <w:lang w:val="en-US" w:bidi="he-IL"/>
              </w:rPr>
              <w:t xml:space="preserve">טניס</w:t>
            </w:r>
          </w:p>
          <w:p>
            <w:pPr>
              <w:bidi/>
              <w:spacing w:before="0" w:after="0"/>
              <w:jc w:val="center"/>
            </w:pPr>
            <w:r>
              <w:rPr>
                <w:rFonts w:ascii="Arial" w:hAnsi="Arial" w:cs="Arial"/>
                <w:color w:val="6B7280"/>
                <w:sz w:val="17"/>
                <w:szCs w:val="17"/>
                <w:rtl/>
                <w:lang w:val="en-US" w:bidi="ar-SA"/>
              </w:rPr>
              <w:t xml:space="preserve">تنس</w:t>
            </w:r>
          </w:p>
        </w:tc>
        <w:tc>
          <w:tcPr>
            <w:tcW w:type="dxa" w:w="1663"/>
          </w:tcPr>
          <w:p>
            <w:pPr>
              <w:spacing w:before="0" w:after="0"/>
              <w:jc w:val="center"/>
            </w:pPr>
            <w:r>
              <w:drawing>
                <wp:inline xmlns:a="http://schemas.openxmlformats.org/drawingml/2006/main" xmlns:pic="http://schemas.openxmlformats.org/drawingml/2006/picture">
                  <wp:extent cx="468000" cy="316875"/>
                  <wp:docPr id="43" name="Picture 43"/>
                  <wp:cNvGraphicFramePr>
                    <a:graphicFrameLocks noChangeAspect="1"/>
                  </wp:cNvGraphicFramePr>
                  <a:graphic>
                    <a:graphicData uri="http://schemas.openxmlformats.org/drawingml/2006/picture">
                      <pic:pic>
                        <pic:nvPicPr>
                          <pic:cNvPr id="0" name="bus.png"/>
                          <pic:cNvPicPr/>
                        </pic:nvPicPr>
                        <pic:blipFill>
                          <a:blip r:embed="rId23"/>
                          <a:stretch>
                            <a:fillRect/>
                          </a:stretch>
                        </pic:blipFill>
                        <pic:spPr>
                          <a:xfrm>
                            <a:off x="0" y="0"/>
                            <a:ext cx="468000" cy="316875"/>
                          </a:xfrm>
                          <a:prstGeom prst="rect"/>
                        </pic:spPr>
                      </pic:pic>
                    </a:graphicData>
                  </a:graphic>
                </wp:inline>
              </w:drawing>
            </w:r>
          </w:p>
          <w:p>
            <w:pPr>
              <w:spacing w:before="0" w:after="0"/>
              <w:jc w:val="center"/>
            </w:pPr>
            <w:r>
              <w:rPr>
                <w:b/>
                <w:bCs/>
                <w:sz w:val="23"/>
                <w:szCs w:val="23"/>
              </w:rPr>
              <w:t>bus</w:t>
            </w:r>
          </w:p>
          <w:p>
            <w:pPr>
              <w:bidi/>
              <w:spacing w:before="0" w:after="0"/>
              <w:jc w:val="center"/>
            </w:pPr>
            <w:r>
              <w:rPr>
                <w:rFonts w:ascii="Arial" w:hAnsi="Arial" w:cs="Arial"/>
                <w:color w:val="6B7280"/>
                <w:sz w:val="17"/>
                <w:szCs w:val="17"/>
                <w:rtl/>
                <w:lang w:val="en-US" w:bidi="he-IL"/>
              </w:rPr>
              <w:t xml:space="preserve">אוטובוס</w:t>
            </w:r>
          </w:p>
          <w:p>
            <w:pPr>
              <w:bidi/>
              <w:spacing w:before="0" w:after="0"/>
              <w:jc w:val="center"/>
            </w:pPr>
            <w:r>
              <w:rPr>
                <w:rFonts w:ascii="Arial" w:hAnsi="Arial" w:cs="Arial"/>
                <w:color w:val="6B7280"/>
                <w:sz w:val="17"/>
                <w:szCs w:val="17"/>
                <w:rtl/>
                <w:lang w:val="en-US" w:bidi="ar-SA"/>
              </w:rPr>
              <w:t xml:space="preserve">حافلة</w:t>
            </w:r>
          </w:p>
        </w:tc>
      </w:tr>
    </w:tbl>
    <w:p>
      <w:pPr>
        <w:spacing w:before="0" w:after="80"/>
        <w:jc w:val="both"/>
      </w:pPr>
    </w:p>
    <w:p>
      <w:pPr>
        <w:spacing w:before="160" w:after="20"/>
        <w:jc w:val="both"/>
      </w:pPr>
      <w:r>
        <w:rPr>
          <w:b/>
          <w:bCs/>
          <w:sz w:val="26"/>
          <w:szCs w:val="26"/>
        </w:rPr>
        <w:t>1. Complete with a verb from the bank.</w:t>
      </w:r>
    </w:p>
    <w:p>
      <w:pPr>
        <w:bidi/>
        <w:spacing w:before="0" w:after="0"/>
        <w:jc w:val="both"/>
      </w:pPr>
      <w:r>
        <w:rPr>
          <w:rFonts w:ascii="Arial" w:hAnsi="Arial" w:cs="Arial"/>
          <w:color w:val="6B7280"/>
          <w:sz w:val="20"/>
          <w:szCs w:val="20"/>
          <w:rtl/>
          <w:lang w:val="en-US" w:bidi="he-IL"/>
        </w:rPr>
        <w:t xml:space="preserve">השלימו עם פועל מהמחסן.</w:t>
      </w:r>
    </w:p>
    <w:p>
      <w:pPr>
        <w:bidi/>
        <w:spacing w:before="0" w:after="80"/>
        <w:jc w:val="both"/>
      </w:pPr>
      <w:r>
        <w:rPr>
          <w:rFonts w:ascii="Arial" w:hAnsi="Arial" w:cs="Arial"/>
          <w:color w:val="6B7280"/>
          <w:sz w:val="21"/>
          <w:szCs w:val="21"/>
          <w:rtl/>
          <w:lang w:val="en-US" w:bidi="ar-SA"/>
        </w:rPr>
        <w:t xml:space="preserve">أكمل بفعل من بنك الكلمات.</w:t>
      </w:r>
    </w:p>
    <w:p>
      <w:pPr>
        <w:spacing w:before="0" w:after="80"/>
        <w:jc w:val="both"/>
      </w:pPr>
      <w:r>
        <w:rPr>
          <w:color w:val="4338CA"/>
          <w:sz w:val="24"/>
          <w:szCs w:val="24"/>
        </w:rPr>
        <w:t>Word bank: get  |  have  |  do  |  go  |  brush  |  ride</w:t>
      </w:r>
    </w:p>
    <w:p>
      <w:pPr>
        <w:spacing w:before="0" w:after="60"/>
        <w:jc w:val="both"/>
      </w:pPr>
      <w:r>
        <w:rPr/>
        <w:t>a. I __________ up at 7:00.</w:t>
      </w:r>
    </w:p>
    <w:p>
      <w:pPr>
        <w:spacing w:before="0" w:after="60"/>
        <w:jc w:val="both"/>
      </w:pPr>
      <w:r>
        <w:rPr/>
        <w:t>b. We __________ dinner at 6:30.</w:t>
      </w:r>
    </w:p>
    <w:p>
      <w:pPr>
        <w:spacing w:before="0" w:after="60"/>
        <w:jc w:val="both"/>
      </w:pPr>
      <w:r>
        <w:rPr/>
        <w:t>c. They __________ their homework after lunch.</w:t>
      </w:r>
    </w:p>
    <w:p>
      <w:pPr>
        <w:spacing w:before="0" w:after="60"/>
        <w:jc w:val="both"/>
      </w:pPr>
      <w:r>
        <w:rPr/>
        <w:t>d. I __________ my teeth after breakfast.</w:t>
      </w:r>
    </w:p>
    <w:p>
      <w:pPr>
        <w:spacing w:before="0" w:after="60"/>
        <w:jc w:val="both"/>
      </w:pPr>
      <w:r>
        <w:rPr/>
        <w:t>e. You __________ your bike in the park.</w:t>
      </w:r>
    </w:p>
    <w:p>
      <w:pPr>
        <w:spacing w:before="0" w:after="60"/>
        <w:jc w:val="both"/>
      </w:pPr>
      <w:r>
        <w:rPr/>
        <w:t>f. We __________ to bed at 9:00.</w:t>
      </w:r>
    </w:p>
    <w:p>
      <w:pPr>
        <w:spacing w:before="160" w:after="20"/>
        <w:jc w:val="both"/>
      </w:pPr>
      <w:r>
        <w:rPr>
          <w:b/>
          <w:bCs/>
          <w:sz w:val="26"/>
          <w:szCs w:val="26"/>
        </w:rPr>
        <w:t>2. Match the time to the activity.</w:t>
      </w:r>
    </w:p>
    <w:p>
      <w:pPr>
        <w:bidi/>
        <w:spacing w:before="0" w:after="0"/>
        <w:jc w:val="both"/>
      </w:pPr>
      <w:r>
        <w:rPr>
          <w:rFonts w:ascii="Arial" w:hAnsi="Arial" w:cs="Arial"/>
          <w:color w:val="6B7280"/>
          <w:sz w:val="20"/>
          <w:szCs w:val="20"/>
          <w:rtl/>
          <w:lang w:val="en-US" w:bidi="he-IL"/>
        </w:rPr>
        <w:t xml:space="preserve">התאימו את השעה לפעילות.</w:t>
      </w:r>
    </w:p>
    <w:p>
      <w:pPr>
        <w:bidi/>
        <w:spacing w:before="0" w:after="80"/>
        <w:jc w:val="both"/>
      </w:pPr>
      <w:r>
        <w:rPr>
          <w:rFonts w:ascii="Arial" w:hAnsi="Arial" w:cs="Arial"/>
          <w:color w:val="6B7280"/>
          <w:sz w:val="21"/>
          <w:szCs w:val="21"/>
          <w:rtl/>
          <w:lang w:val="en-US" w:bidi="ar-SA"/>
        </w:rPr>
        <w:t xml:space="preserve">صل الوقت بالنشاط.</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Column A</w:t>
            </w:r>
          </w:p>
        </w:tc>
        <w:tc>
          <w:tcPr>
            <w:tcW w:type="dxa" w:w="4989"/>
            <w:shd w:val="clear" w:color="auto" w:fill="4338ca"/>
          </w:tcPr>
          <w:p>
            <w:pPr>
              <w:spacing w:before="0" w:after="40"/>
              <w:jc w:val="both"/>
            </w:pPr>
            <w:r>
              <w:rPr>
                <w:b/>
                <w:bCs/>
                <w:color w:val="FFFFFF"/>
              </w:rPr>
              <w:t>Column B</w:t>
            </w:r>
          </w:p>
        </w:tc>
      </w:tr>
      <w:tr>
        <w:tc>
          <w:tcPr>
            <w:tcW w:type="dxa" w:w="4989"/>
          </w:tcPr>
          <w:p>
            <w:pPr>
              <w:spacing w:before="0" w:after="40"/>
              <w:jc w:val="both"/>
            </w:pPr>
            <w:r>
              <w:rPr/>
              <w:t>1. 7:00 in the morning</w:t>
            </w:r>
          </w:p>
        </w:tc>
        <w:tc>
          <w:tcPr>
            <w:tcW w:type="dxa" w:w="4989"/>
          </w:tcPr>
          <w:p>
            <w:pPr>
              <w:spacing w:before="0" w:after="40"/>
              <w:jc w:val="both"/>
            </w:pPr>
            <w:r>
              <w:rPr/>
              <w:t>[   ] I go to bed.</w:t>
            </w:r>
          </w:p>
        </w:tc>
      </w:tr>
      <w:tr>
        <w:tc>
          <w:tcPr>
            <w:tcW w:type="dxa" w:w="4989"/>
          </w:tcPr>
          <w:p>
            <w:pPr>
              <w:spacing w:before="0" w:after="40"/>
              <w:jc w:val="both"/>
            </w:pPr>
            <w:r>
              <w:rPr/>
              <w:t>2. 8:00</w:t>
            </w:r>
          </w:p>
        </w:tc>
        <w:tc>
          <w:tcPr>
            <w:tcW w:type="dxa" w:w="4989"/>
          </w:tcPr>
          <w:p>
            <w:pPr>
              <w:spacing w:before="0" w:after="40"/>
              <w:jc w:val="both"/>
            </w:pPr>
            <w:r>
              <w:rPr/>
              <w:t>[   ] I get up.</w:t>
            </w:r>
          </w:p>
        </w:tc>
      </w:tr>
      <w:tr>
        <w:tc>
          <w:tcPr>
            <w:tcW w:type="dxa" w:w="4989"/>
          </w:tcPr>
          <w:p>
            <w:pPr>
              <w:spacing w:before="0" w:after="40"/>
              <w:jc w:val="both"/>
            </w:pPr>
            <w:r>
              <w:rPr/>
              <w:t>3. 1:30 in the afternoon</w:t>
            </w:r>
          </w:p>
        </w:tc>
        <w:tc>
          <w:tcPr>
            <w:tcW w:type="dxa" w:w="4989"/>
          </w:tcPr>
          <w:p>
            <w:pPr>
              <w:spacing w:before="0" w:after="40"/>
              <w:jc w:val="both"/>
            </w:pPr>
            <w:r>
              <w:rPr/>
              <w:t>[   ] School starts.</w:t>
            </w:r>
          </w:p>
        </w:tc>
      </w:tr>
      <w:tr>
        <w:tc>
          <w:tcPr>
            <w:tcW w:type="dxa" w:w="4989"/>
          </w:tcPr>
          <w:p>
            <w:pPr>
              <w:spacing w:before="0" w:after="40"/>
              <w:jc w:val="both"/>
            </w:pPr>
            <w:r>
              <w:rPr/>
              <w:t>4. 7:00 in the evening</w:t>
            </w:r>
          </w:p>
        </w:tc>
        <w:tc>
          <w:tcPr>
            <w:tcW w:type="dxa" w:w="4989"/>
          </w:tcPr>
          <w:p>
            <w:pPr>
              <w:spacing w:before="0" w:after="40"/>
              <w:jc w:val="both"/>
            </w:pPr>
            <w:r>
              <w:rPr/>
              <w:t>[   ] We have dinner.</w:t>
            </w:r>
          </w:p>
        </w:tc>
      </w:tr>
      <w:tr>
        <w:tc>
          <w:tcPr>
            <w:tcW w:type="dxa" w:w="4989"/>
          </w:tcPr>
          <w:p>
            <w:pPr>
              <w:spacing w:before="0" w:after="40"/>
              <w:jc w:val="both"/>
            </w:pPr>
            <w:r>
              <w:rPr/>
              <w:t>5. 9:00 at night</w:t>
            </w:r>
          </w:p>
        </w:tc>
        <w:tc>
          <w:tcPr>
            <w:tcW w:type="dxa" w:w="4989"/>
          </w:tcPr>
          <w:p>
            <w:pPr>
              <w:spacing w:before="0" w:after="40"/>
              <w:jc w:val="both"/>
            </w:pPr>
            <w:r>
              <w:rPr/>
              <w:t>[   ] I eat lunch.</w:t>
            </w:r>
          </w:p>
        </w:tc>
      </w:tr>
    </w:tbl>
    <w:p>
      <w:pPr>
        <w:spacing w:before="0" w:after="40"/>
        <w:jc w:val="both"/>
      </w:pPr>
    </w:p>
    <w:p>
      <w:pPr>
        <w:spacing w:before="160" w:after="20"/>
        <w:jc w:val="both"/>
      </w:pPr>
      <w:r>
        <w:rPr>
          <w:b/>
          <w:bCs/>
          <w:sz w:val="26"/>
          <w:szCs w:val="26"/>
        </w:rPr>
        <w:t>3. Sort the time words.</w:t>
      </w:r>
    </w:p>
    <w:p>
      <w:pPr>
        <w:bidi/>
        <w:spacing w:before="0" w:after="0"/>
        <w:jc w:val="both"/>
      </w:pPr>
      <w:r>
        <w:rPr>
          <w:rFonts w:ascii="Arial" w:hAnsi="Arial" w:cs="Arial"/>
          <w:color w:val="6B7280"/>
          <w:sz w:val="20"/>
          <w:szCs w:val="20"/>
          <w:rtl/>
          <w:lang w:val="en-US" w:bidi="he-IL"/>
        </w:rPr>
        <w:t xml:space="preserve">מיינו את מילות הזמן.</w:t>
      </w:r>
    </w:p>
    <w:p>
      <w:pPr>
        <w:bidi/>
        <w:spacing w:before="0" w:after="80"/>
        <w:jc w:val="both"/>
      </w:pPr>
      <w:r>
        <w:rPr>
          <w:rFonts w:ascii="Arial" w:hAnsi="Arial" w:cs="Arial"/>
          <w:color w:val="6B7280"/>
          <w:sz w:val="21"/>
          <w:szCs w:val="21"/>
          <w:rtl/>
          <w:lang w:val="en-US" w:bidi="ar-SA"/>
        </w:rPr>
        <w:t xml:space="preserve">صنّف كلمات الزمن.</w:t>
      </w:r>
    </w:p>
    <w:p>
      <w:pPr>
        <w:spacing w:before="0" w:after="80"/>
        <w:jc w:val="both"/>
      </w:pPr>
      <w:r>
        <w:rPr>
          <w:color w:val="4338CA"/>
          <w:sz w:val="24"/>
          <w:szCs w:val="24"/>
        </w:rPr>
        <w:t>Words: always  |  in the morning  |  sometimes  |  at night  |  never  |  in the evening</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How often?</w:t>
            </w:r>
          </w:p>
        </w:tc>
        <w:tc>
          <w:tcPr>
            <w:tcW w:type="dxa" w:w="4989"/>
            <w:shd w:val="clear" w:color="auto" w:fill="4338ca"/>
          </w:tcPr>
          <w:p>
            <w:pPr>
              <w:spacing w:before="0" w:after="40"/>
              <w:jc w:val="both"/>
            </w:pPr>
            <w:r>
              <w:rPr>
                <w:b/>
                <w:bCs/>
                <w:color w:val="FFFFFF"/>
              </w:rPr>
              <w:t>When?</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4.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Do they live in Ashdod? (✔)</w:t>
      </w:r>
    </w:p>
    <w:p>
      <w:pPr>
        <w:spacing w:before="0" w:after="80"/>
        <w:jc w:val="both"/>
      </w:pPr>
      <w:r>
        <w:rPr/>
        <w:t xml:space="preserve">   ○ Yes, they do.      ○ Yes, they are.      ○ Yes, they live.</w:t>
      </w:r>
    </w:p>
    <w:p>
      <w:pPr>
        <w:spacing w:before="0" w:after="20"/>
        <w:jc w:val="both"/>
      </w:pPr>
      <w:r>
        <w:rPr/>
        <w:t>b. Do you speak English? (✘)</w:t>
      </w:r>
    </w:p>
    <w:p>
      <w:pPr>
        <w:spacing w:before="0" w:after="80"/>
        <w:jc w:val="both"/>
      </w:pPr>
      <w:r>
        <w:rPr/>
        <w:t xml:space="preserve">   ○ No, I'm not.      ○ No, I don't.      ○ No, I doesn't.</w:t>
      </w:r>
    </w:p>
    <w:p>
      <w:pPr>
        <w:spacing w:before="0" w:after="20"/>
        <w:jc w:val="both"/>
      </w:pPr>
      <w:r>
        <w:rPr/>
        <w:t>c. We ___ swim in winter.</w:t>
      </w:r>
    </w:p>
    <w:p>
      <w:pPr>
        <w:spacing w:before="0" w:after="80"/>
        <w:jc w:val="both"/>
      </w:pPr>
      <w:r>
        <w:rPr/>
        <w:t xml:space="preserve">   ○ don't      ○ aren't      ○ not</w:t>
      </w:r>
    </w:p>
    <w:p>
      <w:pPr>
        <w:spacing w:before="160" w:after="20"/>
        <w:jc w:val="both"/>
      </w:pPr>
      <w:r>
        <w:rPr>
          <w:b/>
          <w:bCs/>
          <w:sz w:val="26"/>
          <w:szCs w:val="26"/>
        </w:rPr>
        <w:t>5. Make the sentences negative.</w:t>
      </w:r>
    </w:p>
    <w:p>
      <w:pPr>
        <w:bidi/>
        <w:spacing w:before="0" w:after="0"/>
        <w:jc w:val="both"/>
      </w:pPr>
      <w:r>
        <w:rPr>
          <w:rFonts w:ascii="Arial" w:hAnsi="Arial" w:cs="Arial"/>
          <w:color w:val="6B7280"/>
          <w:sz w:val="20"/>
          <w:szCs w:val="20"/>
          <w:rtl/>
          <w:lang w:val="en-US" w:bidi="he-IL"/>
        </w:rPr>
        <w:t xml:space="preserve">הפכו את המשפטים לשלילה.</w:t>
      </w:r>
    </w:p>
    <w:p>
      <w:pPr>
        <w:bidi/>
        <w:spacing w:before="0" w:after="80"/>
        <w:jc w:val="both"/>
      </w:pPr>
      <w:r>
        <w:rPr>
          <w:rFonts w:ascii="Arial" w:hAnsi="Arial" w:cs="Arial"/>
          <w:color w:val="6B7280"/>
          <w:sz w:val="21"/>
          <w:szCs w:val="21"/>
          <w:rtl/>
          <w:lang w:val="en-US" w:bidi="ar-SA"/>
        </w:rPr>
        <w:t xml:space="preserve">حوّل الجمل إلى النفي.</w:t>
      </w:r>
    </w:p>
    <w:p>
      <w:pPr>
        <w:spacing w:before="0" w:after="60"/>
        <w:jc w:val="both"/>
      </w:pPr>
      <w:r>
        <w:rPr/>
        <w:t>a. I like carrots. → I __________ carrots.</w:t>
      </w:r>
    </w:p>
    <w:p>
      <w:pPr>
        <w:spacing w:before="0" w:after="60"/>
        <w:jc w:val="both"/>
      </w:pPr>
      <w:r>
        <w:rPr/>
        <w:t>b. We play on Friday. → We __________ on Friday.</w:t>
      </w:r>
    </w:p>
    <w:p>
      <w:pPr>
        <w:spacing w:before="0" w:after="60"/>
        <w:jc w:val="both"/>
      </w:pPr>
      <w:r>
        <w:rPr/>
        <w:t>c. They eat fish. → They __________ fish.</w:t>
      </w:r>
    </w:p>
    <w:p>
      <w:pPr>
        <w:spacing w:before="0" w:after="60"/>
        <w:jc w:val="both"/>
      </w:pPr>
      <w:r>
        <w:rPr/>
        <w:t>d. You go to bed late. → You __________ to bed late.</w:t>
      </w:r>
    </w:p>
    <w:p>
      <w:pPr>
        <w:spacing w:before="160" w:after="20"/>
        <w:jc w:val="both"/>
      </w:pPr>
      <w:r>
        <w:rPr>
          <w:b/>
          <w:bCs/>
          <w:sz w:val="26"/>
          <w:szCs w:val="26"/>
        </w:rPr>
        <w:t>6. Write the question and the short answer.</w:t>
      </w:r>
    </w:p>
    <w:p>
      <w:pPr>
        <w:bidi/>
        <w:spacing w:before="0" w:after="0"/>
        <w:jc w:val="both"/>
      </w:pPr>
      <w:r>
        <w:rPr>
          <w:rFonts w:ascii="Arial" w:hAnsi="Arial" w:cs="Arial"/>
          <w:color w:val="6B7280"/>
          <w:sz w:val="20"/>
          <w:szCs w:val="20"/>
          <w:rtl/>
          <w:lang w:val="en-US" w:bidi="he-IL"/>
        </w:rPr>
        <w:t xml:space="preserve">כתבו את השאלה ואת התשובה הקצרה.</w:t>
      </w:r>
    </w:p>
    <w:p>
      <w:pPr>
        <w:bidi/>
        <w:spacing w:before="0" w:after="80"/>
        <w:jc w:val="both"/>
      </w:pPr>
      <w:r>
        <w:rPr>
          <w:rFonts w:ascii="Arial" w:hAnsi="Arial" w:cs="Arial"/>
          <w:color w:val="6B7280"/>
          <w:sz w:val="21"/>
          <w:szCs w:val="21"/>
          <w:rtl/>
          <w:lang w:val="en-US" w:bidi="ar-SA"/>
        </w:rPr>
        <w:t xml:space="preserve">اكتب السؤال والإجابة القصيرة.</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4338ca"/>
          </w:tcPr>
          <w:p>
            <w:pPr>
              <w:spacing w:before="0" w:after="40"/>
              <w:jc w:val="both"/>
            </w:pPr>
            <w:r>
              <w:rPr>
                <w:b/>
                <w:bCs/>
                <w:color w:val="FFFFFF"/>
              </w:rPr>
              <w:t>Sentence</w:t>
            </w:r>
          </w:p>
        </w:tc>
        <w:tc>
          <w:tcPr>
            <w:tcW w:type="dxa" w:w="3326"/>
            <w:shd w:val="clear" w:color="auto" w:fill="4338ca"/>
          </w:tcPr>
          <w:p>
            <w:pPr>
              <w:spacing w:before="0" w:after="40"/>
              <w:jc w:val="both"/>
            </w:pPr>
            <w:r>
              <w:rPr>
                <w:b/>
                <w:bCs/>
                <w:color w:val="FFFFFF"/>
              </w:rPr>
              <w:t>Question</w:t>
            </w:r>
          </w:p>
        </w:tc>
        <w:tc>
          <w:tcPr>
            <w:tcW w:type="dxa" w:w="3326"/>
            <w:shd w:val="clear" w:color="auto" w:fill="4338ca"/>
          </w:tcPr>
          <w:p>
            <w:pPr>
              <w:spacing w:before="0" w:after="40"/>
              <w:jc w:val="both"/>
            </w:pPr>
            <w:r>
              <w:rPr>
                <w:b/>
                <w:bCs/>
                <w:color w:val="FFFFFF"/>
              </w:rPr>
              <w:t>Short answer</w:t>
            </w:r>
          </w:p>
        </w:tc>
      </w:tr>
      <w:tr>
        <w:tc>
          <w:tcPr>
            <w:tcW w:type="dxa" w:w="3326"/>
          </w:tcPr>
          <w:p>
            <w:pPr>
              <w:spacing w:before="0" w:after="40"/>
              <w:jc w:val="both"/>
            </w:pPr>
            <w:r>
              <w:rPr/>
              <w:t>You like pizza.</w:t>
            </w:r>
          </w:p>
        </w:tc>
        <w:tc>
          <w:tcPr>
            <w:tcW w:type="dxa" w:w="3326"/>
          </w:tcPr>
          <w:p>
            <w:pPr>
              <w:spacing w:before="0" w:after="40"/>
              <w:jc w:val="both"/>
            </w:pPr>
            <w:r>
              <w:rPr/>
            </w:r>
          </w:p>
        </w:tc>
        <w:tc>
          <w:tcPr>
            <w:tcW w:type="dxa" w:w="3326"/>
          </w:tcPr>
          <w:p>
            <w:pPr>
              <w:spacing w:before="0" w:after="40"/>
              <w:jc w:val="both"/>
            </w:pPr>
            <w:r>
              <w:rPr/>
              <w:t>Yes, I do.</w:t>
            </w:r>
          </w:p>
        </w:tc>
      </w:tr>
      <w:tr>
        <w:tc>
          <w:tcPr>
            <w:tcW w:type="dxa" w:w="3326"/>
          </w:tcPr>
          <w:p>
            <w:pPr>
              <w:spacing w:before="0" w:after="40"/>
              <w:jc w:val="both"/>
            </w:pPr>
            <w:r>
              <w:rPr/>
              <w:t>They walk to school.</w:t>
            </w:r>
          </w:p>
        </w:tc>
        <w:tc>
          <w:tcPr>
            <w:tcW w:type="dxa" w:w="3326"/>
          </w:tcPr>
          <w:p>
            <w:pPr>
              <w:spacing w:before="0" w:after="40"/>
              <w:jc w:val="both"/>
            </w:pPr>
            <w:r>
              <w:rPr/>
            </w:r>
          </w:p>
        </w:tc>
        <w:tc>
          <w:tcPr>
            <w:tcW w:type="dxa" w:w="3326"/>
          </w:tcPr>
          <w:p>
            <w:pPr>
              <w:spacing w:before="0" w:after="40"/>
              <w:jc w:val="both"/>
            </w:pPr>
            <w:r>
              <w:rPr/>
              <w:t>No, they don't.</w:t>
            </w:r>
          </w:p>
        </w:tc>
      </w:tr>
      <w:tr>
        <w:tc>
          <w:tcPr>
            <w:tcW w:type="dxa" w:w="3326"/>
          </w:tcPr>
          <w:p>
            <w:pPr>
              <w:spacing w:before="0" w:after="40"/>
              <w:jc w:val="both"/>
            </w:pPr>
            <w:r>
              <w:rPr/>
              <w:t>We have math today.</w:t>
            </w:r>
          </w:p>
        </w:tc>
        <w:tc>
          <w:tcPr>
            <w:tcW w:type="dxa" w:w="3326"/>
          </w:tcPr>
          <w:p>
            <w:pPr>
              <w:spacing w:before="0" w:after="40"/>
              <w:jc w:val="both"/>
            </w:pPr>
            <w:r>
              <w:rPr/>
            </w:r>
          </w:p>
        </w:tc>
        <w:tc>
          <w:tcPr>
            <w:tcW w:type="dxa" w:w="3326"/>
          </w:tcPr>
          <w:p>
            <w:pPr>
              <w:spacing w:before="0" w:after="40"/>
              <w:jc w:val="both"/>
            </w:pPr>
            <w:r>
              <w:rPr/>
              <w:t>Yes, we do.</w:t>
            </w:r>
          </w:p>
        </w:tc>
      </w:tr>
    </w:tbl>
    <w:p>
      <w:pPr>
        <w:spacing w:before="0" w:after="40"/>
        <w:jc w:val="both"/>
      </w:pPr>
    </w:p>
    <w:p>
      <w:pPr>
        <w:spacing w:before="160" w:after="20"/>
        <w:jc w:val="both"/>
      </w:pPr>
      <w:r>
        <w:rPr>
          <w:b/>
          <w:bCs/>
          <w:sz w:val="26"/>
          <w:szCs w:val="26"/>
        </w:rPr>
        <w:t>7.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"They don't likes cake." is correct.      True / False</w:t>
      </w:r>
    </w:p>
    <w:p>
      <w:pPr>
        <w:spacing w:before="0" w:after="60"/>
        <w:jc w:val="both"/>
      </w:pPr>
      <w:r>
        <w:rPr/>
        <w:t>b. "Do we have homework?" is correct.      True / False</w:t>
      </w:r>
    </w:p>
    <w:p>
      <w:pPr>
        <w:spacing w:before="0" w:after="60"/>
        <w:jc w:val="both"/>
      </w:pPr>
      <w:r>
        <w:rPr/>
        <w:t>c. "You go to school on Saturday?" is a correct question.      True / False</w:t>
      </w:r>
    </w:p>
    <w:p>
      <w:pPr>
        <w:spacing w:before="0" w:after="60"/>
        <w:jc w:val="both"/>
      </w:pPr>
      <w:r>
        <w:rPr/>
        <w:t>d. "I always eat breakfast." is correct.      True / False</w:t>
      </w:r>
    </w:p>
    <w:p>
      <w:pPr>
        <w:spacing w:before="160" w:after="20"/>
        <w:jc w:val="both"/>
      </w:pPr>
      <w:r>
        <w:rPr>
          <w:b/>
          <w:bCs/>
          <w:sz w:val="26"/>
          <w:szCs w:val="26"/>
        </w:rPr>
        <w:t>8. Find the mistake and write the sentence correctly.</w:t>
      </w:r>
    </w:p>
    <w:p>
      <w:pPr>
        <w:bidi/>
        <w:spacing w:before="0" w:after="0"/>
        <w:jc w:val="both"/>
      </w:pPr>
      <w:r>
        <w:rPr>
          <w:rFonts w:ascii="Arial" w:hAnsi="Arial" w:cs="Arial"/>
          <w:color w:val="6B7280"/>
          <w:sz w:val="20"/>
          <w:szCs w:val="20"/>
          <w:rtl/>
          <w:lang w:val="en-US" w:bidi="he-IL"/>
        </w:rPr>
        <w:t xml:space="preserve">מצאו את הטעות וכתבו את המשפט נכון.</w:t>
      </w:r>
    </w:p>
    <w:p>
      <w:pPr>
        <w:bidi/>
        <w:spacing w:before="0" w:after="80"/>
        <w:jc w:val="both"/>
      </w:pPr>
      <w:r>
        <w:rPr>
          <w:rFonts w:ascii="Arial" w:hAnsi="Arial" w:cs="Arial"/>
          <w:color w:val="6B7280"/>
          <w:sz w:val="21"/>
          <w:szCs w:val="21"/>
          <w:rtl/>
          <w:lang w:val="en-US" w:bidi="ar-SA"/>
        </w:rPr>
        <w:t xml:space="preserve">جد الخطأ واكتب الجملة بشكل صحيح.</w:t>
      </w:r>
    </w:p>
    <w:p>
      <w:pPr>
        <w:spacing w:before="0" w:after="100"/>
        <w:jc w:val="both"/>
      </w:pPr>
      <w:r>
        <w:rPr/>
        <w:t>a. I gets up at seven.</w:t>
      </w:r>
    </w:p>
    <w:p>
      <w:pPr>
        <w:spacing w:before="0" w:after="100"/>
        <w:jc w:val="both"/>
      </w:pPr>
      <w:r>
        <w:rPr/>
        <w:t>b. We doesn't watch TV.</w:t>
      </w:r>
    </w:p>
    <w:p>
      <w:pPr>
        <w:spacing w:before="0" w:after="100"/>
        <w:jc w:val="both"/>
      </w:pPr>
      <w:r>
        <w:rPr/>
        <w:t>c. Do you likes music?</w:t>
      </w:r>
    </w:p>
    <w:p>
      <w:pPr>
        <w:spacing w:before="0" w:after="100"/>
        <w:jc w:val="both"/>
      </w:pPr>
      <w:r>
        <w:rPr/>
        <w:t>d. They goes to the pool.</w:t>
      </w:r>
    </w:p>
    <w:p>
      <w:pPr>
        <w:spacing w:before="120" w:after="40"/>
        <w:jc w:val="center"/>
      </w:pPr>
      <w:r>
        <w:rPr>
          <w:rFonts w:ascii="Arial Black" w:hAnsi="Arial Black" w:cs="Arial Black"/>
          <w:b/>
          <w:bCs/>
          <w:color w:val="4338CA"/>
          <w:sz w:val="30"/>
          <w:szCs w:val="30"/>
        </w:rPr>
        <w:t>Friday at Grandma's</w:t>
      </w:r>
    </w:p>
    <w:p>
      <w:pPr>
        <w:spacing w:before="0" w:after="80"/>
        <w:jc w:val="both"/>
      </w:pPr>
      <w:r>
        <w:rPr/>
        <w:t>Every Friday, Daniel and his family visit Grandma Ruth in Rehovot. They drive there in the morning. Daniel and his cousins play in the garden. They climb the big lemon tree and run with the dog.</w:t>
      </w:r>
    </w:p>
    <w:p>
      <w:pPr>
        <w:spacing w:before="0" w:after="80"/>
        <w:jc w:val="both"/>
      </w:pPr>
      <w:r>
        <w:rPr/>
        <w:t>In the afternoon the children help Grandma in the kitchen. They make salad and set the table. In the evening the whole family sits together and eats a big dinner. They sing songs and tell stories. Daniel loves Fridays!</w:t>
      </w:r>
    </w:p>
    <w:p>
      <w:pPr>
        <w:spacing w:before="160" w:after="20"/>
        <w:jc w:val="both"/>
      </w:pPr>
      <w:r>
        <w:rPr>
          <w:b/>
          <w:bCs/>
          <w:sz w:val="26"/>
          <w:szCs w:val="26"/>
        </w:rPr>
        <w:t>9. Read "Friday at Grandma's". Choose the correct answer.</w:t>
      </w:r>
    </w:p>
    <w:p>
      <w:pPr>
        <w:bidi/>
        <w:spacing w:before="0" w:after="0"/>
        <w:jc w:val="both"/>
      </w:pPr>
      <w:r>
        <w:rPr>
          <w:rFonts w:ascii="Arial" w:hAnsi="Arial" w:cs="Arial"/>
          <w:color w:val="6B7280"/>
          <w:sz w:val="20"/>
          <w:szCs w:val="20"/>
          <w:rtl/>
          <w:lang w:val="en-US" w:bidi="he-IL"/>
        </w:rPr>
        <w:t xml:space="preserve">קראו את ‎"Friday at Grandma's"‎. בחרו את התשובה הנכונה.</w:t>
      </w:r>
    </w:p>
    <w:p>
      <w:pPr>
        <w:bidi/>
        <w:spacing w:before="0" w:after="80"/>
        <w:jc w:val="both"/>
      </w:pPr>
      <w:r>
        <w:rPr>
          <w:rFonts w:ascii="Arial" w:hAnsi="Arial" w:cs="Arial"/>
          <w:color w:val="6B7280"/>
          <w:sz w:val="21"/>
          <w:szCs w:val="21"/>
          <w:rtl/>
          <w:lang w:val="en-US" w:bidi="ar-SA"/>
        </w:rPr>
        <w:t xml:space="preserve">اقرأ ‎"Friday at Grandma's"‎. اختر الإجابة الصحيحة.</w:t>
      </w:r>
    </w:p>
    <w:p>
      <w:pPr>
        <w:spacing w:before="0" w:after="20"/>
        <w:jc w:val="both"/>
      </w:pPr>
      <w:r>
        <w:rPr/>
        <w:t>a. Where does Grandma Ruth live?</w:t>
      </w:r>
    </w:p>
    <w:p>
      <w:pPr>
        <w:spacing w:before="0" w:after="80"/>
        <w:jc w:val="both"/>
      </w:pPr>
      <w:r>
        <w:rPr/>
        <w:t xml:space="preserve">   ○ in Rehovot      ○ in Ramla      ○ in Eilat</w:t>
      </w:r>
    </w:p>
    <w:p>
      <w:pPr>
        <w:spacing w:before="0" w:after="20"/>
        <w:jc w:val="both"/>
      </w:pPr>
      <w:r>
        <w:rPr/>
        <w:t>b. What do the children do in the afternoon?</w:t>
      </w:r>
    </w:p>
    <w:p>
      <w:pPr>
        <w:spacing w:before="0" w:after="80"/>
        <w:jc w:val="both"/>
      </w:pPr>
      <w:r>
        <w:rPr/>
        <w:t xml:space="preserve">   ○ They swim.      ○ They help in the kitchen.      ○ They sleep.</w:t>
      </w:r>
    </w:p>
    <w:p>
      <w:pPr>
        <w:spacing w:before="0" w:after="20"/>
        <w:jc w:val="both"/>
      </w:pPr>
      <w:r>
        <w:rPr/>
        <w:t>c. Why do you think Daniel loves Fridays?</w:t>
      </w:r>
    </w:p>
    <w:p>
      <w:pPr>
        <w:spacing w:before="0" w:after="80"/>
        <w:jc w:val="both"/>
      </w:pPr>
      <w:r>
        <w:rPr/>
        <w:t xml:space="preserve">   ○ He has a test.      ○ He is with his family.      ○ He goes to school.</w:t>
      </w:r>
    </w:p>
    <w:p>
      <w:pPr>
        <w:spacing w:before="160" w:after="20"/>
        <w:jc w:val="both"/>
      </w:pPr>
      <w:r>
        <w:rPr>
          <w:b/>
          <w:bCs/>
          <w:sz w:val="26"/>
          <w:szCs w:val="26"/>
        </w:rPr>
        <w:t>10. Read the text again. Complete.</w:t>
      </w:r>
    </w:p>
    <w:p>
      <w:pPr>
        <w:bidi/>
        <w:spacing w:before="0" w:after="0"/>
        <w:jc w:val="both"/>
      </w:pPr>
      <w:r>
        <w:rPr>
          <w:rFonts w:ascii="Arial" w:hAnsi="Arial" w:cs="Arial"/>
          <w:color w:val="6B7280"/>
          <w:sz w:val="20"/>
          <w:szCs w:val="20"/>
          <w:rtl/>
          <w:lang w:val="en-US" w:bidi="he-IL"/>
        </w:rPr>
        <w:t xml:space="preserve">קראו שוב את הטקסט. השלימו.</w:t>
      </w:r>
    </w:p>
    <w:p>
      <w:pPr>
        <w:bidi/>
        <w:spacing w:before="0" w:after="80"/>
        <w:jc w:val="both"/>
      </w:pPr>
      <w:r>
        <w:rPr>
          <w:rFonts w:ascii="Arial" w:hAnsi="Arial" w:cs="Arial"/>
          <w:color w:val="6B7280"/>
          <w:sz w:val="21"/>
          <w:szCs w:val="21"/>
          <w:rtl/>
          <w:lang w:val="en-US" w:bidi="ar-SA"/>
        </w:rPr>
        <w:t xml:space="preserve">اقرأ النص مرة أخرى. أكمل.</w:t>
      </w:r>
    </w:p>
    <w:p>
      <w:pPr>
        <w:spacing w:before="0" w:after="60"/>
        <w:jc w:val="both"/>
      </w:pPr>
      <w:r>
        <w:rPr/>
        <w:t>a. The family visits Grandma every __________.</w:t>
      </w:r>
    </w:p>
    <w:p>
      <w:pPr>
        <w:spacing w:before="0" w:after="60"/>
        <w:jc w:val="both"/>
      </w:pPr>
      <w:r>
        <w:rPr/>
        <w:t>b. The children climb the big __________ tree.</w:t>
      </w:r>
    </w:p>
    <w:p>
      <w:pPr>
        <w:spacing w:before="0" w:after="60"/>
        <w:jc w:val="both"/>
      </w:pPr>
      <w:r>
        <w:rPr/>
        <w:t>c. In the evening they sing songs and tell __________.</w:t>
      </w:r>
    </w:p>
    <w:p>
      <w:pPr>
        <w:spacing w:before="160" w:after="20"/>
        <w:jc w:val="both"/>
      </w:pPr>
      <w:r>
        <w:rPr>
          <w:b/>
          <w:bCs/>
          <w:sz w:val="26"/>
          <w:szCs w:val="26"/>
        </w:rPr>
        <w:t>11. Write 3 questions for a friend about his or her weekend. Use Do you …?</w:t>
      </w:r>
    </w:p>
    <w:p>
      <w:pPr>
        <w:bidi/>
        <w:spacing w:before="0" w:after="0"/>
        <w:jc w:val="both"/>
      </w:pPr>
      <w:r>
        <w:rPr>
          <w:rFonts w:ascii="Arial" w:hAnsi="Arial" w:cs="Arial"/>
          <w:color w:val="6B7280"/>
          <w:sz w:val="20"/>
          <w:szCs w:val="20"/>
          <w:rtl/>
          <w:lang w:val="en-US" w:bidi="he-IL"/>
        </w:rPr>
        <w:t xml:space="preserve">כתבו 3 שאלות לחבר או לחברה על סוף השבוע שלהם. השתמשו ב-‎Do you …?‎</w:t>
      </w:r>
    </w:p>
    <w:p>
      <w:pPr>
        <w:bidi/>
        <w:spacing w:before="0" w:after="80"/>
        <w:jc w:val="both"/>
      </w:pPr>
      <w:r>
        <w:rPr>
          <w:rFonts w:ascii="Arial" w:hAnsi="Arial" w:cs="Arial"/>
          <w:color w:val="6B7280"/>
          <w:sz w:val="21"/>
          <w:szCs w:val="21"/>
          <w:rtl/>
          <w:lang w:val="en-US" w:bidi="ar-SA"/>
        </w:rPr>
        <w:t xml:space="preserve">اكتب 3 أسئلة لصديق أو صديقة عن عطلة نهاية الأسبوع. استعمل ‎Do you …?‎</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12. Write about your Friday or Saturday. Write 4 sentences. Use we, they and one negative sentence.</w:t>
      </w:r>
    </w:p>
    <w:p>
      <w:pPr>
        <w:bidi/>
        <w:spacing w:before="0" w:after="0"/>
        <w:jc w:val="both"/>
      </w:pPr>
      <w:r>
        <w:rPr>
          <w:rFonts w:ascii="Arial" w:hAnsi="Arial" w:cs="Arial"/>
          <w:color w:val="6B7280"/>
          <w:sz w:val="20"/>
          <w:szCs w:val="20"/>
          <w:rtl/>
          <w:lang w:val="en-US" w:bidi="he-IL"/>
        </w:rPr>
        <w:t xml:space="preserve">כתבו על יום שישי או שבת שלכם. כתבו 4 משפטים. השתמשו ב-‎we‎, ב-‎they‎ ובמשפט שלילה אחד.</w:t>
      </w:r>
    </w:p>
    <w:p>
      <w:pPr>
        <w:bidi/>
        <w:spacing w:before="0" w:after="80"/>
        <w:jc w:val="both"/>
      </w:pPr>
      <w:r>
        <w:rPr>
          <w:rFonts w:ascii="Arial" w:hAnsi="Arial" w:cs="Arial"/>
          <w:color w:val="6B7280"/>
          <w:sz w:val="21"/>
          <w:szCs w:val="21"/>
          <w:rtl/>
          <w:lang w:val="en-US" w:bidi="ar-SA"/>
        </w:rPr>
        <w:t xml:space="preserve">اكتب عن يوم الجمعة أو السبت عندك. اكتب 4 جمل. استعمل ‎we‎ و ‎they‎ وجملة نفي واحدة.</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120"/>
        <w:jc w:val="both"/>
      </w:pPr>
      <w:r>
        <w:rPr>
          <w:rFonts w:ascii="Arial" w:hAnsi="Arial" w:cs="Arial"/>
          <w:color w:val="5B6476"/>
          <w:sz w:val="20"/>
          <w:szCs w:val="20"/>
        </w:rPr>
        <w:t>English · Grade 4   |   Unit 7</w:t>
      </w:r>
    </w:p>
    <w:p>
      <w:pPr>
        <w:spacing w:before="0" w:after="40"/>
        <w:jc w:val="both"/>
      </w:pPr>
      <w:r>
        <w:rPr>
          <w:rFonts w:ascii="Arial Black" w:hAnsi="Arial Black" w:cs="Arial Black"/>
          <w:b/>
          <w:bCs/>
          <w:color w:val="4338CA"/>
          <w:sz w:val="44"/>
          <w:szCs w:val="44"/>
        </w:rPr>
        <w:t>Unit 7: "Can" and "can't" for ability</w:t>
      </w:r>
    </w:p>
    <w:p>
      <w:pPr>
        <w:bidi/>
        <w:spacing w:before="0" w:after="0"/>
        <w:jc w:val="both"/>
      </w:pPr>
      <w:r>
        <w:rPr>
          <w:rFonts w:ascii="Arial" w:hAnsi="Arial" w:cs="Arial"/>
          <w:color w:val="6B7280"/>
          <w:sz w:val="22"/>
          <w:szCs w:val="22"/>
          <w:rtl/>
          <w:lang w:val="en-US" w:bidi="he-IL"/>
        </w:rPr>
        <w:t xml:space="preserve">‎"Can"‎ ו-‎"can't"‎ ליכולת</w:t>
      </w:r>
    </w:p>
    <w:p>
      <w:pPr>
        <w:bidi/>
        <w:spacing w:before="0" w:after="120"/>
        <w:jc w:val="both"/>
      </w:pPr>
      <w:r>
        <w:rPr>
          <w:rFonts w:ascii="Arial" w:hAnsi="Arial" w:cs="Arial"/>
          <w:color w:val="6B7280"/>
          <w:sz w:val="23"/>
          <w:szCs w:val="23"/>
          <w:rtl/>
          <w:lang w:val="en-US" w:bidi="ar-SA"/>
        </w:rPr>
        <w:t xml:space="preserve">‎"Can"‎ و ‎"can't"‎ للتعبير عن القدرة</w:t>
      </w:r>
    </w:p>
    <w:p>
      <w:pPr>
        <w:spacing w:before="0" w:after="80"/>
        <w:jc w:val="center"/>
      </w:pPr>
      <w:r>
        <w:drawing>
          <wp:inline xmlns:a="http://schemas.openxmlformats.org/drawingml/2006/main" xmlns:pic="http://schemas.openxmlformats.org/drawingml/2006/picture">
            <wp:extent cx="3240000" cy="2160000"/>
            <wp:docPr id="44" name="Picture 44"/>
            <wp:cNvGraphicFramePr>
              <a:graphicFrameLocks noChangeAspect="1"/>
            </wp:cNvGraphicFramePr>
            <a:graphic>
              <a:graphicData uri="http://schemas.openxmlformats.org/drawingml/2006/picture">
                <pic:pic>
                  <pic:nvPicPr>
                    <pic:cNvPr id="0" name="english_g4_t07.jpg"/>
                    <pic:cNvPicPr/>
                  </pic:nvPicPr>
                  <pic:blipFill>
                    <a:blip r:embed="rId38"/>
                    <a:stretch>
                      <a:fillRect/>
                    </a:stretch>
                  </pic:blipFill>
                  <pic:spPr>
                    <a:xfrm>
                      <a:off x="0" y="0"/>
                      <a:ext cx="3240000" cy="2160000"/>
                    </a:xfrm>
                    <a:prstGeom prst="rect"/>
                  </pic:spPr>
                </pic:pic>
              </a:graphicData>
            </a:graphic>
          </wp:inline>
        </w:drawing>
      </w:r>
    </w:p>
    <w:p>
      <w:pPr>
        <w:spacing w:before="120" w:after="40"/>
        <w:jc w:val="both"/>
      </w:pPr>
      <w:r>
        <w:rPr>
          <w:rFonts w:ascii="Arial Black" w:hAnsi="Arial Black" w:cs="Arial Black"/>
          <w:b/>
          <w:bCs/>
          <w:color w:val="4338CA"/>
          <w:sz w:val="28"/>
          <w:szCs w:val="28"/>
        </w:rPr>
        <w:t>◆ The pattern</w:t>
      </w:r>
    </w:p>
    <w:p>
      <w:pPr>
        <w:bidi/>
        <w:spacing w:before="0" w:after="0"/>
        <w:jc w:val="both"/>
      </w:pPr>
      <w:r>
        <w:rPr>
          <w:rFonts w:ascii="Arial" w:hAnsi="Arial" w:cs="Arial"/>
          <w:color w:val="6B7280"/>
          <w:sz w:val="20"/>
          <w:szCs w:val="20"/>
          <w:rtl/>
          <w:lang w:val="en-US" w:bidi="he-IL"/>
        </w:rPr>
        <w:t xml:space="preserve">התבנית</w:t>
      </w:r>
    </w:p>
    <w:p>
      <w:pPr>
        <w:bidi/>
        <w:spacing w:before="0" w:after="40"/>
        <w:jc w:val="both"/>
      </w:pPr>
      <w:r>
        <w:rPr>
          <w:rFonts w:ascii="Arial" w:hAnsi="Arial" w:cs="Arial"/>
          <w:color w:val="6B7280"/>
          <w:sz w:val="21"/>
          <w:szCs w:val="21"/>
          <w:rtl/>
          <w:lang w:val="en-US" w:bidi="ar-SA"/>
        </w:rPr>
        <w:t xml:space="preserve">النمط</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r>
          </w:p>
        </w:tc>
        <w:tc>
          <w:tcPr>
            <w:tcW w:type="dxa" w:w="4989"/>
            <w:shd w:val="clear" w:color="auto" w:fill="4338ca"/>
          </w:tcPr>
          <w:p>
            <w:pPr>
              <w:spacing w:before="0" w:after="40"/>
              <w:jc w:val="both"/>
            </w:pPr>
            <w:r>
              <w:rPr>
                <w:b/>
                <w:bCs/>
                <w:color w:val="FFFFFF"/>
              </w:rPr>
              <w:t>Example</w:t>
            </w:r>
          </w:p>
        </w:tc>
      </w:tr>
      <w:tr>
        <w:tc>
          <w:tcPr>
            <w:tcW w:type="dxa" w:w="4989"/>
          </w:tcPr>
          <w:p>
            <w:pPr>
              <w:spacing w:before="0" w:after="40"/>
              <w:jc w:val="both"/>
            </w:pPr>
            <w:r>
              <w:rPr/>
              <w:t>✔ can + verb</w:t>
            </w:r>
          </w:p>
        </w:tc>
        <w:tc>
          <w:tcPr>
            <w:tcW w:type="dxa" w:w="4989"/>
          </w:tcPr>
          <w:p>
            <w:pPr>
              <w:spacing w:before="0" w:after="40"/>
              <w:jc w:val="both"/>
            </w:pPr>
            <w:r>
              <w:rPr/>
              <w:t>He can climb trees.</w:t>
            </w:r>
          </w:p>
        </w:tc>
      </w:tr>
      <w:tr>
        <w:tc>
          <w:tcPr>
            <w:tcW w:type="dxa" w:w="4989"/>
          </w:tcPr>
          <w:p>
            <w:pPr>
              <w:spacing w:before="0" w:after="40"/>
              <w:jc w:val="both"/>
            </w:pPr>
            <w:r>
              <w:rPr/>
              <w:t>✘ can't + verb</w:t>
            </w:r>
          </w:p>
        </w:tc>
        <w:tc>
          <w:tcPr>
            <w:tcW w:type="dxa" w:w="4989"/>
          </w:tcPr>
          <w:p>
            <w:pPr>
              <w:spacing w:before="0" w:after="40"/>
              <w:jc w:val="both"/>
            </w:pPr>
            <w:r>
              <w:rPr/>
              <w:t>He can't climb trees.</w:t>
            </w:r>
          </w:p>
        </w:tc>
      </w:tr>
      <w:tr>
        <w:tc>
          <w:tcPr>
            <w:tcW w:type="dxa" w:w="4989"/>
          </w:tcPr>
          <w:p>
            <w:pPr>
              <w:spacing w:before="0" w:after="40"/>
              <w:jc w:val="both"/>
            </w:pPr>
            <w:r>
              <w:rPr/>
              <w:t>? Can … + verb?</w:t>
            </w:r>
          </w:p>
        </w:tc>
        <w:tc>
          <w:tcPr>
            <w:tcW w:type="dxa" w:w="4989"/>
          </w:tcPr>
          <w:p>
            <w:pPr>
              <w:spacing w:before="0" w:after="40"/>
              <w:jc w:val="both"/>
            </w:pPr>
            <w:r>
              <w:rPr/>
              <w:t>Can he climb trees?</w:t>
            </w:r>
          </w:p>
        </w:tc>
      </w:tr>
      <w:tr>
        <w:tc>
          <w:tcPr>
            <w:tcW w:type="dxa" w:w="4989"/>
          </w:tcPr>
          <w:p>
            <w:pPr>
              <w:spacing w:before="0" w:after="40"/>
              <w:jc w:val="both"/>
            </w:pPr>
            <w:r>
              <w:rPr/>
              <w:t>Short answer</w:t>
            </w:r>
          </w:p>
        </w:tc>
        <w:tc>
          <w:tcPr>
            <w:tcW w:type="dxa" w:w="4989"/>
          </w:tcPr>
          <w:p>
            <w:pPr>
              <w:spacing w:before="0" w:after="40"/>
              <w:jc w:val="both"/>
            </w:pPr>
            <w:r>
              <w:rPr/>
              <w:t>Yes, he can. / No, he can't.</w:t>
            </w:r>
          </w:p>
        </w:tc>
      </w:tr>
    </w:tbl>
    <w:p>
      <w:pPr>
        <w:spacing w:before="0" w:after="40"/>
        <w:jc w:val="both"/>
      </w:pPr>
    </w:p>
    <w:p>
      <w:pPr>
        <w:spacing w:before="120" w:after="40"/>
        <w:jc w:val="both"/>
      </w:pPr>
      <w:r>
        <w:rPr>
          <w:rFonts w:ascii="Arial Black" w:hAnsi="Arial Black" w:cs="Arial Black"/>
          <w:b/>
          <w:bCs/>
          <w:color w:val="4338CA"/>
          <w:sz w:val="28"/>
          <w:szCs w:val="28"/>
        </w:rPr>
        <w:t>◆ Remember</w:t>
      </w:r>
    </w:p>
    <w:p>
      <w:pPr>
        <w:bidi/>
        <w:spacing w:before="0" w:after="0"/>
        <w:jc w:val="both"/>
      </w:pPr>
      <w:r>
        <w:rPr>
          <w:rFonts w:ascii="Arial" w:hAnsi="Arial" w:cs="Arial"/>
          <w:color w:val="6B7280"/>
          <w:sz w:val="20"/>
          <w:szCs w:val="20"/>
          <w:rtl/>
          <w:lang w:val="en-US" w:bidi="he-IL"/>
        </w:rPr>
        <w:t xml:space="preserve">זכרו</w:t>
      </w:r>
    </w:p>
    <w:p>
      <w:pPr>
        <w:bidi/>
        <w:spacing w:before="0" w:after="40"/>
        <w:jc w:val="both"/>
      </w:pPr>
      <w:r>
        <w:rPr>
          <w:rFonts w:ascii="Arial" w:hAnsi="Arial" w:cs="Arial"/>
          <w:color w:val="6B7280"/>
          <w:sz w:val="21"/>
          <w:szCs w:val="21"/>
          <w:rtl/>
          <w:lang w:val="en-US" w:bidi="ar-SA"/>
        </w:rPr>
        <w:t xml:space="preserve">تذكّر</w:t>
      </w:r>
    </w:p>
    <w:p>
      <w:pPr>
        <w:spacing w:before="0" w:after="20"/>
        <w:jc w:val="both"/>
      </w:pPr>
      <w:r>
        <w:rPr/>
        <w:t>1. Same form for everyone: I can, she can, they can.</w:t>
      </w:r>
    </w:p>
    <w:p>
      <w:pPr>
        <w:bidi/>
        <w:spacing w:before="0" w:after="0"/>
        <w:jc w:val="both"/>
      </w:pPr>
      <w:r>
        <w:rPr>
          <w:rFonts w:ascii="Arial" w:hAnsi="Arial" w:cs="Arial"/>
          <w:color w:val="6B7280"/>
          <w:sz w:val="20"/>
          <w:szCs w:val="20"/>
          <w:rtl/>
          <w:lang w:val="en-US" w:bidi="he-IL"/>
        </w:rPr>
        <w:t xml:space="preserve">אותה צורה לכולם: ‎I can, she can, they can‎.</w:t>
      </w:r>
    </w:p>
    <w:p>
      <w:pPr>
        <w:bidi/>
        <w:spacing w:before="0" w:after="40"/>
        <w:jc w:val="both"/>
      </w:pPr>
      <w:r>
        <w:rPr>
          <w:rFonts w:ascii="Arial" w:hAnsi="Arial" w:cs="Arial"/>
          <w:color w:val="6B7280"/>
          <w:sz w:val="21"/>
          <w:szCs w:val="21"/>
          <w:rtl/>
          <w:lang w:val="en-US" w:bidi="ar-SA"/>
        </w:rPr>
        <w:t xml:space="preserve">الصيغة نفسها للجميع: ‎I can, she can, they can‎.</w:t>
      </w:r>
    </w:p>
    <w:p>
      <w:pPr>
        <w:spacing w:before="0" w:after="20"/>
        <w:jc w:val="both"/>
      </w:pPr>
      <w:r>
        <w:rPr/>
        <w:t>2. No -s and no to after can: She can swim.</w:t>
      </w:r>
    </w:p>
    <w:p>
      <w:pPr>
        <w:bidi/>
        <w:spacing w:before="0" w:after="0"/>
        <w:jc w:val="both"/>
      </w:pPr>
      <w:r>
        <w:rPr>
          <w:rFonts w:ascii="Arial" w:hAnsi="Arial" w:cs="Arial"/>
          <w:color w:val="6B7280"/>
          <w:sz w:val="20"/>
          <w:szCs w:val="20"/>
          <w:rtl/>
          <w:lang w:val="en-US" w:bidi="he-IL"/>
        </w:rPr>
        <w:t xml:space="preserve">בלי -‎s‎ ובלי ‎to‎ אחרי ‎can: She can swim‎.</w:t>
      </w:r>
    </w:p>
    <w:p>
      <w:pPr>
        <w:bidi/>
        <w:spacing w:before="0" w:after="40"/>
        <w:jc w:val="both"/>
      </w:pPr>
      <w:r>
        <w:rPr>
          <w:rFonts w:ascii="Arial" w:hAnsi="Arial" w:cs="Arial"/>
          <w:color w:val="6B7280"/>
          <w:sz w:val="21"/>
          <w:szCs w:val="21"/>
          <w:rtl/>
          <w:lang w:val="en-US" w:bidi="ar-SA"/>
        </w:rPr>
        <w:t xml:space="preserve">بدون -‎s‎ وبدون ‎to‎ بعد ‎can: She can swim‎.</w:t>
      </w:r>
    </w:p>
    <w:p>
      <w:pPr>
        <w:spacing w:before="120" w:after="40"/>
        <w:jc w:val="both"/>
      </w:pPr>
      <w:r>
        <w:rPr>
          <w:rFonts w:ascii="Arial Black" w:hAnsi="Arial Black" w:cs="Arial Black"/>
          <w:b/>
          <w:bCs/>
          <w:color w:val="4338CA"/>
          <w:sz w:val="28"/>
          <w:szCs w:val="28"/>
        </w:rPr>
        <w:t>◆ Ability words</w:t>
      </w:r>
    </w:p>
    <w:p>
      <w:pPr>
        <w:bidi/>
        <w:spacing w:before="0" w:after="0"/>
        <w:jc w:val="both"/>
      </w:pPr>
      <w:r>
        <w:rPr>
          <w:rFonts w:ascii="Arial" w:hAnsi="Arial" w:cs="Arial"/>
          <w:color w:val="6B7280"/>
          <w:sz w:val="20"/>
          <w:szCs w:val="20"/>
          <w:rtl/>
          <w:lang w:val="en-US" w:bidi="he-IL"/>
        </w:rPr>
        <w:t xml:space="preserve">מילים של יכולת</w:t>
      </w:r>
    </w:p>
    <w:p>
      <w:pPr>
        <w:bidi/>
        <w:spacing w:before="0" w:after="40"/>
        <w:jc w:val="both"/>
      </w:pPr>
      <w:r>
        <w:rPr>
          <w:rFonts w:ascii="Arial" w:hAnsi="Arial" w:cs="Arial"/>
          <w:color w:val="6B7280"/>
          <w:sz w:val="21"/>
          <w:szCs w:val="21"/>
          <w:rtl/>
          <w:lang w:val="en-US" w:bidi="ar-SA"/>
        </w:rPr>
        <w:t xml:space="preserve">كلمات القدرة</w:t>
      </w:r>
    </w:p>
    <w:p>
      <w:pPr>
        <w:spacing w:before="0" w:after="20"/>
        <w:jc w:val="both"/>
      </w:pPr>
      <w:r>
        <w:rPr/>
        <w:t>1. swim, ride a bike, play the piano, speak English</w:t>
      </w:r>
    </w:p>
    <w:p>
      <w:pPr>
        <w:spacing w:before="0" w:after="20"/>
        <w:jc w:val="both"/>
      </w:pPr>
      <w:r>
        <w:rPr/>
        <w:t>2. jump, run fast, cook, draw, climb, dance</w:t>
      </w:r>
    </w:p>
    <w:p>
      <w:pPr>
        <w:spacing w:before="0" w:after="40"/>
        <w:jc w:val="center"/>
      </w:pPr>
      <w:r>
        <w:rPr>
          <w:rFonts w:ascii="Arial" w:hAnsi="Arial" w:cs="Arial"/>
          <w:sz w:val="20"/>
          <w:szCs w:val="20"/>
        </w:rPr>
        <w:t xml:space="preserve">🖼️ Picture words · </w:t>
      </w:r>
      <w:r>
        <w:rPr>
          <w:rFonts w:ascii="Arial" w:hAnsi="Arial" w:cs="Arial"/>
          <w:color w:val="1D2433"/>
          <w:sz w:val="20"/>
          <w:szCs w:val="20"/>
          <w:rtl/>
          <w:lang w:val="en-US" w:bidi="he-IL"/>
        </w:rPr>
        <w:t xml:space="preserve">מילים בתמונות</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كلمات بالصّور</w:t>
      </w:r>
      <w:r>
        <w:rPr>
          <w:sz w:val="20"/>
          <w:szCs w:val="20"/>
        </w:rPr>
        <w:t>‎</w:t>
      </w:r>
    </w:p>
    <w:tbl>
      <w:tblPr>
        <w:tblStyle w:val="TableGrid"/>
        <w:tblW w:type="auto" w:w="0"/>
        <w:tblLook w:firstColumn="1" w:firstRow="1" w:lastColumn="0" w:lastRow="0" w:noHBand="0" w:noVBand="1" w:val="04A0"/>
      </w:tblPr>
      <w:tblGrid>
        <w:gridCol w:w="1663"/>
        <w:gridCol w:w="1663"/>
        <w:gridCol w:w="1663"/>
        <w:gridCol w:w="1663"/>
        <w:gridCol w:w="1663"/>
        <w:gridCol w:w="1663"/>
      </w:tblGrid>
      <w:tr>
        <w:tc>
          <w:tcPr>
            <w:tcW w:type="dxa" w:w="1663"/>
          </w:tcPr>
          <w:p>
            <w:pPr>
              <w:spacing w:before="0" w:after="0"/>
              <w:jc w:val="center"/>
            </w:pPr>
            <w:r>
              <w:drawing>
                <wp:inline xmlns:a="http://schemas.openxmlformats.org/drawingml/2006/main" xmlns:pic="http://schemas.openxmlformats.org/drawingml/2006/picture">
                  <wp:extent cx="468000" cy="522419"/>
                  <wp:docPr id="45" name="Picture 45"/>
                  <wp:cNvGraphicFramePr>
                    <a:graphicFrameLocks noChangeAspect="1"/>
                  </wp:cNvGraphicFramePr>
                  <a:graphic>
                    <a:graphicData uri="http://schemas.openxmlformats.org/drawingml/2006/picture">
                      <pic:pic>
                        <pic:nvPicPr>
                          <pic:cNvPr id="0" name="tree.png"/>
                          <pic:cNvPicPr/>
                        </pic:nvPicPr>
                        <pic:blipFill>
                          <a:blip r:embed="rId24"/>
                          <a:stretch>
                            <a:fillRect/>
                          </a:stretch>
                        </pic:blipFill>
                        <pic:spPr>
                          <a:xfrm>
                            <a:off x="0" y="0"/>
                            <a:ext cx="468000" cy="522419"/>
                          </a:xfrm>
                          <a:prstGeom prst="rect"/>
                        </pic:spPr>
                      </pic:pic>
                    </a:graphicData>
                  </a:graphic>
                </wp:inline>
              </w:drawing>
            </w:r>
          </w:p>
          <w:p>
            <w:pPr>
              <w:spacing w:before="0" w:after="0"/>
              <w:jc w:val="center"/>
            </w:pPr>
            <w:r>
              <w:rPr>
                <w:b/>
                <w:bCs/>
                <w:sz w:val="23"/>
                <w:szCs w:val="23"/>
              </w:rPr>
              <w:t>tree</w:t>
            </w:r>
          </w:p>
          <w:p>
            <w:pPr>
              <w:bidi/>
              <w:spacing w:before="0" w:after="0"/>
              <w:jc w:val="center"/>
            </w:pPr>
            <w:r>
              <w:rPr>
                <w:rFonts w:ascii="Arial" w:hAnsi="Arial" w:cs="Arial"/>
                <w:color w:val="6B7280"/>
                <w:sz w:val="17"/>
                <w:szCs w:val="17"/>
                <w:rtl/>
                <w:lang w:val="en-US" w:bidi="he-IL"/>
              </w:rPr>
              <w:t xml:space="preserve">עץ</w:t>
            </w:r>
          </w:p>
          <w:p>
            <w:pPr>
              <w:bidi/>
              <w:spacing w:before="0" w:after="0"/>
              <w:jc w:val="center"/>
            </w:pPr>
            <w:r>
              <w:rPr>
                <w:rFonts w:ascii="Arial" w:hAnsi="Arial" w:cs="Arial"/>
                <w:color w:val="6B7280"/>
                <w:sz w:val="17"/>
                <w:szCs w:val="17"/>
                <w:rtl/>
                <w:lang w:val="en-US" w:bidi="ar-SA"/>
              </w:rPr>
              <w:t xml:space="preserve">شجرة</w:t>
            </w:r>
          </w:p>
        </w:tc>
        <w:tc>
          <w:tcPr>
            <w:tcW w:type="dxa" w:w="1663"/>
          </w:tcPr>
          <w:p>
            <w:pPr>
              <w:spacing w:before="0" w:after="0"/>
              <w:jc w:val="center"/>
            </w:pPr>
            <w:r>
              <w:drawing>
                <wp:inline xmlns:a="http://schemas.openxmlformats.org/drawingml/2006/main" xmlns:pic="http://schemas.openxmlformats.org/drawingml/2006/picture">
                  <wp:extent cx="468000" cy="419250"/>
                  <wp:docPr id="46" name="Picture 46"/>
                  <wp:cNvGraphicFramePr>
                    <a:graphicFrameLocks noChangeAspect="1"/>
                  </wp:cNvGraphicFramePr>
                  <a:graphic>
                    <a:graphicData uri="http://schemas.openxmlformats.org/drawingml/2006/picture">
                      <pic:pic>
                        <pic:nvPicPr>
                          <pic:cNvPr id="0" name="cat.png"/>
                          <pic:cNvPicPr/>
                        </pic:nvPicPr>
                        <pic:blipFill>
                          <a:blip r:embed="rId14"/>
                          <a:stretch>
                            <a:fillRect/>
                          </a:stretch>
                        </pic:blipFill>
                        <pic:spPr>
                          <a:xfrm>
                            <a:off x="0" y="0"/>
                            <a:ext cx="468000" cy="419250"/>
                          </a:xfrm>
                          <a:prstGeom prst="rect"/>
                        </pic:spPr>
                      </pic:pic>
                    </a:graphicData>
                  </a:graphic>
                </wp:inline>
              </w:drawing>
            </w:r>
          </w:p>
          <w:p>
            <w:pPr>
              <w:spacing w:before="0" w:after="0"/>
              <w:jc w:val="center"/>
            </w:pPr>
            <w:r>
              <w:rPr>
                <w:b/>
                <w:bCs/>
                <w:sz w:val="23"/>
                <w:szCs w:val="23"/>
              </w:rPr>
              <w:t>cat</w:t>
            </w:r>
          </w:p>
          <w:p>
            <w:pPr>
              <w:bidi/>
              <w:spacing w:before="0" w:after="0"/>
              <w:jc w:val="center"/>
            </w:pPr>
            <w:r>
              <w:rPr>
                <w:rFonts w:ascii="Arial" w:hAnsi="Arial" w:cs="Arial"/>
                <w:color w:val="6B7280"/>
                <w:sz w:val="17"/>
                <w:szCs w:val="17"/>
                <w:rtl/>
                <w:lang w:val="en-US" w:bidi="he-IL"/>
              </w:rPr>
              <w:t xml:space="preserve">חתול</w:t>
            </w:r>
          </w:p>
          <w:p>
            <w:pPr>
              <w:bidi/>
              <w:spacing w:before="0" w:after="0"/>
              <w:jc w:val="center"/>
            </w:pPr>
            <w:r>
              <w:rPr>
                <w:rFonts w:ascii="Arial" w:hAnsi="Arial" w:cs="Arial"/>
                <w:color w:val="6B7280"/>
                <w:sz w:val="17"/>
                <w:szCs w:val="17"/>
                <w:rtl/>
                <w:lang w:val="en-US" w:bidi="ar-SA"/>
              </w:rPr>
              <w:t xml:space="preserve">قطة</w:t>
            </w:r>
          </w:p>
        </w:tc>
        <w:tc>
          <w:tcPr>
            <w:tcW w:type="dxa" w:w="1663"/>
          </w:tcPr>
          <w:p>
            <w:pPr>
              <w:spacing w:before="0" w:after="0"/>
              <w:jc w:val="center"/>
            </w:pPr>
            <w:r>
              <w:drawing>
                <wp:inline xmlns:a="http://schemas.openxmlformats.org/drawingml/2006/main" xmlns:pic="http://schemas.openxmlformats.org/drawingml/2006/picture">
                  <wp:extent cx="468000" cy="365625"/>
                  <wp:docPr id="47" name="Picture 47"/>
                  <wp:cNvGraphicFramePr>
                    <a:graphicFrameLocks noChangeAspect="1"/>
                  </wp:cNvGraphicFramePr>
                  <a:graphic>
                    <a:graphicData uri="http://schemas.openxmlformats.org/drawingml/2006/picture">
                      <pic:pic>
                        <pic:nvPicPr>
                          <pic:cNvPr id="0" name="dog.png"/>
                          <pic:cNvPicPr/>
                        </pic:nvPicPr>
                        <pic:blipFill>
                          <a:blip r:embed="rId13"/>
                          <a:stretch>
                            <a:fillRect/>
                          </a:stretch>
                        </pic:blipFill>
                        <pic:spPr>
                          <a:xfrm>
                            <a:off x="0" y="0"/>
                            <a:ext cx="468000" cy="365625"/>
                          </a:xfrm>
                          <a:prstGeom prst="rect"/>
                        </pic:spPr>
                      </pic:pic>
                    </a:graphicData>
                  </a:graphic>
                </wp:inline>
              </w:drawing>
            </w:r>
          </w:p>
          <w:p>
            <w:pPr>
              <w:spacing w:before="0" w:after="0"/>
              <w:jc w:val="center"/>
            </w:pPr>
            <w:r>
              <w:rPr>
                <w:b/>
                <w:bCs/>
                <w:sz w:val="23"/>
                <w:szCs w:val="23"/>
              </w:rPr>
              <w:t>dog</w:t>
            </w:r>
          </w:p>
          <w:p>
            <w:pPr>
              <w:bidi/>
              <w:spacing w:before="0" w:after="0"/>
              <w:jc w:val="center"/>
            </w:pPr>
            <w:r>
              <w:rPr>
                <w:rFonts w:ascii="Arial" w:hAnsi="Arial" w:cs="Arial"/>
                <w:color w:val="6B7280"/>
                <w:sz w:val="17"/>
                <w:szCs w:val="17"/>
                <w:rtl/>
                <w:lang w:val="en-US" w:bidi="he-IL"/>
              </w:rPr>
              <w:t xml:space="preserve">כלב</w:t>
            </w:r>
          </w:p>
          <w:p>
            <w:pPr>
              <w:bidi/>
              <w:spacing w:before="0" w:after="0"/>
              <w:jc w:val="center"/>
            </w:pPr>
            <w:r>
              <w:rPr>
                <w:rFonts w:ascii="Arial" w:hAnsi="Arial" w:cs="Arial"/>
                <w:color w:val="6B7280"/>
                <w:sz w:val="17"/>
                <w:szCs w:val="17"/>
                <w:rtl/>
                <w:lang w:val="en-US" w:bidi="ar-SA"/>
              </w:rPr>
              <w:t xml:space="preserve">كلب</w:t>
            </w:r>
          </w:p>
        </w:tc>
        <w:tc>
          <w:tcPr>
            <w:tcW w:type="dxa" w:w="1663"/>
          </w:tcPr>
          <w:p>
            <w:pPr>
              <w:spacing w:before="0" w:after="0"/>
              <w:jc w:val="center"/>
            </w:pPr>
            <w:r>
              <w:drawing>
                <wp:inline xmlns:a="http://schemas.openxmlformats.org/drawingml/2006/main" xmlns:pic="http://schemas.openxmlformats.org/drawingml/2006/picture">
                  <wp:extent cx="468000" cy="316875"/>
                  <wp:docPr id="48" name="Picture 48"/>
                  <wp:cNvGraphicFramePr>
                    <a:graphicFrameLocks noChangeAspect="1"/>
                  </wp:cNvGraphicFramePr>
                  <a:graphic>
                    <a:graphicData uri="http://schemas.openxmlformats.org/drawingml/2006/picture">
                      <pic:pic>
                        <pic:nvPicPr>
                          <pic:cNvPr id="0" name="fish.png"/>
                          <pic:cNvPicPr/>
                        </pic:nvPicPr>
                        <pic:blipFill>
                          <a:blip r:embed="rId39"/>
                          <a:stretch>
                            <a:fillRect/>
                          </a:stretch>
                        </pic:blipFill>
                        <pic:spPr>
                          <a:xfrm>
                            <a:off x="0" y="0"/>
                            <a:ext cx="468000" cy="316875"/>
                          </a:xfrm>
                          <a:prstGeom prst="rect"/>
                        </pic:spPr>
                      </pic:pic>
                    </a:graphicData>
                  </a:graphic>
                </wp:inline>
              </w:drawing>
            </w:r>
          </w:p>
          <w:p>
            <w:pPr>
              <w:spacing w:before="0" w:after="0"/>
              <w:jc w:val="center"/>
            </w:pPr>
            <w:r>
              <w:rPr>
                <w:b/>
                <w:bCs/>
                <w:sz w:val="23"/>
                <w:szCs w:val="23"/>
              </w:rPr>
              <w:t>fish</w:t>
            </w:r>
          </w:p>
          <w:p>
            <w:pPr>
              <w:bidi/>
              <w:spacing w:before="0" w:after="0"/>
              <w:jc w:val="center"/>
            </w:pPr>
            <w:r>
              <w:rPr>
                <w:rFonts w:ascii="Arial" w:hAnsi="Arial" w:cs="Arial"/>
                <w:color w:val="6B7280"/>
                <w:sz w:val="17"/>
                <w:szCs w:val="17"/>
                <w:rtl/>
                <w:lang w:val="en-US" w:bidi="he-IL"/>
              </w:rPr>
              <w:t xml:space="preserve">דג</w:t>
            </w:r>
          </w:p>
          <w:p>
            <w:pPr>
              <w:bidi/>
              <w:spacing w:before="0" w:after="0"/>
              <w:jc w:val="center"/>
            </w:pPr>
            <w:r>
              <w:rPr>
                <w:rFonts w:ascii="Arial" w:hAnsi="Arial" w:cs="Arial"/>
                <w:color w:val="6B7280"/>
                <w:sz w:val="17"/>
                <w:szCs w:val="17"/>
                <w:rtl/>
                <w:lang w:val="en-US" w:bidi="ar-SA"/>
              </w:rPr>
              <w:t xml:space="preserve">سمكة</w:t>
            </w:r>
          </w:p>
        </w:tc>
        <w:tc>
          <w:tcPr>
            <w:tcW w:type="dxa" w:w="1663"/>
          </w:tcPr>
          <w:p>
            <w:pPr>
              <w:spacing w:before="0" w:after="0"/>
              <w:jc w:val="center"/>
            </w:pPr>
            <w:r>
              <w:drawing>
                <wp:inline xmlns:a="http://schemas.openxmlformats.org/drawingml/2006/main" xmlns:pic="http://schemas.openxmlformats.org/drawingml/2006/picture">
                  <wp:extent cx="468000" cy="336375"/>
                  <wp:docPr id="49" name="Picture 49"/>
                  <wp:cNvGraphicFramePr>
                    <a:graphicFrameLocks noChangeAspect="1"/>
                  </wp:cNvGraphicFramePr>
                  <a:graphic>
                    <a:graphicData uri="http://schemas.openxmlformats.org/drawingml/2006/picture">
                      <pic:pic>
                        <pic:nvPicPr>
                          <pic:cNvPr id="0" name="bike.png"/>
                          <pic:cNvPicPr/>
                        </pic:nvPicPr>
                        <pic:blipFill>
                          <a:blip r:embed="rId40"/>
                          <a:stretch>
                            <a:fillRect/>
                          </a:stretch>
                        </pic:blipFill>
                        <pic:spPr>
                          <a:xfrm>
                            <a:off x="0" y="0"/>
                            <a:ext cx="468000" cy="336375"/>
                          </a:xfrm>
                          <a:prstGeom prst="rect"/>
                        </pic:spPr>
                      </pic:pic>
                    </a:graphicData>
                  </a:graphic>
                </wp:inline>
              </w:drawing>
            </w:r>
          </w:p>
          <w:p>
            <w:pPr>
              <w:spacing w:before="0" w:after="0"/>
              <w:jc w:val="center"/>
            </w:pPr>
            <w:r>
              <w:rPr>
                <w:b/>
                <w:bCs/>
                <w:sz w:val="23"/>
                <w:szCs w:val="23"/>
              </w:rPr>
              <w:t>bike</w:t>
            </w:r>
          </w:p>
          <w:p>
            <w:pPr>
              <w:bidi/>
              <w:spacing w:before="0" w:after="0"/>
              <w:jc w:val="center"/>
            </w:pPr>
            <w:r>
              <w:rPr>
                <w:rFonts w:ascii="Arial" w:hAnsi="Arial" w:cs="Arial"/>
                <w:color w:val="6B7280"/>
                <w:sz w:val="17"/>
                <w:szCs w:val="17"/>
                <w:rtl/>
                <w:lang w:val="en-US" w:bidi="he-IL"/>
              </w:rPr>
              <w:t xml:space="preserve">אופניים</w:t>
            </w:r>
          </w:p>
          <w:p>
            <w:pPr>
              <w:bidi/>
              <w:spacing w:before="0" w:after="0"/>
              <w:jc w:val="center"/>
            </w:pPr>
            <w:r>
              <w:rPr>
                <w:rFonts w:ascii="Arial" w:hAnsi="Arial" w:cs="Arial"/>
                <w:color w:val="6B7280"/>
                <w:sz w:val="17"/>
                <w:szCs w:val="17"/>
                <w:rtl/>
                <w:lang w:val="en-US" w:bidi="ar-SA"/>
              </w:rPr>
              <w:t xml:space="preserve">دراجة</w:t>
            </w:r>
          </w:p>
        </w:tc>
        <w:tc>
          <w:tcPr>
            <w:tcW w:type="dxa" w:w="1663"/>
          </w:tcPr>
          <w:p>
            <w:pPr>
              <w:spacing w:before="0" w:after="0"/>
              <w:jc w:val="center"/>
            </w:pPr>
            <w:r>
              <w:drawing>
                <wp:inline xmlns:a="http://schemas.openxmlformats.org/drawingml/2006/main" xmlns:pic="http://schemas.openxmlformats.org/drawingml/2006/picture">
                  <wp:extent cx="468000" cy="493714"/>
                  <wp:docPr id="50" name="Picture 50"/>
                  <wp:cNvGraphicFramePr>
                    <a:graphicFrameLocks noChangeAspect="1"/>
                  </wp:cNvGraphicFramePr>
                  <a:graphic>
                    <a:graphicData uri="http://schemas.openxmlformats.org/drawingml/2006/picture">
                      <pic:pic>
                        <pic:nvPicPr>
                          <pic:cNvPr id="0" name="horse.png"/>
                          <pic:cNvPicPr/>
                        </pic:nvPicPr>
                        <pic:blipFill>
                          <a:blip r:embed="rId41"/>
                          <a:stretch>
                            <a:fillRect/>
                          </a:stretch>
                        </pic:blipFill>
                        <pic:spPr>
                          <a:xfrm>
                            <a:off x="0" y="0"/>
                            <a:ext cx="468000" cy="493714"/>
                          </a:xfrm>
                          <a:prstGeom prst="rect"/>
                        </pic:spPr>
                      </pic:pic>
                    </a:graphicData>
                  </a:graphic>
                </wp:inline>
              </w:drawing>
            </w:r>
          </w:p>
          <w:p>
            <w:pPr>
              <w:spacing w:before="0" w:after="0"/>
              <w:jc w:val="center"/>
            </w:pPr>
            <w:r>
              <w:rPr>
                <w:b/>
                <w:bCs/>
                <w:sz w:val="23"/>
                <w:szCs w:val="23"/>
              </w:rPr>
              <w:t>horse</w:t>
            </w:r>
          </w:p>
          <w:p>
            <w:pPr>
              <w:bidi/>
              <w:spacing w:before="0" w:after="0"/>
              <w:jc w:val="center"/>
            </w:pPr>
            <w:r>
              <w:rPr>
                <w:rFonts w:ascii="Arial" w:hAnsi="Arial" w:cs="Arial"/>
                <w:color w:val="6B7280"/>
                <w:sz w:val="17"/>
                <w:szCs w:val="17"/>
                <w:rtl/>
                <w:lang w:val="en-US" w:bidi="he-IL"/>
              </w:rPr>
              <w:t xml:space="preserve">סוס</w:t>
            </w:r>
          </w:p>
          <w:p>
            <w:pPr>
              <w:bidi/>
              <w:spacing w:before="0" w:after="0"/>
              <w:jc w:val="center"/>
            </w:pPr>
            <w:r>
              <w:rPr>
                <w:rFonts w:ascii="Arial" w:hAnsi="Arial" w:cs="Arial"/>
                <w:color w:val="6B7280"/>
                <w:sz w:val="17"/>
                <w:szCs w:val="17"/>
                <w:rtl/>
                <w:lang w:val="en-US" w:bidi="ar-SA"/>
              </w:rPr>
              <w:t xml:space="preserve">حصان</w:t>
            </w:r>
          </w:p>
        </w:tc>
      </w:tr>
    </w:tbl>
    <w:p>
      <w:pPr>
        <w:spacing w:before="0" w:after="80"/>
        <w:jc w:val="both"/>
      </w:pPr>
    </w:p>
    <w:p>
      <w:pPr>
        <w:spacing w:before="160" w:after="20"/>
        <w:jc w:val="both"/>
      </w:pPr>
      <w:r>
        <w:rPr>
          <w:b/>
          <w:bCs/>
          <w:sz w:val="26"/>
          <w:szCs w:val="26"/>
        </w:rPr>
        <w:t>1. Complete with a verb from the bank.</w:t>
      </w:r>
    </w:p>
    <w:p>
      <w:pPr>
        <w:bidi/>
        <w:spacing w:before="0" w:after="0"/>
        <w:jc w:val="both"/>
      </w:pPr>
      <w:r>
        <w:rPr>
          <w:rFonts w:ascii="Arial" w:hAnsi="Arial" w:cs="Arial"/>
          <w:color w:val="6B7280"/>
          <w:sz w:val="20"/>
          <w:szCs w:val="20"/>
          <w:rtl/>
          <w:lang w:val="en-US" w:bidi="he-IL"/>
        </w:rPr>
        <w:t xml:space="preserve">השלימו עם פועל מהמחסן.</w:t>
      </w:r>
    </w:p>
    <w:p>
      <w:pPr>
        <w:bidi/>
        <w:spacing w:before="0" w:after="80"/>
        <w:jc w:val="both"/>
      </w:pPr>
      <w:r>
        <w:rPr>
          <w:rFonts w:ascii="Arial" w:hAnsi="Arial" w:cs="Arial"/>
          <w:color w:val="6B7280"/>
          <w:sz w:val="21"/>
          <w:szCs w:val="21"/>
          <w:rtl/>
          <w:lang w:val="en-US" w:bidi="ar-SA"/>
        </w:rPr>
        <w:t xml:space="preserve">أكمل بفعل من بنك الكلمات.</w:t>
      </w:r>
    </w:p>
    <w:p>
      <w:pPr>
        <w:spacing w:before="0" w:after="80"/>
        <w:jc w:val="both"/>
      </w:pPr>
      <w:r>
        <w:rPr>
          <w:color w:val="4338CA"/>
          <w:sz w:val="24"/>
          <w:szCs w:val="24"/>
        </w:rPr>
        <w:t>Word bank: fly  |  swim  |  climb  |  jump  |  read  |  whistle</w:t>
      </w:r>
    </w:p>
    <w:p>
      <w:pPr>
        <w:spacing w:before="0" w:after="60"/>
        <w:jc w:val="both"/>
      </w:pPr>
      <w:r>
        <w:rPr/>
        <w:t>a. Fish can __________ in the sea.</w:t>
      </w:r>
    </w:p>
    <w:p>
      <w:pPr>
        <w:spacing w:before="0" w:after="60"/>
        <w:jc w:val="both"/>
      </w:pPr>
      <w:r>
        <w:rPr/>
        <w:t>b. Frogs can __________ very high.</w:t>
      </w:r>
    </w:p>
    <w:p>
      <w:pPr>
        <w:spacing w:before="0" w:after="60"/>
        <w:jc w:val="both"/>
      </w:pPr>
      <w:r>
        <w:rPr/>
        <w:t>c. Planes can __________ in the sky.</w:t>
      </w:r>
    </w:p>
    <w:p>
      <w:pPr>
        <w:spacing w:before="0" w:after="60"/>
        <w:jc w:val="both"/>
      </w:pPr>
      <w:r>
        <w:rPr/>
        <w:t>d. My grandma can __________ without glasses.</w:t>
      </w:r>
    </w:p>
    <w:p>
      <w:pPr>
        <w:spacing w:before="0" w:after="60"/>
        <w:jc w:val="both"/>
      </w:pPr>
      <w:r>
        <w:rPr/>
        <w:t>e. Cats can __________ trees.</w:t>
      </w:r>
    </w:p>
    <w:p>
      <w:pPr>
        <w:spacing w:before="0" w:after="60"/>
        <w:jc w:val="both"/>
      </w:pPr>
      <w:r>
        <w:rPr/>
        <w:t>f. I can't __________. I can only sing.</w:t>
      </w:r>
    </w:p>
    <w:p>
      <w:pPr>
        <w:spacing w:before="160" w:after="20"/>
        <w:jc w:val="both"/>
      </w:pPr>
      <w:r>
        <w:rPr>
          <w:b/>
          <w:bCs/>
          <w:sz w:val="26"/>
          <w:szCs w:val="26"/>
        </w:rPr>
        <w:t>2. Match the question to the answer.</w:t>
      </w:r>
    </w:p>
    <w:p>
      <w:pPr>
        <w:bidi/>
        <w:spacing w:before="0" w:after="0"/>
        <w:jc w:val="both"/>
      </w:pPr>
      <w:r>
        <w:rPr>
          <w:rFonts w:ascii="Arial" w:hAnsi="Arial" w:cs="Arial"/>
          <w:color w:val="6B7280"/>
          <w:sz w:val="20"/>
          <w:szCs w:val="20"/>
          <w:rtl/>
          <w:lang w:val="en-US" w:bidi="he-IL"/>
        </w:rPr>
        <w:t xml:space="preserve">התאימו את השאלה לתשובה.</w:t>
      </w:r>
    </w:p>
    <w:p>
      <w:pPr>
        <w:bidi/>
        <w:spacing w:before="0" w:after="80"/>
        <w:jc w:val="both"/>
      </w:pPr>
      <w:r>
        <w:rPr>
          <w:rFonts w:ascii="Arial" w:hAnsi="Arial" w:cs="Arial"/>
          <w:color w:val="6B7280"/>
          <w:sz w:val="21"/>
          <w:szCs w:val="21"/>
          <w:rtl/>
          <w:lang w:val="en-US" w:bidi="ar-SA"/>
        </w:rPr>
        <w:t xml:space="preserve">صِلِ السؤال بالإجابة.</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Column A</w:t>
            </w:r>
          </w:p>
        </w:tc>
        <w:tc>
          <w:tcPr>
            <w:tcW w:type="dxa" w:w="4989"/>
            <w:shd w:val="clear" w:color="auto" w:fill="4338ca"/>
          </w:tcPr>
          <w:p>
            <w:pPr>
              <w:spacing w:before="0" w:after="40"/>
              <w:jc w:val="both"/>
            </w:pPr>
            <w:r>
              <w:rPr>
                <w:b/>
                <w:bCs/>
                <w:color w:val="FFFFFF"/>
              </w:rPr>
              <w:t>Column B</w:t>
            </w:r>
          </w:p>
        </w:tc>
      </w:tr>
      <w:tr>
        <w:tc>
          <w:tcPr>
            <w:tcW w:type="dxa" w:w="4989"/>
          </w:tcPr>
          <w:p>
            <w:pPr>
              <w:spacing w:before="0" w:after="40"/>
              <w:jc w:val="both"/>
            </w:pPr>
            <w:r>
              <w:rPr/>
              <w:t>1. Can you ski?</w:t>
            </w:r>
          </w:p>
        </w:tc>
        <w:tc>
          <w:tcPr>
            <w:tcW w:type="dxa" w:w="4989"/>
          </w:tcPr>
          <w:p>
            <w:pPr>
              <w:spacing w:before="0" w:after="40"/>
              <w:jc w:val="both"/>
            </w:pPr>
            <w:r>
              <w:rPr/>
              <w:t>[   ] No, I can't. There is no snow here!</w:t>
            </w:r>
          </w:p>
        </w:tc>
      </w:tr>
      <w:tr>
        <w:tc>
          <w:tcPr>
            <w:tcW w:type="dxa" w:w="4989"/>
          </w:tcPr>
          <w:p>
            <w:pPr>
              <w:spacing w:before="0" w:after="40"/>
              <w:jc w:val="both"/>
            </w:pPr>
            <w:r>
              <w:rPr/>
              <w:t>2. Can your dad cook?</w:t>
            </w:r>
          </w:p>
        </w:tc>
        <w:tc>
          <w:tcPr>
            <w:tcW w:type="dxa" w:w="4989"/>
          </w:tcPr>
          <w:p>
            <w:pPr>
              <w:spacing w:before="0" w:after="40"/>
              <w:jc w:val="both"/>
            </w:pPr>
            <w:r>
              <w:rPr/>
              <w:t>[   ] Yes, she can.</w:t>
            </w:r>
          </w:p>
        </w:tc>
      </w:tr>
      <w:tr>
        <w:tc>
          <w:tcPr>
            <w:tcW w:type="dxa" w:w="4989"/>
          </w:tcPr>
          <w:p>
            <w:pPr>
              <w:spacing w:before="0" w:after="40"/>
              <w:jc w:val="both"/>
            </w:pPr>
            <w:r>
              <w:rPr/>
              <w:t>3. Can birds fly?</w:t>
            </w:r>
          </w:p>
        </w:tc>
        <w:tc>
          <w:tcPr>
            <w:tcW w:type="dxa" w:w="4989"/>
          </w:tcPr>
          <w:p>
            <w:pPr>
              <w:spacing w:before="0" w:after="40"/>
              <w:jc w:val="both"/>
            </w:pPr>
            <w:r>
              <w:rPr/>
              <w:t>[   ] No, it can't.</w:t>
            </w:r>
          </w:p>
        </w:tc>
      </w:tr>
      <w:tr>
        <w:tc>
          <w:tcPr>
            <w:tcW w:type="dxa" w:w="4989"/>
          </w:tcPr>
          <w:p>
            <w:pPr>
              <w:spacing w:before="0" w:after="40"/>
              <w:jc w:val="both"/>
            </w:pPr>
            <w:r>
              <w:rPr/>
              <w:t>4. Can a cow climb a tree?</w:t>
            </w:r>
          </w:p>
        </w:tc>
        <w:tc>
          <w:tcPr>
            <w:tcW w:type="dxa" w:w="4989"/>
          </w:tcPr>
          <w:p>
            <w:pPr>
              <w:spacing w:before="0" w:after="40"/>
              <w:jc w:val="both"/>
            </w:pPr>
            <w:r>
              <w:rPr/>
              <w:t>[   ] Yes, they can.</w:t>
            </w:r>
          </w:p>
        </w:tc>
      </w:tr>
      <w:tr>
        <w:tc>
          <w:tcPr>
            <w:tcW w:type="dxa" w:w="4989"/>
          </w:tcPr>
          <w:p>
            <w:pPr>
              <w:spacing w:before="0" w:after="40"/>
              <w:jc w:val="both"/>
            </w:pPr>
            <w:r>
              <w:rPr/>
              <w:t>5. Can Tamar play chess?</w:t>
            </w:r>
          </w:p>
        </w:tc>
        <w:tc>
          <w:tcPr>
            <w:tcW w:type="dxa" w:w="4989"/>
          </w:tcPr>
          <w:p>
            <w:pPr>
              <w:spacing w:before="0" w:after="40"/>
              <w:jc w:val="both"/>
            </w:pPr>
            <w:r>
              <w:rPr/>
              <w:t>[   ] Yes, he can. He makes great soup.</w:t>
            </w:r>
          </w:p>
        </w:tc>
      </w:tr>
    </w:tbl>
    <w:p>
      <w:pPr>
        <w:spacing w:before="0" w:after="40"/>
        <w:jc w:val="both"/>
      </w:pPr>
    </w:p>
    <w:p>
      <w:pPr>
        <w:spacing w:before="160" w:after="20"/>
        <w:jc w:val="both"/>
      </w:pPr>
      <w:r>
        <w:rPr>
          <w:b/>
          <w:bCs/>
          <w:sz w:val="26"/>
          <w:szCs w:val="26"/>
        </w:rPr>
        <w:t>3. Sort the sentences: correct or wrong?</w:t>
      </w:r>
    </w:p>
    <w:p>
      <w:pPr>
        <w:bidi/>
        <w:spacing w:before="0" w:after="0"/>
        <w:jc w:val="both"/>
      </w:pPr>
      <w:r>
        <w:rPr>
          <w:rFonts w:ascii="Arial" w:hAnsi="Arial" w:cs="Arial"/>
          <w:color w:val="6B7280"/>
          <w:sz w:val="20"/>
          <w:szCs w:val="20"/>
          <w:rtl/>
          <w:lang w:val="en-US" w:bidi="he-IL"/>
        </w:rPr>
        <w:t xml:space="preserve">מיינו את המשפטים: נכון או שגוי?</w:t>
      </w:r>
    </w:p>
    <w:p>
      <w:pPr>
        <w:bidi/>
        <w:spacing w:before="0" w:after="80"/>
        <w:jc w:val="both"/>
      </w:pPr>
      <w:r>
        <w:rPr>
          <w:rFonts w:ascii="Arial" w:hAnsi="Arial" w:cs="Arial"/>
          <w:color w:val="6B7280"/>
          <w:sz w:val="21"/>
          <w:szCs w:val="21"/>
          <w:rtl/>
          <w:lang w:val="en-US" w:bidi="ar-SA"/>
        </w:rPr>
        <w:t xml:space="preserve">صنّف الجمل: صحيحة أم خاطئة؟</w:t>
      </w:r>
    </w:p>
    <w:p>
      <w:pPr>
        <w:spacing w:before="0" w:after="80"/>
        <w:jc w:val="both"/>
      </w:pPr>
      <w:r>
        <w:rPr>
          <w:color w:val="4338CA"/>
          <w:sz w:val="24"/>
          <w:szCs w:val="24"/>
        </w:rPr>
        <w:t>Words: I can swim.  |  He cans run.  |  Can she dance?  |  We can to play.  |  They can't fly.  |  You can singing.</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Correct ✔</w:t>
            </w:r>
          </w:p>
        </w:tc>
        <w:tc>
          <w:tcPr>
            <w:tcW w:type="dxa" w:w="4989"/>
            <w:shd w:val="clear" w:color="auto" w:fill="4338ca"/>
          </w:tcPr>
          <w:p>
            <w:pPr>
              <w:spacing w:before="0" w:after="40"/>
              <w:jc w:val="both"/>
            </w:pPr>
            <w:r>
              <w:rPr>
                <w:b/>
                <w:bCs/>
                <w:color w:val="FFFFFF"/>
              </w:rPr>
              <w:t>Wrong ✘</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4. Circle the correct word.</w:t>
      </w:r>
    </w:p>
    <w:p>
      <w:pPr>
        <w:bidi/>
        <w:spacing w:before="0" w:after="0"/>
        <w:jc w:val="both"/>
      </w:pPr>
      <w:r>
        <w:rPr>
          <w:rFonts w:ascii="Arial" w:hAnsi="Arial" w:cs="Arial"/>
          <w:color w:val="6B7280"/>
          <w:sz w:val="20"/>
          <w:szCs w:val="20"/>
          <w:rtl/>
          <w:lang w:val="en-US" w:bidi="he-IL"/>
        </w:rPr>
        <w:t xml:space="preserve">הקיפו את המילה הנכונה.</w:t>
      </w:r>
    </w:p>
    <w:p>
      <w:pPr>
        <w:bidi/>
        <w:spacing w:before="0" w:after="80"/>
        <w:jc w:val="both"/>
      </w:pPr>
      <w:r>
        <w:rPr>
          <w:rFonts w:ascii="Arial" w:hAnsi="Arial" w:cs="Arial"/>
          <w:color w:val="6B7280"/>
          <w:sz w:val="21"/>
          <w:szCs w:val="21"/>
          <w:rtl/>
          <w:lang w:val="en-US" w:bidi="ar-SA"/>
        </w:rPr>
        <w:t xml:space="preserve">ضع دائرة حول الكلمة الصحيحة.</w:t>
      </w:r>
    </w:p>
    <w:p>
      <w:pPr>
        <w:spacing w:before="0" w:after="20"/>
        <w:jc w:val="both"/>
      </w:pPr>
      <w:r>
        <w:rPr/>
        <w:t>a. A giraffe ___ eat leaves from tall trees.</w:t>
      </w:r>
    </w:p>
    <w:p>
      <w:pPr>
        <w:spacing w:before="0" w:after="80"/>
        <w:jc w:val="both"/>
      </w:pPr>
      <w:r>
        <w:rPr/>
        <w:t xml:space="preserve">   ○ can      ○ can't</w:t>
      </w:r>
    </w:p>
    <w:p>
      <w:pPr>
        <w:spacing w:before="0" w:after="20"/>
        <w:jc w:val="both"/>
      </w:pPr>
      <w:r>
        <w:rPr/>
        <w:t>b. ___ you speak English? – Yes, I can.</w:t>
      </w:r>
    </w:p>
    <w:p>
      <w:pPr>
        <w:spacing w:before="0" w:after="80"/>
        <w:jc w:val="both"/>
      </w:pPr>
      <w:r>
        <w:rPr/>
        <w:t xml:space="preserve">   ○ Do      ○ Can      ○ Are</w:t>
      </w:r>
    </w:p>
    <w:p>
      <w:pPr>
        <w:spacing w:before="0" w:after="20"/>
        <w:jc w:val="both"/>
      </w:pPr>
      <w:r>
        <w:rPr/>
        <w:t>c. My little brother is two. He ___ write.</w:t>
      </w:r>
    </w:p>
    <w:p>
      <w:pPr>
        <w:spacing w:before="0" w:after="80"/>
        <w:jc w:val="both"/>
      </w:pPr>
      <w:r>
        <w:rPr/>
        <w:t xml:space="preserve">   ○ can      ○ can't</w:t>
      </w:r>
    </w:p>
    <w:p>
      <w:pPr>
        <w:spacing w:before="0" w:after="20"/>
        <w:jc w:val="both"/>
      </w:pPr>
      <w:r>
        <w:rPr/>
        <w:t>d. Shira can ___ the piano.</w:t>
      </w:r>
    </w:p>
    <w:p>
      <w:pPr>
        <w:spacing w:before="0" w:after="80"/>
        <w:jc w:val="both"/>
      </w:pPr>
      <w:r>
        <w:rPr/>
        <w:t xml:space="preserve">   ○ play      ○ plays      ○ to play</w:t>
      </w:r>
    </w:p>
    <w:p>
      <w:pPr>
        <w:spacing w:before="160" w:after="20"/>
        <w:jc w:val="both"/>
      </w:pPr>
      <w:r>
        <w:rPr>
          <w:b/>
          <w:bCs/>
          <w:sz w:val="26"/>
          <w:szCs w:val="26"/>
        </w:rPr>
        <w:t>5. Write short answers.</w:t>
      </w:r>
    </w:p>
    <w:p>
      <w:pPr>
        <w:bidi/>
        <w:spacing w:before="0" w:after="0"/>
        <w:jc w:val="both"/>
      </w:pPr>
      <w:r>
        <w:rPr>
          <w:rFonts w:ascii="Arial" w:hAnsi="Arial" w:cs="Arial"/>
          <w:color w:val="6B7280"/>
          <w:sz w:val="20"/>
          <w:szCs w:val="20"/>
          <w:rtl/>
          <w:lang w:val="en-US" w:bidi="he-IL"/>
        </w:rPr>
        <w:t xml:space="preserve">כתבו תשובות קצרות.</w:t>
      </w:r>
    </w:p>
    <w:p>
      <w:pPr>
        <w:bidi/>
        <w:spacing w:before="0" w:after="80"/>
        <w:jc w:val="both"/>
      </w:pPr>
      <w:r>
        <w:rPr>
          <w:rFonts w:ascii="Arial" w:hAnsi="Arial" w:cs="Arial"/>
          <w:color w:val="6B7280"/>
          <w:sz w:val="21"/>
          <w:szCs w:val="21"/>
          <w:rtl/>
          <w:lang w:val="en-US" w:bidi="ar-SA"/>
        </w:rPr>
        <w:t xml:space="preserve">اكتب إجابات قصيرة.</w:t>
      </w:r>
    </w:p>
    <w:p>
      <w:pPr>
        <w:spacing w:before="0" w:after="60"/>
        <w:jc w:val="both"/>
      </w:pPr>
      <w:r>
        <w:rPr/>
        <w:t>a. Can a horse run? – Yes, it __________.</w:t>
      </w:r>
    </w:p>
    <w:p>
      <w:pPr>
        <w:spacing w:before="0" w:after="60"/>
        <w:jc w:val="both"/>
      </w:pPr>
      <w:r>
        <w:rPr/>
        <w:t>b. Can you fly? – No, I __________.</w:t>
      </w:r>
    </w:p>
    <w:p>
      <w:pPr>
        <w:spacing w:before="0" w:after="60"/>
        <w:jc w:val="both"/>
      </w:pPr>
      <w:r>
        <w:rPr/>
        <w:t>c. Can your parents swim? – Yes, they __________.</w:t>
      </w:r>
    </w:p>
    <w:p>
      <w:pPr>
        <w:spacing w:before="0" w:after="60"/>
        <w:jc w:val="both"/>
      </w:pPr>
      <w:r>
        <w:rPr/>
        <w:t>d. Can Noam play chess? – No, he __________.</w:t>
      </w:r>
    </w:p>
    <w:p>
      <w:pPr>
        <w:spacing w:before="160" w:after="20"/>
        <w:jc w:val="both"/>
      </w:pPr>
      <w:r>
        <w:rPr>
          <w:b/>
          <w:bCs/>
          <w:sz w:val="26"/>
          <w:szCs w:val="26"/>
        </w:rPr>
        <w:t>6. Write questions with Can and short answers.</w:t>
      </w:r>
    </w:p>
    <w:p>
      <w:pPr>
        <w:bidi/>
        <w:spacing w:before="0" w:after="0"/>
        <w:jc w:val="both"/>
      </w:pPr>
      <w:r>
        <w:rPr>
          <w:rFonts w:ascii="Arial" w:hAnsi="Arial" w:cs="Arial"/>
          <w:color w:val="6B7280"/>
          <w:sz w:val="20"/>
          <w:szCs w:val="20"/>
          <w:rtl/>
          <w:lang w:val="en-US" w:bidi="he-IL"/>
        </w:rPr>
        <w:t xml:space="preserve">כתבו שאלות עם ‎Can‎ ותשובות קצרות.</w:t>
      </w:r>
    </w:p>
    <w:p>
      <w:pPr>
        <w:bidi/>
        <w:spacing w:before="0" w:after="80"/>
        <w:jc w:val="both"/>
      </w:pPr>
      <w:r>
        <w:rPr>
          <w:rFonts w:ascii="Arial" w:hAnsi="Arial" w:cs="Arial"/>
          <w:color w:val="6B7280"/>
          <w:sz w:val="21"/>
          <w:szCs w:val="21"/>
          <w:rtl/>
          <w:lang w:val="en-US" w:bidi="ar-SA"/>
        </w:rPr>
        <w:t xml:space="preserve">اكتب أسئلة مع ‎Can‎ وإجابات قصيرة.</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4338ca"/>
          </w:tcPr>
          <w:p>
            <w:pPr>
              <w:spacing w:before="0" w:after="40"/>
              <w:jc w:val="both"/>
            </w:pPr>
            <w:r>
              <w:rPr>
                <w:b/>
                <w:bCs/>
                <w:color w:val="FFFFFF"/>
              </w:rPr>
              <w:t>Information</w:t>
            </w:r>
          </w:p>
        </w:tc>
        <w:tc>
          <w:tcPr>
            <w:tcW w:type="dxa" w:w="3326"/>
            <w:shd w:val="clear" w:color="auto" w:fill="4338ca"/>
          </w:tcPr>
          <w:p>
            <w:pPr>
              <w:spacing w:before="0" w:after="40"/>
              <w:jc w:val="both"/>
            </w:pPr>
            <w:r>
              <w:rPr>
                <w:b/>
                <w:bCs/>
                <w:color w:val="FFFFFF"/>
              </w:rPr>
              <w:t>Question</w:t>
            </w:r>
          </w:p>
        </w:tc>
        <w:tc>
          <w:tcPr>
            <w:tcW w:type="dxa" w:w="3326"/>
            <w:shd w:val="clear" w:color="auto" w:fill="4338ca"/>
          </w:tcPr>
          <w:p>
            <w:pPr>
              <w:spacing w:before="0" w:after="40"/>
              <w:jc w:val="both"/>
            </w:pPr>
            <w:r>
              <w:rPr>
                <w:b/>
                <w:bCs/>
                <w:color w:val="FFFFFF"/>
              </w:rPr>
              <w:t>Short answer</w:t>
            </w:r>
          </w:p>
        </w:tc>
      </w:tr>
      <w:tr>
        <w:tc>
          <w:tcPr>
            <w:tcW w:type="dxa" w:w="3326"/>
          </w:tcPr>
          <w:p>
            <w:pPr>
              <w:spacing w:before="0" w:after="40"/>
              <w:jc w:val="both"/>
            </w:pPr>
            <w:r>
              <w:rPr/>
              <w:t>Ben: ride a horse ✔</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Maya: speak Russian ✘</w:t>
            </w:r>
          </w:p>
        </w:tc>
        <w:tc>
          <w:tcPr>
            <w:tcW w:type="dxa" w:w="3326"/>
          </w:tcPr>
          <w:p>
            <w:pPr>
              <w:spacing w:before="0" w:after="40"/>
              <w:jc w:val="both"/>
            </w:pPr>
            <w:r>
              <w:rPr/>
            </w:r>
          </w:p>
        </w:tc>
        <w:tc>
          <w:tcPr>
            <w:tcW w:type="dxa" w:w="3326"/>
          </w:tcPr>
          <w:p>
            <w:pPr>
              <w:spacing w:before="0" w:after="40"/>
              <w:jc w:val="both"/>
            </w:pPr>
            <w:r>
              <w:rPr/>
            </w:r>
          </w:p>
        </w:tc>
      </w:tr>
      <w:tr>
        <w:tc>
          <w:tcPr>
            <w:tcW w:type="dxa" w:w="3326"/>
          </w:tcPr>
          <w:p>
            <w:pPr>
              <w:spacing w:before="0" w:after="40"/>
              <w:jc w:val="both"/>
            </w:pPr>
            <w:r>
              <w:rPr/>
              <w:t>The kids: swim ✔</w:t>
            </w:r>
          </w:p>
        </w:tc>
        <w:tc>
          <w:tcPr>
            <w:tcW w:type="dxa" w:w="3326"/>
          </w:tcPr>
          <w:p>
            <w:pPr>
              <w:spacing w:before="0" w:after="40"/>
              <w:jc w:val="both"/>
            </w:pPr>
            <w:r>
              <w:rPr/>
            </w:r>
          </w:p>
        </w:tc>
        <w:tc>
          <w:tcPr>
            <w:tcW w:type="dxa" w:w="3326"/>
          </w:tcPr>
          <w:p>
            <w:pPr>
              <w:spacing w:before="0" w:after="40"/>
              <w:jc w:val="both"/>
            </w:pPr>
            <w:r>
              <w:rPr/>
            </w:r>
          </w:p>
        </w:tc>
      </w:tr>
    </w:tbl>
    <w:p>
      <w:pPr>
        <w:spacing w:before="0" w:after="40"/>
        <w:jc w:val="both"/>
      </w:pPr>
    </w:p>
    <w:p>
      <w:pPr>
        <w:spacing w:before="160" w:after="20"/>
        <w:jc w:val="both"/>
      </w:pPr>
      <w:r>
        <w:rPr>
          <w:b/>
          <w:bCs/>
          <w:sz w:val="26"/>
          <w:szCs w:val="26"/>
        </w:rPr>
        <w:t>7.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A dolphin can swim.      True / False</w:t>
      </w:r>
    </w:p>
    <w:p>
      <w:pPr>
        <w:spacing w:before="0" w:after="60"/>
        <w:jc w:val="both"/>
      </w:pPr>
      <w:r>
        <w:rPr/>
        <w:t>b. A chicken can fly high in the sky.      True / False</w:t>
      </w:r>
    </w:p>
    <w:p>
      <w:pPr>
        <w:spacing w:before="0" w:after="60"/>
        <w:jc w:val="both"/>
      </w:pPr>
      <w:r>
        <w:rPr/>
        <w:t>c. "She can to dance." is correct.      True / False</w:t>
      </w:r>
    </w:p>
    <w:p>
      <w:pPr>
        <w:spacing w:before="0" w:after="60"/>
        <w:jc w:val="both"/>
      </w:pPr>
      <w:r>
        <w:rPr/>
        <w:t>d. "Can they come? – No, they can't." is correct.      True / False</w:t>
      </w:r>
    </w:p>
    <w:p>
      <w:pPr>
        <w:spacing w:before="160" w:after="20"/>
        <w:jc w:val="both"/>
      </w:pPr>
      <w:r>
        <w:rPr>
          <w:b/>
          <w:bCs/>
          <w:sz w:val="26"/>
          <w:szCs w:val="26"/>
        </w:rPr>
        <w:t>8. Find the mistake and write the sentence correctly.</w:t>
      </w:r>
    </w:p>
    <w:p>
      <w:pPr>
        <w:bidi/>
        <w:spacing w:before="0" w:after="0"/>
        <w:jc w:val="both"/>
      </w:pPr>
      <w:r>
        <w:rPr>
          <w:rFonts w:ascii="Arial" w:hAnsi="Arial" w:cs="Arial"/>
          <w:color w:val="6B7280"/>
          <w:sz w:val="20"/>
          <w:szCs w:val="20"/>
          <w:rtl/>
          <w:lang w:val="en-US" w:bidi="he-IL"/>
        </w:rPr>
        <w:t xml:space="preserve">מצאו את הטעות וכתבו את המשפט נכון.</w:t>
      </w:r>
    </w:p>
    <w:p>
      <w:pPr>
        <w:bidi/>
        <w:spacing w:before="0" w:after="80"/>
        <w:jc w:val="both"/>
      </w:pPr>
      <w:r>
        <w:rPr>
          <w:rFonts w:ascii="Arial" w:hAnsi="Arial" w:cs="Arial"/>
          <w:color w:val="6B7280"/>
          <w:sz w:val="21"/>
          <w:szCs w:val="21"/>
          <w:rtl/>
          <w:lang w:val="en-US" w:bidi="ar-SA"/>
        </w:rPr>
        <w:t xml:space="preserve">جد الخطأ واكتب الجملة بشكل صحيح.</w:t>
      </w:r>
    </w:p>
    <w:p>
      <w:pPr>
        <w:spacing w:before="0" w:after="100"/>
        <w:jc w:val="both"/>
      </w:pPr>
      <w:r>
        <w:rPr/>
        <w:t>a. Tom cans swim.</w:t>
      </w:r>
    </w:p>
    <w:p>
      <w:pPr>
        <w:spacing w:before="0" w:after="100"/>
        <w:jc w:val="both"/>
      </w:pPr>
      <w:r>
        <w:rPr/>
        <w:t>b. I can plays tennis.</w:t>
      </w:r>
    </w:p>
    <w:p>
      <w:pPr>
        <w:spacing w:before="0" w:after="100"/>
        <w:jc w:val="both"/>
      </w:pPr>
      <w:r>
        <w:rPr/>
        <w:t>c. You can speak Hebrew?</w:t>
      </w:r>
    </w:p>
    <w:p>
      <w:pPr>
        <w:spacing w:before="0" w:after="100"/>
        <w:jc w:val="both"/>
      </w:pPr>
      <w:r>
        <w:rPr/>
        <w:t>d. She can't to drive.</w:t>
      </w:r>
    </w:p>
    <w:p>
      <w:pPr>
        <w:spacing w:before="120" w:after="40"/>
        <w:jc w:val="center"/>
      </w:pPr>
      <w:r>
        <w:rPr>
          <w:rFonts w:ascii="Arial Black" w:hAnsi="Arial Black" w:cs="Arial Black"/>
          <w:b/>
          <w:bCs/>
          <w:color w:val="4338CA"/>
          <w:sz w:val="30"/>
          <w:szCs w:val="30"/>
        </w:rPr>
        <w:t>Super Dog Rex</w:t>
      </w:r>
    </w:p>
    <w:p>
      <w:pPr>
        <w:spacing w:before="0" w:after="80"/>
        <w:jc w:val="both"/>
      </w:pPr>
      <w:r>
        <w:rPr/>
        <w:t>Tamar has a smart dog. His name is Rex. Rex can do many things. He can sit, he can give his paw and he can catch a ball in the air. He can open the door with his nose!</w:t>
      </w:r>
    </w:p>
    <w:p>
      <w:pPr>
        <w:spacing w:before="0" w:after="80"/>
        <w:jc w:val="both"/>
      </w:pPr>
      <w:r>
        <w:rPr/>
        <w:t>But Rex can't do everything. He can't climb trees like a cat, and he can't swim very well. And Rex can't stay quiet when the mailman comes. He barks and barks! Tamar loves Rex very much.</w:t>
      </w:r>
    </w:p>
    <w:p>
      <w:pPr>
        <w:spacing w:before="160" w:after="20"/>
        <w:jc w:val="both"/>
      </w:pPr>
      <w:r>
        <w:rPr>
          <w:b/>
          <w:bCs/>
          <w:sz w:val="26"/>
          <w:szCs w:val="26"/>
        </w:rPr>
        <w:t>9. Read "Super Dog Rex". Choose the correct answer.</w:t>
      </w:r>
    </w:p>
    <w:p>
      <w:pPr>
        <w:bidi/>
        <w:spacing w:before="0" w:after="0"/>
        <w:jc w:val="both"/>
      </w:pPr>
      <w:r>
        <w:rPr>
          <w:rFonts w:ascii="Arial" w:hAnsi="Arial" w:cs="Arial"/>
          <w:color w:val="6B7280"/>
          <w:sz w:val="20"/>
          <w:szCs w:val="20"/>
          <w:rtl/>
          <w:lang w:val="en-US" w:bidi="he-IL"/>
        </w:rPr>
        <w:t xml:space="preserve">קראו את ‎"Super Dog Rex"‎. בחרו את התשובה הנכונה.</w:t>
      </w:r>
    </w:p>
    <w:p>
      <w:pPr>
        <w:bidi/>
        <w:spacing w:before="0" w:after="80"/>
        <w:jc w:val="both"/>
      </w:pPr>
      <w:r>
        <w:rPr>
          <w:rFonts w:ascii="Arial" w:hAnsi="Arial" w:cs="Arial"/>
          <w:color w:val="6B7280"/>
          <w:sz w:val="21"/>
          <w:szCs w:val="21"/>
          <w:rtl/>
          <w:lang w:val="en-US" w:bidi="ar-SA"/>
        </w:rPr>
        <w:t xml:space="preserve">اقرأ ‎"Super Dog Rex"‎. اختر الإجابة الصحيحة.</w:t>
      </w:r>
    </w:p>
    <w:p>
      <w:pPr>
        <w:spacing w:before="0" w:after="20"/>
        <w:jc w:val="both"/>
      </w:pPr>
      <w:r>
        <w:rPr/>
        <w:t>a. Who is Rex?</w:t>
      </w:r>
    </w:p>
    <w:p>
      <w:pPr>
        <w:spacing w:before="0" w:after="80"/>
        <w:jc w:val="both"/>
      </w:pPr>
      <w:r>
        <w:rPr/>
        <w:t xml:space="preserve">   ○ Tamar's brother      ○ Tamar's dog      ○ Tamar's cat</w:t>
      </w:r>
    </w:p>
    <w:p>
      <w:pPr>
        <w:spacing w:before="0" w:after="20"/>
        <w:jc w:val="both"/>
      </w:pPr>
      <w:r>
        <w:rPr/>
        <w:t>b. How can Rex open the door?</w:t>
      </w:r>
    </w:p>
    <w:p>
      <w:pPr>
        <w:spacing w:before="0" w:after="80"/>
        <w:jc w:val="both"/>
      </w:pPr>
      <w:r>
        <w:rPr/>
        <w:t xml:space="preserve">   ○ with his paw      ○ with his nose      ○ with a key</w:t>
      </w:r>
    </w:p>
    <w:p>
      <w:pPr>
        <w:spacing w:before="0" w:after="20"/>
        <w:jc w:val="both"/>
      </w:pPr>
      <w:r>
        <w:rPr/>
        <w:t>c. When does Rex bark a lot?</w:t>
      </w:r>
    </w:p>
    <w:p>
      <w:pPr>
        <w:spacing w:before="0" w:after="80"/>
        <w:jc w:val="both"/>
      </w:pPr>
      <w:r>
        <w:rPr/>
        <w:t xml:space="preserve">   ○ when the mailman comes      ○ at night      ○ when he eats</w:t>
      </w:r>
    </w:p>
    <w:p>
      <w:pPr>
        <w:spacing w:before="160" w:after="20"/>
        <w:jc w:val="both"/>
      </w:pPr>
      <w:r>
        <w:rPr>
          <w:b/>
          <w:bCs/>
          <w:sz w:val="26"/>
          <w:szCs w:val="26"/>
        </w:rPr>
        <w:t>10. Read the text again. Sort: what can Rex do and what can't he do?</w:t>
      </w:r>
    </w:p>
    <w:p>
      <w:pPr>
        <w:bidi/>
        <w:spacing w:before="0" w:after="0"/>
        <w:jc w:val="both"/>
      </w:pPr>
      <w:r>
        <w:rPr>
          <w:rFonts w:ascii="Arial" w:hAnsi="Arial" w:cs="Arial"/>
          <w:color w:val="6B7280"/>
          <w:sz w:val="20"/>
          <w:szCs w:val="20"/>
          <w:rtl/>
          <w:lang w:val="en-US" w:bidi="he-IL"/>
        </w:rPr>
        <w:t xml:space="preserve">קראו שוב את הטקסט. מיינו: מה ‎Rex‎ יודע לעשות ומה הוא לא יודע לעשות?</w:t>
      </w:r>
    </w:p>
    <w:p>
      <w:pPr>
        <w:bidi/>
        <w:spacing w:before="0" w:after="80"/>
        <w:jc w:val="both"/>
      </w:pPr>
      <w:r>
        <w:rPr>
          <w:rFonts w:ascii="Arial" w:hAnsi="Arial" w:cs="Arial"/>
          <w:color w:val="6B7280"/>
          <w:sz w:val="21"/>
          <w:szCs w:val="21"/>
          <w:rtl/>
          <w:lang w:val="en-US" w:bidi="ar-SA"/>
        </w:rPr>
        <w:t xml:space="preserve">اقرأ النص مرة أخرى. صنّف: ماذا يستطيع ‎Rex‎ أن يفعل وماذا لا يستطيع؟</w:t>
      </w:r>
    </w:p>
    <w:p>
      <w:pPr>
        <w:spacing w:before="0" w:after="80"/>
        <w:jc w:val="both"/>
      </w:pPr>
      <w:r>
        <w:rPr>
          <w:color w:val="4338CA"/>
          <w:sz w:val="24"/>
          <w:szCs w:val="24"/>
        </w:rPr>
        <w:t>Words: sit  |  climb trees  |  catch a ball  |  swim very well  |  open the door  |  stay quiet</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Rex can</w:t>
            </w:r>
          </w:p>
        </w:tc>
        <w:tc>
          <w:tcPr>
            <w:tcW w:type="dxa" w:w="4989"/>
            <w:shd w:val="clear" w:color="auto" w:fill="4338ca"/>
          </w:tcPr>
          <w:p>
            <w:pPr>
              <w:spacing w:before="0" w:after="40"/>
              <w:jc w:val="both"/>
            </w:pPr>
            <w:r>
              <w:rPr>
                <w:b/>
                <w:bCs/>
                <w:color w:val="FFFFFF"/>
              </w:rPr>
              <w:t>Rex can't</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11. Write about an animal you like. What can it do? What can't it do? Write 3 sentences.</w:t>
      </w:r>
    </w:p>
    <w:p>
      <w:pPr>
        <w:bidi/>
        <w:spacing w:before="0" w:after="0"/>
        <w:jc w:val="both"/>
      </w:pPr>
      <w:r>
        <w:rPr>
          <w:rFonts w:ascii="Arial" w:hAnsi="Arial" w:cs="Arial"/>
          <w:color w:val="6B7280"/>
          <w:sz w:val="20"/>
          <w:szCs w:val="20"/>
          <w:rtl/>
          <w:lang w:val="en-US" w:bidi="he-IL"/>
        </w:rPr>
        <w:t xml:space="preserve">כתבו על חיה שאתם אוהבים. מה היא יודעת לעשות? מה היא לא יודעת לעשות? כתבו 3 משפטים.</w:t>
      </w:r>
    </w:p>
    <w:p>
      <w:pPr>
        <w:bidi/>
        <w:spacing w:before="0" w:after="80"/>
        <w:jc w:val="both"/>
      </w:pPr>
      <w:r>
        <w:rPr>
          <w:rFonts w:ascii="Arial" w:hAnsi="Arial" w:cs="Arial"/>
          <w:color w:val="6B7280"/>
          <w:sz w:val="21"/>
          <w:szCs w:val="21"/>
          <w:rtl/>
          <w:lang w:val="en-US" w:bidi="ar-SA"/>
        </w:rPr>
        <w:t xml:space="preserve">اكتب عن حيوان تحبّه. ماذا يستطيع أن يفعل؟ وماذا لا يستطيع؟ اكتب 3 جمل.</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160" w:after="20"/>
        <w:jc w:val="both"/>
      </w:pPr>
      <w:r>
        <w:rPr>
          <w:b/>
          <w:bCs/>
          <w:sz w:val="26"/>
          <w:szCs w:val="26"/>
        </w:rPr>
        <w:t>12. Write a short note to a new friend (4 sentences). Say what you can do and ask 2 questions with Can you …?</w:t>
      </w:r>
    </w:p>
    <w:p>
      <w:pPr>
        <w:bidi/>
        <w:spacing w:before="0" w:after="0"/>
        <w:jc w:val="both"/>
      </w:pPr>
      <w:r>
        <w:rPr>
          <w:rFonts w:ascii="Arial" w:hAnsi="Arial" w:cs="Arial"/>
          <w:color w:val="6B7280"/>
          <w:sz w:val="20"/>
          <w:szCs w:val="20"/>
          <w:rtl/>
          <w:lang w:val="en-US" w:bidi="he-IL"/>
        </w:rPr>
        <w:t xml:space="preserve">כתבו פתק קצר לחבר חדש (4 משפטים). ספרו מה אתם יודעים לעשות ושאלו 2 שאלות עם ‎Can you …?‎</w:t>
      </w:r>
    </w:p>
    <w:p>
      <w:pPr>
        <w:bidi/>
        <w:spacing w:before="0" w:after="80"/>
        <w:jc w:val="both"/>
      </w:pPr>
      <w:r>
        <w:rPr>
          <w:rFonts w:ascii="Arial" w:hAnsi="Arial" w:cs="Arial"/>
          <w:color w:val="6B7280"/>
          <w:sz w:val="21"/>
          <w:szCs w:val="21"/>
          <w:rtl/>
          <w:lang w:val="en-US" w:bidi="ar-SA"/>
        </w:rPr>
        <w:t xml:space="preserve">اكتب رسالة قصيرة لصديق جديد (4 جمل). قل ماذا تستطيع أن تفعل واسأل سؤالين مع ‎Can you …?‎</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br w:type="page"/>
      </w:r>
    </w:p>
    <w:p>
      <w:pPr>
        <w:spacing w:before="0" w:after="40"/>
        <w:jc w:val="both"/>
      </w:pPr>
      <w:r>
        <w:rPr>
          <w:rFonts w:ascii="Arial Black" w:hAnsi="Arial Black" w:cs="Arial Black"/>
          <w:b/>
          <w:bCs/>
          <w:color w:val="4338CA"/>
          <w:sz w:val="44"/>
          <w:szCs w:val="44"/>
        </w:rPr>
        <w:t>Review – What did we learn?</w:t>
      </w:r>
    </w:p>
    <w:p>
      <w:pPr>
        <w:bidi/>
        <w:spacing w:before="0" w:after="0"/>
        <w:jc w:val="both"/>
      </w:pPr>
      <w:r>
        <w:rPr>
          <w:rFonts w:ascii="Arial" w:hAnsi="Arial" w:cs="Arial"/>
          <w:color w:val="6B7280"/>
          <w:sz w:val="22"/>
          <w:szCs w:val="22"/>
          <w:rtl/>
          <w:lang w:val="en-US" w:bidi="he-IL"/>
        </w:rPr>
        <w:t xml:space="preserve">חזרה – מה למדנו?</w:t>
      </w:r>
    </w:p>
    <w:p>
      <w:pPr>
        <w:bidi/>
        <w:spacing w:before="0" w:after="120"/>
        <w:jc w:val="both"/>
      </w:pPr>
      <w:r>
        <w:rPr>
          <w:rFonts w:ascii="Arial" w:hAnsi="Arial" w:cs="Arial"/>
          <w:color w:val="6B7280"/>
          <w:sz w:val="23"/>
          <w:szCs w:val="23"/>
          <w:rtl/>
          <w:lang w:val="en-US" w:bidi="ar-SA"/>
        </w:rPr>
        <w:t xml:space="preserve">مراجعة – ماذا تعلّمنا؟</w:t>
      </w:r>
    </w:p>
    <w:p>
      <w:pPr>
        <w:spacing w:before="160" w:after="20"/>
        <w:jc w:val="both"/>
      </w:pPr>
      <w:r>
        <w:rPr>
          <w:b/>
          <w:bCs/>
          <w:sz w:val="26"/>
          <w:szCs w:val="26"/>
        </w:rPr>
        <w:t>1. Complete with am, is or are.</w:t>
      </w:r>
    </w:p>
    <w:p>
      <w:pPr>
        <w:bidi/>
        <w:spacing w:before="0" w:after="0"/>
        <w:jc w:val="both"/>
      </w:pPr>
      <w:r>
        <w:rPr>
          <w:rFonts w:ascii="Arial" w:hAnsi="Arial" w:cs="Arial"/>
          <w:color w:val="6B7280"/>
          <w:sz w:val="20"/>
          <w:szCs w:val="20"/>
          <w:rtl/>
          <w:lang w:val="en-US" w:bidi="he-IL"/>
        </w:rPr>
        <w:t xml:space="preserve">השלימו עם ‎am, is‎ או ‎are‎.</w:t>
      </w:r>
    </w:p>
    <w:p>
      <w:pPr>
        <w:bidi/>
        <w:spacing w:before="0" w:after="80"/>
        <w:jc w:val="both"/>
      </w:pPr>
      <w:r>
        <w:rPr>
          <w:rFonts w:ascii="Arial" w:hAnsi="Arial" w:cs="Arial"/>
          <w:color w:val="6B7280"/>
          <w:sz w:val="21"/>
          <w:szCs w:val="21"/>
          <w:rtl/>
          <w:lang w:val="en-US" w:bidi="ar-SA"/>
        </w:rPr>
        <w:t xml:space="preserve">أكمل بـ ‎am‎ أو ‎is‎ أو ‎are‎.</w:t>
      </w:r>
    </w:p>
    <w:p>
      <w:pPr>
        <w:spacing w:before="0" w:after="60"/>
        <w:jc w:val="both"/>
      </w:pPr>
      <w:r>
        <w:rPr/>
        <w:t>a. I __________ in class 4.</w:t>
      </w:r>
    </w:p>
    <w:p>
      <w:pPr>
        <w:spacing w:before="0" w:after="60"/>
        <w:jc w:val="both"/>
      </w:pPr>
      <w:r>
        <w:rPr/>
        <w:t>b. My cats __________ black and white.</w:t>
      </w:r>
    </w:p>
    <w:p>
      <w:pPr>
        <w:spacing w:before="0" w:after="60"/>
        <w:jc w:val="both"/>
      </w:pPr>
      <w:r>
        <w:rPr/>
        <w:t>c. Where __________ your bag?</w:t>
      </w:r>
    </w:p>
    <w:p>
      <w:pPr>
        <w:spacing w:before="0" w:after="60"/>
        <w:jc w:val="both"/>
      </w:pPr>
      <w:r>
        <w:rPr/>
        <w:t>d. There __________ a big park near my house.</w:t>
      </w:r>
    </w:p>
    <w:p>
      <w:pPr>
        <w:spacing w:before="160" w:after="20"/>
        <w:jc w:val="both"/>
      </w:pPr>
      <w:r>
        <w:rPr>
          <w:b/>
          <w:bCs/>
          <w:sz w:val="26"/>
          <w:szCs w:val="26"/>
        </w:rPr>
        <w:t>2.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There are three ___ in the box.</w:t>
      </w:r>
    </w:p>
    <w:p>
      <w:pPr>
        <w:spacing w:before="0" w:after="80"/>
        <w:jc w:val="both"/>
      </w:pPr>
      <w:r>
        <w:rPr/>
        <w:t xml:space="preserve">   ○ toy      ○ toys</w:t>
      </w:r>
    </w:p>
    <w:p>
      <w:pPr>
        <w:spacing w:before="0" w:after="20"/>
        <w:jc w:val="both"/>
      </w:pPr>
      <w:r>
        <w:rPr/>
        <w:t>b. I have a ___.</w:t>
      </w:r>
    </w:p>
    <w:p>
      <w:pPr>
        <w:spacing w:before="0" w:after="80"/>
        <w:jc w:val="both"/>
      </w:pPr>
      <w:r>
        <w:rPr/>
        <w:t xml:space="preserve">   ○ red bike      ○ bike red</w:t>
      </w:r>
    </w:p>
    <w:p>
      <w:pPr>
        <w:spacing w:before="0" w:after="20"/>
        <w:jc w:val="both"/>
      </w:pPr>
      <w:r>
        <w:rPr/>
        <w:t>c. ___ go to the beach!</w:t>
      </w:r>
    </w:p>
    <w:p>
      <w:pPr>
        <w:spacing w:before="0" w:after="80"/>
        <w:jc w:val="both"/>
      </w:pPr>
      <w:r>
        <w:rPr/>
        <w:t xml:space="preserve">   ○ Let's      ○ Don't</w:t>
      </w:r>
    </w:p>
    <w:p>
      <w:pPr>
        <w:spacing w:before="0" w:after="20"/>
        <w:jc w:val="both"/>
      </w:pPr>
      <w:r>
        <w:rPr/>
        <w:t>d. She can ___ very fast.</w:t>
      </w:r>
    </w:p>
    <w:p>
      <w:pPr>
        <w:spacing w:before="0" w:after="80"/>
        <w:jc w:val="both"/>
      </w:pPr>
      <w:r>
        <w:rPr/>
        <w:t xml:space="preserve">   ○ runs      ○ run</w:t>
      </w:r>
    </w:p>
    <w:p>
      <w:pPr>
        <w:spacing w:before="160" w:after="20"/>
        <w:jc w:val="both"/>
      </w:pPr>
      <w:r>
        <w:rPr>
          <w:b/>
          <w:bCs/>
          <w:sz w:val="26"/>
          <w:szCs w:val="26"/>
        </w:rPr>
        <w:t>3. Match the question to the answer.</w:t>
      </w:r>
    </w:p>
    <w:p>
      <w:pPr>
        <w:bidi/>
        <w:spacing w:before="0" w:after="0"/>
        <w:jc w:val="both"/>
      </w:pPr>
      <w:r>
        <w:rPr>
          <w:rFonts w:ascii="Arial" w:hAnsi="Arial" w:cs="Arial"/>
          <w:color w:val="6B7280"/>
          <w:sz w:val="20"/>
          <w:szCs w:val="20"/>
          <w:rtl/>
          <w:lang w:val="en-US" w:bidi="he-IL"/>
        </w:rPr>
        <w:t xml:space="preserve">התאימו את השאלה לתשובה.</w:t>
      </w:r>
    </w:p>
    <w:p>
      <w:pPr>
        <w:bidi/>
        <w:spacing w:before="0" w:after="80"/>
        <w:jc w:val="both"/>
      </w:pPr>
      <w:r>
        <w:rPr>
          <w:rFonts w:ascii="Arial" w:hAnsi="Arial" w:cs="Arial"/>
          <w:color w:val="6B7280"/>
          <w:sz w:val="21"/>
          <w:szCs w:val="21"/>
          <w:rtl/>
          <w:lang w:val="en-US" w:bidi="ar-SA"/>
        </w:rPr>
        <w:t xml:space="preserve">صِلِ السؤال بالإجابة.</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Column A</w:t>
            </w:r>
          </w:p>
        </w:tc>
        <w:tc>
          <w:tcPr>
            <w:tcW w:type="dxa" w:w="4989"/>
            <w:shd w:val="clear" w:color="auto" w:fill="4338ca"/>
          </w:tcPr>
          <w:p>
            <w:pPr>
              <w:spacing w:before="0" w:after="40"/>
              <w:jc w:val="both"/>
            </w:pPr>
            <w:r>
              <w:rPr>
                <w:b/>
                <w:bCs/>
                <w:color w:val="FFFFFF"/>
              </w:rPr>
              <w:t>Column B</w:t>
            </w:r>
          </w:p>
        </w:tc>
      </w:tr>
      <w:tr>
        <w:tc>
          <w:tcPr>
            <w:tcW w:type="dxa" w:w="4989"/>
          </w:tcPr>
          <w:p>
            <w:pPr>
              <w:spacing w:before="0" w:after="40"/>
              <w:jc w:val="both"/>
            </w:pPr>
            <w:r>
              <w:rPr/>
              <w:t>1. Where is the ball?</w:t>
            </w:r>
          </w:p>
        </w:tc>
        <w:tc>
          <w:tcPr>
            <w:tcW w:type="dxa" w:w="4989"/>
          </w:tcPr>
          <w:p>
            <w:pPr>
              <w:spacing w:before="0" w:after="40"/>
              <w:jc w:val="both"/>
            </w:pPr>
            <w:r>
              <w:rPr/>
              <w:t>[   ] I'm nine.</w:t>
            </w:r>
          </w:p>
        </w:tc>
      </w:tr>
      <w:tr>
        <w:tc>
          <w:tcPr>
            <w:tcW w:type="dxa" w:w="4989"/>
          </w:tcPr>
          <w:p>
            <w:pPr>
              <w:spacing w:before="0" w:after="40"/>
              <w:jc w:val="both"/>
            </w:pPr>
            <w:r>
              <w:rPr/>
              <w:t>2. Can you swim?</w:t>
            </w:r>
          </w:p>
        </w:tc>
        <w:tc>
          <w:tcPr>
            <w:tcW w:type="dxa" w:w="4989"/>
          </w:tcPr>
          <w:p>
            <w:pPr>
              <w:spacing w:before="0" w:after="40"/>
              <w:jc w:val="both"/>
            </w:pPr>
            <w:r>
              <w:rPr/>
              <w:t>[   ] Under the bed.</w:t>
            </w:r>
          </w:p>
        </w:tc>
      </w:tr>
      <w:tr>
        <w:tc>
          <w:tcPr>
            <w:tcW w:type="dxa" w:w="4989"/>
          </w:tcPr>
          <w:p>
            <w:pPr>
              <w:spacing w:before="0" w:after="40"/>
              <w:jc w:val="both"/>
            </w:pPr>
            <w:r>
              <w:rPr/>
              <w:t>3. Do you like pizza?</w:t>
            </w:r>
          </w:p>
        </w:tc>
        <w:tc>
          <w:tcPr>
            <w:tcW w:type="dxa" w:w="4989"/>
          </w:tcPr>
          <w:p>
            <w:pPr>
              <w:spacing w:before="0" w:after="40"/>
              <w:jc w:val="both"/>
            </w:pPr>
            <w:r>
              <w:rPr/>
              <w:t>[   ] Yes, I can.</w:t>
            </w:r>
          </w:p>
        </w:tc>
      </w:tr>
      <w:tr>
        <w:tc>
          <w:tcPr>
            <w:tcW w:type="dxa" w:w="4989"/>
          </w:tcPr>
          <w:p>
            <w:pPr>
              <w:spacing w:before="0" w:after="40"/>
              <w:jc w:val="both"/>
            </w:pPr>
            <w:r>
              <w:rPr/>
              <w:t>4. Is there a pool?</w:t>
            </w:r>
          </w:p>
        </w:tc>
        <w:tc>
          <w:tcPr>
            <w:tcW w:type="dxa" w:w="4989"/>
          </w:tcPr>
          <w:p>
            <w:pPr>
              <w:spacing w:before="0" w:after="40"/>
              <w:jc w:val="both"/>
            </w:pPr>
            <w:r>
              <w:rPr/>
              <w:t>[   ] No, I don't.</w:t>
            </w:r>
          </w:p>
        </w:tc>
      </w:tr>
      <w:tr>
        <w:tc>
          <w:tcPr>
            <w:tcW w:type="dxa" w:w="4989"/>
          </w:tcPr>
          <w:p>
            <w:pPr>
              <w:spacing w:before="0" w:after="40"/>
              <w:jc w:val="both"/>
            </w:pPr>
            <w:r>
              <w:rPr/>
              <w:t>5. How old are you?</w:t>
            </w:r>
          </w:p>
        </w:tc>
        <w:tc>
          <w:tcPr>
            <w:tcW w:type="dxa" w:w="4989"/>
          </w:tcPr>
          <w:p>
            <w:pPr>
              <w:spacing w:before="0" w:after="40"/>
              <w:jc w:val="both"/>
            </w:pPr>
            <w:r>
              <w:rPr/>
              <w:t>[   ] Yes, there is.</w:t>
            </w:r>
          </w:p>
        </w:tc>
      </w:tr>
    </w:tbl>
    <w:p>
      <w:pPr>
        <w:spacing w:before="0" w:after="40"/>
        <w:jc w:val="both"/>
      </w:pPr>
    </w:p>
    <w:p>
      <w:pPr>
        <w:spacing w:before="160" w:after="20"/>
        <w:jc w:val="both"/>
      </w:pPr>
      <w:r>
        <w:rPr>
          <w:b/>
          <w:bCs/>
          <w:sz w:val="26"/>
          <w:szCs w:val="26"/>
        </w:rPr>
        <w:t>4. Write the plural.</w:t>
      </w:r>
    </w:p>
    <w:p>
      <w:pPr>
        <w:bidi/>
        <w:spacing w:before="0" w:after="0"/>
        <w:jc w:val="both"/>
      </w:pPr>
      <w:r>
        <w:rPr>
          <w:rFonts w:ascii="Arial" w:hAnsi="Arial" w:cs="Arial"/>
          <w:color w:val="6B7280"/>
          <w:sz w:val="20"/>
          <w:szCs w:val="20"/>
          <w:rtl/>
          <w:lang w:val="en-US" w:bidi="he-IL"/>
        </w:rPr>
        <w:t xml:space="preserve">כתבו את צורת הרבים.</w:t>
      </w:r>
    </w:p>
    <w:p>
      <w:pPr>
        <w:bidi/>
        <w:spacing w:before="0" w:after="80"/>
        <w:jc w:val="both"/>
      </w:pPr>
      <w:r>
        <w:rPr>
          <w:rFonts w:ascii="Arial" w:hAnsi="Arial" w:cs="Arial"/>
          <w:color w:val="6B7280"/>
          <w:sz w:val="21"/>
          <w:szCs w:val="21"/>
          <w:rtl/>
          <w:lang w:val="en-US" w:bidi="ar-SA"/>
        </w:rPr>
        <w:t xml:space="preserve">اكتب صيغة الجمع.</w:t>
      </w:r>
    </w:p>
    <w:tbl>
      <w:tblPr>
        <w:tblStyle w:val="TableGrid"/>
        <w:tblW w:type="auto" w:w="0"/>
        <w:tblLook w:firstColumn="1" w:firstRow="1" w:lastColumn="0" w:lastRow="0" w:noHBand="0" w:noVBand="1" w:val="04A0"/>
      </w:tblPr>
      <w:tblGrid>
        <w:gridCol w:w="4989"/>
        <w:gridCol w:w="4989"/>
      </w:tblGrid>
      <w:tr>
        <w:tc>
          <w:tcPr>
            <w:tcW w:type="dxa" w:w="4989"/>
            <w:shd w:val="clear" w:color="auto" w:fill="4338ca"/>
          </w:tcPr>
          <w:p>
            <w:pPr>
              <w:spacing w:before="0" w:after="40"/>
              <w:jc w:val="both"/>
            </w:pPr>
            <w:r>
              <w:rPr>
                <w:b/>
                <w:bCs/>
                <w:color w:val="FFFFFF"/>
              </w:rPr>
              <w:t>One</w:t>
            </w:r>
          </w:p>
        </w:tc>
        <w:tc>
          <w:tcPr>
            <w:tcW w:type="dxa" w:w="4989"/>
            <w:shd w:val="clear" w:color="auto" w:fill="4338ca"/>
          </w:tcPr>
          <w:p>
            <w:pPr>
              <w:spacing w:before="0" w:after="40"/>
              <w:jc w:val="both"/>
            </w:pPr>
            <w:r>
              <w:rPr>
                <w:b/>
                <w:bCs/>
                <w:color w:val="FFFFFF"/>
              </w:rPr>
              <w:t>Two</w:t>
            </w:r>
          </w:p>
        </w:tc>
      </w:tr>
      <w:tr>
        <w:tc>
          <w:tcPr>
            <w:tcW w:type="dxa" w:w="4989"/>
          </w:tcPr>
          <w:p>
            <w:pPr>
              <w:spacing w:before="0" w:after="40"/>
              <w:jc w:val="both"/>
            </w:pPr>
            <w:r>
              <w:rPr/>
              <w:t>a box</w:t>
            </w:r>
          </w:p>
        </w:tc>
        <w:tc>
          <w:tcPr>
            <w:tcW w:type="dxa" w:w="4989"/>
          </w:tcPr>
          <w:p>
            <w:pPr>
              <w:spacing w:before="0" w:after="40"/>
              <w:jc w:val="both"/>
            </w:pPr>
            <w:r>
              <w:rPr/>
            </w:r>
          </w:p>
        </w:tc>
      </w:tr>
      <w:tr>
        <w:tc>
          <w:tcPr>
            <w:tcW w:type="dxa" w:w="4989"/>
          </w:tcPr>
          <w:p>
            <w:pPr>
              <w:spacing w:before="0" w:after="40"/>
              <w:jc w:val="both"/>
            </w:pPr>
            <w:r>
              <w:rPr/>
              <w:t>a child</w:t>
            </w:r>
          </w:p>
        </w:tc>
        <w:tc>
          <w:tcPr>
            <w:tcW w:type="dxa" w:w="4989"/>
          </w:tcPr>
          <w:p>
            <w:pPr>
              <w:spacing w:before="0" w:after="40"/>
              <w:jc w:val="both"/>
            </w:pPr>
            <w:r>
              <w:rPr/>
            </w:r>
          </w:p>
        </w:tc>
      </w:tr>
      <w:tr>
        <w:tc>
          <w:tcPr>
            <w:tcW w:type="dxa" w:w="4989"/>
          </w:tcPr>
          <w:p>
            <w:pPr>
              <w:spacing w:before="0" w:after="40"/>
              <w:jc w:val="both"/>
            </w:pPr>
            <w:r>
              <w:rPr/>
              <w:t>a man</w:t>
            </w:r>
          </w:p>
        </w:tc>
        <w:tc>
          <w:tcPr>
            <w:tcW w:type="dxa" w:w="4989"/>
          </w:tcPr>
          <w:p>
            <w:pPr>
              <w:spacing w:before="0" w:after="40"/>
              <w:jc w:val="both"/>
            </w:pPr>
            <w:r>
              <w:rPr/>
            </w:r>
          </w:p>
        </w:tc>
      </w:tr>
      <w:tr>
        <w:tc>
          <w:tcPr>
            <w:tcW w:type="dxa" w:w="4989"/>
          </w:tcPr>
          <w:p>
            <w:pPr>
              <w:spacing w:before="0" w:after="40"/>
              <w:jc w:val="both"/>
            </w:pPr>
            <w:r>
              <w:rPr/>
              <w:t>a tooth</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5. Find the mistake and write the sentence correctly.</w:t>
      </w:r>
    </w:p>
    <w:p>
      <w:pPr>
        <w:bidi/>
        <w:spacing w:before="0" w:after="0"/>
        <w:jc w:val="both"/>
      </w:pPr>
      <w:r>
        <w:rPr>
          <w:rFonts w:ascii="Arial" w:hAnsi="Arial" w:cs="Arial"/>
          <w:color w:val="6B7280"/>
          <w:sz w:val="20"/>
          <w:szCs w:val="20"/>
          <w:rtl/>
          <w:lang w:val="en-US" w:bidi="he-IL"/>
        </w:rPr>
        <w:t xml:space="preserve">מצאו את הטעות וכתבו את המשפט נכון.</w:t>
      </w:r>
    </w:p>
    <w:p>
      <w:pPr>
        <w:bidi/>
        <w:spacing w:before="0" w:after="80"/>
        <w:jc w:val="both"/>
      </w:pPr>
      <w:r>
        <w:rPr>
          <w:rFonts w:ascii="Arial" w:hAnsi="Arial" w:cs="Arial"/>
          <w:color w:val="6B7280"/>
          <w:sz w:val="21"/>
          <w:szCs w:val="21"/>
          <w:rtl/>
          <w:lang w:val="en-US" w:bidi="ar-SA"/>
        </w:rPr>
        <w:t xml:space="preserve">جد الخطأ واكتب الجملة بشكل صحيح.</w:t>
      </w:r>
    </w:p>
    <w:p>
      <w:pPr>
        <w:spacing w:before="0" w:after="100"/>
        <w:jc w:val="both"/>
      </w:pPr>
      <w:r>
        <w:rPr/>
        <w:t>a. They is my friends.</w:t>
      </w:r>
    </w:p>
    <w:p>
      <w:pPr>
        <w:spacing w:before="0" w:after="100"/>
        <w:jc w:val="both"/>
      </w:pPr>
      <w:r>
        <w:rPr/>
        <w:t>b. There is two cats.</w:t>
      </w:r>
    </w:p>
    <w:p>
      <w:pPr>
        <w:spacing w:before="0" w:after="100"/>
        <w:jc w:val="both"/>
      </w:pPr>
      <w:r>
        <w:rPr/>
        <w:t>c. Tom cans swim.</w:t>
      </w:r>
    </w:p>
    <w:p>
      <w:pPr>
        <w:spacing w:before="0" w:after="100"/>
        <w:jc w:val="both"/>
      </w:pPr>
      <w:r>
        <w:rPr/>
        <w:t>d. Don't to run!</w:t>
      </w:r>
    </w:p>
    <w:p>
      <w:pPr>
        <w:spacing w:before="0" w:after="100"/>
        <w:jc w:val="both"/>
      </w:pPr>
      <w:r>
        <w:rPr/>
        <w:t>e. We doesn't play on Saturday.</w:t>
      </w:r>
    </w:p>
    <w:p>
      <w:pPr>
        <w:spacing w:before="480" w:after="40"/>
        <w:jc w:val="center"/>
      </w:pPr>
      <w:r>
        <w:rPr>
          <w:rFonts w:ascii="Arial Black" w:hAnsi="Arial Black" w:cs="Arial Black"/>
          <w:b/>
          <w:bCs/>
          <w:color w:val="4338CA"/>
          <w:sz w:val="60"/>
          <w:szCs w:val="60"/>
        </w:rPr>
        <w:t>Well done!</w:t>
      </w:r>
    </w:p>
    <w:p>
      <w:pPr>
        <w:spacing w:before="0" w:after="120"/>
        <w:jc w:val="center"/>
      </w:pPr>
      <w:r>
        <w:rPr>
          <w:rFonts w:ascii="Arial" w:hAnsi="Arial" w:cs="Arial"/>
          <w:color w:val="1D2433"/>
          <w:sz w:val="32"/>
          <w:szCs w:val="32"/>
          <w:rtl/>
          <w:lang w:val="en-US" w:bidi="he-IL"/>
        </w:rPr>
        <w:t xml:space="preserve">כל הכבוד!</w:t>
      </w:r>
      <w:r>
        <w:rPr>
          <w:sz w:val="32"/>
          <w:szCs w:val="32"/>
        </w:rPr>
        <w:t>‎</w:t>
      </w:r>
      <w:r>
        <w:rPr>
          <w:rFonts w:ascii="Arial" w:hAnsi="Arial" w:cs="Arial"/>
          <w:sz w:val="32"/>
          <w:szCs w:val="32"/>
        </w:rPr>
        <w:t xml:space="preserve"> · </w:t>
      </w:r>
      <w:r>
        <w:rPr>
          <w:rFonts w:ascii="Arial" w:hAnsi="Arial" w:cs="Arial"/>
          <w:color w:val="1D2433"/>
          <w:sz w:val="32"/>
          <w:szCs w:val="32"/>
          <w:rtl/>
          <w:lang w:val="en-US" w:bidi="ar-SA"/>
        </w:rPr>
        <w:t xml:space="preserve">أحسنت!</w:t>
      </w:r>
      <w:r>
        <w:rPr>
          <w:sz w:val="32"/>
          <w:szCs w:val="32"/>
        </w:rPr>
        <w:t>‎</w:t>
      </w:r>
    </w:p>
    <w:p>
      <w:pPr>
        <w:spacing w:before="0" w:after="80"/>
        <w:jc w:val="center"/>
      </w:pPr>
      <w:r>
        <w:rPr>
          <w:sz w:val="32"/>
          <w:szCs w:val="32"/>
        </w:rPr>
        <w:t>I finished the English workbook for Grade 4.</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jp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jp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jp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jp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jp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 Id="rId38" Type="http://schemas.openxmlformats.org/officeDocument/2006/relationships/image" Target="media/image29.jpg"/><Relationship Id="rId39" Type="http://schemas.openxmlformats.org/officeDocument/2006/relationships/image" Target="media/image30.png"/><Relationship Id="rId40" Type="http://schemas.openxmlformats.org/officeDocument/2006/relationships/image" Target="media/image31.png"/><Relationship Id="rId4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