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4   |   Workbook – Answer Key</w:t>
      </w:r>
    </w:p>
    <w:p>
      <w:pPr>
        <w:spacing w:before="0" w:after="160"/>
        <w:jc w:val="left"/>
      </w:pP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🔑 Workbook Answer Key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he-IL"/>
        </w:rPr>
        <w:t xml:space="preserve">מחוון לחוברת העבודה</w:t>
      </w:r>
      <w:r>
        <w:rPr>
          <w:sz w:val="36"/>
          <w:szCs w:val="36"/>
        </w:rPr>
        <w:t>‎</w:t>
      </w: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ar-SA"/>
        </w:rPr>
        <w:t xml:space="preserve">مفتاح إجابات الكرّاسة</w:t>
      </w:r>
      <w:r>
        <w:rPr>
          <w:sz w:val="36"/>
          <w:szCs w:val="36"/>
        </w:rPr>
        <w:t>‎</w:t>
      </w:r>
    </w:p>
    <w:p>
      <w:pPr>
        <w:spacing w:before="160" w:after="80"/>
        <w:jc w:val="both"/>
      </w:pPr>
      <w:r>
        <w:rPr>
          <w:rFonts w:ascii="Arial Black" w:hAnsi="Arial Black" w:cs="Arial Black"/>
          <w:b/>
          <w:bCs/>
          <w:color w:val="4338CA"/>
          <w:sz w:val="30"/>
          <w:szCs w:val="30"/>
        </w:rPr>
        <w:t>Unit 1: Verb "to be": am, is, are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Complete with am, is or are.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עם ‎am, is‎ או ‎are‎.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‎am‎ أو ‎is‎ أو ‎are‎.</w:t>
      </w:r>
    </w:p>
    <w:p>
      <w:pPr>
        <w:spacing w:before="0" w:after="40"/>
        <w:jc w:val="both"/>
      </w:pPr>
      <w:r>
        <w:rPr/>
        <w:t>a. My mother is a doctor.</w:t>
      </w:r>
    </w:p>
    <w:p>
      <w:pPr>
        <w:spacing w:before="0" w:after="40"/>
        <w:jc w:val="both"/>
      </w:pPr>
      <w:r>
        <w:rPr/>
        <w:t>b. I am at the park.</w:t>
      </w:r>
    </w:p>
    <w:p>
      <w:pPr>
        <w:spacing w:before="0" w:after="40"/>
        <w:jc w:val="both"/>
      </w:pPr>
      <w:r>
        <w:rPr/>
        <w:t>c. Yoav and Ben are in the pool.</w:t>
      </w:r>
    </w:p>
    <w:p>
      <w:pPr>
        <w:spacing w:before="0" w:after="40"/>
        <w:jc w:val="both"/>
      </w:pPr>
      <w:r>
        <w:rPr/>
        <w:t>d. The sun is hot.</w:t>
      </w:r>
    </w:p>
    <w:p>
      <w:pPr>
        <w:spacing w:before="0" w:after="40"/>
        <w:jc w:val="both"/>
      </w:pPr>
      <w:r>
        <w:rPr/>
        <w:t>e. You are a good singer.</w:t>
      </w:r>
    </w:p>
    <w:p>
      <w:pPr>
        <w:spacing w:before="0" w:after="40"/>
        <w:jc w:val="both"/>
      </w:pPr>
      <w:r>
        <w:rPr/>
        <w:t>f. My shoes are new.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Match the question to the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השאלה לתשובה.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صِلِ السؤال بالإجابة.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Are you ten?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Yes, she is.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Is Omer your brother?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Yes, he is.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Is the cat black?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No, they aren't.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Are they at school?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No, it isn't. It's white.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Is Shira at home?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Yes, I am.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Correct or wrong? Sort the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נכון או שגוי? מיינו את המשפטים.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صحيح أم خطأ؟ صنّف الجمل.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Correct ✔</w:t>
            </w:r>
          </w:p>
        </w:tc>
        <w:tc>
          <w:tcPr>
            <w:tcW w:type="dxa" w:w="4989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Wrong ✘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I am nine., We are friends., It is big.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She are happy., They is late., I is tall.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Complete with is or are.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עם ‎is‎ או ‎are‎.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‎is‎ أو ‎are‎.</w:t>
      </w:r>
    </w:p>
    <w:p>
      <w:pPr>
        <w:spacing w:before="0" w:after="40"/>
        <w:jc w:val="both"/>
      </w:pPr>
      <w:r>
        <w:rPr/>
        <w:t>a. Noa is my sister. She is eight.</w:t>
      </w:r>
    </w:p>
    <w:p>
      <w:pPr>
        <w:spacing w:before="0" w:after="40"/>
        <w:jc w:val="both"/>
      </w:pPr>
      <w:r>
        <w:rPr/>
        <w:t>b. Itay and Daniel are in the yard.</w:t>
      </w:r>
    </w:p>
    <w:p>
      <w:pPr>
        <w:spacing w:before="0" w:after="40"/>
        <w:jc w:val="both"/>
      </w:pPr>
      <w:r>
        <w:rPr/>
        <w:t>c. The dog is under the table.</w:t>
      </w:r>
    </w:p>
    <w:p>
      <w:pPr>
        <w:spacing w:before="0" w:after="40"/>
        <w:jc w:val="both"/>
      </w:pPr>
      <w:r>
        <w:rPr/>
        <w:t>d. My grandparents are from Tel Aviv.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Circle the correct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המילה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الكلمة الصحيحة.</w:t>
      </w:r>
    </w:p>
    <w:p>
      <w:pPr>
        <w:spacing w:before="0" w:after="20"/>
        <w:jc w:val="both"/>
      </w:pPr>
      <w:r>
        <w:rPr/>
        <w:t>a. ___ you hungry?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Are</w:t>
      </w:r>
    </w:p>
    <w:p>
      <w:pPr>
        <w:spacing w:before="0" w:after="20"/>
        <w:jc w:val="both"/>
      </w:pPr>
      <w:r>
        <w:rPr/>
        <w:t>b. ___ your teacher nice?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Is</w:t>
      </w:r>
    </w:p>
    <w:p>
      <w:pPr>
        <w:spacing w:before="0" w:after="20"/>
        <w:jc w:val="both"/>
      </w:pPr>
      <w:r>
        <w:rPr/>
        <w:t>c. ___ I late?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Am</w:t>
      </w:r>
    </w:p>
    <w:p>
      <w:pPr>
        <w:spacing w:before="0" w:after="20"/>
        <w:jc w:val="both"/>
      </w:pPr>
      <w:r>
        <w:rPr/>
        <w:t>d. ___ the children at the party?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Are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Write the sentence as a question.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המשפט כשאלה.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الجملة على شكل سؤال.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Sentence</w:t>
            </w:r>
          </w:p>
        </w:tc>
        <w:tc>
          <w:tcPr>
            <w:tcW w:type="dxa" w:w="4989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Question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Tom is sick.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Is Tom sick?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You are cold.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Are you cold?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They are at the zoo.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Are they at the zoo?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It is your bag.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Is it your bag?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Make the sentence negative. Use isn't, aren't or 'm not.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הפכו את המשפט לשלילה. השתמשו ב-‎isn't, aren't‎ או ‎'m not‎.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حوّل الجملة إلى النفي. استعمل ‎isn't‎ أو ‎aren't‎ أو ‎'m not‎.</w:t>
      </w:r>
    </w:p>
    <w:p>
      <w:pPr>
        <w:spacing w:before="0" w:after="40"/>
        <w:jc w:val="both"/>
      </w:pPr>
      <w:r>
        <w:rPr/>
        <w:t>a. The room is clean. → The room isn't clean.</w:t>
      </w:r>
    </w:p>
    <w:p>
      <w:pPr>
        <w:spacing w:before="0" w:after="40"/>
        <w:jc w:val="both"/>
      </w:pPr>
      <w:r>
        <w:rPr/>
        <w:t>b. We are at home. → We aren't at home.</w:t>
      </w:r>
    </w:p>
    <w:p>
      <w:pPr>
        <w:spacing w:before="0" w:after="40"/>
        <w:jc w:val="both"/>
      </w:pPr>
      <w:r>
        <w:rPr/>
        <w:t>c. I am thirsty. → I 'm not thirsty.</w:t>
      </w:r>
    </w:p>
    <w:p>
      <w:pPr>
        <w:spacing w:before="0" w:after="40"/>
        <w:jc w:val="both"/>
      </w:pPr>
      <w:r>
        <w:rPr/>
        <w:t>d. Maya is in Jerusalem. → Maya isn't in Jerusalem.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Look at the short answers. True (correct) or False (wrong)? Correct the wrong ones.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על התשובות הקצרות. נכון ‎(True)‎ או שגוי ‎(False)?‎ תקנו את השגויות.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الإجابات القصيرة. صحيحة ‎(True)‎ أم خاطئة ‎(False)‎؟ صحّح الخاطئة.</w:t>
      </w:r>
    </w:p>
    <w:p>
      <w:pPr>
        <w:spacing w:before="0" w:after="40"/>
        <w:jc w:val="both"/>
      </w:pPr>
      <w:r>
        <w:rPr/>
        <w:t>a. Is he at school? – Yes, he is. – True</w:t>
      </w:r>
    </w:p>
    <w:p>
      <w:pPr>
        <w:spacing w:before="0" w:after="40"/>
        <w:jc w:val="both"/>
      </w:pPr>
      <w:r>
        <w:rPr/>
        <w:t>b. Are you happy? – Yes, I'm. – False – Yes, I am.</w:t>
      </w:r>
    </w:p>
    <w:p>
      <w:pPr>
        <w:spacing w:before="0" w:after="40"/>
        <w:jc w:val="both"/>
      </w:pPr>
      <w:r>
        <w:rPr/>
        <w:t>c. Are they brothers? – No, they aren't. – True</w:t>
      </w:r>
    </w:p>
    <w:p>
      <w:pPr>
        <w:spacing w:before="0" w:after="40"/>
        <w:jc w:val="both"/>
      </w:pPr>
      <w:r>
        <w:rPr/>
        <w:t>d. Is it a cat? – No, it not. – False – No, it isn't.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9. Find the mistake and write the sentence correctly.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מצאו את הטעות וכתבו את המשפט נכון.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جد الخطأ واكتب الجملة بشكل صحيح.</w:t>
      </w:r>
    </w:p>
    <w:p>
      <w:pPr>
        <w:spacing w:before="0" w:after="100"/>
        <w:jc w:val="both"/>
      </w:pPr>
      <w:r>
        <w:rPr/>
        <w:t>a. My friends is funny.  → My friends are funny.</w:t>
      </w:r>
    </w:p>
    <w:p>
      <w:pPr>
        <w:spacing w:before="0" w:after="100"/>
        <w:jc w:val="both"/>
      </w:pPr>
      <w:r>
        <w:rPr/>
        <w:t>b. I are in the classroom.  → I am in the classroom.</w:t>
      </w:r>
    </w:p>
    <w:p>
      <w:pPr>
        <w:spacing w:before="0" w:after="100"/>
        <w:jc w:val="both"/>
      </w:pPr>
      <w:r>
        <w:rPr/>
        <w:t>c. Is you OK?  → Are you OK?</w:t>
      </w:r>
    </w:p>
    <w:p>
      <w:pPr>
        <w:spacing w:before="0" w:after="100"/>
        <w:jc w:val="both"/>
      </w:pPr>
      <w:r>
        <w:rPr/>
        <w:t>d. Ben and I is cousins.  → Ben and I are cousins.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10. Read "Class 4B". Choose the correct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‎"Class 4B"‎. בחרו את התשובה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‎"Class 4B"‎. اختر الإجابة الصحيحة.</w:t>
      </w:r>
    </w:p>
    <w:p>
      <w:pPr>
        <w:spacing w:before="0" w:after="20"/>
        <w:jc w:val="both"/>
      </w:pPr>
      <w:r>
        <w:rPr/>
        <w:t>a. Who is Ms. Levi?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the teacher</w:t>
      </w:r>
    </w:p>
    <w:p>
      <w:pPr>
        <w:spacing w:before="0" w:after="20"/>
        <w:jc w:val="both"/>
      </w:pPr>
      <w:r>
        <w:rPr/>
        <w:t>b. Where are Itay and Shira from?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Be'er Sheva</w:t>
      </w:r>
    </w:p>
    <w:p>
      <w:pPr>
        <w:spacing w:before="0" w:after="20"/>
        <w:jc w:val="both"/>
      </w:pPr>
      <w:r>
        <w:rPr/>
        <w:t>c. Why are the lions not scary today?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They are asleep.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Read the text again. Complete with information from the text.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שוב את הטקסט. השלימו לפי המידע שבטקסט.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النص مرة أخرى. أكمل بمعلومات من النص.</w:t>
      </w:r>
    </w:p>
    <w:p>
      <w:pPr>
        <w:spacing w:before="0" w:after="40"/>
        <w:jc w:val="both"/>
      </w:pPr>
      <w:r>
        <w:rPr/>
        <w:t>a. Ms. Levi is very kind.</w:t>
      </w:r>
    </w:p>
    <w:p>
      <w:pPr>
        <w:spacing w:before="0" w:after="40"/>
        <w:jc w:val="both"/>
      </w:pPr>
      <w:r>
        <w:rPr/>
        <w:t>b. Omer is good at football.</w:t>
      </w:r>
    </w:p>
    <w:p>
      <w:pPr>
        <w:spacing w:before="0" w:after="40"/>
        <w:jc w:val="both"/>
      </w:pPr>
      <w:r>
        <w:rPr/>
        <w:t>c. Today the class is at the zoo.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Answer about you: Are you tall? Is your teacher kind? Are you good at football? Write full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ענו על עצמכם: ‎Are you tall?‎‏ ‎Is your teacher kind?‎‏ ‎Are you good at football?‎ כתבו משפטים מלאים.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أجب عن نفسك: ‎Are you tall?‎‏ ‎Is your teacher kind?‎‏ ‎Are you good at football?‎ اكتب جملًا كاملة.</w:t>
      </w:r>
    </w:p>
    <w:p>
      <w:pPr>
        <w:spacing w:before="0" w:after="80"/>
        <w:jc w:val="both"/>
      </w:pPr>
      <w:r>
        <w:rPr>
          <w:color w:val="0F7A4F"/>
        </w:rPr>
        <w:t>Possible answer: Yes, I am tall. Yes, my teacher is kind. No, I'm not good at football.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13. Write 4 sentences about your family. Use am, is, are and one negative sentence. (Example: My brother is ... He isn't ...)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4 משפטים על המשפחה שלכם. השתמשו ב-‎am, is, are‎ ובמשפט שלילה אחד. (דוגמה: ‎My brother is ...‎‏ ‎He isn't ...)‎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4 جمل عن عائلتك. استعمل ‎am‎ و ‎is‎ و ‎are‎ وجملة نفي واحدة. (مثال: ‎My brother is ...‎‏ ‎He isn't ...)‎</w:t>
      </w:r>
    </w:p>
    <w:p>
      <w:pPr>
        <w:spacing w:before="0" w:after="80"/>
        <w:jc w:val="both"/>
      </w:pPr>
      <w:r>
        <w:rPr>
          <w:color w:val="0F7A4F"/>
        </w:rPr>
        <w:t>Possible answer: My name is Daniel. My father is a teacher. My sisters are Noa and Maya. They are not at home today.</w:t>
      </w:r>
    </w:p>
    <w:p>
      <w:pPr>
        <w:spacing w:before="160" w:after="80"/>
        <w:jc w:val="both"/>
      </w:pPr>
      <w:r>
        <w:rPr>
          <w:rFonts w:ascii="Arial Black" w:hAnsi="Arial Black" w:cs="Arial Black"/>
          <w:b/>
          <w:bCs/>
          <w:color w:val="4338CA"/>
          <w:sz w:val="30"/>
          <w:szCs w:val="30"/>
        </w:rPr>
        <w:t>Unit 2: Wh-questions with "to be" and prepositions of place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Complete with in, on, under or next to.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עם ‎in, on, under‎ או ‎next to‎.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‎in‎ أو ‎on‎ أو ‎under‎ أو ‎next to‎.</w:t>
      </w:r>
    </w:p>
    <w:p>
      <w:pPr>
        <w:spacing w:before="0" w:after="40"/>
        <w:jc w:val="both"/>
      </w:pPr>
      <w:r>
        <w:rPr/>
        <w:t>a. The pencils are in the pencil case.</w:t>
      </w:r>
    </w:p>
    <w:p>
      <w:pPr>
        <w:spacing w:before="0" w:after="40"/>
        <w:jc w:val="both"/>
      </w:pPr>
      <w:r>
        <w:rPr/>
        <w:t>b. The picture is on the wall.</w:t>
      </w:r>
    </w:p>
    <w:p>
      <w:pPr>
        <w:spacing w:before="0" w:after="40"/>
        <w:jc w:val="both"/>
      </w:pPr>
      <w:r>
        <w:rPr/>
        <w:t>c. The toy car is under the chair. (below)</w:t>
      </w:r>
    </w:p>
    <w:p>
      <w:pPr>
        <w:spacing w:before="0" w:after="40"/>
        <w:jc w:val="both"/>
      </w:pPr>
      <w:r>
        <w:rPr/>
        <w:t>d. The school is next to the library. (at its side)</w:t>
      </w:r>
    </w:p>
    <w:p>
      <w:pPr>
        <w:spacing w:before="0" w:after="40"/>
        <w:jc w:val="both"/>
      </w:pPr>
      <w:r>
        <w:rPr/>
        <w:t>e. The birds are in the tree.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Match the question to the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השאלה לתשובה.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صِلِ السؤال بالإجابة.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What is this?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Next to the window.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Who is she?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It's an apple.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Where are the plates?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In the cupboard.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How old is your dog?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He's three.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Where is Grandma?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She's my cousin Shira.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Circle the correct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המילה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الكلمة الصحيحة.</w:t>
      </w:r>
    </w:p>
    <w:p>
      <w:pPr>
        <w:spacing w:before="0" w:after="20"/>
        <w:jc w:val="both"/>
      </w:pPr>
      <w:r>
        <w:rPr/>
        <w:t>a. Where ___ my pencils?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are</w:t>
      </w:r>
    </w:p>
    <w:p>
      <w:pPr>
        <w:spacing w:before="0" w:after="20"/>
        <w:jc w:val="both"/>
      </w:pPr>
      <w:r>
        <w:rPr/>
        <w:t>b. The cat is ___ the box. (inside)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in</w:t>
      </w:r>
    </w:p>
    <w:p>
      <w:pPr>
        <w:spacing w:before="0" w:after="20"/>
        <w:jc w:val="both"/>
      </w:pPr>
      <w:r>
        <w:rPr/>
        <w:t>c. ___ is your best friend? – Yoav.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Who</w:t>
      </w:r>
    </w:p>
    <w:p>
      <w:pPr>
        <w:spacing w:before="0" w:after="20"/>
        <w:jc w:val="both"/>
      </w:pPr>
      <w:r>
        <w:rPr/>
        <w:t>d. The rug is ___ the table. (below)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under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Write Where, What, Who or How old.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‎Where, What, Who‎ או ‎How old‎.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‎Where‎ أو ‎What‎ أو ‎Who‎ أو ‎How old‎.</w:t>
      </w:r>
    </w:p>
    <w:p>
      <w:pPr>
        <w:spacing w:before="0" w:after="40"/>
        <w:jc w:val="both"/>
      </w:pPr>
      <w:r>
        <w:rPr/>
        <w:t>a. What is in the bag? – A sandwich.</w:t>
      </w:r>
    </w:p>
    <w:p>
      <w:pPr>
        <w:spacing w:before="0" w:after="40"/>
        <w:jc w:val="both"/>
      </w:pPr>
      <w:r>
        <w:rPr/>
        <w:t>b. Where is your mom? – At work.</w:t>
      </w:r>
    </w:p>
    <w:p>
      <w:pPr>
        <w:spacing w:before="0" w:after="40"/>
        <w:jc w:val="both"/>
      </w:pPr>
      <w:r>
        <w:rPr/>
        <w:t>c. How old is your sister? – She's six.</w:t>
      </w:r>
    </w:p>
    <w:p>
      <w:pPr>
        <w:spacing w:before="0" w:after="40"/>
        <w:jc w:val="both"/>
      </w:pPr>
      <w:r>
        <w:rPr/>
        <w:t>d. Who is the man in the photo? – My uncle.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Sort the answers: thing, person or place?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 את התשובות: חפץ, אדם או מקום?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 الإجابات: شيء أم شخص أم مكان؟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Thing (What?)</w:t>
            </w:r>
          </w:p>
        </w:tc>
        <w:tc>
          <w:tcPr>
            <w:tcW w:type="dxa" w:w="3326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Person (Who?)</w:t>
            </w:r>
          </w:p>
        </w:tc>
        <w:tc>
          <w:tcPr>
            <w:tcW w:type="dxa" w:w="3326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Place (Where?)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a bike, a book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my teacher, Noam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at the beach, in the kitchen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Write the question. Use Where is or Where are.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השאלה. השתמשו ב-‎Where is‎ או ‎Where are‎.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السؤال. استعمل ‎Where is‎ أو ‎Where are‎.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Answer</w:t>
            </w:r>
          </w:p>
        </w:tc>
        <w:tc>
          <w:tcPr>
            <w:tcW w:type="dxa" w:w="4989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Question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The keys are on the table.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Where are the keys?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The ball is in the yard.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Where is the ball?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The kids are next to the bus.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Where are the kids?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The milk is in the fridge.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Where is the milk?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True or False? Correct the false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נכון או לא נכון?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صحيح أم خطأ؟ صحّح الجمل الخاطئة.</w:t>
      </w:r>
    </w:p>
    <w:p>
      <w:pPr>
        <w:spacing w:before="0" w:after="40"/>
        <w:jc w:val="both"/>
      </w:pPr>
      <w:r>
        <w:rPr/>
        <w:t>a. We ask about a person with Who. – True</w:t>
      </w:r>
    </w:p>
    <w:p>
      <w:pPr>
        <w:spacing w:before="0" w:after="40"/>
        <w:jc w:val="both"/>
      </w:pPr>
      <w:r>
        <w:rPr/>
        <w:t>b. "Where are the dog?" is correct. – False – Where is the dog?</w:t>
      </w:r>
    </w:p>
    <w:p>
      <w:pPr>
        <w:spacing w:before="0" w:after="40"/>
        <w:jc w:val="both"/>
      </w:pPr>
      <w:r>
        <w:rPr/>
        <w:t>c. "under" means on top of something. – False – "under" means below something.</w:t>
      </w:r>
    </w:p>
    <w:p>
      <w:pPr>
        <w:spacing w:before="0" w:after="40"/>
        <w:jc w:val="both"/>
      </w:pPr>
      <w:r>
        <w:rPr/>
        <w:t>d. "What is your name?" is correct. – True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Find the mistake and write the question correctly.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מצאו את הטעות וכתבו את השאלה נכון.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جِد الخطأ واكتب السؤال بشكل صحيح.</w:t>
      </w:r>
    </w:p>
    <w:p>
      <w:pPr>
        <w:spacing w:before="0" w:after="100"/>
        <w:jc w:val="both"/>
      </w:pPr>
      <w:r>
        <w:rPr/>
        <w:t>a. Where is my books?  → Where are my books?</w:t>
      </w:r>
    </w:p>
    <w:p>
      <w:pPr>
        <w:spacing w:before="0" w:after="100"/>
        <w:jc w:val="both"/>
      </w:pPr>
      <w:r>
        <w:rPr/>
        <w:t>b. Who are your teacher?  → Who is your teacher?</w:t>
      </w:r>
    </w:p>
    <w:p>
      <w:pPr>
        <w:spacing w:before="0" w:after="100"/>
        <w:jc w:val="both"/>
      </w:pPr>
      <w:r>
        <w:rPr/>
        <w:t>c. What are this?  → What is this?</w:t>
      </w:r>
    </w:p>
    <w:p>
      <w:pPr>
        <w:spacing w:before="0" w:after="100"/>
        <w:jc w:val="both"/>
      </w:pPr>
      <w:r>
        <w:rPr/>
        <w:t>d. Where the bus stop is?  → Where is the bus stop?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9. Read "The Class Party". True or False?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‎"The Class Party"‎. נכון או לא נכון?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‎"The Class Party"‎. صحيح أم خطأ؟</w:t>
      </w:r>
    </w:p>
    <w:p>
      <w:pPr>
        <w:spacing w:before="0" w:after="40"/>
        <w:jc w:val="both"/>
      </w:pPr>
      <w:r>
        <w:rPr/>
        <w:t>a. The balloons are on the walls. – True</w:t>
      </w:r>
    </w:p>
    <w:p>
      <w:pPr>
        <w:spacing w:before="0" w:after="40"/>
        <w:jc w:val="both"/>
      </w:pPr>
      <w:r>
        <w:rPr/>
        <w:t>b. The cake is under the table. – False – The cake is on the big table.</w:t>
      </w:r>
    </w:p>
    <w:p>
      <w:pPr>
        <w:spacing w:before="0" w:after="40"/>
        <w:jc w:val="both"/>
      </w:pPr>
      <w:r>
        <w:rPr/>
        <w:t>c. The plates are in a box. – True</w:t>
      </w:r>
    </w:p>
    <w:p>
      <w:pPr>
        <w:spacing w:before="0" w:after="40"/>
        <w:jc w:val="both"/>
      </w:pPr>
      <w:r>
        <w:rPr/>
        <w:t>d. The music is on Noa's phone. – False – The music is on Ariel's phone.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10. Read the text again and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שוב את הטקסט וענו.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النص مرة أخرى وأجب.</w:t>
      </w:r>
    </w:p>
    <w:p>
      <w:pPr>
        <w:spacing w:before="0" w:after="40"/>
        <w:jc w:val="both"/>
      </w:pPr>
      <w:r>
        <w:rPr/>
        <w:t>a. Where is the cake? – On the big table, next to the drinks.</w:t>
      </w:r>
    </w:p>
    <w:p>
      <w:pPr>
        <w:spacing w:before="0" w:after="40"/>
        <w:jc w:val="both"/>
      </w:pPr>
      <w:r>
        <w:rPr/>
        <w:t>b. Who asks about the plates? – Ms. Cohen.</w:t>
      </w:r>
    </w:p>
    <w:p>
      <w:pPr>
        <w:spacing w:before="0" w:after="40"/>
        <w:jc w:val="both"/>
      </w:pPr>
      <w:r>
        <w:rPr/>
        <w:t>c. Where is the music? – On Ariel's phone.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Write 3 questions for a new friend. Use What, Who, Where or How old.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3 שאלות לחבר חדש. השתמשו ב-‎What, Who, Where‎ או ‎How old‎.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3 أسئلة لصديق جديد. استعمل ‎What‎ أو ‎Who‎ أو ‎Where‎ أو ‎How old‎.</w:t>
      </w:r>
    </w:p>
    <w:p>
      <w:pPr>
        <w:spacing w:before="0" w:after="80"/>
        <w:jc w:val="both"/>
      </w:pPr>
      <w:r>
        <w:rPr>
          <w:color w:val="0F7A4F"/>
        </w:rPr>
        <w:t>Possible answer: What is your name? How old are you? Where is your house?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Your little brother can't find his things. Write 4 sentences to help him. (Example: Your ball is under the bed.)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אחיכם הקטן לא מוצא את הדברים שלו. כתבו 4 משפטים כדי לעזור לו. (דוגמה: ‎Your ball is under the bed.)‎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أخوك الصغير لا يجد أغراضه. اكتب 4 جمل لتساعده. (مثال: ‎Your ball is under the bed.)‎</w:t>
      </w:r>
    </w:p>
    <w:p>
      <w:pPr>
        <w:spacing w:before="0" w:after="80"/>
        <w:jc w:val="both"/>
      </w:pPr>
      <w:r>
        <w:rPr>
          <w:color w:val="0F7A4F"/>
        </w:rPr>
        <w:t>Possible answer: Your ball is under the bed. Your books are on the desk. Your shoes are next to the door. Your hat is in the bag.</w:t>
      </w:r>
    </w:p>
    <w:p>
      <w:pPr>
        <w:spacing w:before="160" w:after="80"/>
        <w:jc w:val="both"/>
      </w:pPr>
      <w:r>
        <w:rPr>
          <w:rFonts w:ascii="Arial Black" w:hAnsi="Arial Black" w:cs="Arial Black"/>
          <w:b/>
          <w:bCs/>
          <w:color w:val="4338CA"/>
          <w:sz w:val="30"/>
          <w:szCs w:val="30"/>
        </w:rPr>
        <w:t>Unit 3: There is / There are and plural nouns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Write the plural.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צורת הרבים.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صيغة الجمع.</w:t>
      </w:r>
    </w:p>
    <w:p>
      <w:pPr>
        <w:spacing w:before="0" w:after="40"/>
        <w:jc w:val="both"/>
      </w:pPr>
      <w:r>
        <w:rPr/>
        <w:t>a. one girl – two girls</w:t>
      </w:r>
    </w:p>
    <w:p>
      <w:pPr>
        <w:spacing w:before="0" w:after="40"/>
        <w:jc w:val="both"/>
      </w:pPr>
      <w:r>
        <w:rPr/>
        <w:t>b. one glass – three glasses</w:t>
      </w:r>
    </w:p>
    <w:p>
      <w:pPr>
        <w:spacing w:before="0" w:after="40"/>
        <w:jc w:val="both"/>
      </w:pPr>
      <w:r>
        <w:rPr/>
        <w:t>c. one man – five men</w:t>
      </w:r>
    </w:p>
    <w:p>
      <w:pPr>
        <w:spacing w:before="0" w:after="40"/>
        <w:jc w:val="both"/>
      </w:pPr>
      <w:r>
        <w:rPr/>
        <w:t>d. one mouse – two mice</w:t>
      </w:r>
    </w:p>
    <w:p>
      <w:pPr>
        <w:spacing w:before="0" w:after="40"/>
        <w:jc w:val="both"/>
      </w:pPr>
      <w:r>
        <w:rPr/>
        <w:t>e. one sandwich – four sandwiches</w:t>
      </w:r>
    </w:p>
    <w:p>
      <w:pPr>
        <w:spacing w:before="0" w:after="40"/>
        <w:jc w:val="both"/>
      </w:pPr>
      <w:r>
        <w:rPr/>
        <w:t>f. one class – two classes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Match the beginning to the end.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ההתחלה לסוף.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صِلْ بداية الجملة بنهايتها.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There is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a bank near here?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There are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any eggs in the fridge.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There isn't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a window in the bathroom.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There aren't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many stars in the sky.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Is there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a dog in the garden.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Sort: which words go with There is and which go with There are?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מיינו: אילו מילים הולכות עם ‎There is‎ ואילו עם ‎There are?‎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صنّف: أيّ الكلمات تأتي مع ‎There is‎ وأيّها مع ‎There are‎؟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There is</w:t>
            </w:r>
          </w:p>
        </w:tc>
        <w:tc>
          <w:tcPr>
            <w:tcW w:type="dxa" w:w="4989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There are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a cake, an orange, a bike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two cakes, children, three buses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Circle the correct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המילה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الكلمة الصحيحة.</w:t>
      </w:r>
    </w:p>
    <w:p>
      <w:pPr>
        <w:spacing w:before="0" w:after="20"/>
        <w:jc w:val="both"/>
      </w:pPr>
      <w:r>
        <w:rPr/>
        <w:t>a. There are five ___ in the class.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women</w:t>
      </w:r>
    </w:p>
    <w:p>
      <w:pPr>
        <w:spacing w:before="0" w:after="20"/>
        <w:jc w:val="both"/>
      </w:pPr>
      <w:r>
        <w:rPr/>
        <w:t>b. There ___ a cat under the car.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is</w:t>
      </w:r>
    </w:p>
    <w:p>
      <w:pPr>
        <w:spacing w:before="0" w:after="20"/>
        <w:jc w:val="both"/>
      </w:pPr>
      <w:r>
        <w:rPr/>
        <w:t>c. Are there any ___ in the zoo?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lions</w:t>
      </w:r>
    </w:p>
    <w:p>
      <w:pPr>
        <w:spacing w:before="0" w:after="20"/>
        <w:jc w:val="both"/>
      </w:pPr>
      <w:r>
        <w:rPr/>
        <w:t>d. How many ___ are there in your family?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children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Complete with There is, There are, Is there or Are there.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עם ‎There is, There are, Is there‎ או ‎Are there‎.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‎There is‎ أو ‎There are‎ أو ‎Is there‎ أو ‎Are there‎.</w:t>
      </w:r>
    </w:p>
    <w:p>
      <w:pPr>
        <w:spacing w:before="0" w:after="40"/>
        <w:jc w:val="both"/>
      </w:pPr>
      <w:r>
        <w:rPr/>
        <w:t>a. Is there a toy shop in the mall? – Yes, there is.</w:t>
      </w:r>
    </w:p>
    <w:p>
      <w:pPr>
        <w:spacing w:before="0" w:after="40"/>
        <w:jc w:val="both"/>
      </w:pPr>
      <w:r>
        <w:rPr/>
        <w:t>b. There are two pools at the club.</w:t>
      </w:r>
    </w:p>
    <w:p>
      <w:pPr>
        <w:spacing w:before="0" w:after="40"/>
        <w:jc w:val="both"/>
      </w:pPr>
      <w:r>
        <w:rPr/>
        <w:t>c. Are there any apples in the bag? – No, there aren't.</w:t>
      </w:r>
    </w:p>
    <w:p>
      <w:pPr>
        <w:spacing w:before="0" w:after="40"/>
        <w:jc w:val="both"/>
      </w:pPr>
      <w:r>
        <w:rPr/>
        <w:t>d. There is a big box on the table.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Look at the list and write sentences. Use There is / There are.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ברשימה וכתבו משפטים. השתמשו ב-‎There is / There are‎.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القائمة واكتب جملًا. استعمل ‎There is / There are‎.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In the kitchen</w:t>
            </w:r>
          </w:p>
        </w:tc>
        <w:tc>
          <w:tcPr>
            <w:tcW w:type="dxa" w:w="4989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Sentence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 table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There is a table.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 chairs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There are four chairs.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 glasses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There are two glasses.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 fridge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There is a fridge.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True or False? Correct the false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נכון או לא נכון?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صحيح أم خطأ؟ صحّح الجمل الخاطئة.</w:t>
      </w:r>
    </w:p>
    <w:p>
      <w:pPr>
        <w:spacing w:before="0" w:after="40"/>
        <w:jc w:val="both"/>
      </w:pPr>
      <w:r>
        <w:rPr/>
        <w:t>a. The plural of foot is foots. – False – feet</w:t>
      </w:r>
    </w:p>
    <w:p>
      <w:pPr>
        <w:spacing w:before="0" w:after="40"/>
        <w:jc w:val="both"/>
      </w:pPr>
      <w:r>
        <w:rPr/>
        <w:t>b. "There are any cars." is a correct negative sentence. – False – There aren't any cars.</w:t>
      </w:r>
    </w:p>
    <w:p>
      <w:pPr>
        <w:spacing w:before="0" w:after="40"/>
        <w:jc w:val="both"/>
      </w:pPr>
      <w:r>
        <w:rPr/>
        <w:t>c. "Is there a pool? – Yes, there is." is correct. – True</w:t>
      </w:r>
    </w:p>
    <w:p>
      <w:pPr>
        <w:spacing w:before="0" w:after="40"/>
        <w:jc w:val="both"/>
      </w:pPr>
      <w:r>
        <w:rPr/>
        <w:t>d. The plural of bus is buses. – True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Find the mistake and write the sentence correctly.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מצאו את הטעות וכתבו את המשפט נכון.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جد الخطأ واكتب الجملة بشكل صحيح.</w:t>
      </w:r>
    </w:p>
    <w:p>
      <w:pPr>
        <w:spacing w:before="0" w:after="100"/>
        <w:jc w:val="both"/>
      </w:pPr>
      <w:r>
        <w:rPr/>
        <w:t>a. There is two pens on the desk.  → There are two pens on the desk.</w:t>
      </w:r>
    </w:p>
    <w:p>
      <w:pPr>
        <w:spacing w:before="0" w:after="100"/>
        <w:jc w:val="both"/>
      </w:pPr>
      <w:r>
        <w:rPr/>
        <w:t>b. There are three boxs.  → There are three boxes.</w:t>
      </w:r>
    </w:p>
    <w:p>
      <w:pPr>
        <w:spacing w:before="0" w:after="100"/>
        <w:jc w:val="both"/>
      </w:pPr>
      <w:r>
        <w:rPr/>
        <w:t>c. Are there a park here?  → Is there a park here?</w:t>
      </w:r>
    </w:p>
    <w:p>
      <w:pPr>
        <w:spacing w:before="0" w:after="100"/>
        <w:jc w:val="both"/>
      </w:pPr>
      <w:r>
        <w:rPr/>
        <w:t>d. There are many child in the pool.  → There are many children in the pool.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9. Read "A Day at the Beach". Choose the correct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‎"A Day at the Beach"‎. בחרו את התשובה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‎"A Day at the Beach"‎. اختر الإجابة الصحيحة.</w:t>
      </w:r>
    </w:p>
    <w:p>
      <w:pPr>
        <w:spacing w:before="0" w:after="20"/>
        <w:jc w:val="both"/>
      </w:pPr>
      <w:r>
        <w:rPr/>
        <w:t>a. Where is the beach?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in Tel Aviv</w:t>
      </w:r>
    </w:p>
    <w:p>
      <w:pPr>
        <w:spacing w:before="0" w:after="20"/>
        <w:jc w:val="both"/>
      </w:pPr>
      <w:r>
        <w:rPr/>
        <w:t>b. What is next to the water?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a lifeguard tower</w:t>
      </w:r>
    </w:p>
    <w:p>
      <w:pPr>
        <w:spacing w:before="0" w:after="20"/>
        <w:jc w:val="both"/>
      </w:pPr>
      <w:r>
        <w:rPr/>
        <w:t>c. How many dolphins are there?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two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10. Read the text again. True or False?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שוב את הטקסט. נכון או לא נכון?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النص مرة أخرى. صحيح أم خطأ؟</w:t>
      </w:r>
    </w:p>
    <w:p>
      <w:pPr>
        <w:spacing w:before="0" w:after="40"/>
        <w:jc w:val="both"/>
      </w:pPr>
      <w:r>
        <w:rPr/>
        <w:t>a. There are umbrellas on the sand. – True</w:t>
      </w:r>
    </w:p>
    <w:p>
      <w:pPr>
        <w:spacing w:before="0" w:after="40"/>
        <w:jc w:val="both"/>
      </w:pPr>
      <w:r>
        <w:rPr/>
        <w:t>b. There are many fish near the beach. – False – There aren't any fish near the beach.</w:t>
      </w:r>
    </w:p>
    <w:p>
      <w:pPr>
        <w:spacing w:before="0" w:after="40"/>
        <w:jc w:val="both"/>
      </w:pPr>
      <w:r>
        <w:rPr/>
        <w:t>c. There isn't an ice cream stand. – False – There is an ice cream stand.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Answer with a short answer: Yes, there is. / No, there isn't. / Yes, there are. / No, there aren't.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ענו בתשובה קצרה: ‎Yes, there is. / No, there isn't. / Yes, there are. / No, there aren't‎.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أجب بإجابة قصيرة: ‎Yes, there is. / No, there isn't. / Yes, there are. / No, there aren't‎.</w:t>
      </w:r>
    </w:p>
    <w:p>
      <w:pPr>
        <w:spacing w:before="0" w:after="40"/>
        <w:jc w:val="both"/>
      </w:pPr>
      <w:r>
        <w:rPr/>
        <w:t>a. Are there people on the sand? – Yes, there are.</w:t>
      </w:r>
    </w:p>
    <w:p>
      <w:pPr>
        <w:spacing w:before="0" w:after="40"/>
        <w:jc w:val="both"/>
      </w:pPr>
      <w:r>
        <w:rPr/>
        <w:t>b. Is there a lifeguard tower? – Yes, there is.</w:t>
      </w:r>
    </w:p>
    <w:p>
      <w:pPr>
        <w:spacing w:before="0" w:after="40"/>
        <w:jc w:val="both"/>
      </w:pPr>
      <w:r>
        <w:rPr/>
        <w:t>c. Are there any fish near the beach? – No, there aren't.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Write 4 sentences about your street or neighborhood. Use There is and There are. Add one question with How many.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4 משפטים על הרחוב או על השכונה שלכם. השתמשו ב-‎There is‎ וב-‎There are‎. הוסיפו שאלה אחת עם ‎How many‎.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4 جمل عن شارعك أو حيّك. استعمل ‎There is‎ و ‎There are‎. أضف سؤالًا واحدًا مع ‎How many‎.</w:t>
      </w:r>
    </w:p>
    <w:p>
      <w:pPr>
        <w:spacing w:before="0" w:after="80"/>
        <w:jc w:val="both"/>
      </w:pPr>
      <w:r>
        <w:rPr>
          <w:color w:val="0F7A4F"/>
        </w:rPr>
        <w:t>Possible answer: There is a big park on my street. There are many trees. There are two shops. How many shops are there on your street?</w:t>
      </w:r>
    </w:p>
    <w:p>
      <w:pPr>
        <w:spacing w:before="160" w:after="80"/>
        <w:jc w:val="both"/>
      </w:pPr>
      <w:r>
        <w:rPr>
          <w:rFonts w:ascii="Arial Black" w:hAnsi="Arial Black" w:cs="Arial Black"/>
          <w:b/>
          <w:bCs/>
          <w:color w:val="4338CA"/>
          <w:sz w:val="30"/>
          <w:szCs w:val="30"/>
        </w:rPr>
        <w:t>Unit 4: Adjectives before nouns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Write the opposite.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ההפך.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الضدّ.</w:t>
      </w:r>
    </w:p>
    <w:p>
      <w:pPr>
        <w:spacing w:before="0" w:after="40"/>
        <w:jc w:val="both"/>
      </w:pPr>
      <w:r>
        <w:rPr/>
        <w:t>a. big – small</w:t>
      </w:r>
    </w:p>
    <w:p>
      <w:pPr>
        <w:spacing w:before="0" w:after="40"/>
        <w:jc w:val="both"/>
      </w:pPr>
      <w:r>
        <w:rPr/>
        <w:t>b. happy – sad</w:t>
      </w:r>
    </w:p>
    <w:p>
      <w:pPr>
        <w:spacing w:before="0" w:after="40"/>
        <w:jc w:val="both"/>
      </w:pPr>
      <w:r>
        <w:rPr/>
        <w:t>c. hot – cold</w:t>
      </w:r>
    </w:p>
    <w:p>
      <w:pPr>
        <w:spacing w:before="0" w:after="40"/>
        <w:jc w:val="both"/>
      </w:pPr>
      <w:r>
        <w:rPr/>
        <w:t>d. long – short</w:t>
      </w:r>
    </w:p>
    <w:p>
      <w:pPr>
        <w:spacing w:before="0" w:after="40"/>
        <w:jc w:val="both"/>
      </w:pPr>
      <w:r>
        <w:rPr/>
        <w:t>e. new – old</w:t>
      </w:r>
    </w:p>
    <w:p>
      <w:pPr>
        <w:spacing w:before="0" w:after="40"/>
        <w:jc w:val="both"/>
      </w:pPr>
      <w:r>
        <w:rPr/>
        <w:t>f. fast – slow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Match the adjective to the thing.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שם התואר לדבר.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صل الصفة بالشيء.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yellow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a giraffe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cold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chocolate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tall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a turtle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slow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ice cream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sweet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the sun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Sort the adjectives: good feeling or bad feeling?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 את שמות התואר: הרגשה טובה או הרגשה רעה?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 الصفات: شعور جيّد أم شعور سيّئ؟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Good feeling 🙂</w:t>
            </w:r>
          </w:p>
        </w:tc>
        <w:tc>
          <w:tcPr>
            <w:tcW w:type="dxa" w:w="4989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Bad feeling 🙁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happy, excited, proud, calm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sad, angry, tired, bored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Complete with an adjective from the bank.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עם שם תואר מהמחסן.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بصفة من بنك الكلمات.</w:t>
      </w:r>
    </w:p>
    <w:p>
      <w:pPr>
        <w:spacing w:before="0" w:after="40"/>
        <w:jc w:val="both"/>
      </w:pPr>
      <w:r>
        <w:rPr/>
        <w:t>a. The clown is very funny. We all laugh.</w:t>
      </w:r>
    </w:p>
    <w:p>
      <w:pPr>
        <w:spacing w:before="0" w:after="40"/>
        <w:jc w:val="both"/>
      </w:pPr>
      <w:r>
        <w:rPr/>
        <w:t>b. My bag is heavy. There are ten books in it.</w:t>
      </w:r>
    </w:p>
    <w:p>
      <w:pPr>
        <w:spacing w:before="0" w:after="40"/>
        <w:jc w:val="both"/>
      </w:pPr>
      <w:r>
        <w:rPr/>
        <w:t>c. Wash your hands. They are dirty.</w:t>
      </w:r>
    </w:p>
    <w:p>
      <w:pPr>
        <w:spacing w:before="0" w:after="40"/>
        <w:jc w:val="both"/>
      </w:pPr>
      <w:r>
        <w:rPr/>
        <w:t>d. The music is too loud!</w:t>
      </w:r>
    </w:p>
    <w:p>
      <w:pPr>
        <w:spacing w:before="0" w:after="40"/>
        <w:jc w:val="both"/>
      </w:pPr>
      <w:r>
        <w:rPr/>
        <w:t>e. The fridge is empty. There is no food.</w:t>
      </w:r>
    </w:p>
    <w:p>
      <w:pPr>
        <w:spacing w:before="0" w:after="40"/>
        <w:jc w:val="both"/>
      </w:pPr>
      <w:r>
        <w:rPr/>
        <w:t>f. What a beautiful flower!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Circle the correct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התשובה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الإجابة الصحيحة.</w:t>
      </w:r>
    </w:p>
    <w:p>
      <w:pPr>
        <w:spacing w:before="0" w:after="20"/>
        <w:jc w:val="both"/>
      </w:pPr>
      <w:r>
        <w:rPr/>
        <w:t>a. I see two ___.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big dogs</w:t>
      </w:r>
    </w:p>
    <w:p>
      <w:pPr>
        <w:spacing w:before="0" w:after="20"/>
        <w:jc w:val="both"/>
      </w:pPr>
      <w:r>
        <w:rPr/>
        <w:t>b. She has ___ umbrella.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an</w:t>
      </w:r>
    </w:p>
    <w:p>
      <w:pPr>
        <w:spacing w:before="0" w:after="20"/>
        <w:jc w:val="both"/>
      </w:pPr>
      <w:r>
        <w:rPr/>
        <w:t>c. My brother is ___.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tall</w:t>
      </w:r>
    </w:p>
    <w:p>
      <w:pPr>
        <w:spacing w:before="0" w:after="20"/>
        <w:jc w:val="both"/>
      </w:pPr>
      <w:r>
        <w:rPr/>
        <w:t>d. It's ___ day.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a sunny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Write the phrase in the plural.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הצירוף ברבים.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العبارة بصيغة الجمع.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One</w:t>
            </w:r>
          </w:p>
        </w:tc>
        <w:tc>
          <w:tcPr>
            <w:tcW w:type="dxa" w:w="4989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Two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a red apple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two red apples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a small box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two small boxes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a happy child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two happy children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a tall man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two tall men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True or False? Correct the false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נכון או לא נכון?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صحيح أم خطأ؟ صحّح الجمل الخاطئة.</w:t>
      </w:r>
    </w:p>
    <w:p>
      <w:pPr>
        <w:spacing w:before="0" w:after="40"/>
        <w:jc w:val="both"/>
      </w:pPr>
      <w:r>
        <w:rPr/>
        <w:t>a. In English, the adjective comes after the noun: a cat black. – False – The adjective comes before the noun: a black cat.</w:t>
      </w:r>
    </w:p>
    <w:p>
      <w:pPr>
        <w:spacing w:before="0" w:after="40"/>
        <w:jc w:val="both"/>
      </w:pPr>
      <w:r>
        <w:rPr/>
        <w:t>b. "blue" is a color. – True</w:t>
      </w:r>
    </w:p>
    <w:p>
      <w:pPr>
        <w:spacing w:before="0" w:after="40"/>
        <w:jc w:val="both"/>
      </w:pPr>
      <w:r>
        <w:rPr/>
        <w:t>c. "three smalls birds" is correct. – False – three small birds</w:t>
      </w:r>
    </w:p>
    <w:p>
      <w:pPr>
        <w:spacing w:before="0" w:after="40"/>
        <w:jc w:val="both"/>
      </w:pPr>
      <w:r>
        <w:rPr/>
        <w:t>d. "The soup is hot." is correct. – True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Find the mistake and write the sentence correctly.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מצאו את הטעות וכתבו את המשפט נכון.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جد الخطأ واكتب الجملة بشكل صحيح.</w:t>
      </w:r>
    </w:p>
    <w:p>
      <w:pPr>
        <w:spacing w:before="0" w:after="100"/>
        <w:jc w:val="both"/>
      </w:pPr>
      <w:r>
        <w:rPr/>
        <w:t>a. I have a bike new.  → I have a new bike.</w:t>
      </w:r>
    </w:p>
    <w:p>
      <w:pPr>
        <w:spacing w:before="0" w:after="100"/>
        <w:jc w:val="both"/>
      </w:pPr>
      <w:r>
        <w:rPr/>
        <w:t>b. They are bigs boxes.  → They are big boxes.</w:t>
      </w:r>
    </w:p>
    <w:p>
      <w:pPr>
        <w:spacing w:before="0" w:after="100"/>
        <w:jc w:val="both"/>
      </w:pPr>
      <w:r>
        <w:rPr/>
        <w:t>c. She has a orange cat.  → She has an orange cat.</w:t>
      </w:r>
    </w:p>
    <w:p>
      <w:pPr>
        <w:spacing w:before="0" w:after="100"/>
        <w:jc w:val="both"/>
      </w:pPr>
      <w:r>
        <w:rPr/>
        <w:t>d. We see a house white.  → We see a white house.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9. Read "Lost Cat!". Choose the correct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‎"Lost Cat!"‎. בחרו את התשובה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‎"Lost Cat!"‎. اختر الإجابة الصحيحة.</w:t>
      </w:r>
    </w:p>
    <w:p>
      <w:pPr>
        <w:spacing w:before="0" w:after="20"/>
        <w:jc w:val="both"/>
      </w:pPr>
      <w:r>
        <w:rPr/>
        <w:t>a. What color is Pitzi?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gray</w:t>
      </w:r>
    </w:p>
    <w:p>
      <w:pPr>
        <w:spacing w:before="0" w:after="20"/>
        <w:jc w:val="both"/>
      </w:pPr>
      <w:r>
        <w:rPr/>
        <w:t>b. What color is the collar?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pink</w:t>
      </w:r>
    </w:p>
    <w:p>
      <w:pPr>
        <w:spacing w:before="0" w:after="20"/>
        <w:jc w:val="both"/>
      </w:pPr>
      <w:r>
        <w:rPr/>
        <w:t>c. Why do you think Pitzi likes the top of a car?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It is warm.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10. Read the text again. Complete the poster.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שוב את הטקסט. השלימו את המודעה.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النص مرة أخرى. أكمل الإعلان.</w:t>
      </w:r>
    </w:p>
    <w:p>
      <w:pPr>
        <w:spacing w:before="0" w:after="40"/>
        <w:jc w:val="both"/>
      </w:pPr>
      <w:r>
        <w:rPr/>
        <w:t>a. LOST: a small gray cat</w:t>
      </w:r>
    </w:p>
    <w:p>
      <w:pPr>
        <w:spacing w:before="0" w:after="40"/>
        <w:jc w:val="both"/>
      </w:pPr>
      <w:r>
        <w:rPr/>
        <w:t>b. Eyes: big and green</w:t>
      </w:r>
    </w:p>
    <w:p>
      <w:pPr>
        <w:spacing w:before="0" w:after="40"/>
        <w:jc w:val="both"/>
      </w:pPr>
      <w:r>
        <w:rPr/>
        <w:t>c. Tail: long and white</w:t>
      </w:r>
    </w:p>
    <w:p>
      <w:pPr>
        <w:spacing w:before="0" w:after="40"/>
        <w:jc w:val="both"/>
      </w:pPr>
      <w:r>
        <w:rPr/>
        <w:t>d. She is friendly but shy with new people.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Describe a friend in 3 sentences. Write about his or her hair, eyes and character. Use adjectives.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תארו חבר או חברה ב-3 משפטים. כתבו על השיער, העיניים והאופי. השתמשו בשמות תואר.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صِف صديقًا أو صديقة في 3 جمل. اكتب عن الشعر والعينين والطباع. استعمل الصفات.</w:t>
      </w:r>
    </w:p>
    <w:p>
      <w:pPr>
        <w:spacing w:before="0" w:after="80"/>
        <w:jc w:val="both"/>
      </w:pPr>
      <w:r>
        <w:rPr>
          <w:color w:val="0F7A4F"/>
        </w:rPr>
        <w:t>Possible answer: My friend Omer is tall. He has short black hair and brown eyes. He is funny and kind.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Your pet is lost! Write a short poster (4 sentences). Say what it looks like and what it likes.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חיית המחמד שלכם הלכה לאיבוד! כתבו מודעה קצרה (4 משפטים). ספרו איך היא נראית ומה היא אוהבת.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حيوانك الأليف ضاع! اكتب إعلانًا قصيرًا (4 جمل). قل كيف يبدو وماذا يحبّ.</w:t>
      </w:r>
    </w:p>
    <w:p>
      <w:pPr>
        <w:spacing w:before="0" w:after="80"/>
        <w:jc w:val="both"/>
      </w:pPr>
      <w:r>
        <w:rPr>
          <w:color w:val="0F7A4F"/>
        </w:rPr>
        <w:t>Possible answer: My dog Bamba is lost. He is a big brown dog with long ears. He has a blue collar. He likes the park and is very friendly.</w:t>
      </w:r>
    </w:p>
    <w:p>
      <w:pPr>
        <w:spacing w:before="160" w:after="80"/>
        <w:jc w:val="both"/>
      </w:pPr>
      <w:r>
        <w:rPr>
          <w:rFonts w:ascii="Arial Black" w:hAnsi="Arial Black" w:cs="Arial Black"/>
          <w:b/>
          <w:bCs/>
          <w:color w:val="4338CA"/>
          <w:sz w:val="30"/>
          <w:szCs w:val="30"/>
        </w:rPr>
        <w:t>Unit 5: Imperatives and "Let's…"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Complete with a verb from the bank.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עם פועל מהמחסן.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بفعل من بنك الكلمات.</w:t>
      </w:r>
    </w:p>
    <w:p>
      <w:pPr>
        <w:spacing w:before="0" w:after="40"/>
        <w:jc w:val="both"/>
      </w:pPr>
      <w:r>
        <w:rPr/>
        <w:t>a. Stand up, please.</w:t>
      </w:r>
    </w:p>
    <w:p>
      <w:pPr>
        <w:spacing w:before="0" w:after="40"/>
        <w:jc w:val="both"/>
      </w:pPr>
      <w:r>
        <w:rPr/>
        <w:t>b. Wash your hands with soap.</w:t>
      </w:r>
    </w:p>
    <w:p>
      <w:pPr>
        <w:spacing w:before="0" w:after="40"/>
        <w:jc w:val="both"/>
      </w:pPr>
      <w:r>
        <w:rPr/>
        <w:t>c. Turn off the light.</w:t>
      </w:r>
    </w:p>
    <w:p>
      <w:pPr>
        <w:spacing w:before="0" w:after="40"/>
        <w:jc w:val="both"/>
      </w:pPr>
      <w:r>
        <w:rPr/>
        <w:t>d. Put your shoes in the closet.</w:t>
      </w:r>
    </w:p>
    <w:p>
      <w:pPr>
        <w:spacing w:before="0" w:after="40"/>
        <w:jc w:val="both"/>
      </w:pPr>
      <w:r>
        <w:rPr/>
        <w:t>e. Take an umbrella. It's raining.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Match the sign to the place.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השלט למקום.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صل اللافتة بالمكان.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Don't swim here!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the cinema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Be quiet.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the zoo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Don't feed the animals.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the bathroom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Wash your hands.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the library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Turn off your phone.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the sea, with big waves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Sort the sentences: instruction or suggestion?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 את המשפטים: הוראה או הצעה?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 الجمل: تعليمة أم اقتراح؟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Instruction</w:t>
            </w:r>
          </w:p>
        </w:tc>
        <w:tc>
          <w:tcPr>
            <w:tcW w:type="dxa" w:w="4989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Suggestion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Close the door., Don't run., Sit here.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Let's swim., Let's eat now., Let's not go.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Circle the correct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המילה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الكلمة الصحيحة.</w:t>
      </w:r>
    </w:p>
    <w:p>
      <w:pPr>
        <w:spacing w:before="0" w:after="20"/>
        <w:jc w:val="both"/>
      </w:pPr>
      <w:r>
        <w:rPr/>
        <w:t>a. ___ touch the plate. It's hot!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Don't</w:t>
      </w:r>
    </w:p>
    <w:p>
      <w:pPr>
        <w:spacing w:before="0" w:after="20"/>
        <w:jc w:val="both"/>
      </w:pPr>
      <w:r>
        <w:rPr/>
        <w:t>b. It's a nice day. ___ go to the park!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Let's</w:t>
      </w:r>
    </w:p>
    <w:p>
      <w:pPr>
        <w:spacing w:before="0" w:after="20"/>
        <w:jc w:val="both"/>
      </w:pPr>
      <w:r>
        <w:rPr/>
        <w:t>c. ___ your name on the page.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Write</w:t>
      </w:r>
    </w:p>
    <w:p>
      <w:pPr>
        <w:spacing w:before="0" w:after="20"/>
        <w:jc w:val="both"/>
      </w:pPr>
      <w:r>
        <w:rPr/>
        <w:t>d. ___ late for the bus!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Don't be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Complete with Let's or Don't.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עם ‎Let's‎ או ‎Don't‎.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‎Let's‎ أو ‎Don't‎.</w:t>
      </w:r>
    </w:p>
    <w:p>
      <w:pPr>
        <w:spacing w:before="0" w:after="40"/>
        <w:jc w:val="both"/>
      </w:pPr>
      <w:r>
        <w:rPr/>
        <w:t>a. I'm hungry. Let's make sandwiches.</w:t>
      </w:r>
    </w:p>
    <w:p>
      <w:pPr>
        <w:spacing w:before="0" w:after="40"/>
        <w:jc w:val="both"/>
      </w:pPr>
      <w:r>
        <w:rPr/>
        <w:t>b. The baby is asleep. Don't shout.</w:t>
      </w:r>
    </w:p>
    <w:p>
      <w:pPr>
        <w:spacing w:before="0" w:after="40"/>
        <w:jc w:val="both"/>
      </w:pPr>
      <w:r>
        <w:rPr/>
        <w:t>c. It's my birthday! Let's have a party.</w:t>
      </w:r>
    </w:p>
    <w:p>
      <w:pPr>
        <w:spacing w:before="0" w:after="40"/>
        <w:jc w:val="both"/>
      </w:pPr>
      <w:r>
        <w:rPr/>
        <w:t>d. The floor is wet. Don't run.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Complete the recipe for a fruit salad. Write the verbs in order: Wash, Cut, Put, Mix.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את המתכון לסלט פירות. כתבו את הפעלים לפי הסדר: ‎Wash, Cut, Put, Mix‎.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وصفة سلطة الفواكه. اكتب الأفعال بالترتيب: ‎Wash, Cut, Put, Mix‎.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Verb</w:t>
            </w:r>
          </w:p>
        </w:tc>
        <w:tc>
          <w:tcPr>
            <w:tcW w:type="dxa" w:w="4989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Rest of the instruction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Wash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the fruit in water.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Cut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the apples and bananas.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Put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the fruit in a big bowl.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Mix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it with a spoon. Enjoy!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True or False? Correct the false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נכון או לא נכון?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صحيح أم خطأ؟ صحّح الجمل الخاطئة.</w:t>
      </w:r>
    </w:p>
    <w:p>
      <w:pPr>
        <w:spacing w:before="0" w:after="40"/>
        <w:jc w:val="both"/>
      </w:pPr>
      <w:r>
        <w:rPr/>
        <w:t>a. "Don't" is the short form of "do not". – True</w:t>
      </w:r>
    </w:p>
    <w:p>
      <w:pPr>
        <w:spacing w:before="0" w:after="40"/>
        <w:jc w:val="both"/>
      </w:pPr>
      <w:r>
        <w:rPr/>
        <w:t>b. "You sit down!" is the correct imperative. – False – Sit down!</w:t>
      </w:r>
    </w:p>
    <w:p>
      <w:pPr>
        <w:spacing w:before="0" w:after="40"/>
        <w:jc w:val="both"/>
      </w:pPr>
      <w:r>
        <w:rPr/>
        <w:t>c. "Let's not be late." is correct. – True</w:t>
      </w:r>
    </w:p>
    <w:p>
      <w:pPr>
        <w:spacing w:before="0" w:after="40"/>
        <w:jc w:val="both"/>
      </w:pPr>
      <w:r>
        <w:rPr/>
        <w:t>d. "Let's to sing!" is correct. – False – Let's sing!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Find the mistake and write the sentence correctly.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מצאו את הטעות וכתבו את המשפט נכון.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جد الخطأ واكتب الجملة بشكل صحيح.</w:t>
      </w:r>
    </w:p>
    <w:p>
      <w:pPr>
        <w:spacing w:before="0" w:after="100"/>
        <w:jc w:val="both"/>
      </w:pPr>
      <w:r>
        <w:rPr/>
        <w:t>a. Opens the window, please.  → Open the window, please.</w:t>
      </w:r>
    </w:p>
    <w:p>
      <w:pPr>
        <w:spacing w:before="0" w:after="100"/>
        <w:jc w:val="both"/>
      </w:pPr>
      <w:r>
        <w:rPr/>
        <w:t>b. Don't runs in the yard.  → Don't run in the yard.</w:t>
      </w:r>
    </w:p>
    <w:p>
      <w:pPr>
        <w:spacing w:before="0" w:after="100"/>
        <w:jc w:val="both"/>
      </w:pPr>
      <w:r>
        <w:rPr/>
        <w:t>c. Let's goes home.  → Let's go home.</w:t>
      </w:r>
    </w:p>
    <w:p>
      <w:pPr>
        <w:spacing w:before="0" w:after="100"/>
        <w:jc w:val="both"/>
      </w:pPr>
      <w:r>
        <w:rPr/>
        <w:t>d. No touch the cake!  → Don't touch the cake!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9. Read "A Rainy Saturday". Choose the correct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‎"A Rainy Saturday"‎. בחרו את התשובה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‎"A Rainy Saturday"‎. اختر الإجابة الصحيحة.</w:t>
      </w:r>
    </w:p>
    <w:p>
      <w:pPr>
        <w:spacing w:before="0" w:after="20"/>
        <w:jc w:val="both"/>
      </w:pPr>
      <w:r>
        <w:rPr/>
        <w:t>a. Why are the boys at home?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It's raining.</w:t>
      </w:r>
    </w:p>
    <w:p>
      <w:pPr>
        <w:spacing w:before="0" w:after="20"/>
        <w:jc w:val="both"/>
      </w:pPr>
      <w:r>
        <w:rPr/>
        <w:t>b. What do the boys make?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cookies</w:t>
      </w:r>
    </w:p>
    <w:p>
      <w:pPr>
        <w:spacing w:before="0" w:after="20"/>
        <w:jc w:val="both"/>
      </w:pPr>
      <w:r>
        <w:rPr/>
        <w:t>c. What does Mom say first?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Wash your hands.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10. Read the text again. Write the missing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שוב את הטקסט. כתבו את המילה החסרה.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النص مرة أخرى. اكتب الكلمة الناقصة.</w:t>
      </w:r>
    </w:p>
    <w:p>
      <w:pPr>
        <w:spacing w:before="0" w:after="40"/>
        <w:jc w:val="both"/>
      </w:pPr>
      <w:r>
        <w:rPr/>
        <w:t>a. Ben: "Let's play a game."</w:t>
      </w:r>
    </w:p>
    <w:p>
      <w:pPr>
        <w:spacing w:before="0" w:after="40"/>
        <w:jc w:val="both"/>
      </w:pPr>
      <w:r>
        <w:rPr/>
        <w:t>b. Mom: "Don't eat the dough!"</w:t>
      </w:r>
    </w:p>
    <w:p>
      <w:pPr>
        <w:spacing w:before="0" w:after="40"/>
        <w:jc w:val="both"/>
      </w:pPr>
      <w:r>
        <w:rPr/>
        <w:t>c. Mom: "Mix them in the bowl."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It's a rainy day. Write 3 suggestions for you and your friends. Use Let's.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זה יום גשום. כתבו 3 הצעות לכם ולחברים שלכם. השתמשו ב-‎Let's‎.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إنه يوم ماطر. اكتب 3 اقتراحات لك ولأصدقائك. استعمل ‎Let's‎.</w:t>
      </w:r>
    </w:p>
    <w:p>
      <w:pPr>
        <w:spacing w:before="0" w:after="80"/>
        <w:jc w:val="both"/>
      </w:pPr>
      <w:r>
        <w:rPr>
          <w:color w:val="0F7A4F"/>
        </w:rPr>
        <w:t>Possible answer: Let's play a board game. Let's watch a movie. Let's make popcorn.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Write a short recipe for your favorite sandwich (4 steps). Use imperatives.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מתכון קצר לכריך האהוב עליכם (4 שלבים). השתמשו בציווי.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وصفة قصيرة لشطيرتك المفضّلة (4 خطوات). استعمل صيغة الأمر.</w:t>
      </w:r>
    </w:p>
    <w:p>
      <w:pPr>
        <w:spacing w:before="0" w:after="80"/>
        <w:jc w:val="both"/>
      </w:pPr>
      <w:r>
        <w:rPr>
          <w:color w:val="0F7A4F"/>
        </w:rPr>
        <w:t>Possible answer: Take two slices of bread. Put cheese on the bread. Add a tomato. Close the sandwich and eat it!</w:t>
      </w:r>
    </w:p>
    <w:p>
      <w:pPr>
        <w:spacing w:before="160" w:after="80"/>
        <w:jc w:val="both"/>
      </w:pPr>
      <w:r>
        <w:rPr>
          <w:rFonts w:ascii="Arial Black" w:hAnsi="Arial Black" w:cs="Arial Black"/>
          <w:b/>
          <w:bCs/>
          <w:color w:val="4338CA"/>
          <w:sz w:val="30"/>
          <w:szCs w:val="30"/>
        </w:rPr>
        <w:t>Unit 6: Present simple: my day (I, you, we, they)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Complete with a verb from the bank.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עם פועל מהמחסן.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بفعل من بنك الكلمات.</w:t>
      </w:r>
    </w:p>
    <w:p>
      <w:pPr>
        <w:spacing w:before="0" w:after="40"/>
        <w:jc w:val="both"/>
      </w:pPr>
      <w:r>
        <w:rPr/>
        <w:t>a. I get up at 7:00.</w:t>
      </w:r>
    </w:p>
    <w:p>
      <w:pPr>
        <w:spacing w:before="0" w:after="40"/>
        <w:jc w:val="both"/>
      </w:pPr>
      <w:r>
        <w:rPr/>
        <w:t>b. We have dinner at 6:30.</w:t>
      </w:r>
    </w:p>
    <w:p>
      <w:pPr>
        <w:spacing w:before="0" w:after="40"/>
        <w:jc w:val="both"/>
      </w:pPr>
      <w:r>
        <w:rPr/>
        <w:t>c. They do their homework after lunch.</w:t>
      </w:r>
    </w:p>
    <w:p>
      <w:pPr>
        <w:spacing w:before="0" w:after="40"/>
        <w:jc w:val="both"/>
      </w:pPr>
      <w:r>
        <w:rPr/>
        <w:t>d. I brush my teeth after breakfast.</w:t>
      </w:r>
    </w:p>
    <w:p>
      <w:pPr>
        <w:spacing w:before="0" w:after="40"/>
        <w:jc w:val="both"/>
      </w:pPr>
      <w:r>
        <w:rPr/>
        <w:t>e. You ride your bike in the park.</w:t>
      </w:r>
    </w:p>
    <w:p>
      <w:pPr>
        <w:spacing w:before="0" w:after="40"/>
        <w:jc w:val="both"/>
      </w:pPr>
      <w:r>
        <w:rPr/>
        <w:t>f. We go to bed at 9:00.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Match the time to the activity.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השעה לפעילות.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صل الوقت بالنشاط.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7:00 in the morning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I go to bed.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8:00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I get up.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1:30 in the afternoon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School starts.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7:00 in the evening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We have dinner.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9:00 at night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I eat lunch.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Sort the time words.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 את מילות הזמן.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 كلمات الزمن.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How often?</w:t>
            </w:r>
          </w:p>
        </w:tc>
        <w:tc>
          <w:tcPr>
            <w:tcW w:type="dxa" w:w="4989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When?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always, sometimes, never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in the morning, at night, in the evening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Circle the correct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התשובה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الإجابة الصحيحة.</w:t>
      </w:r>
    </w:p>
    <w:p>
      <w:pPr>
        <w:spacing w:before="0" w:after="20"/>
        <w:jc w:val="both"/>
      </w:pPr>
      <w:r>
        <w:rPr/>
        <w:t>a. Do they live in Ashdod? (✔)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Yes, they do.</w:t>
      </w:r>
    </w:p>
    <w:p>
      <w:pPr>
        <w:spacing w:before="0" w:after="20"/>
        <w:jc w:val="both"/>
      </w:pPr>
      <w:r>
        <w:rPr/>
        <w:t>b. Do you speak English? (✘)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No, I don't.</w:t>
      </w:r>
    </w:p>
    <w:p>
      <w:pPr>
        <w:spacing w:before="0" w:after="20"/>
        <w:jc w:val="both"/>
      </w:pPr>
      <w:r>
        <w:rPr/>
        <w:t>c. We ___ swim in winter.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don't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Make the sentences negative.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הפכו את המשפטים לשלילה.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حوّل الجمل إلى النفي.</w:t>
      </w:r>
    </w:p>
    <w:p>
      <w:pPr>
        <w:spacing w:before="0" w:after="40"/>
        <w:jc w:val="both"/>
      </w:pPr>
      <w:r>
        <w:rPr/>
        <w:t>a. I like carrots. → I don't like carrots.</w:t>
      </w:r>
    </w:p>
    <w:p>
      <w:pPr>
        <w:spacing w:before="0" w:after="40"/>
        <w:jc w:val="both"/>
      </w:pPr>
      <w:r>
        <w:rPr/>
        <w:t>b. We play on Friday. → We don't play on Friday.</w:t>
      </w:r>
    </w:p>
    <w:p>
      <w:pPr>
        <w:spacing w:before="0" w:after="40"/>
        <w:jc w:val="both"/>
      </w:pPr>
      <w:r>
        <w:rPr/>
        <w:t>c. They eat fish. → They don't eat fish.</w:t>
      </w:r>
    </w:p>
    <w:p>
      <w:pPr>
        <w:spacing w:before="0" w:after="40"/>
        <w:jc w:val="both"/>
      </w:pPr>
      <w:r>
        <w:rPr/>
        <w:t>d. You go to bed late. → You don't go to bed late.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Write the question and the short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השאלה ואת התשובה הקצרה.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السؤال والإجابة القصيرة.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Sentence</w:t>
            </w:r>
          </w:p>
        </w:tc>
        <w:tc>
          <w:tcPr>
            <w:tcW w:type="dxa" w:w="3326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Question</w:t>
            </w:r>
          </w:p>
        </w:tc>
        <w:tc>
          <w:tcPr>
            <w:tcW w:type="dxa" w:w="3326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Short answer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You like pizza.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Do you like pizza?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Yes, I do.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They walk to school.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Do they walk to school?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No, they don't.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We have math today.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Do we have math today?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Yes, we do.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True or False? Correct the false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נכון או לא נכון?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صحيح أم خطأ؟ صحّح الجمل الخاطئة.</w:t>
      </w:r>
    </w:p>
    <w:p>
      <w:pPr>
        <w:spacing w:before="0" w:after="40"/>
        <w:jc w:val="both"/>
      </w:pPr>
      <w:r>
        <w:rPr/>
        <w:t>a. "They don't likes cake." is correct. – False – They don't like cake.</w:t>
      </w:r>
    </w:p>
    <w:p>
      <w:pPr>
        <w:spacing w:before="0" w:after="40"/>
        <w:jc w:val="both"/>
      </w:pPr>
      <w:r>
        <w:rPr/>
        <w:t>b. "Do we have homework?" is correct. – True</w:t>
      </w:r>
    </w:p>
    <w:p>
      <w:pPr>
        <w:spacing w:before="0" w:after="40"/>
        <w:jc w:val="both"/>
      </w:pPr>
      <w:r>
        <w:rPr/>
        <w:t>c. "You go to school on Saturday?" is a correct question. – False – Do you go to school on Saturday?</w:t>
      </w:r>
    </w:p>
    <w:p>
      <w:pPr>
        <w:spacing w:before="0" w:after="40"/>
        <w:jc w:val="both"/>
      </w:pPr>
      <w:r>
        <w:rPr/>
        <w:t>d. "I always eat breakfast." is correct. – True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Find the mistake and write the sentence correctly.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מצאו את הטעות וכתבו את המשפט נכון.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جد الخطأ واكتب الجملة بشكل صحيح.</w:t>
      </w:r>
    </w:p>
    <w:p>
      <w:pPr>
        <w:spacing w:before="0" w:after="100"/>
        <w:jc w:val="both"/>
      </w:pPr>
      <w:r>
        <w:rPr/>
        <w:t>a. I gets up at seven.  → I get up at seven.</w:t>
      </w:r>
    </w:p>
    <w:p>
      <w:pPr>
        <w:spacing w:before="0" w:after="100"/>
        <w:jc w:val="both"/>
      </w:pPr>
      <w:r>
        <w:rPr/>
        <w:t>b. We doesn't watch TV.  → We don't watch TV.</w:t>
      </w:r>
    </w:p>
    <w:p>
      <w:pPr>
        <w:spacing w:before="0" w:after="100"/>
        <w:jc w:val="both"/>
      </w:pPr>
      <w:r>
        <w:rPr/>
        <w:t>c. Do you likes music?  → Do you like music?</w:t>
      </w:r>
    </w:p>
    <w:p>
      <w:pPr>
        <w:spacing w:before="0" w:after="100"/>
        <w:jc w:val="both"/>
      </w:pPr>
      <w:r>
        <w:rPr/>
        <w:t>d. They goes to the pool.  → They go to the pool.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9. Read "Friday at Grandma's". Choose the correct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‎"Friday at Grandma's"‎. בחרו את התשובה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‎"Friday at Grandma's"‎. اختر الإجابة الصحيحة.</w:t>
      </w:r>
    </w:p>
    <w:p>
      <w:pPr>
        <w:spacing w:before="0" w:after="20"/>
        <w:jc w:val="both"/>
      </w:pPr>
      <w:r>
        <w:rPr/>
        <w:t>a. Where does Grandma Ruth live?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in Rehovot</w:t>
      </w:r>
    </w:p>
    <w:p>
      <w:pPr>
        <w:spacing w:before="0" w:after="20"/>
        <w:jc w:val="both"/>
      </w:pPr>
      <w:r>
        <w:rPr/>
        <w:t>b. What do the children do in the afternoon?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They help in the kitchen.</w:t>
      </w:r>
    </w:p>
    <w:p>
      <w:pPr>
        <w:spacing w:before="0" w:after="20"/>
        <w:jc w:val="both"/>
      </w:pPr>
      <w:r>
        <w:rPr/>
        <w:t>c. Why do you think Daniel loves Fridays?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He is with his family.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10. Read the text again. Complete.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שוב את הטקסט. השלימו.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النص مرة أخرى. أكمل.</w:t>
      </w:r>
    </w:p>
    <w:p>
      <w:pPr>
        <w:spacing w:before="0" w:after="40"/>
        <w:jc w:val="both"/>
      </w:pPr>
      <w:r>
        <w:rPr/>
        <w:t>a. The family visits Grandma every Friday.</w:t>
      </w:r>
    </w:p>
    <w:p>
      <w:pPr>
        <w:spacing w:before="0" w:after="40"/>
        <w:jc w:val="both"/>
      </w:pPr>
      <w:r>
        <w:rPr/>
        <w:t>b. The children climb the big lemon tree.</w:t>
      </w:r>
    </w:p>
    <w:p>
      <w:pPr>
        <w:spacing w:before="0" w:after="40"/>
        <w:jc w:val="both"/>
      </w:pPr>
      <w:r>
        <w:rPr/>
        <w:t>c. In the evening they sing songs and tell stories.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Write 3 questions for a friend about his or her weekend. Use Do you …?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3 שאלות לחבר או לחברה על סוף השבוע שלהם. השתמשו ב-‎Do you …?‎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3 أسئلة لصديق أو صديقة عن عطلة نهاية الأسبوع. استعمل ‎Do you …?‎</w:t>
      </w:r>
    </w:p>
    <w:p>
      <w:pPr>
        <w:spacing w:before="0" w:after="80"/>
        <w:jc w:val="both"/>
      </w:pPr>
      <w:r>
        <w:rPr>
          <w:color w:val="0F7A4F"/>
        </w:rPr>
        <w:t>Possible answer: Do you visit your grandparents? Do you play football on Saturday? Do you go to the beach?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Write about your Friday or Saturday. Write 4 sentences. Use we, they and one negative sentence.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על יום שישי או שבת שלכם. כתבו 4 משפטים. השתמשו ב-‎we‎, ב-‎they‎ ובמשפט שלילה אחד.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عن يوم الجمعة أو السبت عندك. اكتب 4 جمل. استعمل ‎we‎ و ‎they‎ وجملة نفي واحدة.</w:t>
      </w:r>
    </w:p>
    <w:p>
      <w:pPr>
        <w:spacing w:before="0" w:after="80"/>
        <w:jc w:val="both"/>
      </w:pPr>
      <w:r>
        <w:rPr>
          <w:color w:val="0F7A4F"/>
        </w:rPr>
        <w:t>Possible answer: On Saturday we get up late. We eat breakfast together. My friends and I play in the park. We don't go to school.</w:t>
      </w:r>
    </w:p>
    <w:p>
      <w:pPr>
        <w:spacing w:before="160" w:after="80"/>
        <w:jc w:val="both"/>
      </w:pPr>
      <w:r>
        <w:rPr>
          <w:rFonts w:ascii="Arial Black" w:hAnsi="Arial Black" w:cs="Arial Black"/>
          <w:b/>
          <w:bCs/>
          <w:color w:val="4338CA"/>
          <w:sz w:val="30"/>
          <w:szCs w:val="30"/>
        </w:rPr>
        <w:t>Unit 7: "Can" and "can't" for ability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Complete with a verb from the bank.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עם פועל מהמחסן.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بفعل من بنك الكلمات.</w:t>
      </w:r>
    </w:p>
    <w:p>
      <w:pPr>
        <w:spacing w:before="0" w:after="40"/>
        <w:jc w:val="both"/>
      </w:pPr>
      <w:r>
        <w:rPr/>
        <w:t>a. Fish can swim in the sea.</w:t>
      </w:r>
    </w:p>
    <w:p>
      <w:pPr>
        <w:spacing w:before="0" w:after="40"/>
        <w:jc w:val="both"/>
      </w:pPr>
      <w:r>
        <w:rPr/>
        <w:t>b. Frogs can jump very high.</w:t>
      </w:r>
    </w:p>
    <w:p>
      <w:pPr>
        <w:spacing w:before="0" w:after="40"/>
        <w:jc w:val="both"/>
      </w:pPr>
      <w:r>
        <w:rPr/>
        <w:t>c. Planes can fly in the sky.</w:t>
      </w:r>
    </w:p>
    <w:p>
      <w:pPr>
        <w:spacing w:before="0" w:after="40"/>
        <w:jc w:val="both"/>
      </w:pPr>
      <w:r>
        <w:rPr/>
        <w:t>d. My grandma can read without glasses.</w:t>
      </w:r>
    </w:p>
    <w:p>
      <w:pPr>
        <w:spacing w:before="0" w:after="40"/>
        <w:jc w:val="both"/>
      </w:pPr>
      <w:r>
        <w:rPr/>
        <w:t>e. Cats can climb trees.</w:t>
      </w:r>
    </w:p>
    <w:p>
      <w:pPr>
        <w:spacing w:before="0" w:after="40"/>
        <w:jc w:val="both"/>
      </w:pPr>
      <w:r>
        <w:rPr/>
        <w:t>f. I can't whistle. I can only sing.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Match the question to the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השאלה לתשובה.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صِلِ السؤال بالإجابة.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Can you ski?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No, I can't. There is no snow here!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Can your dad cook?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Yes, she can.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Can birds fly?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No, it can't.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Can a cow climb a tree?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Yes, they can.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Can Tamar play chess?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Yes, he can. He makes great soup.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Sort the sentences: correct or wrong?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 את המשפטים: נכון או שגוי?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 الجمل: صحيحة أم خاطئة؟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Correct ✔</w:t>
            </w:r>
          </w:p>
        </w:tc>
        <w:tc>
          <w:tcPr>
            <w:tcW w:type="dxa" w:w="4989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Wrong ✘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I can swim., Can she dance?, They can't fly.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He cans run., We can to play., You can singing.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Circle the correct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המילה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الكلمة الصحيحة.</w:t>
      </w:r>
    </w:p>
    <w:p>
      <w:pPr>
        <w:spacing w:before="0" w:after="20"/>
        <w:jc w:val="both"/>
      </w:pPr>
      <w:r>
        <w:rPr/>
        <w:t>a. A giraffe ___ eat leaves from tall trees.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can</w:t>
      </w:r>
    </w:p>
    <w:p>
      <w:pPr>
        <w:spacing w:before="0" w:after="20"/>
        <w:jc w:val="both"/>
      </w:pPr>
      <w:r>
        <w:rPr/>
        <w:t>b. ___ you speak English? – Yes, I can.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Can</w:t>
      </w:r>
    </w:p>
    <w:p>
      <w:pPr>
        <w:spacing w:before="0" w:after="20"/>
        <w:jc w:val="both"/>
      </w:pPr>
      <w:r>
        <w:rPr/>
        <w:t>c. My little brother is two. He ___ write.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can't</w:t>
      </w:r>
    </w:p>
    <w:p>
      <w:pPr>
        <w:spacing w:before="0" w:after="20"/>
        <w:jc w:val="both"/>
      </w:pPr>
      <w:r>
        <w:rPr/>
        <w:t>d. Shira can ___ the piano.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play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Write short answers.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תשובות קצרות.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إجابات قصيرة.</w:t>
      </w:r>
    </w:p>
    <w:p>
      <w:pPr>
        <w:spacing w:before="0" w:after="40"/>
        <w:jc w:val="both"/>
      </w:pPr>
      <w:r>
        <w:rPr/>
        <w:t>a. Can a horse run? – Yes, it can.</w:t>
      </w:r>
    </w:p>
    <w:p>
      <w:pPr>
        <w:spacing w:before="0" w:after="40"/>
        <w:jc w:val="both"/>
      </w:pPr>
      <w:r>
        <w:rPr/>
        <w:t>b. Can you fly? – No, I can't.</w:t>
      </w:r>
    </w:p>
    <w:p>
      <w:pPr>
        <w:spacing w:before="0" w:after="40"/>
        <w:jc w:val="both"/>
      </w:pPr>
      <w:r>
        <w:rPr/>
        <w:t>c. Can your parents swim? – Yes, they can.</w:t>
      </w:r>
    </w:p>
    <w:p>
      <w:pPr>
        <w:spacing w:before="0" w:after="40"/>
        <w:jc w:val="both"/>
      </w:pPr>
      <w:r>
        <w:rPr/>
        <w:t>d. Can Noam play chess? – No, he can't.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Write questions with Can and short answers.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שאלות עם ‎Can‎ ותשובות קצרות.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أسئلة مع ‎Can‎ وإجابات قصيرة.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Information</w:t>
            </w:r>
          </w:p>
        </w:tc>
        <w:tc>
          <w:tcPr>
            <w:tcW w:type="dxa" w:w="3326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Question</w:t>
            </w:r>
          </w:p>
        </w:tc>
        <w:tc>
          <w:tcPr>
            <w:tcW w:type="dxa" w:w="3326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Short answer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Ben: ride a horse ✔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Can Ben ride a horse?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Yes, he can.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Maya: speak Russian ✘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Can Maya speak Russian?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No, she can't.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The kids: swim ✔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Can the kids swim?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Yes, they can.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True or False? Correct the false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נכון או לא נכון?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صحيح أم خطأ؟ صحّح الجمل الخاطئة.</w:t>
      </w:r>
    </w:p>
    <w:p>
      <w:pPr>
        <w:spacing w:before="0" w:after="40"/>
        <w:jc w:val="both"/>
      </w:pPr>
      <w:r>
        <w:rPr/>
        <w:t>a. A dolphin can swim. – True</w:t>
      </w:r>
    </w:p>
    <w:p>
      <w:pPr>
        <w:spacing w:before="0" w:after="40"/>
        <w:jc w:val="both"/>
      </w:pPr>
      <w:r>
        <w:rPr/>
        <w:t>b. A chicken can fly high in the sky. – False – A chicken can't fly high in the sky.</w:t>
      </w:r>
    </w:p>
    <w:p>
      <w:pPr>
        <w:spacing w:before="0" w:after="40"/>
        <w:jc w:val="both"/>
      </w:pPr>
      <w:r>
        <w:rPr/>
        <w:t>c. "She can to dance." is correct. – False – She can dance.</w:t>
      </w:r>
    </w:p>
    <w:p>
      <w:pPr>
        <w:spacing w:before="0" w:after="40"/>
        <w:jc w:val="both"/>
      </w:pPr>
      <w:r>
        <w:rPr/>
        <w:t>d. "Can they come? – No, they can't." is correct. – True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Find the mistake and write the sentence correctly.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מצאו את הטעות וכתבו את המשפט נכון.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جد الخطأ واكتب الجملة بشكل صحيح.</w:t>
      </w:r>
    </w:p>
    <w:p>
      <w:pPr>
        <w:spacing w:before="0" w:after="100"/>
        <w:jc w:val="both"/>
      </w:pPr>
      <w:r>
        <w:rPr/>
        <w:t>a. Tom cans swim.  → Tom can swim.</w:t>
      </w:r>
    </w:p>
    <w:p>
      <w:pPr>
        <w:spacing w:before="0" w:after="100"/>
        <w:jc w:val="both"/>
      </w:pPr>
      <w:r>
        <w:rPr/>
        <w:t>b. I can plays tennis.  → I can play tennis.</w:t>
      </w:r>
    </w:p>
    <w:p>
      <w:pPr>
        <w:spacing w:before="0" w:after="100"/>
        <w:jc w:val="both"/>
      </w:pPr>
      <w:r>
        <w:rPr/>
        <w:t>c. You can speak Hebrew?  → Can you speak Hebrew?</w:t>
      </w:r>
    </w:p>
    <w:p>
      <w:pPr>
        <w:spacing w:before="0" w:after="100"/>
        <w:jc w:val="both"/>
      </w:pPr>
      <w:r>
        <w:rPr/>
        <w:t>d. She can't to drive.  → She can't drive.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9. Read "Super Dog Rex". Choose the correct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‎"Super Dog Rex"‎. בחרו את התשובה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‎"Super Dog Rex"‎. اختر الإجابة الصحيحة.</w:t>
      </w:r>
    </w:p>
    <w:p>
      <w:pPr>
        <w:spacing w:before="0" w:after="20"/>
        <w:jc w:val="both"/>
      </w:pPr>
      <w:r>
        <w:rPr/>
        <w:t>a. Who is Rex?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Tamar's dog</w:t>
      </w:r>
    </w:p>
    <w:p>
      <w:pPr>
        <w:spacing w:before="0" w:after="20"/>
        <w:jc w:val="both"/>
      </w:pPr>
      <w:r>
        <w:rPr/>
        <w:t>b. How can Rex open the door?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with his nose</w:t>
      </w:r>
    </w:p>
    <w:p>
      <w:pPr>
        <w:spacing w:before="0" w:after="20"/>
        <w:jc w:val="both"/>
      </w:pPr>
      <w:r>
        <w:rPr/>
        <w:t>c. When does Rex bark a lot?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when the mailman comes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10. Read the text again. Sort: what can Rex do and what can't he do?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שוב את הטקסט. מיינו: מה ‎Rex‎ יודע לעשות ומה הוא לא יודע לעשות?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النص مرة أخرى. صنّف: ماذا يستطيع ‎Rex‎ أن يفعل وماذا لا يستطيع؟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Rex can</w:t>
            </w:r>
          </w:p>
        </w:tc>
        <w:tc>
          <w:tcPr>
            <w:tcW w:type="dxa" w:w="4989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Rex can't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sit, catch a ball, open the door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climb trees, swim very well, stay quiet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Write about an animal you like. What can it do? What can't it do? Write 3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על חיה שאתם אוהבים. מה היא יודעת לעשות? מה היא לא יודעת לעשות? כתבו 3 משפטים.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عن حيوان تحبّه. ماذا يستطيع أن يفعل؟ وماذا لا يستطيع؟ اكتب 3 جمل.</w:t>
      </w:r>
    </w:p>
    <w:p>
      <w:pPr>
        <w:spacing w:before="0" w:after="80"/>
        <w:jc w:val="both"/>
      </w:pPr>
      <w:r>
        <w:rPr>
          <w:color w:val="0F7A4F"/>
        </w:rPr>
        <w:t>Possible answer: I like monkeys. Monkeys can climb trees and jump very well. They can't swim very well.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Write a short note to a new friend (4 sentences). Say what you can do and ask 2 questions with Can you …?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פתק קצר לחבר חדש (4 משפטים). ספרו מה אתם יודעים לעשות ושאלו 2 שאלות עם ‎Can you …?‎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رسالة قصيرة لصديق جديد (4 جمل). قل ماذا تستطيع أن تفعل واسأل سؤالين مع ‎Can you …?‎</w:t>
      </w:r>
    </w:p>
    <w:p>
      <w:pPr>
        <w:spacing w:before="0" w:after="80"/>
        <w:jc w:val="both"/>
      </w:pPr>
      <w:r>
        <w:rPr>
          <w:color w:val="0F7A4F"/>
        </w:rPr>
        <w:t>Possible answer: Hi! My name is Itay. I can play basketball and I can draw. Can you play basketball? Can you swim?</w:t>
      </w:r>
    </w:p>
    <w:p>
      <w:pPr>
        <w:spacing w:before="160" w:after="80"/>
        <w:jc w:val="both"/>
      </w:pPr>
      <w:r>
        <w:rPr>
          <w:rFonts w:ascii="Arial Black" w:hAnsi="Arial Black" w:cs="Arial Black"/>
          <w:b/>
          <w:bCs/>
          <w:color w:val="4338CA"/>
          <w:sz w:val="30"/>
          <w:szCs w:val="30"/>
        </w:rPr>
        <w:t>Review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Complete with am, is or are.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עם ‎am, is‎ או ‎are‎.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‎am‎ أو ‎is‎ أو ‎are‎.</w:t>
      </w:r>
    </w:p>
    <w:p>
      <w:pPr>
        <w:spacing w:before="0" w:after="40"/>
        <w:jc w:val="both"/>
      </w:pPr>
      <w:r>
        <w:rPr/>
        <w:t>a. I am in class 4.</w:t>
      </w:r>
    </w:p>
    <w:p>
      <w:pPr>
        <w:spacing w:before="0" w:after="40"/>
        <w:jc w:val="both"/>
      </w:pPr>
      <w:r>
        <w:rPr/>
        <w:t>b. My cats are black and white.</w:t>
      </w:r>
    </w:p>
    <w:p>
      <w:pPr>
        <w:spacing w:before="0" w:after="40"/>
        <w:jc w:val="both"/>
      </w:pPr>
      <w:r>
        <w:rPr/>
        <w:t>c. Where is your bag?</w:t>
      </w:r>
    </w:p>
    <w:p>
      <w:pPr>
        <w:spacing w:before="0" w:after="40"/>
        <w:jc w:val="both"/>
      </w:pPr>
      <w:r>
        <w:rPr/>
        <w:t>d. There is a big park near my house.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Circle the correct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התשובה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الإجابة الصحيحة.</w:t>
      </w:r>
    </w:p>
    <w:p>
      <w:pPr>
        <w:spacing w:before="0" w:after="20"/>
        <w:jc w:val="both"/>
      </w:pPr>
      <w:r>
        <w:rPr/>
        <w:t>a. There are three ___ in the box.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toys</w:t>
      </w:r>
    </w:p>
    <w:p>
      <w:pPr>
        <w:spacing w:before="0" w:after="20"/>
        <w:jc w:val="both"/>
      </w:pPr>
      <w:r>
        <w:rPr/>
        <w:t>b. I have a ___.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red bike</w:t>
      </w:r>
    </w:p>
    <w:p>
      <w:pPr>
        <w:spacing w:before="0" w:after="20"/>
        <w:jc w:val="both"/>
      </w:pPr>
      <w:r>
        <w:rPr/>
        <w:t>c. ___ go to the beach!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Let's</w:t>
      </w:r>
    </w:p>
    <w:p>
      <w:pPr>
        <w:spacing w:before="0" w:after="20"/>
        <w:jc w:val="both"/>
      </w:pPr>
      <w:r>
        <w:rPr/>
        <w:t>d. She can ___ very fast.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run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Match the question to the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השאלה לתשובה.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صِلِ السؤال بالإجابة.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Where is the ball?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I'm nine.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Can you swim?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Under the bed.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Do you like pizza?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Yes, I can.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Is there a pool?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No, I don't.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How old are you?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Yes, there is.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Write the plural.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צורת הרבים.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صيغة الجمع.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One</w:t>
            </w:r>
          </w:p>
        </w:tc>
        <w:tc>
          <w:tcPr>
            <w:tcW w:type="dxa" w:w="4989"/>
            <w:shd w:val="clear" w:color="auto" w:fill="4338c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Two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a box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two boxes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a child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two children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a man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two men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a tooth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two teeth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Find the mistake and write the sentence correctly.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מצאו את הטעות וכתבו את המשפט נכון.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جد الخطأ واكتب الجملة بشكل صحيح.</w:t>
      </w:r>
    </w:p>
    <w:p>
      <w:pPr>
        <w:spacing w:before="0" w:after="100"/>
        <w:jc w:val="both"/>
      </w:pPr>
      <w:r>
        <w:rPr/>
        <w:t>a. They is my friends.  → They are my friends.</w:t>
      </w:r>
    </w:p>
    <w:p>
      <w:pPr>
        <w:spacing w:before="0" w:after="100"/>
        <w:jc w:val="both"/>
      </w:pPr>
      <w:r>
        <w:rPr/>
        <w:t>b. There is two cats.  → There are two cats.</w:t>
      </w:r>
    </w:p>
    <w:p>
      <w:pPr>
        <w:spacing w:before="0" w:after="100"/>
        <w:jc w:val="both"/>
      </w:pPr>
      <w:r>
        <w:rPr/>
        <w:t>c. Tom cans swim.  → Tom can swim.</w:t>
      </w:r>
    </w:p>
    <w:p>
      <w:pPr>
        <w:spacing w:before="0" w:after="100"/>
        <w:jc w:val="both"/>
      </w:pPr>
      <w:r>
        <w:rPr/>
        <w:t>d. Don't to run!  → Don't run!</w:t>
      </w:r>
    </w:p>
    <w:p>
      <w:pPr>
        <w:spacing w:before="0" w:after="100"/>
        <w:jc w:val="both"/>
      </w:pPr>
      <w:r>
        <w:rPr/>
        <w:t>e. We doesn't play on Saturday.  → We don't play on Saturday.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