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5   |   Test</w:t>
      </w:r>
    </w:p>
    <w:p>
      <w:pPr>
        <w:spacing w:before="0" w:after="200"/>
        <w:jc w:val="left"/>
      </w:pPr>
      <w:r>
        <w:rPr>
          <w:rFonts w:ascii="Arial" w:hAnsi="Arial" w:cs="Arial"/>
          <w:sz w:val="20"/>
          <w:szCs w:val="20"/>
        </w:rPr>
        <w:t xml:space="preserve">First name · </w:t>
      </w:r>
      <w:r>
        <w:rPr>
          <w:rFonts w:ascii="Arial" w:hAnsi="Arial" w:cs="Arial"/>
          <w:color w:val="1D2433"/>
          <w:sz w:val="20"/>
          <w:szCs w:val="20"/>
          <w:rtl/>
          <w:lang w:val="en-US" w:bidi="he-IL"/>
        </w:rPr>
        <w:t xml:space="preserve">שם פרטי</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الاسم الشخصي</w:t>
      </w:r>
      <w:r>
        <w:rPr>
          <w:sz w:val="20"/>
          <w:szCs w:val="20"/>
        </w:rPr>
        <w:t>‎</w:t>
      </w:r>
      <w:r>
        <w:rPr>
          <w:rFonts w:ascii="Arial" w:hAnsi="Arial" w:cs="Arial"/>
          <w:sz w:val="20"/>
          <w:szCs w:val="20"/>
        </w:rPr>
        <w:t xml:space="preserve">: ______________     Last name · </w:t>
      </w:r>
      <w:r>
        <w:rPr>
          <w:rFonts w:ascii="Arial" w:hAnsi="Arial" w:cs="Arial"/>
          <w:color w:val="1D2433"/>
          <w:sz w:val="20"/>
          <w:szCs w:val="20"/>
          <w:rtl/>
          <w:lang w:val="en-US" w:bidi="he-IL"/>
        </w:rPr>
        <w:t xml:space="preserve">שם משפחה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اسم العائلة</w:t>
      </w:r>
      <w:r>
        <w:rPr>
          <w:sz w:val="20"/>
          <w:szCs w:val="20"/>
        </w:rPr>
        <w:t>‎</w:t>
      </w:r>
      <w:r>
        <w:rPr>
          <w:rFonts w:ascii="Arial" w:hAnsi="Arial" w:cs="Arial"/>
          <w:sz w:val="20"/>
          <w:szCs w:val="20"/>
        </w:rPr>
        <w:t xml:space="preserve">: ______________     Class · </w:t>
      </w:r>
      <w:r>
        <w:rPr>
          <w:rFonts w:ascii="Arial" w:hAnsi="Arial" w:cs="Arial"/>
          <w:color w:val="1D2433"/>
          <w:sz w:val="20"/>
          <w:szCs w:val="20"/>
          <w:rtl/>
          <w:lang w:val="en-US" w:bidi="he-IL"/>
        </w:rPr>
        <w:t xml:space="preserve">כיתה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الصف</w:t>
      </w:r>
      <w:r>
        <w:rPr>
          <w:sz w:val="20"/>
          <w:szCs w:val="20"/>
        </w:rPr>
        <w:t>‎</w:t>
      </w:r>
      <w:r>
        <w:rPr>
          <w:rFonts w:ascii="Arial" w:hAnsi="Arial" w:cs="Arial"/>
          <w:sz w:val="20"/>
          <w:szCs w:val="20"/>
        </w:rPr>
        <w:t>: ______</w:t>
      </w:r>
    </w:p>
    <w:p>
      <w:pPr>
        <w:spacing w:before="0" w:after="40"/>
        <w:jc w:val="both"/>
      </w:pPr>
      <w:r>
        <w:rPr>
          <w:rFonts w:ascii="Arial Black" w:hAnsi="Arial Black" w:cs="Arial Black"/>
          <w:b/>
          <w:bCs/>
          <w:color w:val="6D28D9"/>
          <w:sz w:val="44"/>
          <w:szCs w:val="44"/>
        </w:rPr>
        <w:t>Final Test – Basic Level</w:t>
      </w:r>
    </w:p>
    <w:p>
      <w:pPr>
        <w:bidi/>
        <w:spacing w:before="0" w:after="0"/>
        <w:jc w:val="both"/>
      </w:pPr>
      <w:r>
        <w:rPr>
          <w:rFonts w:ascii="Arial" w:hAnsi="Arial" w:cs="Arial"/>
          <w:color w:val="6B7280"/>
          <w:sz w:val="22"/>
          <w:szCs w:val="22"/>
          <w:rtl/>
          <w:lang w:val="en-US" w:bidi="he-IL"/>
        </w:rPr>
        <w:t xml:space="preserve">מבחן מסכם – רמה בסיסית</w:t>
      </w:r>
    </w:p>
    <w:p>
      <w:pPr>
        <w:bidi/>
        <w:spacing w:before="0" w:after="120"/>
        <w:jc w:val="both"/>
      </w:pPr>
      <w:r>
        <w:rPr>
          <w:rFonts w:ascii="Arial" w:hAnsi="Arial" w:cs="Arial"/>
          <w:color w:val="6B7280"/>
          <w:sz w:val="23"/>
          <w:szCs w:val="23"/>
          <w:rtl/>
          <w:lang w:val="en-US" w:bidi="ar-SA"/>
        </w:rPr>
        <w:t xml:space="preserve">الامتحان النهائيّ – المستوى الأساسيّ</w:t>
      </w:r>
    </w:p>
    <w:p>
      <w:pPr>
        <w:spacing w:before="0" w:after="20"/>
        <w:jc w:val="both"/>
      </w:pPr>
      <w:r>
        <w:rPr>
          <w:color w:val="5B6476"/>
          <w:sz w:val="22"/>
          <w:szCs w:val="22"/>
        </w:rPr>
        <w:t>Time: 90 minutes · Total: 100 points · Read the text carefully and answer all the questions.</w:t>
      </w:r>
    </w:p>
    <w:p>
      <w:pPr>
        <w:bidi/>
        <w:spacing w:before="0" w:after="0"/>
        <w:jc w:val="both"/>
      </w:pPr>
      <w:r>
        <w:rPr>
          <w:rFonts w:ascii="Arial" w:hAnsi="Arial" w:cs="Arial"/>
          <w:color w:val="6B7280"/>
          <w:sz w:val="20"/>
          <w:szCs w:val="20"/>
          <w:rtl/>
          <w:lang w:val="en-US" w:bidi="he-IL"/>
        </w:rPr>
        <w:t xml:space="preserve">זמן: 90 דקות · סך הכול: 100 נקודות · קראו את הטקסט בעיון וענו על כל השאלות.</w:t>
      </w:r>
    </w:p>
    <w:p>
      <w:pPr>
        <w:bidi/>
        <w:spacing w:before="0" w:after="120"/>
        <w:jc w:val="both"/>
      </w:pPr>
      <w:r>
        <w:rPr>
          <w:rFonts w:ascii="Arial" w:hAnsi="Arial" w:cs="Arial"/>
          <w:color w:val="6B7280"/>
          <w:sz w:val="21"/>
          <w:szCs w:val="21"/>
          <w:rtl/>
          <w:lang w:val="en-US" w:bidi="ar-SA"/>
        </w:rPr>
        <w:t xml:space="preserve">الوقت: 90 دقيقة · المجموع: 100 علامة · اقرأ النصّ بتمعّن وأجب عن جميع الأسئلة.</w:t>
      </w:r>
    </w:p>
    <w:p>
      <w:pPr>
        <w:spacing w:before="200" w:after="80"/>
        <w:jc w:val="both"/>
      </w:pPr>
      <w:r>
        <w:rPr>
          <w:rFonts w:ascii="Arial Black" w:hAnsi="Arial Black" w:cs="Arial Black"/>
          <w:b/>
          <w:bCs/>
          <w:color w:val="6D28D9"/>
          <w:sz w:val="30"/>
          <w:szCs w:val="30"/>
        </w:rPr>
        <w:t>Score table</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6d28d9"/>
          </w:tcPr>
          <w:p>
            <w:pPr>
              <w:spacing w:before="0" w:after="40"/>
              <w:jc w:val="both"/>
            </w:pPr>
            <w:r>
              <w:rPr>
                <w:b/>
                <w:bCs/>
                <w:color w:val="FFFFFF"/>
              </w:rPr>
              <w:t>Part</w:t>
            </w:r>
          </w:p>
        </w:tc>
        <w:tc>
          <w:tcPr>
            <w:tcW w:type="dxa" w:w="3326"/>
            <w:shd w:val="clear" w:color="auto" w:fill="6d28d9"/>
          </w:tcPr>
          <w:p>
            <w:pPr>
              <w:spacing w:before="0" w:after="40"/>
              <w:jc w:val="both"/>
            </w:pPr>
            <w:r>
              <w:rPr>
                <w:b/>
                <w:bCs/>
                <w:color w:val="FFFFFF"/>
              </w:rPr>
              <w:t>Max points</w:t>
            </w:r>
          </w:p>
        </w:tc>
        <w:tc>
          <w:tcPr>
            <w:tcW w:type="dxa" w:w="3326"/>
            <w:shd w:val="clear" w:color="auto" w:fill="6d28d9"/>
          </w:tcPr>
          <w:p>
            <w:pPr>
              <w:spacing w:before="0" w:after="40"/>
              <w:jc w:val="both"/>
            </w:pPr>
            <w:r>
              <w:rPr>
                <w:b/>
                <w:bCs/>
                <w:color w:val="FFFFFF"/>
              </w:rPr>
              <w:t>Points earned</w:t>
            </w:r>
          </w:p>
        </w:tc>
      </w:tr>
      <w:tr>
        <w:tc>
          <w:tcPr>
            <w:tcW w:type="dxa" w:w="3326"/>
          </w:tcPr>
          <w:p>
            <w:pPr>
              <w:spacing w:before="0" w:after="40"/>
              <w:jc w:val="both"/>
            </w:pPr>
            <w:r>
              <w:rPr/>
              <w:t>Part A: Reading Comprehension</w:t>
            </w:r>
          </w:p>
        </w:tc>
        <w:tc>
          <w:tcPr>
            <w:tcW w:type="dxa" w:w="3326"/>
          </w:tcPr>
          <w:p>
            <w:pPr>
              <w:spacing w:before="0" w:after="40"/>
              <w:jc w:val="both"/>
            </w:pPr>
            <w:r>
              <w:rPr/>
              <w:t>40</w:t>
            </w:r>
          </w:p>
        </w:tc>
        <w:tc>
          <w:tcPr>
            <w:tcW w:type="dxa" w:w="3326"/>
          </w:tcPr>
          <w:p>
            <w:pPr>
              <w:spacing w:before="0" w:after="40"/>
              <w:jc w:val="both"/>
            </w:pPr>
            <w:r>
              <w:rPr/>
            </w:r>
          </w:p>
        </w:tc>
      </w:tr>
      <w:tr>
        <w:tc>
          <w:tcPr>
            <w:tcW w:type="dxa" w:w="3326"/>
          </w:tcPr>
          <w:p>
            <w:pPr>
              <w:spacing w:before="0" w:after="40"/>
              <w:jc w:val="both"/>
            </w:pPr>
            <w:r>
              <w:rPr/>
              <w:t>Part B: Vocabulary and Grammar</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Part C: Writing</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Total</w:t>
            </w:r>
          </w:p>
        </w:tc>
        <w:tc>
          <w:tcPr>
            <w:tcW w:type="dxa" w:w="3326"/>
          </w:tcPr>
          <w:p>
            <w:pPr>
              <w:spacing w:before="0" w:after="40"/>
              <w:jc w:val="both"/>
            </w:pPr>
            <w:r>
              <w:rPr/>
              <w:t>100</w:t>
            </w:r>
          </w:p>
        </w:tc>
        <w:tc>
          <w:tcPr>
            <w:tcW w:type="dxa" w:w="3326"/>
          </w:tcPr>
          <w:p>
            <w:pPr>
              <w:spacing w:before="0" w:after="40"/>
              <w:jc w:val="both"/>
            </w:pPr>
            <w:r>
              <w:rPr/>
            </w:r>
          </w:p>
        </w:tc>
      </w:tr>
    </w:tbl>
    <w:p>
      <w:pPr>
        <w:spacing w:before="0" w:after="40"/>
        <w:jc w:val="both"/>
      </w:pPr>
    </w:p>
    <w:p>
      <w:pPr>
        <w:spacing w:before="160" w:after="20"/>
        <w:jc w:val="both"/>
      </w:pPr>
      <w:r>
        <w:rPr>
          <w:rFonts w:ascii="Arial Black" w:hAnsi="Arial Black" w:cs="Arial Black"/>
          <w:b/>
          <w:bCs/>
          <w:color w:val="6D28D9"/>
          <w:sz w:val="32"/>
          <w:szCs w:val="32"/>
        </w:rPr>
        <w:t>Part A: Reading Comprehension (40 points)</w:t>
      </w:r>
    </w:p>
    <w:p>
      <w:pPr>
        <w:bidi/>
        <w:spacing w:before="0" w:after="0"/>
        <w:jc w:val="both"/>
      </w:pPr>
      <w:r>
        <w:rPr>
          <w:rFonts w:ascii="Arial" w:hAnsi="Arial" w:cs="Arial"/>
          <w:color w:val="6B7280"/>
          <w:sz w:val="20"/>
          <w:szCs w:val="20"/>
          <w:rtl/>
          <w:lang w:val="en-US" w:bidi="he-IL"/>
        </w:rPr>
        <w:t xml:space="preserve">חלק א': הבנת הנקרא (40 נקודות)</w:t>
      </w:r>
    </w:p>
    <w:p>
      <w:pPr>
        <w:bidi/>
        <w:spacing w:before="0" w:after="80"/>
        <w:jc w:val="both"/>
      </w:pPr>
      <w:r>
        <w:rPr>
          <w:rFonts w:ascii="Arial" w:hAnsi="Arial" w:cs="Arial"/>
          <w:color w:val="6B7280"/>
          <w:sz w:val="21"/>
          <w:szCs w:val="21"/>
          <w:rtl/>
          <w:lang w:val="en-US" w:bidi="ar-SA"/>
        </w:rPr>
        <w:t xml:space="preserve">الجزء أ: فهم المقروء (40 علامة)</w:t>
      </w:r>
    </w:p>
    <w:p>
      <w:pPr>
        <w:spacing w:before="120" w:after="40"/>
        <w:jc w:val="center"/>
      </w:pPr>
      <w:r>
        <w:rPr>
          <w:rFonts w:ascii="Arial Black" w:hAnsi="Arial Black" w:cs="Arial Black"/>
          <w:b/>
          <w:bCs/>
          <w:color w:val="6D28D9"/>
          <w:sz w:val="30"/>
          <w:szCs w:val="30"/>
        </w:rPr>
        <w:t>The School Garden</w:t>
      </w:r>
    </w:p>
    <w:p>
      <w:pPr>
        <w:spacing w:before="0" w:after="80"/>
        <w:jc w:val="both"/>
      </w:pPr>
      <w:r>
        <w:rPr/>
        <w:t>Omer is in fifth grade at a school in Modiin. Last year, his class had a great idea: a vegetable garden behind the school. At first, the place was ugly. There was old paper everywhere, and there weren't any plants.</w:t>
      </w:r>
    </w:p>
    <w:p>
      <w:pPr>
        <w:spacing w:before="0" w:after="80"/>
        <w:jc w:val="both"/>
      </w:pPr>
      <w:r>
        <w:rPr/>
        <w:t>The students cleaned the area and planted tomatoes, cucumbers, peppers and mint. Their teacher, Mr. Peretz, brought water pipes, and the parents built a small wooden fence.</w:t>
      </w:r>
    </w:p>
    <w:p>
      <w:pPr>
        <w:spacing w:before="0" w:after="80"/>
        <w:jc w:val="both"/>
      </w:pPr>
      <w:r>
        <w:rPr/>
        <w:t>Now every class has a job. Omer's class waters the plants on Mondays and Thursdays. The fourth graders pull out weeds, and the sixth graders pick the vegetables. Omer loves the garden because he can work outside with his friends.</w:t>
      </w:r>
    </w:p>
    <w:p>
      <w:pPr>
        <w:spacing w:before="0" w:after="80"/>
        <w:jc w:val="both"/>
      </w:pPr>
      <w:r>
        <w:rPr/>
        <w:t>Today is Thursday, and Omer and his friend Tamar are watering the plants. Tamar is looking at a tomato plant. "Look! The tomatoes are red!" she says. Next week, the students are going to make a big salad for the whole school. Omer can't wait!</w:t>
      </w:r>
    </w:p>
    <w:p>
      <w:pPr>
        <w:spacing w:before="160" w:after="20"/>
        <w:jc w:val="both"/>
      </w:pPr>
      <w:r>
        <w:rPr>
          <w:b/>
          <w:bCs/>
          <w:sz w:val="26"/>
          <w:szCs w:val="26"/>
        </w:rPr>
        <w:t>1. Finding information: choose the correct answer. (8 pts)</w:t>
      </w:r>
    </w:p>
    <w:p>
      <w:pPr>
        <w:bidi/>
        <w:spacing w:before="0" w:after="0"/>
        <w:jc w:val="both"/>
      </w:pPr>
      <w:r>
        <w:rPr>
          <w:rFonts w:ascii="Arial" w:hAnsi="Arial" w:cs="Arial"/>
          <w:color w:val="6B7280"/>
          <w:sz w:val="20"/>
          <w:szCs w:val="20"/>
          <w:rtl/>
          <w:lang w:val="en-US" w:bidi="he-IL"/>
        </w:rPr>
        <w:t xml:space="preserve">איתור מידע: בחרו את התשובה הנכונה.</w:t>
      </w:r>
    </w:p>
    <w:p>
      <w:pPr>
        <w:bidi/>
        <w:spacing w:before="0" w:after="80"/>
        <w:jc w:val="both"/>
      </w:pPr>
      <w:r>
        <w:rPr>
          <w:rFonts w:ascii="Arial" w:hAnsi="Arial" w:cs="Arial"/>
          <w:color w:val="6B7280"/>
          <w:sz w:val="21"/>
          <w:szCs w:val="21"/>
          <w:rtl/>
          <w:lang w:val="en-US" w:bidi="ar-SA"/>
        </w:rPr>
        <w:t xml:space="preserve">إيجاد المعلومات: اختر الإجابة الصحيحة.</w:t>
      </w:r>
    </w:p>
    <w:p>
      <w:pPr>
        <w:spacing w:before="0" w:after="20"/>
        <w:jc w:val="both"/>
      </w:pPr>
      <w:r>
        <w:rPr/>
        <w:t>a. Where is the garden?</w:t>
      </w:r>
    </w:p>
    <w:p>
      <w:pPr>
        <w:spacing w:before="0" w:after="80"/>
        <w:jc w:val="both"/>
      </w:pPr>
      <w:r>
        <w:rPr/>
        <w:t xml:space="preserve">   ○ near Omer's house      ○ behind the school      ○ in the park      ○ on the roof</w:t>
      </w:r>
    </w:p>
    <w:p>
      <w:pPr>
        <w:spacing w:before="0" w:after="20"/>
        <w:jc w:val="both"/>
      </w:pPr>
      <w:r>
        <w:rPr/>
        <w:t>b. What did the parents build?</w:t>
      </w:r>
    </w:p>
    <w:p>
      <w:pPr>
        <w:spacing w:before="0" w:after="80"/>
        <w:jc w:val="both"/>
      </w:pPr>
      <w:r>
        <w:rPr/>
        <w:t xml:space="preserve">   ○ a wooden fence      ○ water pipes      ○ a small house      ○ a table</w:t>
      </w:r>
    </w:p>
    <w:p>
      <w:pPr>
        <w:spacing w:before="0" w:after="20"/>
        <w:jc w:val="both"/>
      </w:pPr>
      <w:r>
        <w:rPr/>
        <w:t>c. When does Omer's class water the plants?</w:t>
      </w:r>
    </w:p>
    <w:p>
      <w:pPr>
        <w:spacing w:before="0" w:after="80"/>
        <w:jc w:val="both"/>
      </w:pPr>
      <w:r>
        <w:rPr/>
        <w:t xml:space="preserve">   ○ every day      ○ on Sundays      ○ on Mondays and Thursdays      ○ on Fridays</w:t>
      </w:r>
    </w:p>
    <w:p>
      <w:pPr>
        <w:spacing w:before="0" w:after="20"/>
        <w:jc w:val="both"/>
      </w:pPr>
      <w:r>
        <w:rPr/>
        <w:t>d. Who picks the vegetables?</w:t>
      </w:r>
    </w:p>
    <w:p>
      <w:pPr>
        <w:spacing w:before="0" w:after="80"/>
        <w:jc w:val="both"/>
      </w:pPr>
      <w:r>
        <w:rPr/>
        <w:t xml:space="preserve">   ○ the fourth graders      ○ the parents      ○ Mr. Peretz      ○ the sixth graders</w:t>
      </w:r>
    </w:p>
    <w:p>
      <w:pPr>
        <w:spacing w:before="160" w:after="20"/>
        <w:jc w:val="both"/>
      </w:pPr>
      <w:r>
        <w:rPr>
          <w:b/>
          <w:bCs/>
          <w:sz w:val="26"/>
          <w:szCs w:val="26"/>
        </w:rPr>
        <w:t>2. Finding information: what did the place look like at first? Write two details. (5 pts)</w:t>
      </w:r>
    </w:p>
    <w:p>
      <w:pPr>
        <w:bidi/>
        <w:spacing w:before="0" w:after="0"/>
        <w:jc w:val="both"/>
      </w:pPr>
      <w:r>
        <w:rPr>
          <w:rFonts w:ascii="Arial" w:hAnsi="Arial" w:cs="Arial"/>
          <w:color w:val="6B7280"/>
          <w:sz w:val="20"/>
          <w:szCs w:val="20"/>
          <w:rtl/>
          <w:lang w:val="en-US" w:bidi="he-IL"/>
        </w:rPr>
        <w:t xml:space="preserve">איתור מידע: איך נראה המקום בהתחלה? כתבו שני פרטים.</w:t>
      </w:r>
    </w:p>
    <w:p>
      <w:pPr>
        <w:bidi/>
        <w:spacing w:before="0" w:after="80"/>
        <w:jc w:val="both"/>
      </w:pPr>
      <w:r>
        <w:rPr>
          <w:rFonts w:ascii="Arial" w:hAnsi="Arial" w:cs="Arial"/>
          <w:color w:val="6B7280"/>
          <w:sz w:val="21"/>
          <w:szCs w:val="21"/>
          <w:rtl/>
          <w:lang w:val="en-US" w:bidi="ar-SA"/>
        </w:rPr>
        <w:t xml:space="preserve">إيجاد المعلومات: كيف كان شكل المكان في البداية؟ اكتب تفصيلين.</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3. True or False? Correct the false sentences with words from the text. (8 pts)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 בעזרת מילים מהטקסט.</w:t>
      </w:r>
    </w:p>
    <w:p>
      <w:pPr>
        <w:bidi/>
        <w:spacing w:before="0" w:after="80"/>
        <w:jc w:val="both"/>
      </w:pPr>
      <w:r>
        <w:rPr>
          <w:rFonts w:ascii="Arial" w:hAnsi="Arial" w:cs="Arial"/>
          <w:color w:val="6B7280"/>
          <w:sz w:val="21"/>
          <w:szCs w:val="21"/>
          <w:rtl/>
          <w:lang w:val="en-US" w:bidi="ar-SA"/>
        </w:rPr>
        <w:t xml:space="preserve">صحيح أم خطأ؟ صحّح الجمل الخاطئة بكلمات من النصّ.</w:t>
      </w:r>
    </w:p>
    <w:p>
      <w:pPr>
        <w:spacing w:before="0" w:after="60"/>
        <w:jc w:val="both"/>
      </w:pPr>
      <w:r>
        <w:rPr/>
        <w:t>a. The students planted tomatoes and mint.      True / False</w:t>
      </w:r>
    </w:p>
    <w:p>
      <w:pPr>
        <w:spacing w:before="0" w:after="60"/>
        <w:jc w:val="both"/>
      </w:pPr>
      <w:r>
        <w:rPr/>
        <w:t>b. Mr. Peretz built the fence.      True / False</w:t>
      </w:r>
    </w:p>
    <w:p>
      <w:pPr>
        <w:spacing w:before="0" w:after="60"/>
        <w:jc w:val="both"/>
      </w:pPr>
      <w:r>
        <w:rPr/>
        <w:t>c. The fourth graders pull out weeds.      True / False</w:t>
      </w:r>
    </w:p>
    <w:p>
      <w:pPr>
        <w:spacing w:before="0" w:after="60"/>
        <w:jc w:val="both"/>
      </w:pPr>
      <w:r>
        <w:rPr/>
        <w:t>d. Today, Omer is watering the plants with Mr. Peretz.      True / False</w:t>
      </w:r>
    </w:p>
    <w:p>
      <w:pPr>
        <w:spacing w:before="160" w:after="20"/>
        <w:jc w:val="both"/>
      </w:pPr>
      <w:r>
        <w:rPr>
          <w:b/>
          <w:bCs/>
          <w:sz w:val="26"/>
          <w:szCs w:val="26"/>
        </w:rPr>
        <w:t>4. Vocabulary in context. (4 pts)</w:t>
      </w:r>
    </w:p>
    <w:p>
      <w:pPr>
        <w:bidi/>
        <w:spacing w:before="0" w:after="0"/>
        <w:jc w:val="both"/>
      </w:pPr>
      <w:r>
        <w:rPr>
          <w:rFonts w:ascii="Arial" w:hAnsi="Arial" w:cs="Arial"/>
          <w:color w:val="6B7280"/>
          <w:sz w:val="20"/>
          <w:szCs w:val="20"/>
          <w:rtl/>
          <w:lang w:val="en-US" w:bidi="he-IL"/>
        </w:rPr>
        <w:t xml:space="preserve">אוצר מילים בהקשר.</w:t>
      </w:r>
    </w:p>
    <w:p>
      <w:pPr>
        <w:bidi/>
        <w:spacing w:before="0" w:after="80"/>
        <w:jc w:val="both"/>
      </w:pPr>
      <w:r>
        <w:rPr>
          <w:rFonts w:ascii="Arial" w:hAnsi="Arial" w:cs="Arial"/>
          <w:color w:val="6B7280"/>
          <w:sz w:val="21"/>
          <w:szCs w:val="21"/>
          <w:rtl/>
          <w:lang w:val="en-US" w:bidi="ar-SA"/>
        </w:rPr>
        <w:t xml:space="preserve">المفردات في السياق.</w:t>
      </w:r>
    </w:p>
    <w:p>
      <w:pPr>
        <w:spacing w:before="0" w:after="20"/>
        <w:jc w:val="both"/>
      </w:pPr>
      <w:r>
        <w:rPr/>
        <w:t>a. "weeds" (paragraph 3) are:</w:t>
      </w:r>
    </w:p>
    <w:p>
      <w:pPr>
        <w:spacing w:before="0" w:after="80"/>
        <w:jc w:val="both"/>
      </w:pPr>
      <w:r>
        <w:rPr/>
        <w:t xml:space="preserve">   ○ plants we don't want in the garden      ○ kinds of vegetables      ○ garden tools</w:t>
      </w:r>
    </w:p>
    <w:p>
      <w:pPr>
        <w:spacing w:before="0" w:after="20"/>
        <w:jc w:val="both"/>
      </w:pPr>
      <w:r>
        <w:rPr/>
        <w:t>b. "Omer can't wait!" (paragraph 4) means:</w:t>
      </w:r>
    </w:p>
    <w:p>
      <w:pPr>
        <w:spacing w:before="0" w:after="80"/>
        <w:jc w:val="both"/>
      </w:pPr>
      <w:r>
        <w:rPr/>
        <w:t xml:space="preserve">   ○ Omer is angry.      ○ Omer is very excited.      ○ Omer is tired.</w:t>
      </w:r>
    </w:p>
    <w:p>
      <w:pPr>
        <w:spacing w:before="160" w:after="20"/>
        <w:jc w:val="both"/>
      </w:pPr>
      <w:r>
        <w:rPr>
          <w:b/>
          <w:bCs/>
          <w:sz w:val="26"/>
          <w:szCs w:val="26"/>
        </w:rPr>
        <w:t>5. Inference: why do you think Tamar is excited about the red tomatoes? (7 pts)</w:t>
      </w:r>
    </w:p>
    <w:p>
      <w:pPr>
        <w:bidi/>
        <w:spacing w:before="0" w:after="0"/>
        <w:jc w:val="both"/>
      </w:pPr>
      <w:r>
        <w:rPr>
          <w:rFonts w:ascii="Arial" w:hAnsi="Arial" w:cs="Arial"/>
          <w:color w:val="6B7280"/>
          <w:sz w:val="20"/>
          <w:szCs w:val="20"/>
          <w:rtl/>
          <w:lang w:val="en-US" w:bidi="he-IL"/>
        </w:rPr>
        <w:t xml:space="preserve">הסקת מסקנות: למה לדעתכם תמר מתרגשת מהעגבניות האדומות?</w:t>
      </w:r>
    </w:p>
    <w:p>
      <w:pPr>
        <w:bidi/>
        <w:spacing w:before="0" w:after="80"/>
        <w:jc w:val="both"/>
      </w:pPr>
      <w:r>
        <w:rPr>
          <w:rFonts w:ascii="Arial" w:hAnsi="Arial" w:cs="Arial"/>
          <w:color w:val="6B7280"/>
          <w:sz w:val="21"/>
          <w:szCs w:val="21"/>
          <w:rtl/>
          <w:lang w:val="en-US" w:bidi="ar-SA"/>
        </w:rPr>
        <w:t xml:space="preserve">الاستنتاج: لماذا تظنّ أنّ تمار متحمّسة بسبب البندورة الحمراء؟</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6. Why do you think the garden is good for the students? Give two reasons. Use because. (8 pts)</w:t>
      </w:r>
    </w:p>
    <w:p>
      <w:pPr>
        <w:bidi/>
        <w:spacing w:before="0" w:after="0"/>
        <w:jc w:val="both"/>
      </w:pPr>
      <w:r>
        <w:rPr>
          <w:rFonts w:ascii="Arial" w:hAnsi="Arial" w:cs="Arial"/>
          <w:color w:val="6B7280"/>
          <w:sz w:val="20"/>
          <w:szCs w:val="20"/>
          <w:rtl/>
          <w:lang w:val="en-US" w:bidi="he-IL"/>
        </w:rPr>
        <w:t xml:space="preserve">למה לדעתכם הגינה טובה לתלמידים? כתבו שתי סיבות. השתמשו ב־‎because‎.</w:t>
      </w:r>
    </w:p>
    <w:p>
      <w:pPr>
        <w:bidi/>
        <w:spacing w:before="0" w:after="80"/>
        <w:jc w:val="both"/>
      </w:pPr>
      <w:r>
        <w:rPr>
          <w:rFonts w:ascii="Arial" w:hAnsi="Arial" w:cs="Arial"/>
          <w:color w:val="6B7280"/>
          <w:sz w:val="21"/>
          <w:szCs w:val="21"/>
          <w:rtl/>
          <w:lang w:val="en-US" w:bidi="ar-SA"/>
        </w:rPr>
        <w:t xml:space="preserve">لماذا تظنّ أنّ الحديقة مفيدة للطلاب؟ اكتب سببين. استعمل ‎because‎.</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rFonts w:ascii="Arial Black" w:hAnsi="Arial Black" w:cs="Arial Black"/>
          <w:b/>
          <w:bCs/>
          <w:color w:val="6D28D9"/>
          <w:sz w:val="32"/>
          <w:szCs w:val="32"/>
        </w:rPr>
        <w:t>Part B: Vocabulary and Grammar (30 points)</w:t>
      </w:r>
    </w:p>
    <w:p>
      <w:pPr>
        <w:bidi/>
        <w:spacing w:before="0" w:after="0"/>
        <w:jc w:val="both"/>
      </w:pPr>
      <w:r>
        <w:rPr>
          <w:rFonts w:ascii="Arial" w:hAnsi="Arial" w:cs="Arial"/>
          <w:color w:val="6B7280"/>
          <w:sz w:val="20"/>
          <w:szCs w:val="20"/>
          <w:rtl/>
          <w:lang w:val="en-US" w:bidi="he-IL"/>
        </w:rPr>
        <w:t xml:space="preserve">חלק ב': אוצר מילים ודקדוק (30 נקודות)</w:t>
      </w:r>
    </w:p>
    <w:p>
      <w:pPr>
        <w:bidi/>
        <w:spacing w:before="0" w:after="80"/>
        <w:jc w:val="both"/>
      </w:pPr>
      <w:r>
        <w:rPr>
          <w:rFonts w:ascii="Arial" w:hAnsi="Arial" w:cs="Arial"/>
          <w:color w:val="6B7280"/>
          <w:sz w:val="21"/>
          <w:szCs w:val="21"/>
          <w:rtl/>
          <w:lang w:val="en-US" w:bidi="ar-SA"/>
        </w:rPr>
        <w:t xml:space="preserve">الجزء ب: المفردات والقواعد (30 علامة)</w:t>
      </w:r>
    </w:p>
    <w:p>
      <w:pPr>
        <w:spacing w:before="160" w:after="20"/>
        <w:jc w:val="both"/>
      </w:pPr>
      <w:r>
        <w:rPr>
          <w:b/>
          <w:bCs/>
          <w:sz w:val="26"/>
          <w:szCs w:val="26"/>
        </w:rPr>
        <w:t>1. Complete with the present simple or the present progressive of the verb in brackets. (8 pts)</w:t>
      </w:r>
    </w:p>
    <w:p>
      <w:pPr>
        <w:bidi/>
        <w:spacing w:before="0" w:after="0"/>
        <w:jc w:val="both"/>
      </w:pPr>
      <w:r>
        <w:rPr>
          <w:rFonts w:ascii="Arial" w:hAnsi="Arial" w:cs="Arial"/>
          <w:color w:val="6B7280"/>
          <w:sz w:val="20"/>
          <w:szCs w:val="20"/>
          <w:rtl/>
          <w:lang w:val="en-US" w:bidi="he-IL"/>
        </w:rPr>
        <w:t xml:space="preserve">השלימו בצורת ‎present simple‎ או ‎present progressive‎ של הפועל שבסוגריים.</w:t>
      </w:r>
    </w:p>
    <w:p>
      <w:pPr>
        <w:bidi/>
        <w:spacing w:before="0" w:after="80"/>
        <w:jc w:val="both"/>
      </w:pPr>
      <w:r>
        <w:rPr>
          <w:rFonts w:ascii="Arial" w:hAnsi="Arial" w:cs="Arial"/>
          <w:color w:val="6B7280"/>
          <w:sz w:val="21"/>
          <w:szCs w:val="21"/>
          <w:rtl/>
          <w:lang w:val="en-US" w:bidi="ar-SA"/>
        </w:rPr>
        <w:t xml:space="preserve">أكمل بصيغة ‎present simple‎ أو ‎present progressive‎ للفعل الذي بين القوسين.</w:t>
      </w:r>
    </w:p>
    <w:p>
      <w:pPr>
        <w:spacing w:before="0" w:after="60"/>
        <w:jc w:val="both"/>
      </w:pPr>
      <w:r>
        <w:rPr/>
        <w:t>a. Tamar __________ her grandma every Friday. (visit)</w:t>
      </w:r>
    </w:p>
    <w:p>
      <w:pPr>
        <w:spacing w:before="0" w:after="60"/>
        <w:jc w:val="both"/>
      </w:pPr>
      <w:r>
        <w:rPr/>
        <w:t>b. Look! Noam __________ a tree. (climb)</w:t>
      </w:r>
    </w:p>
    <w:p>
      <w:pPr>
        <w:spacing w:before="0" w:after="60"/>
        <w:jc w:val="both"/>
      </w:pPr>
      <w:r>
        <w:rPr/>
        <w:t>c. My dad __________ coffee in the morning. (not drink)</w:t>
      </w:r>
    </w:p>
    <w:p>
      <w:pPr>
        <w:spacing w:before="0" w:after="60"/>
        <w:jc w:val="both"/>
      </w:pPr>
      <w:r>
        <w:rPr/>
        <w:t>d. Listen! The birds __________. (sing)</w:t>
      </w:r>
    </w:p>
    <w:p>
      <w:pPr>
        <w:spacing w:before="160" w:after="20"/>
        <w:jc w:val="both"/>
      </w:pPr>
      <w:r>
        <w:rPr>
          <w:b/>
          <w:bCs/>
          <w:sz w:val="26"/>
          <w:szCs w:val="26"/>
        </w:rPr>
        <w:t>2. Complete with was, were or the past simple of the verb in brackets. (8 pts)</w:t>
      </w:r>
    </w:p>
    <w:p>
      <w:pPr>
        <w:bidi/>
        <w:spacing w:before="0" w:after="0"/>
        <w:jc w:val="both"/>
      </w:pPr>
      <w:r>
        <w:rPr>
          <w:rFonts w:ascii="Arial" w:hAnsi="Arial" w:cs="Arial"/>
          <w:color w:val="6B7280"/>
          <w:sz w:val="20"/>
          <w:szCs w:val="20"/>
          <w:rtl/>
          <w:lang w:val="en-US" w:bidi="he-IL"/>
        </w:rPr>
        <w:t xml:space="preserve">השלימו ב־‎was‎, ב־‎were‎ או בצורת ‎past simple‎ של הפועל שבסוגריים.</w:t>
      </w:r>
    </w:p>
    <w:p>
      <w:pPr>
        <w:bidi/>
        <w:spacing w:before="0" w:after="80"/>
        <w:jc w:val="both"/>
      </w:pPr>
      <w:r>
        <w:rPr>
          <w:rFonts w:ascii="Arial" w:hAnsi="Arial" w:cs="Arial"/>
          <w:color w:val="6B7280"/>
          <w:sz w:val="21"/>
          <w:szCs w:val="21"/>
          <w:rtl/>
          <w:lang w:val="en-US" w:bidi="ar-SA"/>
        </w:rPr>
        <w:t xml:space="preserve">أكمل بـ ‎was‎ أو ‎were‎ أو بصيغة ‎past simple‎ للفعل الذي بين القوسين.</w:t>
      </w:r>
    </w:p>
    <w:p>
      <w:pPr>
        <w:spacing w:before="0" w:after="60"/>
        <w:jc w:val="both"/>
      </w:pPr>
      <w:r>
        <w:rPr/>
        <w:t>a. Yesterday I __________ at the dentist. (be)</w:t>
      </w:r>
    </w:p>
    <w:p>
      <w:pPr>
        <w:spacing w:before="0" w:after="60"/>
        <w:jc w:val="both"/>
      </w:pPr>
      <w:r>
        <w:rPr/>
        <w:t>b. Last summer we __________ to the Galilee. (go)</w:t>
      </w:r>
    </w:p>
    <w:p>
      <w:pPr>
        <w:spacing w:before="0" w:after="60"/>
        <w:jc w:val="both"/>
      </w:pPr>
      <w:r>
        <w:rPr/>
        <w:t>c. The children __________ very happy at the party. (be)</w:t>
      </w:r>
    </w:p>
    <w:p>
      <w:pPr>
        <w:spacing w:before="0" w:after="60"/>
        <w:jc w:val="both"/>
      </w:pPr>
      <w:r>
        <w:rPr/>
        <w:t>d. Itay __________ a big fish in the sea. (see)</w:t>
      </w:r>
    </w:p>
    <w:p>
      <w:pPr>
        <w:spacing w:before="160" w:after="20"/>
        <w:jc w:val="both"/>
      </w:pPr>
      <w:r>
        <w:rPr>
          <w:b/>
          <w:bCs/>
          <w:sz w:val="26"/>
          <w:szCs w:val="26"/>
        </w:rPr>
        <w:t>3. Circle the correct word. (8 pts)</w:t>
      </w:r>
    </w:p>
    <w:p>
      <w:pPr>
        <w:bidi/>
        <w:spacing w:before="0" w:after="0"/>
        <w:jc w:val="both"/>
      </w:pPr>
      <w:r>
        <w:rPr>
          <w:rFonts w:ascii="Arial" w:hAnsi="Arial" w:cs="Arial"/>
          <w:color w:val="6B7280"/>
          <w:sz w:val="20"/>
          <w:szCs w:val="20"/>
          <w:rtl/>
          <w:lang w:val="en-US" w:bidi="he-IL"/>
        </w:rPr>
        <w:t xml:space="preserve">הקיפו את המילה הנכונה.</w:t>
      </w:r>
    </w:p>
    <w:p>
      <w:pPr>
        <w:bidi/>
        <w:spacing w:before="0" w:after="80"/>
        <w:jc w:val="both"/>
      </w:pPr>
      <w:r>
        <w:rPr>
          <w:rFonts w:ascii="Arial" w:hAnsi="Arial" w:cs="Arial"/>
          <w:color w:val="6B7280"/>
          <w:sz w:val="21"/>
          <w:szCs w:val="21"/>
          <w:rtl/>
          <w:lang w:val="en-US" w:bidi="ar-SA"/>
        </w:rPr>
        <w:t xml:space="preserve">ضع دائرة حول الكلمة الصحيحة.</w:t>
      </w:r>
    </w:p>
    <w:p>
      <w:pPr>
        <w:spacing w:before="0" w:after="20"/>
        <w:jc w:val="both"/>
      </w:pPr>
      <w:r>
        <w:rPr/>
        <w:t>a. My uncle is ___ engineer.</w:t>
      </w:r>
    </w:p>
    <w:p>
      <w:pPr>
        <w:spacing w:before="0" w:after="80"/>
        <w:jc w:val="both"/>
      </w:pPr>
      <w:r>
        <w:rPr/>
        <w:t xml:space="preserve">   ○ a      ○ an      ○ the</w:t>
      </w:r>
    </w:p>
    <w:p>
      <w:pPr>
        <w:spacing w:before="0" w:after="20"/>
        <w:jc w:val="both"/>
      </w:pPr>
      <w:r>
        <w:rPr/>
        <w:t>b. There are three ___ in the box.</w:t>
      </w:r>
    </w:p>
    <w:p>
      <w:pPr>
        <w:spacing w:before="0" w:after="80"/>
        <w:jc w:val="both"/>
      </w:pPr>
      <w:r>
        <w:rPr/>
        <w:t xml:space="preserve">   ○ mouses      ○ mice      ○ mices</w:t>
      </w:r>
    </w:p>
    <w:p>
      <w:pPr>
        <w:spacing w:before="0" w:after="20"/>
        <w:jc w:val="both"/>
      </w:pPr>
      <w:r>
        <w:rPr/>
        <w:t>c. This is ___ room. (Maya)</w:t>
      </w:r>
    </w:p>
    <w:p>
      <w:pPr>
        <w:spacing w:before="0" w:after="80"/>
        <w:jc w:val="both"/>
      </w:pPr>
      <w:r>
        <w:rPr/>
        <w:t xml:space="preserve">   ○ Mayas      ○ Maya's      ○ Mayas'</w:t>
      </w:r>
    </w:p>
    <w:p>
      <w:pPr>
        <w:spacing w:before="0" w:after="20"/>
        <w:jc w:val="both"/>
      </w:pPr>
      <w:r>
        <w:rPr/>
        <w:t>d. Ben and Yoav are with ___ dog.</w:t>
      </w:r>
    </w:p>
    <w:p>
      <w:pPr>
        <w:spacing w:before="0" w:after="80"/>
        <w:jc w:val="both"/>
      </w:pPr>
      <w:r>
        <w:rPr/>
        <w:t xml:space="preserve">   ○ his      ○ her      ○ their</w:t>
      </w:r>
    </w:p>
    <w:p>
      <w:pPr>
        <w:spacing w:before="160" w:after="20"/>
        <w:jc w:val="both"/>
      </w:pPr>
      <w:r>
        <w:rPr>
          <w:b/>
          <w:bCs/>
          <w:sz w:val="26"/>
          <w:szCs w:val="26"/>
        </w:rPr>
        <w:t>4. Find the mistake. Write the sentence correctly. (6 pts)</w:t>
      </w:r>
    </w:p>
    <w:p>
      <w:pPr>
        <w:bidi/>
        <w:spacing w:before="0" w:after="0"/>
        <w:jc w:val="both"/>
      </w:pPr>
      <w:r>
        <w:rPr>
          <w:rFonts w:ascii="Arial" w:hAnsi="Arial" w:cs="Arial"/>
          <w:color w:val="6B7280"/>
          <w:sz w:val="20"/>
          <w:szCs w:val="20"/>
          <w:rtl/>
          <w:lang w:val="en-US" w:bidi="he-IL"/>
        </w:rPr>
        <w:t xml:space="preserve">מצאו את הטעות. כתבו את המשפט נכון.</w:t>
      </w:r>
    </w:p>
    <w:p>
      <w:pPr>
        <w:bidi/>
        <w:spacing w:before="0" w:after="80"/>
        <w:jc w:val="both"/>
      </w:pPr>
      <w:r>
        <w:rPr>
          <w:rFonts w:ascii="Arial" w:hAnsi="Arial" w:cs="Arial"/>
          <w:color w:val="6B7280"/>
          <w:sz w:val="21"/>
          <w:szCs w:val="21"/>
          <w:rtl/>
          <w:lang w:val="en-US" w:bidi="ar-SA"/>
        </w:rPr>
        <w:t xml:space="preserve">جد الخطأ. اكتب الجملة بشكل صحيح.</w:t>
      </w:r>
    </w:p>
    <w:p>
      <w:pPr>
        <w:spacing w:before="0" w:after="100"/>
        <w:jc w:val="both"/>
      </w:pPr>
      <w:r>
        <w:rPr/>
        <w:t>a. She have two brothers.</w:t>
      </w:r>
    </w:p>
    <w:p>
      <w:pPr>
        <w:spacing w:before="0" w:after="100"/>
        <w:jc w:val="both"/>
      </w:pPr>
      <w:r>
        <w:rPr/>
        <w:t>b. We was in Eilat last week.</w:t>
      </w:r>
    </w:p>
    <w:p>
      <w:pPr>
        <w:spacing w:before="0" w:after="100"/>
        <w:jc w:val="both"/>
      </w:pPr>
      <w:r>
        <w:rPr/>
        <w:t>c. I buyed a new bag.</w:t>
      </w:r>
    </w:p>
    <w:p>
      <w:pPr>
        <w:spacing w:before="160" w:after="20"/>
        <w:jc w:val="both"/>
      </w:pPr>
      <w:r>
        <w:rPr>
          <w:rFonts w:ascii="Arial Black" w:hAnsi="Arial Black" w:cs="Arial Black"/>
          <w:b/>
          <w:bCs/>
          <w:color w:val="6D28D9"/>
          <w:sz w:val="32"/>
          <w:szCs w:val="32"/>
        </w:rPr>
        <w:t>Part C: Writing (30 points)</w:t>
      </w:r>
    </w:p>
    <w:p>
      <w:pPr>
        <w:bidi/>
        <w:spacing w:before="0" w:after="0"/>
        <w:jc w:val="both"/>
      </w:pPr>
      <w:r>
        <w:rPr>
          <w:rFonts w:ascii="Arial" w:hAnsi="Arial" w:cs="Arial"/>
          <w:color w:val="6B7280"/>
          <w:sz w:val="20"/>
          <w:szCs w:val="20"/>
          <w:rtl/>
          <w:lang w:val="en-US" w:bidi="he-IL"/>
        </w:rPr>
        <w:t xml:space="preserve">חלק ג': כתיבה (30 נקודות)</w:t>
      </w:r>
    </w:p>
    <w:p>
      <w:pPr>
        <w:bidi/>
        <w:spacing w:before="0" w:after="80"/>
        <w:jc w:val="both"/>
      </w:pPr>
      <w:r>
        <w:rPr>
          <w:rFonts w:ascii="Arial" w:hAnsi="Arial" w:cs="Arial"/>
          <w:color w:val="6B7280"/>
          <w:sz w:val="21"/>
          <w:szCs w:val="21"/>
          <w:rtl/>
          <w:lang w:val="en-US" w:bidi="ar-SA"/>
        </w:rPr>
        <w:t xml:space="preserve">الجزء ج: الكتابة (30 علامة)</w:t>
      </w:r>
    </w:p>
    <w:p>
      <w:pPr>
        <w:spacing w:before="160" w:after="20"/>
        <w:jc w:val="both"/>
      </w:pPr>
      <w:r>
        <w:rPr>
          <w:b/>
          <w:bCs/>
          <w:sz w:val="26"/>
          <w:szCs w:val="26"/>
        </w:rPr>
        <w:t>1. Write a paragraph (8–10 lines) about a special day you had (a trip, a birthday, a holiday). Check list: an opening sentence; where you were, who was with you and what you did; at least 4 verbs in the past simple (regular and irregular); was / were; the linking words and, but, then and because; a closing sentence with your feelings; capital letters and full stops. (30 pts)</w:t>
      </w:r>
    </w:p>
    <w:p>
      <w:pPr>
        <w:bidi/>
        <w:spacing w:before="0" w:after="0"/>
        <w:jc w:val="both"/>
      </w:pPr>
      <w:r>
        <w:rPr>
          <w:rFonts w:ascii="Arial" w:hAnsi="Arial" w:cs="Arial"/>
          <w:color w:val="6B7280"/>
          <w:sz w:val="20"/>
          <w:szCs w:val="20"/>
          <w:rtl/>
          <w:lang w:val="en-US" w:bidi="he-IL"/>
        </w:rPr>
        <w:t xml:space="preserve">כתבו פסקה (8–10 שורות) על יום מיוחד שהיה לכם (טיול, יום הולדת, חג). רשימת בדיקה: משפט פתיחה; איפה הייתם, מי היה איתכם ומה עשיתם; לפחות 4 פעלים ב־‎past simple (‎רגילים ויוצאי דופן‎); was / were‎; מילות הקישור ‎and, but, then‎ ו־‎because‎; משפט סיום עם הרגשות שלכם; אותיות גדולות ונקודות.</w:t>
      </w:r>
    </w:p>
    <w:p>
      <w:pPr>
        <w:bidi/>
        <w:spacing w:before="0" w:after="80"/>
        <w:jc w:val="both"/>
      </w:pPr>
      <w:r>
        <w:rPr>
          <w:rFonts w:ascii="Arial" w:hAnsi="Arial" w:cs="Arial"/>
          <w:color w:val="6B7280"/>
          <w:sz w:val="21"/>
          <w:szCs w:val="21"/>
          <w:rtl/>
          <w:lang w:val="en-US" w:bidi="ar-SA"/>
        </w:rPr>
        <w:t xml:space="preserve">اكتب فقرة (8–10 أسطر) عن يوم مميّز مررت به (رحلة، عيد ميلاد، عطلة). قائمة فحص: جملة افتتاحية؛ أين كنت، ومن كان معك، وماذا فعلت؛ 4 أفعال على الأقلّ بصيغة ‎past simple (‎منتظمة وشاذّة)؛ ‎was / were‎؛ أدوات الربط ‎and‎ و‎but‎ و‎then‎ و‎because‎؛ جملة ختامية عن مشاعرك؛ أحرف كبيرة ونقاط.</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center"/>
      </w:pPr>
      <w:r>
        <w:rPr>
          <w:rFonts w:ascii="Arial" w:hAnsi="Arial" w:cs="Arial"/>
          <w:b/>
          <w:bCs/>
          <w:sz w:val="32"/>
          <w:szCs w:val="32"/>
        </w:rPr>
        <w:t xml:space="preserve">Good luck! · </w:t>
      </w:r>
      <w:r>
        <w:rPr>
          <w:rFonts w:ascii="Arial" w:hAnsi="Arial" w:cs="Arial"/>
          <w:b/>
          <w:bCs/>
          <w:color w:val="1D2433"/>
          <w:sz w:val="32"/>
          <w:szCs w:val="32"/>
          <w:rtl/>
          <w:lang w:val="en-US" w:bidi="he-IL"/>
        </w:rPr>
        <w:t xml:space="preserve">בהצלחה!</w:t>
      </w:r>
      <w:r>
        <w:rPr>
          <w:sz w:val="32"/>
          <w:szCs w:val="32"/>
        </w:rPr>
        <w:t>‎</w:t>
      </w:r>
      <w:r>
        <w:rPr>
          <w:rFonts w:ascii="Arial" w:hAnsi="Arial" w:cs="Arial"/>
          <w:b/>
          <w:bCs/>
          <w:sz w:val="32"/>
          <w:szCs w:val="32"/>
        </w:rPr>
        <w:t xml:space="preserve"> · </w:t>
      </w:r>
      <w:r>
        <w:rPr>
          <w:rFonts w:ascii="Arial" w:hAnsi="Arial" w:cs="Arial"/>
          <w:b/>
          <w:bCs/>
          <w:color w:val="1D2433"/>
          <w:sz w:val="32"/>
          <w:szCs w:val="32"/>
          <w:rtl/>
          <w:lang w:val="en-US" w:bidi="ar-SA"/>
        </w:rPr>
        <w:t xml:space="preserve">بالتوفيق!</w:t>
      </w:r>
      <w:r>
        <w:rPr>
          <w:sz w:val="32"/>
          <w:szCs w:val="32"/>
        </w:rPr>
        <w:t>‎</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