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Test answer key</w:t>
      </w:r>
    </w:p>
    <w:p>
      <w:pPr>
        <w:spacing w:before="0" w:after="40"/>
        <w:jc w:val="both"/>
      </w:pPr>
      <w:r>
        <w:rPr>
          <w:rFonts w:ascii="Arial Black" w:hAnsi="Arial Black" w:cs="Arial Black"/>
          <w:b/>
          <w:bCs/>
          <w:color w:val="0F766E"/>
          <w:sz w:val="44"/>
          <w:szCs w:val="44"/>
        </w:rPr>
        <w:t>🔑 🎯 Final Test – High Level – Answer Key</w:t>
      </w:r>
    </w:p>
    <w:p>
      <w:pPr>
        <w:bidi/>
        <w:spacing w:before="0" w:after="0"/>
        <w:jc w:val="both"/>
      </w:pPr>
      <w:r>
        <w:rPr>
          <w:rFonts w:ascii="Arial" w:hAnsi="Arial" w:cs="Arial"/>
          <w:color w:val="6B7280"/>
          <w:sz w:val="22"/>
          <w:szCs w:val="22"/>
          <w:rtl/>
          <w:lang w:val="en-US" w:bidi="he-IL"/>
        </w:rPr>
        <w:t xml:space="preserve">🎯 מבחן מסכם – רמה גבוהה</w:t>
      </w:r>
    </w:p>
    <w:p>
      <w:pPr>
        <w:bidi/>
        <w:spacing w:before="0" w:after="120"/>
        <w:jc w:val="both"/>
      </w:pPr>
      <w:r>
        <w:rPr>
          <w:rFonts w:ascii="Arial" w:hAnsi="Arial" w:cs="Arial"/>
          <w:color w:val="6B7280"/>
          <w:sz w:val="23"/>
          <w:szCs w:val="23"/>
          <w:rtl/>
          <w:lang w:val="en-US" w:bidi="ar-SA"/>
        </w:rPr>
        <w:t xml:space="preserve">🎯 الامتحان النهائيّ – المستوى المتقدّم</w:t>
      </w:r>
    </w:p>
    <w:p>
      <w:pPr>
        <w:spacing w:before="0" w:after="20"/>
        <w:jc w:val="both"/>
      </w:pPr>
      <w:r>
        <w:rPr>
          <w:color w:val="5B6476"/>
          <w:sz w:val="22"/>
          <w:szCs w:val="22"/>
        </w:rPr>
        <w:t>Time: 90 minutes · Total: 100 points · Read the text carefully and answer all the questions in full sentences.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 במשפטים מלאים.</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 بجمل كاملة.</w:t>
      </w:r>
    </w:p>
    <w:p>
      <w:pPr>
        <w:spacing w:before="200" w:after="80"/>
        <w:jc w:val="both"/>
      </w:pPr>
      <w:r>
        <w:rPr>
          <w:rFonts w:ascii="Arial Black" w:hAnsi="Arial Black" w:cs="Arial Black"/>
          <w:b/>
          <w:bCs/>
          <w:color w:val="0F766E"/>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Part</w:t>
            </w:r>
          </w:p>
        </w:tc>
        <w:tc>
          <w:tcPr>
            <w:tcW w:type="dxa" w:w="3326"/>
            <w:shd w:val="clear" w:color="auto" w:fill="0f766e"/>
          </w:tcPr>
          <w:p>
            <w:pPr>
              <w:spacing w:before="0" w:after="40"/>
              <w:jc w:val="both"/>
            </w:pPr>
            <w:r>
              <w:rPr>
                <w:b/>
                <w:bCs/>
                <w:color w:val="FFFFFF"/>
              </w:rPr>
              <w:t>Max points</w:t>
            </w:r>
          </w:p>
        </w:tc>
        <w:tc>
          <w:tcPr>
            <w:tcW w:type="dxa" w:w="3326"/>
            <w:shd w:val="clear" w:color="auto" w:fill="0f766e"/>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0F766E"/>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60" w:after="20"/>
        <w:jc w:val="both"/>
      </w:pPr>
      <w:r>
        <w:rPr>
          <w:b/>
          <w:bCs/>
          <w:sz w:val="26"/>
          <w:szCs w:val="26"/>
        </w:rPr>
        <w:t>1. Finding information: choose the correct answer. (6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What does Daniel do every afternoon?</w:t>
      </w:r>
    </w:p>
    <w:p>
      <w:pPr>
        <w:spacing w:before="0" w:after="80"/>
        <w:jc w:val="both"/>
      </w:pPr>
      <w:r>
        <w:rPr>
          <w:b/>
          <w:bCs/>
          <w:color w:val="0F7A4F"/>
        </w:rPr>
        <w:t xml:space="preserve">   ✔ He helps his grandfather and feeds the goats.</w:t>
      </w:r>
    </w:p>
    <w:p>
      <w:pPr>
        <w:spacing w:before="0" w:after="20"/>
        <w:jc w:val="both"/>
      </w:pPr>
      <w:r>
        <w:rPr/>
        <w:t>b. What did Daniel see from the window?</w:t>
      </w:r>
    </w:p>
    <w:p>
      <w:pPr>
        <w:spacing w:before="0" w:after="80"/>
        <w:jc w:val="both"/>
      </w:pPr>
      <w:r>
        <w:rPr>
          <w:b/>
          <w:bCs/>
          <w:color w:val="0F7A4F"/>
        </w:rPr>
        <w:t xml:space="preserve">   ✔ The barn door was open and the goats were outside.</w:t>
      </w:r>
    </w:p>
    <w:p>
      <w:pPr>
        <w:spacing w:before="0" w:after="20"/>
        <w:jc w:val="both"/>
      </w:pPr>
      <w:r>
        <w:rPr/>
        <w:t>c. Where did Daniel find Bella?</w:t>
      </w:r>
    </w:p>
    <w:p>
      <w:pPr>
        <w:spacing w:before="0" w:after="80"/>
        <w:jc w:val="both"/>
      </w:pPr>
      <w:r>
        <w:rPr>
          <w:b/>
          <w:bCs/>
          <w:color w:val="0F7A4F"/>
        </w:rPr>
        <w:t xml:space="preserve">   ✔ under an old tractor</w:t>
      </w:r>
    </w:p>
    <w:p>
      <w:pPr>
        <w:spacing w:before="160" w:after="20"/>
        <w:jc w:val="both"/>
      </w:pPr>
      <w:r>
        <w:rPr>
          <w:b/>
          <w:bCs/>
          <w:sz w:val="26"/>
          <w:szCs w:val="26"/>
        </w:rPr>
        <w:t>2. Finding information: why was it hard to find the goats? Give two reasons from the text. (6 pts)</w:t>
      </w:r>
    </w:p>
    <w:p>
      <w:pPr>
        <w:bidi/>
        <w:spacing w:before="0" w:after="0"/>
        <w:jc w:val="both"/>
      </w:pPr>
      <w:r>
        <w:rPr>
          <w:rFonts w:ascii="Arial" w:hAnsi="Arial" w:cs="Arial"/>
          <w:color w:val="6B7280"/>
          <w:sz w:val="20"/>
          <w:szCs w:val="20"/>
          <w:rtl/>
          <w:lang w:val="en-US" w:bidi="he-IL"/>
        </w:rPr>
        <w:t xml:space="preserve">איתור מידע: למה היה קשה למצוא את העזים? כתבו שתי סיבות מהטקסט.</w:t>
      </w:r>
    </w:p>
    <w:p>
      <w:pPr>
        <w:bidi/>
        <w:spacing w:before="0" w:after="80"/>
        <w:jc w:val="both"/>
      </w:pPr>
      <w:r>
        <w:rPr>
          <w:rFonts w:ascii="Arial" w:hAnsi="Arial" w:cs="Arial"/>
          <w:color w:val="6B7280"/>
          <w:sz w:val="21"/>
          <w:szCs w:val="21"/>
          <w:rtl/>
          <w:lang w:val="en-US" w:bidi="ar-SA"/>
        </w:rPr>
        <w:t xml:space="preserve">إيجاد المعلومات: لماذا كان من الصعب إيجاد الماعز؟ اكتب سببين من النصّ.</w:t>
      </w:r>
    </w:p>
    <w:p>
      <w:pPr>
        <w:spacing w:before="0" w:after="80"/>
        <w:jc w:val="both"/>
      </w:pPr>
      <w:r>
        <w:rPr>
          <w:color w:val="0F7A4F"/>
        </w:rPr>
        <w:t>Possible answer: Because the ground was muddy (3) and the goats were frightened (3). (Also accept: it was dark / it was raining.)</w:t>
      </w:r>
    </w:p>
    <w:p>
      <w:pPr>
        <w:spacing w:before="160" w:after="20"/>
        <w:jc w:val="both"/>
      </w:pPr>
      <w:r>
        <w:rPr>
          <w:b/>
          <w:bCs/>
          <w:sz w:val="26"/>
          <w:szCs w:val="26"/>
        </w:rPr>
        <w:t>3. True or False? Copy a sentence from the text that proves your answer. (8 pts)</w:t>
      </w:r>
    </w:p>
    <w:p>
      <w:pPr>
        <w:bidi/>
        <w:spacing w:before="0" w:after="0"/>
        <w:jc w:val="both"/>
      </w:pPr>
      <w:r>
        <w:rPr>
          <w:rFonts w:ascii="Arial" w:hAnsi="Arial" w:cs="Arial"/>
          <w:color w:val="6B7280"/>
          <w:sz w:val="20"/>
          <w:szCs w:val="20"/>
          <w:rtl/>
          <w:lang w:val="en-US" w:bidi="he-IL"/>
        </w:rPr>
        <w:t xml:space="preserve">נכון או לא נכון? העתיקו משפט מהטקסט שמוכיח את התשובה שלכם.</w:t>
      </w:r>
    </w:p>
    <w:p>
      <w:pPr>
        <w:bidi/>
        <w:spacing w:before="0" w:after="80"/>
        <w:jc w:val="both"/>
      </w:pPr>
      <w:r>
        <w:rPr>
          <w:rFonts w:ascii="Arial" w:hAnsi="Arial" w:cs="Arial"/>
          <w:color w:val="6B7280"/>
          <w:sz w:val="21"/>
          <w:szCs w:val="21"/>
          <w:rtl/>
          <w:lang w:val="en-US" w:bidi="ar-SA"/>
        </w:rPr>
        <w:t xml:space="preserve">صحيح أم خطأ؟ انسخ جملة من النصّ تُثبت إجابتك.</w:t>
      </w:r>
    </w:p>
    <w:p>
      <w:pPr>
        <w:spacing w:before="0" w:after="40"/>
        <w:jc w:val="both"/>
      </w:pPr>
      <w:r>
        <w:rPr/>
        <w:t>a. Grandpa Yosef has a field of sunflowers. – True</w:t>
      </w:r>
    </w:p>
    <w:p>
      <w:pPr>
        <w:spacing w:before="0" w:after="40"/>
        <w:jc w:val="both"/>
      </w:pPr>
      <w:r>
        <w:rPr/>
        <w:t>b. Daniel went out alone in the storm. – False – "Daniel woke up his father." / "They put on their raincoats ..."</w:t>
      </w:r>
    </w:p>
    <w:p>
      <w:pPr>
        <w:spacing w:before="0" w:after="40"/>
        <w:jc w:val="both"/>
      </w:pPr>
      <w:r>
        <w:rPr/>
        <w:t>c. They found all the goats in one hour. – False – "After an hour, they found nineteen goats. But Bella ... wasn't there."</w:t>
      </w:r>
    </w:p>
    <w:p>
      <w:pPr>
        <w:spacing w:before="0" w:after="40"/>
        <w:jc w:val="both"/>
      </w:pPr>
      <w:r>
        <w:rPr/>
        <w:t>d. Bella was hurt badly. – False – "She was wet and dirty, but she was fine."</w:t>
      </w:r>
    </w:p>
    <w:p>
      <w:pPr>
        <w:spacing w:before="160" w:after="20"/>
        <w:jc w:val="both"/>
      </w:pPr>
      <w:r>
        <w:rPr>
          <w:b/>
          <w:bCs/>
          <w:sz w:val="26"/>
          <w:szCs w:val="26"/>
        </w:rPr>
        <w:t>4. Vocabulary in context. (4 pts)</w:t>
      </w:r>
    </w:p>
    <w:p>
      <w:pPr>
        <w:bidi/>
        <w:spacing w:before="0" w:after="0"/>
        <w:jc w:val="both"/>
      </w:pPr>
      <w:r>
        <w:rPr>
          <w:rFonts w:ascii="Arial" w:hAnsi="Arial" w:cs="Arial"/>
          <w:color w:val="6B7280"/>
          <w:sz w:val="20"/>
          <w:szCs w:val="20"/>
          <w:rtl/>
          <w:lang w:val="en-US" w:bidi="he-IL"/>
        </w:rPr>
        <w:t xml:space="preserve">אוצר מילים בהקשר.</w:t>
      </w:r>
    </w:p>
    <w:p>
      <w:pPr>
        <w:bidi/>
        <w:spacing w:before="0" w:after="80"/>
        <w:jc w:val="both"/>
      </w:pPr>
      <w:r>
        <w:rPr>
          <w:rFonts w:ascii="Arial" w:hAnsi="Arial" w:cs="Arial"/>
          <w:color w:val="6B7280"/>
          <w:sz w:val="21"/>
          <w:szCs w:val="21"/>
          <w:rtl/>
          <w:lang w:val="en-US" w:bidi="ar-SA"/>
        </w:rPr>
        <w:t xml:space="preserve">المفردات في السياق.</w:t>
      </w:r>
    </w:p>
    <w:p>
      <w:pPr>
        <w:spacing w:before="0" w:after="20"/>
        <w:jc w:val="both"/>
      </w:pPr>
      <w:r>
        <w:rPr/>
        <w:t>a. "frightened" (paragraph 3) means:</w:t>
      </w:r>
    </w:p>
    <w:p>
      <w:pPr>
        <w:spacing w:before="0" w:after="80"/>
        <w:jc w:val="both"/>
      </w:pPr>
      <w:r>
        <w:rPr>
          <w:b/>
          <w:bCs/>
          <w:color w:val="0F7A4F"/>
        </w:rPr>
        <w:t xml:space="preserve">   ✔ afraid</w:t>
      </w:r>
    </w:p>
    <w:p>
      <w:pPr>
        <w:spacing w:before="0" w:after="20"/>
        <w:jc w:val="both"/>
      </w:pPr>
      <w:r>
        <w:rPr/>
        <w:t>b. "the storm was over" (paragraph 4) means:</w:t>
      </w:r>
    </w:p>
    <w:p>
      <w:pPr>
        <w:spacing w:before="0" w:after="80"/>
        <w:jc w:val="both"/>
      </w:pPr>
      <w:r>
        <w:rPr>
          <w:b/>
          <w:bCs/>
          <w:color w:val="0F7A4F"/>
        </w:rPr>
        <w:t xml:space="preserve">   ✔ the storm finished</w:t>
      </w:r>
    </w:p>
    <w:p>
      <w:pPr>
        <w:spacing w:before="160" w:after="20"/>
        <w:jc w:val="both"/>
      </w:pPr>
      <w:r>
        <w:rPr>
          <w:b/>
          <w:bCs/>
          <w:sz w:val="26"/>
          <w:szCs w:val="26"/>
        </w:rPr>
        <w:t>5. Inference: at the beginning of the story, Grandpa tells Daniel stories. What does Grandpa mean at the end: "Now you have your own story to tell"? (8 pts)</w:t>
      </w:r>
    </w:p>
    <w:p>
      <w:pPr>
        <w:bidi/>
        <w:spacing w:before="0" w:after="0"/>
        <w:jc w:val="both"/>
      </w:pPr>
      <w:r>
        <w:rPr>
          <w:rFonts w:ascii="Arial" w:hAnsi="Arial" w:cs="Arial"/>
          <w:color w:val="6B7280"/>
          <w:sz w:val="20"/>
          <w:szCs w:val="20"/>
          <w:rtl/>
          <w:lang w:val="en-US" w:bidi="he-IL"/>
        </w:rPr>
        <w:t xml:space="preserve">הסקת מסקנות: בתחילת הסיפור סבא מספר לדניאל סיפורים. למה סבא מתכוון בסוף: ‎"Now you have your own story to tell"?‎</w:t>
      </w:r>
    </w:p>
    <w:p>
      <w:pPr>
        <w:bidi/>
        <w:spacing w:before="0" w:after="80"/>
        <w:jc w:val="both"/>
      </w:pPr>
      <w:r>
        <w:rPr>
          <w:rFonts w:ascii="Arial" w:hAnsi="Arial" w:cs="Arial"/>
          <w:color w:val="6B7280"/>
          <w:sz w:val="21"/>
          <w:szCs w:val="21"/>
          <w:rtl/>
          <w:lang w:val="en-US" w:bidi="ar-SA"/>
        </w:rPr>
        <w:t xml:space="preserve">الاستنتاج: في بداية القصّة يحكي الجدّ لدانيال قصصًا. ماذا يقصد الجدّ في النهاية: ‎"Now you have your own story to tell"‎؟</w:t>
      </w:r>
    </w:p>
    <w:p>
      <w:pPr>
        <w:spacing w:before="0" w:after="80"/>
        <w:jc w:val="both"/>
      </w:pPr>
      <w:r>
        <w:rPr>
          <w:color w:val="0F7A4F"/>
        </w:rPr>
        <w:t>Possible answer: Grandpa means that Daniel had a real adventure of his own (4): one day Daniel can tell the story of the storm and Bella, like Grandpa tells his stories about the moshav (4).</w:t>
      </w:r>
    </w:p>
    <w:p>
      <w:pPr>
        <w:spacing w:before="160" w:after="20"/>
        <w:jc w:val="both"/>
      </w:pPr>
      <w:r>
        <w:rPr>
          <w:b/>
          <w:bCs/>
          <w:sz w:val="26"/>
          <w:szCs w:val="26"/>
        </w:rPr>
        <w:t>6. What do you think Daniel felt during the night and in the morning? Explain why, using details from the text. (8 pts)</w:t>
      </w:r>
    </w:p>
    <w:p>
      <w:pPr>
        <w:bidi/>
        <w:spacing w:before="0" w:after="0"/>
        <w:jc w:val="both"/>
      </w:pPr>
      <w:r>
        <w:rPr>
          <w:rFonts w:ascii="Arial" w:hAnsi="Arial" w:cs="Arial"/>
          <w:color w:val="6B7280"/>
          <w:sz w:val="20"/>
          <w:szCs w:val="20"/>
          <w:rtl/>
          <w:lang w:val="en-US" w:bidi="he-IL"/>
        </w:rPr>
        <w:t xml:space="preserve">מה לדעתכם דניאל הרגיש במשך הלילה ובבוקר? הסבירו למה, בעזרת פרטים מהטקסט.</w:t>
      </w:r>
    </w:p>
    <w:p>
      <w:pPr>
        <w:bidi/>
        <w:spacing w:before="0" w:after="80"/>
        <w:jc w:val="both"/>
      </w:pPr>
      <w:r>
        <w:rPr>
          <w:rFonts w:ascii="Arial" w:hAnsi="Arial" w:cs="Arial"/>
          <w:color w:val="6B7280"/>
          <w:sz w:val="21"/>
          <w:szCs w:val="21"/>
          <w:rtl/>
          <w:lang w:val="en-US" w:bidi="ar-SA"/>
        </w:rPr>
        <w:t xml:space="preserve">بماذا تظنّ أنّ دانيال شعر في الليل وفي الصباح؟ اشرح لماذا، مستعينًا بتفاصيل من النصّ.</w:t>
      </w:r>
    </w:p>
    <w:p>
      <w:pPr>
        <w:spacing w:before="0" w:after="80"/>
        <w:jc w:val="both"/>
      </w:pPr>
      <w:r>
        <w:rPr>
          <w:color w:val="0F7A4F"/>
        </w:rPr>
        <w:t>Possible answer: During the night he was worried and scared (2), because the goats were in the field in the storm and Bella was missing (2). In the morning he was happy and relieved (2), because he found Bella and she was fine (2).</w:t>
      </w:r>
    </w:p>
    <w:p>
      <w:pPr>
        <w:spacing w:before="160" w:after="20"/>
        <w:jc w:val="both"/>
      </w:pPr>
      <w:r>
        <w:rPr>
          <w:rFonts w:ascii="Arial Black" w:hAnsi="Arial Black" w:cs="Arial Black"/>
          <w:b/>
          <w:bCs/>
          <w:color w:val="0F766E"/>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the story with the correct form of the verb in brackets: present simple, present progressive or past simple. (10 pts)</w:t>
      </w:r>
    </w:p>
    <w:p>
      <w:pPr>
        <w:bidi/>
        <w:spacing w:before="0" w:after="0"/>
        <w:jc w:val="both"/>
      </w:pPr>
      <w:r>
        <w:rPr>
          <w:rFonts w:ascii="Arial" w:hAnsi="Arial" w:cs="Arial"/>
          <w:color w:val="6B7280"/>
          <w:sz w:val="20"/>
          <w:szCs w:val="20"/>
          <w:rtl/>
          <w:lang w:val="en-US" w:bidi="he-IL"/>
        </w:rPr>
        <w:t xml:space="preserve">השלימו את הסיפור בצורה הנכונה של הפועל שבסוגריים: ‎present simple, present progressive‎ או ‎past simple‎.</w:t>
      </w:r>
    </w:p>
    <w:p>
      <w:pPr>
        <w:bidi/>
        <w:spacing w:before="0" w:after="80"/>
        <w:jc w:val="both"/>
      </w:pPr>
      <w:r>
        <w:rPr>
          <w:rFonts w:ascii="Arial" w:hAnsi="Arial" w:cs="Arial"/>
          <w:color w:val="6B7280"/>
          <w:sz w:val="21"/>
          <w:szCs w:val="21"/>
          <w:rtl/>
          <w:lang w:val="en-US" w:bidi="ar-SA"/>
        </w:rPr>
        <w:t xml:space="preserve">أكمل القصّة بالصيغة الصحيحة للفعل الذي بين القوسين: ‎present simple‎ أو ‎present progressive‎ أو ‎past simple‎.</w:t>
      </w:r>
    </w:p>
    <w:p>
      <w:pPr>
        <w:spacing w:before="0" w:after="40"/>
        <w:jc w:val="both"/>
      </w:pPr>
      <w:r>
        <w:rPr/>
        <w:t>a. Every Saturday, Maya rides her bike to the beach. (ride)</w:t>
      </w:r>
    </w:p>
    <w:p>
      <w:pPr>
        <w:spacing w:before="0" w:after="40"/>
        <w:jc w:val="both"/>
      </w:pPr>
      <w:r>
        <w:rPr/>
        <w:t>b. Last Saturday, she met her friend Shira there. (meet)</w:t>
      </w:r>
    </w:p>
    <w:p>
      <w:pPr>
        <w:spacing w:before="0" w:after="40"/>
        <w:jc w:val="both"/>
      </w:pPr>
      <w:r>
        <w:rPr/>
        <w:t>c. The girls ate ice cream and talked for an hour. (eat)</w:t>
      </w:r>
    </w:p>
    <w:p>
      <w:pPr>
        <w:spacing w:before="0" w:after="40"/>
        <w:jc w:val="both"/>
      </w:pPr>
      <w:r>
        <w:rPr/>
        <w:t>d. Right now, Maya is writing a letter to Shira. (write)</w:t>
      </w:r>
    </w:p>
    <w:p>
      <w:pPr>
        <w:spacing w:before="0" w:after="40"/>
        <w:jc w:val="both"/>
      </w:pPr>
      <w:r>
        <w:rPr/>
        <w:t>e. Shira doesn't live in Ashdod. She lives in Ashkelon. (not)</w:t>
      </w:r>
    </w:p>
    <w:p>
      <w:pPr>
        <w:spacing w:before="160" w:after="20"/>
        <w:jc w:val="both"/>
      </w:pPr>
      <w:r>
        <w:rPr>
          <w:b/>
          <w:bCs/>
          <w:sz w:val="26"/>
          <w:szCs w:val="26"/>
        </w:rPr>
        <w:t>2. Write questions for the answers. Use the words in brackets. (8 pts)</w:t>
      </w:r>
    </w:p>
    <w:p>
      <w:pPr>
        <w:bidi/>
        <w:spacing w:before="0" w:after="0"/>
        <w:jc w:val="both"/>
      </w:pPr>
      <w:r>
        <w:rPr>
          <w:rFonts w:ascii="Arial" w:hAnsi="Arial" w:cs="Arial"/>
          <w:color w:val="6B7280"/>
          <w:sz w:val="20"/>
          <w:szCs w:val="20"/>
          <w:rtl/>
          <w:lang w:val="en-US" w:bidi="he-IL"/>
        </w:rPr>
        <w:t xml:space="preserve">כתבו שאלות לתשובות. השתמשו במילים שבסוגריים.</w:t>
      </w:r>
    </w:p>
    <w:p>
      <w:pPr>
        <w:bidi/>
        <w:spacing w:before="0" w:after="80"/>
        <w:jc w:val="both"/>
      </w:pPr>
      <w:r>
        <w:rPr>
          <w:rFonts w:ascii="Arial" w:hAnsi="Arial" w:cs="Arial"/>
          <w:color w:val="6B7280"/>
          <w:sz w:val="21"/>
          <w:szCs w:val="21"/>
          <w:rtl/>
          <w:lang w:val="en-US" w:bidi="ar-SA"/>
        </w:rPr>
        <w:t xml:space="preserve">اكتب أسئلة للإجابات. استعمل الكلمات التي بين القوسين.</w:t>
      </w:r>
    </w:p>
    <w:p>
      <w:pPr>
        <w:spacing w:before="0" w:after="100"/>
        <w:jc w:val="both"/>
      </w:pPr>
      <w:r>
        <w:rPr/>
        <w:t>a. (Where / you / yesterday?) I was at the library.  → Where were you yesterday?</w:t>
      </w:r>
    </w:p>
    <w:p>
      <w:pPr>
        <w:spacing w:before="0" w:after="100"/>
        <w:jc w:val="both"/>
      </w:pPr>
      <w:r>
        <w:rPr/>
        <w:t>b. (What / Noam / do / now?) He is cooking dinner.  → What is Noam doing now?</w:t>
      </w:r>
    </w:p>
    <w:p>
      <w:pPr>
        <w:spacing w:before="0" w:after="100"/>
        <w:jc w:val="both"/>
      </w:pPr>
      <w:r>
        <w:rPr/>
        <w:t>c. (your sister / like / cats?) Yes, she does.  → Does your sister like cats?</w:t>
      </w:r>
    </w:p>
    <w:p>
      <w:pPr>
        <w:spacing w:before="0" w:after="100"/>
        <w:jc w:val="both"/>
      </w:pPr>
      <w:r>
        <w:rPr/>
        <w:t>d. (Whose / bag?) It's Ariel's bag.  → Whose bag is it? / Whose bag is this?</w:t>
      </w:r>
    </w:p>
    <w:p>
      <w:pPr>
        <w:spacing w:before="160" w:after="20"/>
        <w:jc w:val="both"/>
      </w:pPr>
      <w:r>
        <w:rPr>
          <w:b/>
          <w:bCs/>
          <w:sz w:val="26"/>
          <w:szCs w:val="26"/>
        </w:rPr>
        <w:t>3. Complete with a, an, the, or a possessive word (my, his, her, our, their) or 's. (6 pts)</w:t>
      </w:r>
    </w:p>
    <w:p>
      <w:pPr>
        <w:bidi/>
        <w:spacing w:before="0" w:after="0"/>
        <w:jc w:val="both"/>
      </w:pPr>
      <w:r>
        <w:rPr>
          <w:rFonts w:ascii="Arial" w:hAnsi="Arial" w:cs="Arial"/>
          <w:color w:val="6B7280"/>
          <w:sz w:val="20"/>
          <w:szCs w:val="20"/>
          <w:rtl/>
          <w:lang w:val="en-US" w:bidi="he-IL"/>
        </w:rPr>
        <w:t xml:space="preserve">השלימו ב־‎a, an, the‎, או במילת שייכות ‎(my, his, her, our, their)‎ או ב־‎'s‎.</w:t>
      </w:r>
    </w:p>
    <w:p>
      <w:pPr>
        <w:bidi/>
        <w:spacing w:before="0" w:after="80"/>
        <w:jc w:val="both"/>
      </w:pPr>
      <w:r>
        <w:rPr>
          <w:rFonts w:ascii="Arial" w:hAnsi="Arial" w:cs="Arial"/>
          <w:color w:val="6B7280"/>
          <w:sz w:val="21"/>
          <w:szCs w:val="21"/>
          <w:rtl/>
          <w:lang w:val="en-US" w:bidi="ar-SA"/>
        </w:rPr>
        <w:t xml:space="preserve">أكمل بـ ‎a‎ أو ‎an‎ أو ‎the‎، أو بكلمة ملكية ‎(my, his, her, our, their)‎ أو بـ ‎'s‎.</w:t>
      </w:r>
    </w:p>
    <w:p>
      <w:pPr>
        <w:spacing w:before="0" w:after="40"/>
        <w:jc w:val="both"/>
      </w:pPr>
      <w:r>
        <w:rPr/>
        <w:t>a. I saw an owl in the park last night.</w:t>
      </w:r>
    </w:p>
    <w:p>
      <w:pPr>
        <w:spacing w:before="0" w:after="40"/>
        <w:jc w:val="both"/>
      </w:pPr>
      <w:r>
        <w:rPr/>
        <w:t>b. Tamar and Noa forgot their books at school.</w:t>
      </w:r>
    </w:p>
    <w:p>
      <w:pPr>
        <w:spacing w:before="0" w:after="40"/>
        <w:jc w:val="both"/>
      </w:pPr>
      <w:r>
        <w:rPr/>
        <w:t>c. The bike belongs to Omer. It's Omer's bike.</w:t>
      </w:r>
    </w:p>
    <w:p>
      <w:pPr>
        <w:spacing w:before="0" w:after="40"/>
        <w:jc w:val="both"/>
      </w:pPr>
      <w:r>
        <w:rPr/>
        <w:t>d. We have a cat. The cat is very lazy.</w:t>
      </w:r>
    </w:p>
    <w:p>
      <w:pPr>
        <w:spacing w:before="0" w:after="40"/>
        <w:jc w:val="both"/>
      </w:pPr>
      <w:r>
        <w:rPr/>
        <w:t>e. Yoav broke his arm when he fell.</w:t>
      </w:r>
    </w:p>
    <w:p>
      <w:pPr>
        <w:spacing w:before="0" w:after="40"/>
        <w:jc w:val="both"/>
      </w:pPr>
      <w:r>
        <w:rPr/>
        <w:t>f. Look at the moon! It's so big tonight.</w:t>
      </w:r>
    </w:p>
    <w:p>
      <w:pPr>
        <w:spacing w:before="160" w:after="20"/>
        <w:jc w:val="both"/>
      </w:pPr>
      <w:r>
        <w:rPr>
          <w:b/>
          <w:bCs/>
          <w:sz w:val="26"/>
          <w:szCs w:val="26"/>
        </w:rPr>
        <w:t>4. Complete the table. (3 pts)</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singular</w:t>
            </w:r>
          </w:p>
        </w:tc>
        <w:tc>
          <w:tcPr>
            <w:tcW w:type="dxa" w:w="4989"/>
            <w:shd w:val="clear" w:color="auto" w:fill="0f766e"/>
          </w:tcPr>
          <w:p>
            <w:pPr>
              <w:spacing w:before="0" w:after="40"/>
              <w:jc w:val="both"/>
            </w:pPr>
            <w:r>
              <w:rPr>
                <w:b/>
                <w:bCs/>
                <w:color w:val="FFFFFF"/>
              </w:rPr>
              <w:t>plural</w:t>
            </w:r>
          </w:p>
        </w:tc>
      </w:tr>
      <w:tr>
        <w:tc>
          <w:tcPr>
            <w:tcW w:type="dxa" w:w="4989"/>
          </w:tcPr>
          <w:p>
            <w:pPr>
              <w:spacing w:before="0" w:after="40"/>
              <w:jc w:val="both"/>
            </w:pPr>
            <w:r>
              <w:rPr/>
              <w:t>woman</w:t>
            </w:r>
          </w:p>
        </w:tc>
        <w:tc>
          <w:tcPr>
            <w:tcW w:type="dxa" w:w="4989"/>
          </w:tcPr>
          <w:p>
            <w:pPr>
              <w:spacing w:before="0" w:after="40"/>
              <w:jc w:val="both"/>
            </w:pPr>
            <w:r>
              <w:rPr>
                <w:color w:val="0F7A4F"/>
              </w:rPr>
              <w:t>women</w:t>
            </w:r>
          </w:p>
        </w:tc>
      </w:tr>
      <w:tr>
        <w:tc>
          <w:tcPr>
            <w:tcW w:type="dxa" w:w="4989"/>
          </w:tcPr>
          <w:p>
            <w:pPr>
              <w:spacing w:before="0" w:after="40"/>
              <w:jc w:val="both"/>
            </w:pPr>
            <w:r>
              <w:rPr>
                <w:color w:val="0F7A4F"/>
              </w:rPr>
              <w:t>box</w:t>
            </w:r>
          </w:p>
        </w:tc>
        <w:tc>
          <w:tcPr>
            <w:tcW w:type="dxa" w:w="4989"/>
          </w:tcPr>
          <w:p>
            <w:pPr>
              <w:spacing w:before="0" w:after="40"/>
              <w:jc w:val="both"/>
            </w:pPr>
            <w:r>
              <w:rPr/>
              <w:t>boxes</w:t>
            </w:r>
          </w:p>
        </w:tc>
      </w:tr>
      <w:tr>
        <w:tc>
          <w:tcPr>
            <w:tcW w:type="dxa" w:w="4989"/>
          </w:tcPr>
          <w:p>
            <w:pPr>
              <w:spacing w:before="0" w:after="40"/>
              <w:jc w:val="both"/>
            </w:pPr>
            <w:r>
              <w:rPr/>
              <w:t>family</w:t>
            </w:r>
          </w:p>
        </w:tc>
        <w:tc>
          <w:tcPr>
            <w:tcW w:type="dxa" w:w="4989"/>
          </w:tcPr>
          <w:p>
            <w:pPr>
              <w:spacing w:before="0" w:after="40"/>
              <w:jc w:val="both"/>
            </w:pPr>
            <w:r>
              <w:rPr>
                <w:color w:val="0F7A4F"/>
              </w:rPr>
              <w:t>families</w:t>
            </w:r>
          </w:p>
        </w:tc>
      </w:tr>
    </w:tbl>
    <w:p>
      <w:pPr>
        <w:spacing w:before="0" w:after="40"/>
        <w:jc w:val="both"/>
      </w:pPr>
    </w:p>
    <w:p>
      <w:pPr>
        <w:spacing w:before="160" w:after="20"/>
        <w:jc w:val="both"/>
      </w:pPr>
      <w:r>
        <w:rPr>
          <w:b/>
          <w:bCs/>
          <w:sz w:val="26"/>
          <w:szCs w:val="26"/>
        </w:rPr>
        <w:t>5. Join the sentences. Use but or because. (3 pts)</w:t>
      </w:r>
    </w:p>
    <w:p>
      <w:pPr>
        <w:bidi/>
        <w:spacing w:before="0" w:after="0"/>
        <w:jc w:val="both"/>
      </w:pPr>
      <w:r>
        <w:rPr>
          <w:rFonts w:ascii="Arial" w:hAnsi="Arial" w:cs="Arial"/>
          <w:color w:val="6B7280"/>
          <w:sz w:val="20"/>
          <w:szCs w:val="20"/>
          <w:rtl/>
          <w:lang w:val="en-US" w:bidi="he-IL"/>
        </w:rPr>
        <w:t xml:space="preserve">חברו את המשפטים. השתמשו ב־‎but‎ או ב־‎because‎.</w:t>
      </w:r>
    </w:p>
    <w:p>
      <w:pPr>
        <w:bidi/>
        <w:spacing w:before="0" w:after="80"/>
        <w:jc w:val="both"/>
      </w:pPr>
      <w:r>
        <w:rPr>
          <w:rFonts w:ascii="Arial" w:hAnsi="Arial" w:cs="Arial"/>
          <w:color w:val="6B7280"/>
          <w:sz w:val="21"/>
          <w:szCs w:val="21"/>
          <w:rtl/>
          <w:lang w:val="en-US" w:bidi="ar-SA"/>
        </w:rPr>
        <w:t xml:space="preserve">اربط الجمل. استعمل ‎but‎ أو ‎because‎.</w:t>
      </w:r>
    </w:p>
    <w:p>
      <w:pPr>
        <w:spacing w:before="0" w:after="100"/>
        <w:jc w:val="both"/>
      </w:pPr>
      <w:r>
        <w:rPr/>
        <w:t>a. The test was long. I finished it on time.  → The test was long, but I finished it on time.</w:t>
      </w:r>
    </w:p>
    <w:p>
      <w:pPr>
        <w:spacing w:before="0" w:after="100"/>
        <w:jc w:val="both"/>
      </w:pPr>
      <w:r>
        <w:rPr/>
        <w:t>b. Ben stayed home. He had a cold.  → Ben stayed home because he had a cold.</w:t>
      </w:r>
    </w:p>
    <w:p>
      <w:pPr>
        <w:spacing w:before="0" w:after="100"/>
        <w:jc w:val="both"/>
      </w:pPr>
      <w:r>
        <w:rPr/>
        <w:t>c. Shira was tired. She was happy.  → Shira was tired, but she was happy.</w:t>
      </w:r>
    </w:p>
    <w:p>
      <w:pPr>
        <w:spacing w:before="160" w:after="20"/>
        <w:jc w:val="both"/>
      </w:pPr>
      <w:r>
        <w:rPr>
          <w:rFonts w:ascii="Arial Black" w:hAnsi="Arial Black" w:cs="Arial Black"/>
          <w:b/>
          <w:bCs/>
          <w:color w:val="0F766E"/>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 story (10–12 lines) with the title "An Unexpected Adventure". Check list: an opening that tells who, where and when; what happened, in the right order, with then; the past simple (at least 6 different verbs, regular and irregular) and was / were; and, but and because in your sentences; feelings of the characters; an ending; capital letters, full stops and correct spelling. (30 pts)</w:t>
      </w:r>
    </w:p>
    <w:p>
      <w:pPr>
        <w:bidi/>
        <w:spacing w:before="0" w:after="0"/>
        <w:jc w:val="both"/>
      </w:pPr>
      <w:r>
        <w:rPr>
          <w:rFonts w:ascii="Arial" w:hAnsi="Arial" w:cs="Arial"/>
          <w:color w:val="6B7280"/>
          <w:sz w:val="20"/>
          <w:szCs w:val="20"/>
          <w:rtl/>
          <w:lang w:val="en-US" w:bidi="he-IL"/>
        </w:rPr>
        <w:t xml:space="preserve">כתבו סיפור (10–12 שורות) בשם ‎"An Unexpected Adventure"‎. רשימת בדיקה: פתיחה שמספרת מי, איפה ומתי; מה קרה, בסדר הנכון, עם ‎then; past simple (‎לפחות 6 פעלים שונים, רגילים ויוצאי דופן) ו־‎was / were; and, but‎ ו־‎because‎ במשפטים שלכם; הרגשות של הדמויות; סוף; אותיות גדולות, נקודות וכתיב נכון.</w:t>
      </w:r>
    </w:p>
    <w:p>
      <w:pPr>
        <w:bidi/>
        <w:spacing w:before="0" w:after="80"/>
        <w:jc w:val="both"/>
      </w:pPr>
      <w:r>
        <w:rPr>
          <w:rFonts w:ascii="Arial" w:hAnsi="Arial" w:cs="Arial"/>
          <w:color w:val="6B7280"/>
          <w:sz w:val="21"/>
          <w:szCs w:val="21"/>
          <w:rtl/>
          <w:lang w:val="en-US" w:bidi="ar-SA"/>
        </w:rPr>
        <w:t xml:space="preserve">اكتب قصّة (10–12 سطرًا) بعنوان ‎"An Unexpected Adventure"‎. قائمة فحص: بداية تخبر مَن وأين ومتى؛ ماذا حدث بالترتيب الصحيح مع ‎then‎؛ صيغة ‎past simple (6‎ أفعال مختلفة على الأقلّ، منتظمة وشاذّة) و‎was / were‎؛ ‎and‎ و‎but‎ و‎because‎ في جملك؛ مشاعر الشخصيات؛ نهاية؛ أحرف كبيرة ونقاط وإملاء صحيح.</w:t>
      </w:r>
    </w:p>
    <w:p>
      <w:pPr>
        <w:spacing w:before="0" w:after="80"/>
        <w:jc w:val="both"/>
      </w:pPr>
      <w:r>
        <w:rPr>
          <w:color w:val="0F7A4F"/>
        </w:rPr>
        <w:t>Possible answer: Rubric: story structure: opening, events in order, ending (10); correct past simple and was/were (8); linking words and sentence variety (5); vocabulary and feelings (3); capital letters, punctuation and spelling (4). Model answer: Last Friday, my friend Itay and I went to the park near my house. It was a sunny day, and we played soccer for an hour. Then Itay kicked the ball very hard, and it flew into a big tree. We were sad because it was a new ball. I tried to climb the tree, but it was too high. Suddenly, a small girl came with her dad. Her dad was very tall! He took a long stick and got our ball down. We said thank you, and then we played soccer with the girl. In the end, it was a great day because we made a new friend.</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