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5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</w:rPr>
        <w:t>Present simple: he, she, it (-s) and questions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‎Present simple: he, she, it (-s)‎ ושאלות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‎Present simple: he, she, it (-s)‎ والأسئلة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</w:rPr>
        <w:t>Summary: the present simple with he, she and it, negatives and questions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‎present simple‎ עם ‎he, she‎ ו־‎it‎, שלילה ושאלות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‎present simple‎ مع ‎he‎ و‎she‎ و‎it‎، والنفي والأسئلة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5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Adding -s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הוספת -‎s‎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إضافة -‎s‎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Verb ending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Rule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Example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most verbs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+ 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play, plays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-sh, -ch, -s, -x, -o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+ es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watch, watches; go, goes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consonant + 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y, ies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study, studies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have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special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has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Negatives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שלילה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النفي</w:t>
      </w:r>
    </w:p>
    <w:p>
      <w:pPr>
        <w:spacing w:before="0" w:after="20"/>
        <w:jc w:val="both"/>
      </w:pPr>
      <w:r>
        <w:rPr/>
        <w:t>1. I, you, we, they: don't + verb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‎I, you, we, they: don't +‎ פועל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‎I, you, we, they: don't +‎ فعل</w:t>
      </w:r>
    </w:p>
    <w:p>
      <w:pPr>
        <w:spacing w:before="0" w:after="20"/>
        <w:jc w:val="both"/>
      </w:pPr>
      <w:r>
        <w:rPr/>
        <w:t>2. he, she, it: doesn't + verb (no -s!)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‎he, she, it: doesn't +‎ פועל (בלי -‎s!)‎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‎he, she, it: doesn't +‎ فعل (بدون -‎s!)‎</w:t>
      </w:r>
    </w:p>
    <w:p>
      <w:pPr>
        <w:spacing w:before="0" w:after="0"/>
        <w:jc w:val="both"/>
      </w:pPr>
      <w:r>
        <w:rPr>
          <w:color w:val="5B6476"/>
          <w:sz w:val="22"/>
          <w:szCs w:val="22"/>
        </w:rPr>
        <w:t>Example: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דוגמה: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مثال:</w:t>
      </w:r>
    </w:p>
    <w:p>
      <w:pPr>
        <w:spacing w:before="0" w:after="120"/>
        <w:jc w:val="both"/>
      </w:pPr>
      <w:r>
        <w:rPr>
          <w:color w:val="334055"/>
          <w:sz w:val="24"/>
          <w:szCs w:val="24"/>
        </w:rPr>
        <w:t>We don't eat meat. · Itay doesn't eat meat.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Questions and short answers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שאלות ותשובות קצרות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الأسئلة والإجابات القصيرة</w:t>
      </w:r>
    </w:p>
    <w:p>
      <w:pPr>
        <w:spacing w:before="0" w:after="20"/>
        <w:jc w:val="both"/>
      </w:pPr>
      <w:r>
        <w:rPr/>
        <w:t>1. Do + I/you/we/they + verb?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‎Do + I/you/we/they +‎ פועל?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‎Do + I/you/we/they +‎ فعل؟</w:t>
      </w:r>
    </w:p>
    <w:p>
      <w:pPr>
        <w:spacing w:before="0" w:after="20"/>
        <w:jc w:val="both"/>
      </w:pPr>
      <w:r>
        <w:rPr/>
        <w:t>2. Does + he/she/it + verb?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‎Does + he/she/it +‎ פועל?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‎Does + he/she/it +‎ فعل؟</w:t>
      </w:r>
    </w:p>
    <w:p>
      <w:pPr>
        <w:spacing w:before="0" w:after="20"/>
        <w:jc w:val="both"/>
      </w:pPr>
      <w:r>
        <w:rPr/>
        <w:t>3. Wh-word + do/does: Where does he live?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מילת שאלה ‎+ do/does: Where does he live?‎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أداة استفهام ‎+ do/does: Where does he live?‎</w:t>
      </w:r>
    </w:p>
    <w:p>
      <w:pPr>
        <w:spacing w:before="0" w:after="0"/>
        <w:jc w:val="both"/>
      </w:pPr>
      <w:r>
        <w:rPr>
          <w:color w:val="5B6476"/>
          <w:sz w:val="22"/>
          <w:szCs w:val="22"/>
        </w:rPr>
        <w:t>Example: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דוגמה: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مثال:</w:t>
      </w:r>
    </w:p>
    <w:p>
      <w:pPr>
        <w:spacing w:before="0" w:after="120"/>
        <w:jc w:val="both"/>
      </w:pPr>
      <w:r>
        <w:rPr>
          <w:color w:val="334055"/>
          <w:sz w:val="24"/>
          <w:szCs w:val="24"/>
        </w:rPr>
        <w:t>Does Ben swim? Yes, he does. · Do you swim? No, I don't.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095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oo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09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school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בית 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مدرسة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1687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168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bus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אוטובוס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حافلة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562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78821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l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7882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milk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حليب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3637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k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36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bike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אופניים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دراجة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He, she, it: the -s goes on the verb OR on does, never on both: Does she play? (not Does she plays?)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‎He, she, it‎: ה־‎s‎ נכנסת לפועל או ל־‎does‎, אף פעם לא לשניהם: ‎Does she play? (‎ולא ‎Does she plays?)‎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‎He, she, it‎: نضيف ‎s‎ إمّا إلى الفعل أو إلى ‎does‎، وليس إلى الاثنين أبدًا: ‎Does she play? (‎وليس ‎Does she plays?)‎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Make a question: Tamar reads comics. ___</w:t>
      </w:r>
    </w:p>
    <w:p>
      <w:pPr>
        <w:spacing w:before="0" w:after="20"/>
        <w:jc w:val="both"/>
      </w:pPr>
      <w:r>
        <w:rPr/>
        <w:t>1. Tamar = she, so we use Does.</w:t>
      </w:r>
    </w:p>
    <w:p>
      <w:pPr>
        <w:spacing w:before="0" w:after="20"/>
        <w:jc w:val="both"/>
      </w:pPr>
      <w:r>
        <w:rPr/>
        <w:t>2. After Does, the verb has no -s: read.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Does Tamar read comics?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Check yourself – Complete with the correct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בצורה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بالصيغة الصحيحة.</w:t>
      </w:r>
    </w:p>
    <w:p>
      <w:pPr>
        <w:spacing w:before="0" w:after="60"/>
        <w:jc w:val="both"/>
      </w:pPr>
      <w:r>
        <w:rPr/>
        <w:t>a. Daniel __________ (go) to the park on Saturdays.</w:t>
      </w:r>
    </w:p>
    <w:p>
      <w:pPr>
        <w:spacing w:before="0" w:after="60"/>
        <w:jc w:val="both"/>
      </w:pPr>
      <w:r>
        <w:rPr/>
        <w:t>b. My sister __________ (study) every evening.</w:t>
      </w:r>
    </w:p>
    <w:p>
      <w:pPr>
        <w:spacing w:before="0" w:after="60"/>
        <w:jc w:val="both"/>
      </w:pPr>
      <w:r>
        <w:rPr/>
        <w:t>c. Ariel __________ (not drink) coffee.</w:t>
      </w:r>
    </w:p>
    <w:p>
      <w:pPr>
        <w:spacing w:before="0" w:after="60"/>
        <w:jc w:val="both"/>
      </w:pPr>
      <w:r>
        <w:rPr/>
        <w:t>d. __________ your cat sleep on your bed?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goes · b. studies · c. doesn't drink · d. Does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