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5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C2410C"/>
          <w:sz w:val="44"/>
          <w:szCs w:val="44"/>
        </w:rPr>
        <w:t>Present simple: he, she, it (-s) and questions</w:t>
      </w:r>
    </w:p>
    <w:p>
      <w:pPr>
        <w:bidi/>
        <w:spacing w:before="0" w:after="0"/>
        <w:jc w:val="both"/>
      </w:pPr>
      <w:r>
        <w:rPr>
          <w:rFonts w:ascii="Arial" w:hAnsi="Arial" w:cs="Arial"/>
          <w:color w:val="6B7280"/>
          <w:sz w:val="22"/>
          <w:szCs w:val="22"/>
          <w:rtl/>
          <w:lang w:val="en-US" w:bidi="he-IL"/>
        </w:rPr>
        <w:t xml:space="preserve">‎Present simple: he, she, it (-s)‎ ושאלות</w:t>
      </w:r>
    </w:p>
    <w:p>
      <w:pPr>
        <w:bidi/>
        <w:spacing w:before="0" w:after="120"/>
        <w:jc w:val="both"/>
      </w:pPr>
      <w:r>
        <w:rPr>
          <w:rFonts w:ascii="Arial" w:hAnsi="Arial" w:cs="Arial"/>
          <w:color w:val="6B7280"/>
          <w:sz w:val="23"/>
          <w:szCs w:val="23"/>
          <w:rtl/>
          <w:lang w:val="en-US" w:bidi="ar-SA"/>
        </w:rPr>
        <w:t xml:space="preserve">‎Present simple: he, she, it (-s)‎ والأسئلة</w:t>
      </w:r>
    </w:p>
    <w:p>
      <w:pPr>
        <w:spacing w:before="160" w:after="20"/>
        <w:jc w:val="both"/>
      </w:pPr>
      <w:r>
        <w:rPr>
          <w:b/>
          <w:bCs/>
          <w:sz w:val="26"/>
          <w:szCs w:val="26"/>
        </w:rPr>
        <w:t>1. Match the verbs to the words.</w:t>
      </w:r>
    </w:p>
    <w:p>
      <w:pPr>
        <w:bidi/>
        <w:spacing w:before="0" w:after="0"/>
        <w:jc w:val="both"/>
      </w:pPr>
      <w:r>
        <w:rPr>
          <w:rFonts w:ascii="Arial" w:hAnsi="Arial" w:cs="Arial"/>
          <w:color w:val="6B7280"/>
          <w:sz w:val="20"/>
          <w:szCs w:val="20"/>
          <w:rtl/>
          <w:lang w:val="en-US" w:bidi="he-IL"/>
        </w:rPr>
        <w:t xml:space="preserve">התאימו בין הפעלים למילים.</w:t>
      </w:r>
    </w:p>
    <w:p>
      <w:pPr>
        <w:bidi/>
        <w:spacing w:before="0" w:after="80"/>
        <w:jc w:val="both"/>
      </w:pPr>
      <w:r>
        <w:rPr>
          <w:rFonts w:ascii="Arial" w:hAnsi="Arial" w:cs="Arial"/>
          <w:color w:val="6B7280"/>
          <w:sz w:val="21"/>
          <w:szCs w:val="21"/>
          <w:rtl/>
          <w:lang w:val="en-US" w:bidi="ar-SA"/>
        </w:rPr>
        <w:t xml:space="preserve">صِل الأفعال بالكلمات.</w:t>
      </w:r>
    </w:p>
    <w:tbl>
      <w:tblPr>
        <w:tblStyle w:val="TableGrid"/>
        <w:tblW w:type="auto" w:w="0"/>
        <w:tblLook w:firstColumn="1" w:firstRow="1" w:lastColumn="0" w:lastRow="0" w:noHBand="0" w:noVBand="1" w:val="04A0"/>
      </w:tblPr>
      <w:tblGrid>
        <w:gridCol w:w="4989"/>
        <w:gridCol w:w="4989"/>
      </w:tblGrid>
      <w:tr>
        <w:tc>
          <w:tcPr>
            <w:tcW w:type="dxa" w:w="4989"/>
            <w:shd w:val="clear" w:color="auto" w:fill="c2410c"/>
          </w:tcPr>
          <w:p>
            <w:pPr>
              <w:spacing w:before="0" w:after="40"/>
              <w:jc w:val="both"/>
            </w:pPr>
            <w:r>
              <w:rPr>
                <w:b/>
                <w:bCs/>
                <w:color w:val="FFFFFF"/>
              </w:rPr>
              <w:t>Column A</w:t>
            </w:r>
          </w:p>
        </w:tc>
        <w:tc>
          <w:tcPr>
            <w:tcW w:type="dxa" w:w="4989"/>
            <w:shd w:val="clear" w:color="auto" w:fill="c2410c"/>
          </w:tcPr>
          <w:p>
            <w:pPr>
              <w:spacing w:before="0" w:after="40"/>
              <w:jc w:val="both"/>
            </w:pPr>
            <w:r>
              <w:rPr>
                <w:b/>
                <w:bCs/>
                <w:color w:val="FFFFFF"/>
              </w:rPr>
              <w:t>Column B</w:t>
            </w:r>
          </w:p>
        </w:tc>
      </w:tr>
      <w:tr>
        <w:tc>
          <w:tcPr>
            <w:tcW w:type="dxa" w:w="4989"/>
          </w:tcPr>
          <w:p>
            <w:pPr>
              <w:spacing w:before="0" w:after="40"/>
              <w:jc w:val="both"/>
            </w:pPr>
            <w:r>
              <w:rPr/>
              <w:t>1. brush</w:t>
            </w:r>
          </w:p>
        </w:tc>
        <w:tc>
          <w:tcPr>
            <w:tcW w:type="dxa" w:w="4989"/>
          </w:tcPr>
          <w:p>
            <w:pPr>
              <w:spacing w:before="0" w:after="40"/>
              <w:jc w:val="both"/>
            </w:pPr>
            <w:r>
              <w:rPr/>
              <w:t>[   ] a bike</w:t>
            </w:r>
          </w:p>
        </w:tc>
      </w:tr>
      <w:tr>
        <w:tc>
          <w:tcPr>
            <w:tcW w:type="dxa" w:w="4989"/>
          </w:tcPr>
          <w:p>
            <w:pPr>
              <w:spacing w:before="0" w:after="40"/>
              <w:jc w:val="both"/>
            </w:pPr>
            <w:r>
              <w:rPr/>
              <w:t>2. do</w:t>
            </w:r>
          </w:p>
        </w:tc>
        <w:tc>
          <w:tcPr>
            <w:tcW w:type="dxa" w:w="4989"/>
          </w:tcPr>
          <w:p>
            <w:pPr>
              <w:spacing w:before="0" w:after="40"/>
              <w:jc w:val="both"/>
            </w:pPr>
            <w:r>
              <w:rPr/>
              <w:t>[   ] a shower</w:t>
            </w:r>
          </w:p>
        </w:tc>
      </w:tr>
      <w:tr>
        <w:tc>
          <w:tcPr>
            <w:tcW w:type="dxa" w:w="4989"/>
          </w:tcPr>
          <w:p>
            <w:pPr>
              <w:spacing w:before="0" w:after="40"/>
              <w:jc w:val="both"/>
            </w:pPr>
            <w:r>
              <w:rPr/>
              <w:t>3. ride</w:t>
            </w:r>
          </w:p>
        </w:tc>
        <w:tc>
          <w:tcPr>
            <w:tcW w:type="dxa" w:w="4989"/>
          </w:tcPr>
          <w:p>
            <w:pPr>
              <w:spacing w:before="0" w:after="40"/>
              <w:jc w:val="both"/>
            </w:pPr>
            <w:r>
              <w:rPr/>
              <w:t>[   ] your homework</w:t>
            </w:r>
          </w:p>
        </w:tc>
      </w:tr>
      <w:tr>
        <w:tc>
          <w:tcPr>
            <w:tcW w:type="dxa" w:w="4989"/>
          </w:tcPr>
          <w:p>
            <w:pPr>
              <w:spacing w:before="0" w:after="40"/>
              <w:jc w:val="both"/>
            </w:pPr>
            <w:r>
              <w:rPr/>
              <w:t>4. feed</w:t>
            </w:r>
          </w:p>
        </w:tc>
        <w:tc>
          <w:tcPr>
            <w:tcW w:type="dxa" w:w="4989"/>
          </w:tcPr>
          <w:p>
            <w:pPr>
              <w:spacing w:before="0" w:after="40"/>
              <w:jc w:val="both"/>
            </w:pPr>
            <w:r>
              <w:rPr/>
              <w:t>[   ] basketball</w:t>
            </w:r>
          </w:p>
        </w:tc>
      </w:tr>
      <w:tr>
        <w:tc>
          <w:tcPr>
            <w:tcW w:type="dxa" w:w="4989"/>
          </w:tcPr>
          <w:p>
            <w:pPr>
              <w:spacing w:before="0" w:after="40"/>
              <w:jc w:val="both"/>
            </w:pPr>
            <w:r>
              <w:rPr/>
              <w:t>5. take</w:t>
            </w:r>
          </w:p>
        </w:tc>
        <w:tc>
          <w:tcPr>
            <w:tcW w:type="dxa" w:w="4989"/>
          </w:tcPr>
          <w:p>
            <w:pPr>
              <w:spacing w:before="0" w:after="40"/>
              <w:jc w:val="both"/>
            </w:pPr>
            <w:r>
              <w:rPr/>
              <w:t>[   ] your teeth</w:t>
            </w:r>
          </w:p>
        </w:tc>
      </w:tr>
      <w:tr>
        <w:tc>
          <w:tcPr>
            <w:tcW w:type="dxa" w:w="4989"/>
          </w:tcPr>
          <w:p>
            <w:pPr>
              <w:spacing w:before="0" w:after="40"/>
              <w:jc w:val="both"/>
            </w:pPr>
            <w:r>
              <w:rPr/>
              <w:t>6. play</w:t>
            </w:r>
          </w:p>
        </w:tc>
        <w:tc>
          <w:tcPr>
            <w:tcW w:type="dxa" w:w="4989"/>
          </w:tcPr>
          <w:p>
            <w:pPr>
              <w:spacing w:before="0" w:after="40"/>
              <w:jc w:val="both"/>
            </w:pPr>
            <w:r>
              <w:rPr/>
              <w:t>[   ] the dog</w:t>
            </w:r>
          </w:p>
        </w:tc>
      </w:tr>
    </w:tbl>
    <w:p>
      <w:pPr>
        <w:spacing w:before="0" w:after="40"/>
        <w:jc w:val="both"/>
      </w:pPr>
    </w:p>
    <w:p>
      <w:pPr>
        <w:spacing w:before="160" w:after="20"/>
        <w:jc w:val="both"/>
      </w:pPr>
      <w:r>
        <w:rPr>
          <w:b/>
          <w:bCs/>
          <w:sz w:val="26"/>
          <w:szCs w:val="26"/>
        </w:rPr>
        <w:t>2.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4989"/>
        <w:gridCol w:w="4989"/>
      </w:tblGrid>
      <w:tr>
        <w:tc>
          <w:tcPr>
            <w:tcW w:type="dxa" w:w="4989"/>
            <w:shd w:val="clear" w:color="auto" w:fill="c2410c"/>
          </w:tcPr>
          <w:p>
            <w:pPr>
              <w:spacing w:before="0" w:after="40"/>
              <w:jc w:val="both"/>
            </w:pPr>
            <w:r>
              <w:rPr>
                <w:b/>
                <w:bCs/>
                <w:color w:val="FFFFFF"/>
              </w:rPr>
              <w:t>I / you / we / they</w:t>
            </w:r>
          </w:p>
        </w:tc>
        <w:tc>
          <w:tcPr>
            <w:tcW w:type="dxa" w:w="4989"/>
            <w:shd w:val="clear" w:color="auto" w:fill="c2410c"/>
          </w:tcPr>
          <w:p>
            <w:pPr>
              <w:spacing w:before="0" w:after="40"/>
              <w:jc w:val="both"/>
            </w:pPr>
            <w:r>
              <w:rPr>
                <w:b/>
                <w:bCs/>
                <w:color w:val="FFFFFF"/>
              </w:rPr>
              <w:t>he / she / it</w:t>
            </w:r>
          </w:p>
        </w:tc>
      </w:tr>
      <w:tr>
        <w:tc>
          <w:tcPr>
            <w:tcW w:type="dxa" w:w="4989"/>
          </w:tcPr>
          <w:p>
            <w:pPr>
              <w:spacing w:before="0" w:after="40"/>
              <w:jc w:val="both"/>
            </w:pPr>
            <w:r>
              <w:rPr/>
              <w:t>play</w:t>
            </w:r>
          </w:p>
        </w:tc>
        <w:tc>
          <w:tcPr>
            <w:tcW w:type="dxa" w:w="4989"/>
          </w:tcPr>
          <w:p>
            <w:pPr>
              <w:spacing w:before="0" w:after="40"/>
              <w:jc w:val="both"/>
            </w:pPr>
            <w:r>
              <w:rPr/>
            </w:r>
          </w:p>
        </w:tc>
      </w:tr>
      <w:tr>
        <w:tc>
          <w:tcPr>
            <w:tcW w:type="dxa" w:w="4989"/>
          </w:tcPr>
          <w:p>
            <w:pPr>
              <w:spacing w:before="0" w:after="40"/>
              <w:jc w:val="both"/>
            </w:pPr>
            <w:r>
              <w:rPr/>
              <w:t>watch</w:t>
            </w:r>
          </w:p>
        </w:tc>
        <w:tc>
          <w:tcPr>
            <w:tcW w:type="dxa" w:w="4989"/>
          </w:tcPr>
          <w:p>
            <w:pPr>
              <w:spacing w:before="0" w:after="40"/>
              <w:jc w:val="both"/>
            </w:pPr>
            <w:r>
              <w:rPr/>
            </w:r>
          </w:p>
        </w:tc>
      </w:tr>
      <w:tr>
        <w:tc>
          <w:tcPr>
            <w:tcW w:type="dxa" w:w="4989"/>
          </w:tcPr>
          <w:p>
            <w:pPr>
              <w:spacing w:before="0" w:after="40"/>
              <w:jc w:val="both"/>
            </w:pPr>
            <w:r>
              <w:rPr/>
              <w:t>go</w:t>
            </w:r>
          </w:p>
        </w:tc>
        <w:tc>
          <w:tcPr>
            <w:tcW w:type="dxa" w:w="4989"/>
          </w:tcPr>
          <w:p>
            <w:pPr>
              <w:spacing w:before="0" w:after="40"/>
              <w:jc w:val="both"/>
            </w:pPr>
            <w:r>
              <w:rPr/>
            </w:r>
          </w:p>
        </w:tc>
      </w:tr>
      <w:tr>
        <w:tc>
          <w:tcPr>
            <w:tcW w:type="dxa" w:w="4989"/>
          </w:tcPr>
          <w:p>
            <w:pPr>
              <w:spacing w:before="0" w:after="40"/>
              <w:jc w:val="both"/>
            </w:pPr>
            <w:r>
              <w:rPr/>
              <w:t>study</w:t>
            </w:r>
          </w:p>
        </w:tc>
        <w:tc>
          <w:tcPr>
            <w:tcW w:type="dxa" w:w="4989"/>
          </w:tcPr>
          <w:p>
            <w:pPr>
              <w:spacing w:before="0" w:after="40"/>
              <w:jc w:val="both"/>
            </w:pPr>
            <w:r>
              <w:rPr/>
            </w:r>
          </w:p>
        </w:tc>
      </w:tr>
      <w:tr>
        <w:tc>
          <w:tcPr>
            <w:tcW w:type="dxa" w:w="4989"/>
          </w:tcPr>
          <w:p>
            <w:pPr>
              <w:spacing w:before="0" w:after="40"/>
              <w:jc w:val="both"/>
            </w:pPr>
            <w:r>
              <w:rPr/>
              <w:t>have</w:t>
            </w:r>
          </w:p>
        </w:tc>
        <w:tc>
          <w:tcPr>
            <w:tcW w:type="dxa" w:w="4989"/>
          </w:tcPr>
          <w:p>
            <w:pPr>
              <w:spacing w:before="0" w:after="40"/>
              <w:jc w:val="both"/>
            </w:pPr>
            <w:r>
              <w:rPr/>
            </w:r>
          </w:p>
        </w:tc>
      </w:tr>
      <w:tr>
        <w:tc>
          <w:tcPr>
            <w:tcW w:type="dxa" w:w="4989"/>
          </w:tcPr>
          <w:p>
            <w:pPr>
              <w:spacing w:before="0" w:after="40"/>
              <w:jc w:val="both"/>
            </w:pPr>
            <w:r>
              <w:rPr/>
              <w:t>fix</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3. Sort the verbs: -s, -es or -ies?</w:t>
      </w:r>
    </w:p>
    <w:p>
      <w:pPr>
        <w:bidi/>
        <w:spacing w:before="0" w:after="0"/>
        <w:jc w:val="both"/>
      </w:pPr>
      <w:r>
        <w:rPr>
          <w:rFonts w:ascii="Arial" w:hAnsi="Arial" w:cs="Arial"/>
          <w:color w:val="6B7280"/>
          <w:sz w:val="20"/>
          <w:szCs w:val="20"/>
          <w:rtl/>
          <w:lang w:val="en-US" w:bidi="he-IL"/>
        </w:rPr>
        <w:t xml:space="preserve">מיינו את הפעלים: ‎-s, -es‎ או -‎ies?‎</w:t>
      </w:r>
    </w:p>
    <w:p>
      <w:pPr>
        <w:bidi/>
        <w:spacing w:before="0" w:after="80"/>
        <w:jc w:val="both"/>
      </w:pPr>
      <w:r>
        <w:rPr>
          <w:rFonts w:ascii="Arial" w:hAnsi="Arial" w:cs="Arial"/>
          <w:color w:val="6B7280"/>
          <w:sz w:val="21"/>
          <w:szCs w:val="21"/>
          <w:rtl/>
          <w:lang w:val="en-US" w:bidi="ar-SA"/>
        </w:rPr>
        <w:t xml:space="preserve">صنّف الأفعال: ‎-s‎ أو -‎es‎ أو -‎ies‎؟</w:t>
      </w:r>
    </w:p>
    <w:p>
      <w:pPr>
        <w:spacing w:before="0" w:after="80"/>
        <w:jc w:val="both"/>
      </w:pPr>
      <w:r>
        <w:rPr>
          <w:color w:val="C2410C"/>
          <w:sz w:val="24"/>
          <w:szCs w:val="24"/>
        </w:rPr>
        <w:t>Words: reads  |  watches  |  cries  |  swims  |  washes  |  flies  |  eats  |  goes</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c2410c"/>
          </w:tcPr>
          <w:p>
            <w:pPr>
              <w:spacing w:before="0" w:after="40"/>
              <w:jc w:val="both"/>
            </w:pPr>
            <w:r>
              <w:rPr>
                <w:b/>
                <w:bCs/>
                <w:color w:val="FFFFFF"/>
              </w:rPr>
              <w:t>-s</w:t>
            </w:r>
          </w:p>
        </w:tc>
        <w:tc>
          <w:tcPr>
            <w:tcW w:type="dxa" w:w="3326"/>
            <w:shd w:val="clear" w:color="auto" w:fill="c2410c"/>
          </w:tcPr>
          <w:p>
            <w:pPr>
              <w:spacing w:before="0" w:after="40"/>
              <w:jc w:val="both"/>
            </w:pPr>
            <w:r>
              <w:rPr>
                <w:b/>
                <w:bCs/>
                <w:color w:val="FFFFFF"/>
              </w:rPr>
              <w:t>-es</w:t>
            </w:r>
          </w:p>
        </w:tc>
        <w:tc>
          <w:tcPr>
            <w:tcW w:type="dxa" w:w="3326"/>
            <w:shd w:val="clear" w:color="auto" w:fill="c2410c"/>
          </w:tcPr>
          <w:p>
            <w:pPr>
              <w:spacing w:before="0" w:after="40"/>
              <w:jc w:val="both"/>
            </w:pPr>
            <w:r>
              <w:rPr>
                <w:b/>
                <w:bCs/>
                <w:color w:val="FFFFFF"/>
              </w:rPr>
              <w:t>-ies</w:t>
            </w:r>
          </w:p>
        </w:tc>
      </w:tr>
      <w:tr>
        <w:tc>
          <w:tcPr>
            <w:tcW w:type="dxa" w:w="3326"/>
          </w:tcPr>
          <w:p>
            <w:pPr>
              <w:spacing w:before="0" w:after="40"/>
              <w:jc w:val="both"/>
            </w:pPr>
            <w:r>
              <w:rPr/>
              <w:br/>
              <w:br/>
              <w:br/>
            </w:r>
          </w:p>
        </w:tc>
        <w:tc>
          <w:tcPr>
            <w:tcW w:type="dxa" w:w="3326"/>
          </w:tcPr>
          <w:p>
            <w:pPr>
              <w:spacing w:before="0" w:after="40"/>
              <w:jc w:val="both"/>
            </w:pPr>
            <w:r>
              <w:rPr/>
              <w:br/>
              <w:br/>
              <w:br/>
            </w:r>
          </w:p>
        </w:tc>
        <w:tc>
          <w:tcPr>
            <w:tcW w:type="dxa" w:w="3326"/>
          </w:tcPr>
          <w:p>
            <w:pPr>
              <w:spacing w:before="0" w:after="40"/>
              <w:jc w:val="both"/>
            </w:pPr>
            <w:r>
              <w:rPr/>
              <w:br/>
              <w:br/>
              <w:br/>
            </w:r>
          </w:p>
        </w:tc>
      </w:tr>
    </w:tbl>
    <w:p>
      <w:pPr>
        <w:spacing w:before="0" w:after="40"/>
        <w:jc w:val="both"/>
      </w:pPr>
    </w:p>
    <w:p>
      <w:pPr>
        <w:spacing w:before="160" w:after="20"/>
        <w:jc w:val="both"/>
      </w:pPr>
      <w:r>
        <w:rPr>
          <w:b/>
          <w:bCs/>
          <w:sz w:val="26"/>
          <w:szCs w:val="26"/>
        </w:rPr>
        <w:t>4. Complete with the verb in brackets.</w:t>
      </w:r>
    </w:p>
    <w:p>
      <w:pPr>
        <w:bidi/>
        <w:spacing w:before="0" w:after="0"/>
        <w:jc w:val="both"/>
      </w:pPr>
      <w:r>
        <w:rPr>
          <w:rFonts w:ascii="Arial" w:hAnsi="Arial" w:cs="Arial"/>
          <w:color w:val="6B7280"/>
          <w:sz w:val="20"/>
          <w:szCs w:val="20"/>
          <w:rtl/>
          <w:lang w:val="en-US" w:bidi="he-IL"/>
        </w:rPr>
        <w:t xml:space="preserve">השלימו בפועל שבסוגריים.</w:t>
      </w:r>
    </w:p>
    <w:p>
      <w:pPr>
        <w:bidi/>
        <w:spacing w:before="0" w:after="80"/>
        <w:jc w:val="both"/>
      </w:pPr>
      <w:r>
        <w:rPr>
          <w:rFonts w:ascii="Arial" w:hAnsi="Arial" w:cs="Arial"/>
          <w:color w:val="6B7280"/>
          <w:sz w:val="21"/>
          <w:szCs w:val="21"/>
          <w:rtl/>
          <w:lang w:val="en-US" w:bidi="ar-SA"/>
        </w:rPr>
        <w:t xml:space="preserve">أكمل بالفعل الذي بين القوسين.</w:t>
      </w:r>
    </w:p>
    <w:p>
      <w:pPr>
        <w:spacing w:before="0" w:after="60"/>
        <w:jc w:val="both"/>
      </w:pPr>
      <w:r>
        <w:rPr/>
        <w:t>a. Noam __________ football after school. (play)</w:t>
      </w:r>
    </w:p>
    <w:p>
      <w:pPr>
        <w:spacing w:before="0" w:after="60"/>
        <w:jc w:val="both"/>
      </w:pPr>
      <w:r>
        <w:rPr/>
        <w:t>b. My mom __________ to work by train. (go)</w:t>
      </w:r>
    </w:p>
    <w:p>
      <w:pPr>
        <w:spacing w:before="0" w:after="60"/>
        <w:jc w:val="both"/>
      </w:pPr>
      <w:r>
        <w:rPr/>
        <w:t>c. The baby __________ a lot at night. (cry)</w:t>
      </w:r>
    </w:p>
    <w:p>
      <w:pPr>
        <w:spacing w:before="0" w:after="60"/>
        <w:jc w:val="both"/>
      </w:pPr>
      <w:r>
        <w:rPr/>
        <w:t>d. Tamar __________ two cats. (have)</w:t>
      </w:r>
    </w:p>
    <w:p>
      <w:pPr>
        <w:spacing w:before="0" w:after="60"/>
        <w:jc w:val="both"/>
      </w:pPr>
      <w:r>
        <w:rPr/>
        <w:t>e. Our teacher __________ the homework every day. (check)</w:t>
      </w:r>
    </w:p>
    <w:p>
      <w:pPr>
        <w:spacing w:before="0" w:after="60"/>
        <w:jc w:val="both"/>
      </w:pPr>
      <w:r>
        <w:rPr/>
        <w:t>f. Itay __________ his face in the morning. (wash)</w:t>
      </w:r>
    </w:p>
    <w:p>
      <w:pPr>
        <w:spacing w:before="160" w:after="20"/>
        <w:jc w:val="both"/>
      </w:pPr>
      <w:r>
        <w:rPr>
          <w:b/>
          <w:bCs/>
          <w:sz w:val="26"/>
          <w:szCs w:val="26"/>
        </w:rPr>
        <w:t>5.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Maya ___ breakfast at seven.</w:t>
      </w:r>
    </w:p>
    <w:p>
      <w:pPr>
        <w:spacing w:before="0" w:after="80"/>
        <w:jc w:val="both"/>
      </w:pPr>
      <w:r>
        <w:rPr/>
        <w:t xml:space="preserve">   ○ eat      ○ eats</w:t>
      </w:r>
    </w:p>
    <w:p>
      <w:pPr>
        <w:spacing w:before="0" w:after="20"/>
        <w:jc w:val="both"/>
      </w:pPr>
      <w:r>
        <w:rPr/>
        <w:t>b. We ___ in Ramat Gan.</w:t>
      </w:r>
    </w:p>
    <w:p>
      <w:pPr>
        <w:spacing w:before="0" w:after="80"/>
        <w:jc w:val="both"/>
      </w:pPr>
      <w:r>
        <w:rPr/>
        <w:t xml:space="preserve">   ○ live      ○ lives</w:t>
      </w:r>
    </w:p>
    <w:p>
      <w:pPr>
        <w:spacing w:before="0" w:after="20"/>
        <w:jc w:val="both"/>
      </w:pPr>
      <w:r>
        <w:rPr/>
        <w:t>c. The dog ___ in the garden.</w:t>
      </w:r>
    </w:p>
    <w:p>
      <w:pPr>
        <w:spacing w:before="0" w:after="80"/>
        <w:jc w:val="both"/>
      </w:pPr>
      <w:r>
        <w:rPr/>
        <w:t xml:space="preserve">   ○ sleeps      ○ sleep</w:t>
      </w:r>
    </w:p>
    <w:p>
      <w:pPr>
        <w:spacing w:before="0" w:after="20"/>
        <w:jc w:val="both"/>
      </w:pPr>
      <w:r>
        <w:rPr/>
        <w:t>d. My friends ___ the bus to school.</w:t>
      </w:r>
    </w:p>
    <w:p>
      <w:pPr>
        <w:spacing w:before="0" w:after="80"/>
        <w:jc w:val="both"/>
      </w:pPr>
      <w:r>
        <w:rPr/>
        <w:t xml:space="preserve">   ○ takes      ○ take</w:t>
      </w:r>
    </w:p>
    <w:p>
      <w:pPr>
        <w:spacing w:before="0" w:after="20"/>
        <w:jc w:val="both"/>
      </w:pPr>
      <w:r>
        <w:rPr/>
        <w:t>e. Ben ___ his homework in the evening.</w:t>
      </w:r>
    </w:p>
    <w:p>
      <w:pPr>
        <w:spacing w:before="0" w:after="80"/>
        <w:jc w:val="both"/>
      </w:pPr>
      <w:r>
        <w:rPr/>
        <w:t xml:space="preserve">   ○ do      ○ does</w:t>
      </w:r>
    </w:p>
    <w:p>
      <w:pPr>
        <w:spacing w:before="160" w:after="20"/>
        <w:jc w:val="both"/>
      </w:pPr>
      <w:r>
        <w:rPr>
          <w:b/>
          <w:bCs/>
          <w:sz w:val="26"/>
          <w:szCs w:val="26"/>
        </w:rPr>
        <w:t>6. Complete with don't or doesn't.</w:t>
      </w:r>
    </w:p>
    <w:p>
      <w:pPr>
        <w:bidi/>
        <w:spacing w:before="0" w:after="0"/>
        <w:jc w:val="both"/>
      </w:pPr>
      <w:r>
        <w:rPr>
          <w:rFonts w:ascii="Arial" w:hAnsi="Arial" w:cs="Arial"/>
          <w:color w:val="6B7280"/>
          <w:sz w:val="20"/>
          <w:szCs w:val="20"/>
          <w:rtl/>
          <w:lang w:val="en-US" w:bidi="he-IL"/>
        </w:rPr>
        <w:t xml:space="preserve">השלימו ב־‎don't‎ או ב־‎doesn't‎.</w:t>
      </w:r>
    </w:p>
    <w:p>
      <w:pPr>
        <w:bidi/>
        <w:spacing w:before="0" w:after="80"/>
        <w:jc w:val="both"/>
      </w:pPr>
      <w:r>
        <w:rPr>
          <w:rFonts w:ascii="Arial" w:hAnsi="Arial" w:cs="Arial"/>
          <w:color w:val="6B7280"/>
          <w:sz w:val="21"/>
          <w:szCs w:val="21"/>
          <w:rtl/>
          <w:lang w:val="en-US" w:bidi="ar-SA"/>
        </w:rPr>
        <w:t xml:space="preserve">أكمل بـ ‎don't‎ أو ‎doesn't‎.</w:t>
      </w:r>
    </w:p>
    <w:p>
      <w:pPr>
        <w:spacing w:before="0" w:after="60"/>
        <w:jc w:val="both"/>
      </w:pPr>
      <w:r>
        <w:rPr/>
        <w:t>a. Yoav __________ like fish.</w:t>
      </w:r>
    </w:p>
    <w:p>
      <w:pPr>
        <w:spacing w:before="0" w:after="60"/>
        <w:jc w:val="both"/>
      </w:pPr>
      <w:r>
        <w:rPr/>
        <w:t>b. I __________ watch TV in the morning.</w:t>
      </w:r>
    </w:p>
    <w:p>
      <w:pPr>
        <w:spacing w:before="0" w:after="60"/>
        <w:jc w:val="both"/>
      </w:pPr>
      <w:r>
        <w:rPr/>
        <w:t>c. My grandparents __________ have a computer.</w:t>
      </w:r>
    </w:p>
    <w:p>
      <w:pPr>
        <w:spacing w:before="0" w:after="60"/>
        <w:jc w:val="both"/>
      </w:pPr>
      <w:r>
        <w:rPr/>
        <w:t>d. The shop __________ open on Saturday.</w:t>
      </w:r>
    </w:p>
    <w:p>
      <w:pPr>
        <w:spacing w:before="0" w:after="60"/>
        <w:jc w:val="both"/>
      </w:pPr>
      <w:r>
        <w:rPr/>
        <w:t>e. We __________ go to school on Saturday.</w:t>
      </w:r>
    </w:p>
    <w:p>
      <w:pPr>
        <w:spacing w:before="0" w:after="60"/>
        <w:jc w:val="both"/>
      </w:pPr>
      <w:r>
        <w:rPr/>
        <w:t>f. Shira __________ play the guitar.</w:t>
      </w:r>
    </w:p>
    <w:p>
      <w:pPr>
        <w:spacing w:before="160" w:after="20"/>
        <w:jc w:val="both"/>
      </w:pPr>
      <w:r>
        <w:rPr>
          <w:b/>
          <w:bCs/>
          <w:sz w:val="26"/>
          <w:szCs w:val="26"/>
        </w:rPr>
        <w:t>7. Complete with Do or Does.</w:t>
      </w:r>
    </w:p>
    <w:p>
      <w:pPr>
        <w:bidi/>
        <w:spacing w:before="0" w:after="0"/>
        <w:jc w:val="both"/>
      </w:pPr>
      <w:r>
        <w:rPr>
          <w:rFonts w:ascii="Arial" w:hAnsi="Arial" w:cs="Arial"/>
          <w:color w:val="6B7280"/>
          <w:sz w:val="20"/>
          <w:szCs w:val="20"/>
          <w:rtl/>
          <w:lang w:val="en-US" w:bidi="he-IL"/>
        </w:rPr>
        <w:t xml:space="preserve">השלימו ב־‎Do‎ או ב־‎Does‎.</w:t>
      </w:r>
    </w:p>
    <w:p>
      <w:pPr>
        <w:bidi/>
        <w:spacing w:before="0" w:after="80"/>
        <w:jc w:val="both"/>
      </w:pPr>
      <w:r>
        <w:rPr>
          <w:rFonts w:ascii="Arial" w:hAnsi="Arial" w:cs="Arial"/>
          <w:color w:val="6B7280"/>
          <w:sz w:val="21"/>
          <w:szCs w:val="21"/>
          <w:rtl/>
          <w:lang w:val="en-US" w:bidi="ar-SA"/>
        </w:rPr>
        <w:t xml:space="preserve">أكمل بـ ‎Do‎ أو ‎Does‎.</w:t>
      </w:r>
    </w:p>
    <w:p>
      <w:pPr>
        <w:spacing w:before="0" w:after="60"/>
        <w:jc w:val="both"/>
      </w:pPr>
      <w:r>
        <w:rPr/>
        <w:t>a. __________ your sister play the piano?</w:t>
      </w:r>
    </w:p>
    <w:p>
      <w:pPr>
        <w:spacing w:before="0" w:after="60"/>
        <w:jc w:val="both"/>
      </w:pPr>
      <w:r>
        <w:rPr/>
        <w:t>b. __________ you like chocolate?</w:t>
      </w:r>
    </w:p>
    <w:p>
      <w:pPr>
        <w:spacing w:before="0" w:after="60"/>
        <w:jc w:val="both"/>
      </w:pPr>
      <w:r>
        <w:rPr/>
        <w:t>c. __________ the cat drink milk?</w:t>
      </w:r>
    </w:p>
    <w:p>
      <w:pPr>
        <w:spacing w:before="0" w:after="60"/>
        <w:jc w:val="both"/>
      </w:pPr>
      <w:r>
        <w:rPr/>
        <w:t>d. __________ Omer and Ben go to the same school?</w:t>
      </w:r>
    </w:p>
    <w:p>
      <w:pPr>
        <w:spacing w:before="0" w:after="60"/>
        <w:jc w:val="both"/>
      </w:pPr>
      <w:r>
        <w:rPr/>
        <w:t>e. __________ your dad cook dinner?</w:t>
      </w:r>
    </w:p>
    <w:p>
      <w:pPr>
        <w:spacing w:before="160" w:after="20"/>
        <w:jc w:val="both"/>
      </w:pPr>
      <w:r>
        <w:rPr>
          <w:b/>
          <w:bCs/>
          <w:sz w:val="26"/>
          <w:szCs w:val="26"/>
        </w:rPr>
        <w:t>8. Is the sentence correct? Write True or False. Correct the false sentences.</w:t>
      </w:r>
    </w:p>
    <w:p>
      <w:pPr>
        <w:bidi/>
        <w:spacing w:before="0" w:after="0"/>
        <w:jc w:val="both"/>
      </w:pPr>
      <w:r>
        <w:rPr>
          <w:rFonts w:ascii="Arial" w:hAnsi="Arial" w:cs="Arial"/>
          <w:color w:val="6B7280"/>
          <w:sz w:val="20"/>
          <w:szCs w:val="20"/>
          <w:rtl/>
          <w:lang w:val="en-US" w:bidi="he-IL"/>
        </w:rPr>
        <w:t xml:space="preserve">האם המשפט נכון?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هل الجملة صحيحة؟ اكتب ‎True‎ أو ‎False‎. صحّح الجمل الخاطئة.</w:t>
      </w:r>
    </w:p>
    <w:p>
      <w:pPr>
        <w:spacing w:before="0" w:after="60"/>
        <w:jc w:val="both"/>
      </w:pPr>
      <w:r>
        <w:rPr/>
        <w:t>a. She go to school by bus.      True / False</w:t>
      </w:r>
    </w:p>
    <w:p>
      <w:pPr>
        <w:spacing w:before="0" w:after="60"/>
        <w:jc w:val="both"/>
      </w:pPr>
      <w:r>
        <w:rPr/>
        <w:t>b. My brother watches cartoons.      True / False</w:t>
      </w:r>
    </w:p>
    <w:p>
      <w:pPr>
        <w:spacing w:before="0" w:after="60"/>
        <w:jc w:val="both"/>
      </w:pPr>
      <w:r>
        <w:rPr/>
        <w:t>c. Does he plays tennis?      True / False</w:t>
      </w:r>
    </w:p>
    <w:p>
      <w:pPr>
        <w:spacing w:before="0" w:after="60"/>
        <w:jc w:val="both"/>
      </w:pPr>
      <w:r>
        <w:rPr/>
        <w:t>d. They don't like rain.      True / False</w:t>
      </w:r>
    </w:p>
    <w:p>
      <w:pPr>
        <w:spacing w:before="0" w:after="60"/>
        <w:jc w:val="both"/>
      </w:pPr>
      <w:r>
        <w:rPr/>
        <w:t>e. Noa doesn't eats meat.      True / False</w:t>
      </w:r>
    </w:p>
    <w:p>
      <w:pPr>
        <w:spacing w:before="160" w:after="20"/>
        <w:jc w:val="both"/>
      </w:pPr>
      <w:r>
        <w:rPr>
          <w:b/>
          <w:bCs/>
          <w:sz w:val="26"/>
          <w:szCs w:val="26"/>
        </w:rPr>
        <w:t>9. Put the words in the correct order. Write the sentence.</w:t>
      </w:r>
    </w:p>
    <w:p>
      <w:pPr>
        <w:bidi/>
        <w:spacing w:before="0" w:after="0"/>
        <w:jc w:val="both"/>
      </w:pPr>
      <w:r>
        <w:rPr>
          <w:rFonts w:ascii="Arial" w:hAnsi="Arial" w:cs="Arial"/>
          <w:color w:val="6B7280"/>
          <w:sz w:val="20"/>
          <w:szCs w:val="20"/>
          <w:rtl/>
          <w:lang w:val="en-US" w:bidi="he-IL"/>
        </w:rPr>
        <w:t xml:space="preserve">סדרו את המילים בסדר הנכון. כתבו את המשפט.</w:t>
      </w:r>
    </w:p>
    <w:p>
      <w:pPr>
        <w:bidi/>
        <w:spacing w:before="0" w:after="80"/>
        <w:jc w:val="both"/>
      </w:pPr>
      <w:r>
        <w:rPr>
          <w:rFonts w:ascii="Arial" w:hAnsi="Arial" w:cs="Arial"/>
          <w:color w:val="6B7280"/>
          <w:sz w:val="21"/>
          <w:szCs w:val="21"/>
          <w:rtl/>
          <w:lang w:val="en-US" w:bidi="ar-SA"/>
        </w:rPr>
        <w:t xml:space="preserve">رتّب الكلمات بالترتيب الصحيح. اكتب الجملة.</w:t>
      </w:r>
    </w:p>
    <w:p>
      <w:pPr>
        <w:spacing w:before="0" w:after="100"/>
        <w:jc w:val="both"/>
      </w:pPr>
      <w:r>
        <w:rPr/>
        <w:t>a. swimming / goes / Tamar / on Mondays</w:t>
      </w:r>
    </w:p>
    <w:p>
      <w:pPr>
        <w:spacing w:before="0" w:after="100"/>
        <w:jc w:val="both"/>
      </w:pPr>
      <w:r>
        <w:rPr/>
        <w:t>b. doesn't / my dad / tea / drink</w:t>
      </w:r>
    </w:p>
    <w:p>
      <w:pPr>
        <w:spacing w:before="0" w:after="100"/>
        <w:jc w:val="both"/>
      </w:pPr>
      <w:r>
        <w:rPr/>
        <w:t>c. like / you / Do / ice cream / ?</w:t>
      </w:r>
    </w:p>
    <w:p>
      <w:pPr>
        <w:spacing w:before="0" w:after="100"/>
        <w:jc w:val="both"/>
      </w:pPr>
      <w:r>
        <w:rPr/>
        <w:t>d. does / Where / live / your uncle / ?</w:t>
      </w:r>
    </w:p>
    <w:p>
      <w:pPr>
        <w:spacing w:before="120" w:after="40"/>
        <w:jc w:val="center"/>
      </w:pPr>
      <w:r>
        <w:rPr>
          <w:rFonts w:ascii="Arial Black" w:hAnsi="Arial Black" w:cs="Arial Black"/>
          <w:b/>
          <w:bCs/>
          <w:color w:val="C2410C"/>
          <w:sz w:val="30"/>
          <w:szCs w:val="30"/>
        </w:rPr>
        <w:t>Omer's Day</w:t>
      </w:r>
    </w:p>
    <w:p>
      <w:pPr>
        <w:spacing w:before="0" w:after="80"/>
        <w:jc w:val="both"/>
      </w:pPr>
      <w:r>
        <w:rPr/>
        <w:t>Omer is eleven years old. He lives in Haifa with his parents and his little sister, Noa. Every morning, Omer gets up at seven o'clock. He has a shower and eats breakfast. He always eats cornflakes with milk, but he doesn't drink tea.</w:t>
      </w:r>
    </w:p>
    <w:p>
      <w:pPr>
        <w:spacing w:before="0" w:after="80"/>
        <w:jc w:val="both"/>
      </w:pPr>
      <w:r>
        <w:rPr/>
        <w:t>Omer goes to school on foot. His school is near his house. His favorite subject is science, because he likes experiments. After school, he does his homework. Then he plays basketball in the park with his friends.</w:t>
      </w:r>
    </w:p>
    <w:p>
      <w:pPr>
        <w:spacing w:before="0" w:after="80"/>
        <w:jc w:val="both"/>
      </w:pPr>
      <w:r>
        <w:rPr/>
        <w:t>In the evening, Omer helps his dad in the kitchen. Noa doesn't help, because she is only five. At nine o'clock, Omer reads a book in bed and goes to sleep.</w:t>
      </w:r>
    </w:p>
    <w:p>
      <w:pPr>
        <w:spacing w:before="160" w:after="20"/>
        <w:jc w:val="both"/>
      </w:pPr>
      <w:r>
        <w:rPr>
          <w:b/>
          <w:bCs/>
          <w:sz w:val="26"/>
          <w:szCs w:val="26"/>
        </w:rPr>
        <w:t>11. Read "Omer's Day". Write True or False.</w:t>
      </w:r>
    </w:p>
    <w:p>
      <w:pPr>
        <w:bidi/>
        <w:spacing w:before="0" w:after="0"/>
        <w:jc w:val="both"/>
      </w:pPr>
      <w:r>
        <w:rPr>
          <w:rFonts w:ascii="Arial" w:hAnsi="Arial" w:cs="Arial"/>
          <w:color w:val="6B7280"/>
          <w:sz w:val="20"/>
          <w:szCs w:val="20"/>
          <w:rtl/>
          <w:lang w:val="en-US" w:bidi="he-IL"/>
        </w:rPr>
        <w:t xml:space="preserve">קראו את ‎"Omer's Day"‎. כתבו ‎True‎ או ‎False‎.</w:t>
      </w:r>
    </w:p>
    <w:p>
      <w:pPr>
        <w:bidi/>
        <w:spacing w:before="0" w:after="80"/>
        <w:jc w:val="both"/>
      </w:pPr>
      <w:r>
        <w:rPr>
          <w:rFonts w:ascii="Arial" w:hAnsi="Arial" w:cs="Arial"/>
          <w:color w:val="6B7280"/>
          <w:sz w:val="21"/>
          <w:szCs w:val="21"/>
          <w:rtl/>
          <w:lang w:val="en-US" w:bidi="ar-SA"/>
        </w:rPr>
        <w:t xml:space="preserve">اقرأ ‎"Omer's Day"‎. اكتب ‎True‎ أو ‎False‎.</w:t>
      </w:r>
    </w:p>
    <w:p>
      <w:pPr>
        <w:spacing w:before="0" w:after="60"/>
        <w:jc w:val="both"/>
      </w:pPr>
      <w:r>
        <w:rPr/>
        <w:t>a. Omer lives in Haifa.      True / False</w:t>
      </w:r>
    </w:p>
    <w:p>
      <w:pPr>
        <w:spacing w:before="0" w:after="60"/>
        <w:jc w:val="both"/>
      </w:pPr>
      <w:r>
        <w:rPr/>
        <w:t>b. He goes to school by bus.      True / False</w:t>
      </w:r>
    </w:p>
    <w:p>
      <w:pPr>
        <w:spacing w:before="0" w:after="60"/>
        <w:jc w:val="both"/>
      </w:pPr>
      <w:r>
        <w:rPr/>
        <w:t>c. He drinks tea in the morning.      True / False</w:t>
      </w:r>
    </w:p>
    <w:p>
      <w:pPr>
        <w:spacing w:before="0" w:after="60"/>
        <w:jc w:val="both"/>
      </w:pPr>
      <w:r>
        <w:rPr/>
        <w:t>d. He plays basketball after his homework.      True / False</w:t>
      </w:r>
    </w:p>
    <w:p>
      <w:pPr>
        <w:spacing w:before="160" w:after="20"/>
        <w:jc w:val="both"/>
      </w:pPr>
      <w:r>
        <w:rPr>
          <w:b/>
          <w:bCs/>
          <w:sz w:val="26"/>
          <w:szCs w:val="26"/>
        </w:rPr>
        <w:t>12.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What time does Omer get up?</w:t>
      </w:r>
    </w:p>
    <w:p>
      <w:pPr>
        <w:spacing w:before="0" w:after="100"/>
        <w:jc w:val="both"/>
      </w:pPr>
      <w:r>
        <w:rPr/>
        <w:t>b. What does he eat for breakfast?</w:t>
      </w:r>
    </w:p>
    <w:p>
      <w:pPr>
        <w:spacing w:before="0" w:after="100"/>
        <w:jc w:val="both"/>
      </w:pPr>
      <w:r>
        <w:rPr/>
        <w:t>c. Why does he like science?</w:t>
      </w:r>
    </w:p>
    <w:p>
      <w:pPr>
        <w:spacing w:before="0" w:after="100"/>
        <w:jc w:val="both"/>
      </w:pPr>
      <w:r>
        <w:rPr/>
        <w:t>d. Why doesn't Noa help in the kitchen?</w:t>
      </w:r>
    </w:p>
    <w:p>
      <w:pPr>
        <w:spacing w:before="160" w:after="20"/>
        <w:jc w:val="both"/>
      </w:pPr>
      <w:r>
        <w:rPr>
          <w:b/>
          <w:bCs/>
          <w:sz w:val="26"/>
          <w:szCs w:val="26"/>
        </w:rPr>
        <w:t>13. Complete the sentences about the text.</w:t>
      </w:r>
    </w:p>
    <w:p>
      <w:pPr>
        <w:bidi/>
        <w:spacing w:before="0" w:after="0"/>
        <w:jc w:val="both"/>
      </w:pPr>
      <w:r>
        <w:rPr>
          <w:rFonts w:ascii="Arial" w:hAnsi="Arial" w:cs="Arial"/>
          <w:color w:val="6B7280"/>
          <w:sz w:val="20"/>
          <w:szCs w:val="20"/>
          <w:rtl/>
          <w:lang w:val="en-US" w:bidi="he-IL"/>
        </w:rPr>
        <w:t xml:space="preserve">השלימו את המשפטים על הטקסט.</w:t>
      </w:r>
    </w:p>
    <w:p>
      <w:pPr>
        <w:bidi/>
        <w:spacing w:before="0" w:after="80"/>
        <w:jc w:val="both"/>
      </w:pPr>
      <w:r>
        <w:rPr>
          <w:rFonts w:ascii="Arial" w:hAnsi="Arial" w:cs="Arial"/>
          <w:color w:val="6B7280"/>
          <w:sz w:val="21"/>
          <w:szCs w:val="21"/>
          <w:rtl/>
          <w:lang w:val="en-US" w:bidi="ar-SA"/>
        </w:rPr>
        <w:t xml:space="preserve">أكمل الجمل حول النصّ.</w:t>
      </w:r>
    </w:p>
    <w:p>
      <w:pPr>
        <w:spacing w:before="0" w:after="60"/>
        <w:jc w:val="both"/>
      </w:pPr>
      <w:r>
        <w:rPr/>
        <w:t>a. Omer __________ in Haifa.</w:t>
      </w:r>
    </w:p>
    <w:p>
      <w:pPr>
        <w:spacing w:before="0" w:after="60"/>
        <w:jc w:val="both"/>
      </w:pPr>
      <w:r>
        <w:rPr/>
        <w:t>b. His school __________ near his house.</w:t>
      </w:r>
    </w:p>
    <w:p>
      <w:pPr>
        <w:spacing w:before="0" w:after="60"/>
        <w:jc w:val="both"/>
      </w:pPr>
      <w:r>
        <w:rPr/>
        <w:t>c. In the evening, Omer __________ his dad.</w:t>
      </w:r>
    </w:p>
    <w:p>
      <w:pPr>
        <w:spacing w:before="0" w:after="60"/>
        <w:jc w:val="both"/>
      </w:pPr>
      <w:r>
        <w:rPr/>
        <w:t>d. At nine o'clock, he __________ a book in bed.</w:t>
      </w:r>
    </w:p>
    <w:p>
      <w:pPr>
        <w:spacing w:before="160" w:after="20"/>
        <w:jc w:val="both"/>
      </w:pPr>
      <w:r>
        <w:rPr>
          <w:b/>
          <w:bCs/>
          <w:sz w:val="26"/>
          <w:szCs w:val="26"/>
        </w:rPr>
        <w:t>14. Write 4 sentences about a day in the life of a person in your family. Use he or she.</w:t>
      </w:r>
    </w:p>
    <w:p>
      <w:pPr>
        <w:bidi/>
        <w:spacing w:before="0" w:after="0"/>
        <w:jc w:val="both"/>
      </w:pPr>
      <w:r>
        <w:rPr>
          <w:rFonts w:ascii="Arial" w:hAnsi="Arial" w:cs="Arial"/>
          <w:color w:val="6B7280"/>
          <w:sz w:val="20"/>
          <w:szCs w:val="20"/>
          <w:rtl/>
          <w:lang w:val="en-US" w:bidi="he-IL"/>
        </w:rPr>
        <w:t xml:space="preserve">כתבו 4 משפטים על יום בחיים של אדם מהמשפחה שלכם. השתמשו ב־‎he‎ או ב־‎she‎.</w:t>
      </w:r>
    </w:p>
    <w:p>
      <w:pPr>
        <w:bidi/>
        <w:spacing w:before="0" w:after="80"/>
        <w:jc w:val="both"/>
      </w:pPr>
      <w:r>
        <w:rPr>
          <w:rFonts w:ascii="Arial" w:hAnsi="Arial" w:cs="Arial"/>
          <w:color w:val="6B7280"/>
          <w:sz w:val="21"/>
          <w:szCs w:val="21"/>
          <w:rtl/>
          <w:lang w:val="en-US" w:bidi="ar-SA"/>
        </w:rPr>
        <w:t xml:space="preserve">اكتب 4 جمل عن يوم في حياة شخص من عائلتك. استعمل ‎he‎ أو ‎she‎.</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