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5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Present simple: he, she, it (-s) and questions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verbs to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בין הפעלים למילים.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الأفعال بالكلمات.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brush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a bike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do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a shower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ride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your homework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feed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basketball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take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your teeth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play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the dog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Complete the table.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הטבלה.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I / you / we / they</w:t>
            </w:r>
          </w:p>
        </w:tc>
        <w:tc>
          <w:tcPr>
            <w:tcW w:type="dxa" w:w="4989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he / she / it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play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plays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watch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watches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go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goes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study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studies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have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has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fix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fixes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Sort the verbs: -s, -es or -ies?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הפעלים: ‎-s, -es‎ או -‎ies?‎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الأفعال: ‎-s‎ أو -‎es‎ أو -‎ies‎؟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-s</w:t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-es</w:t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-ies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reads, swims, eats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watches, washes, goes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cries, flies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with the verb in brackets.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בפועל שבסוגריים.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بالفعل الذي بين القوسين.</w:t>
      </w:r>
    </w:p>
    <w:p>
      <w:pPr>
        <w:spacing w:before="0" w:after="40"/>
        <w:jc w:val="both"/>
      </w:pPr>
      <w:r>
        <w:rPr/>
        <w:t>a. Noam plays football after school. (play)</w:t>
      </w:r>
    </w:p>
    <w:p>
      <w:pPr>
        <w:spacing w:before="0" w:after="40"/>
        <w:jc w:val="both"/>
      </w:pPr>
      <w:r>
        <w:rPr/>
        <w:t>b. My mom goes to work by train. (go)</w:t>
      </w:r>
    </w:p>
    <w:p>
      <w:pPr>
        <w:spacing w:before="0" w:after="40"/>
        <w:jc w:val="both"/>
      </w:pPr>
      <w:r>
        <w:rPr/>
        <w:t>c. The baby cries a lot at night. (cry)</w:t>
      </w:r>
    </w:p>
    <w:p>
      <w:pPr>
        <w:spacing w:before="0" w:after="40"/>
        <w:jc w:val="both"/>
      </w:pPr>
      <w:r>
        <w:rPr/>
        <w:t>d. Tamar has two cats. (have)</w:t>
      </w:r>
    </w:p>
    <w:p>
      <w:pPr>
        <w:spacing w:before="0" w:after="40"/>
        <w:jc w:val="both"/>
      </w:pPr>
      <w:r>
        <w:rPr/>
        <w:t>e. Our teacher checks the homework every day. (check)</w:t>
      </w:r>
    </w:p>
    <w:p>
      <w:pPr>
        <w:spacing w:before="0" w:after="40"/>
        <w:jc w:val="both"/>
      </w:pPr>
      <w:r>
        <w:rPr/>
        <w:t>f. Itay washes his face in the morning. (wash)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correct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الصحيحة.</w:t>
      </w:r>
    </w:p>
    <w:p>
      <w:pPr>
        <w:spacing w:before="0" w:after="20"/>
        <w:jc w:val="both"/>
      </w:pPr>
      <w:r>
        <w:rPr/>
        <w:t>a. Maya ___ breakfast at seven.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eats</w:t>
      </w:r>
    </w:p>
    <w:p>
      <w:pPr>
        <w:spacing w:before="0" w:after="20"/>
        <w:jc w:val="both"/>
      </w:pPr>
      <w:r>
        <w:rPr/>
        <w:t>b. We ___ in Ramat Gan.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live</w:t>
      </w:r>
    </w:p>
    <w:p>
      <w:pPr>
        <w:spacing w:before="0" w:after="20"/>
        <w:jc w:val="both"/>
      </w:pPr>
      <w:r>
        <w:rPr/>
        <w:t>c. The dog ___ in the garden.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sleeps</w:t>
      </w:r>
    </w:p>
    <w:p>
      <w:pPr>
        <w:spacing w:before="0" w:after="20"/>
        <w:jc w:val="both"/>
      </w:pPr>
      <w:r>
        <w:rPr/>
        <w:t>d. My friends ___ the bus to school.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take</w:t>
      </w:r>
    </w:p>
    <w:p>
      <w:pPr>
        <w:spacing w:before="0" w:after="20"/>
        <w:jc w:val="both"/>
      </w:pPr>
      <w:r>
        <w:rPr/>
        <w:t>e. Ben ___ his homework in the evening.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does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Complete with don't or doesn't.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ב־‎don't‎ או ב־‎doesn't‎.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‎don't‎ أو ‎doesn't‎.</w:t>
      </w:r>
    </w:p>
    <w:p>
      <w:pPr>
        <w:spacing w:before="0" w:after="40"/>
        <w:jc w:val="both"/>
      </w:pPr>
      <w:r>
        <w:rPr/>
        <w:t>a. Yoav doesn't like fish.</w:t>
      </w:r>
    </w:p>
    <w:p>
      <w:pPr>
        <w:spacing w:before="0" w:after="40"/>
        <w:jc w:val="both"/>
      </w:pPr>
      <w:r>
        <w:rPr/>
        <w:t>b. I don't watch TV in the morning.</w:t>
      </w:r>
    </w:p>
    <w:p>
      <w:pPr>
        <w:spacing w:before="0" w:after="40"/>
        <w:jc w:val="both"/>
      </w:pPr>
      <w:r>
        <w:rPr/>
        <w:t>c. My grandparents don't have a computer.</w:t>
      </w:r>
    </w:p>
    <w:p>
      <w:pPr>
        <w:spacing w:before="0" w:after="40"/>
        <w:jc w:val="both"/>
      </w:pPr>
      <w:r>
        <w:rPr/>
        <w:t>d. The shop doesn't open on Saturday.</w:t>
      </w:r>
    </w:p>
    <w:p>
      <w:pPr>
        <w:spacing w:before="0" w:after="40"/>
        <w:jc w:val="both"/>
      </w:pPr>
      <w:r>
        <w:rPr/>
        <w:t>e. We don't go to school on Saturday.</w:t>
      </w:r>
    </w:p>
    <w:p>
      <w:pPr>
        <w:spacing w:before="0" w:after="40"/>
        <w:jc w:val="both"/>
      </w:pPr>
      <w:r>
        <w:rPr/>
        <w:t>f. Shira doesn't play the guitar.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Complete with Do or Does.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ב־‎Do‎ או ב־‎Does‎.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‎Do‎ أو ‎Does‎.</w:t>
      </w:r>
    </w:p>
    <w:p>
      <w:pPr>
        <w:spacing w:before="0" w:after="40"/>
        <w:jc w:val="both"/>
      </w:pPr>
      <w:r>
        <w:rPr/>
        <w:t>a. Does your sister play the piano?</w:t>
      </w:r>
    </w:p>
    <w:p>
      <w:pPr>
        <w:spacing w:before="0" w:after="40"/>
        <w:jc w:val="both"/>
      </w:pPr>
      <w:r>
        <w:rPr/>
        <w:t>b. Do you like chocolate?</w:t>
      </w:r>
    </w:p>
    <w:p>
      <w:pPr>
        <w:spacing w:before="0" w:after="40"/>
        <w:jc w:val="both"/>
      </w:pPr>
      <w:r>
        <w:rPr/>
        <w:t>c. Does the cat drink milk?</w:t>
      </w:r>
    </w:p>
    <w:p>
      <w:pPr>
        <w:spacing w:before="0" w:after="40"/>
        <w:jc w:val="both"/>
      </w:pPr>
      <w:r>
        <w:rPr/>
        <w:t>d. Do Omer and Ben go to the same school?</w:t>
      </w:r>
    </w:p>
    <w:p>
      <w:pPr>
        <w:spacing w:before="0" w:after="40"/>
        <w:jc w:val="both"/>
      </w:pPr>
      <w:r>
        <w:rPr/>
        <w:t>e. Does your dad cook dinner?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Is the sentence correct? Write True or False.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האם המשפט נכון? כתבו ‎True‎ או ‎False‎.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هل الجملة صحيحة؟ اكتب ‎True‎ أو ‎False‎. صحّح الجمل الخاطئة.</w:t>
      </w:r>
    </w:p>
    <w:p>
      <w:pPr>
        <w:spacing w:before="0" w:after="40"/>
        <w:jc w:val="both"/>
      </w:pPr>
      <w:r>
        <w:rPr/>
        <w:t>a. She go to school by bus. – False – She goes to school by bus.</w:t>
      </w:r>
    </w:p>
    <w:p>
      <w:pPr>
        <w:spacing w:before="0" w:after="40"/>
        <w:jc w:val="both"/>
      </w:pPr>
      <w:r>
        <w:rPr/>
        <w:t>b. My brother watches cartoons. – True</w:t>
      </w:r>
    </w:p>
    <w:p>
      <w:pPr>
        <w:spacing w:before="0" w:after="40"/>
        <w:jc w:val="both"/>
      </w:pPr>
      <w:r>
        <w:rPr/>
        <w:t>c. Does he plays tennis? – False – Does he play tennis?</w:t>
      </w:r>
    </w:p>
    <w:p>
      <w:pPr>
        <w:spacing w:before="0" w:after="40"/>
        <w:jc w:val="both"/>
      </w:pPr>
      <w:r>
        <w:rPr/>
        <w:t>d. They don't like rain. – True</w:t>
      </w:r>
    </w:p>
    <w:p>
      <w:pPr>
        <w:spacing w:before="0" w:after="40"/>
        <w:jc w:val="both"/>
      </w:pPr>
      <w:r>
        <w:rPr/>
        <w:t>e. Noa doesn't eats meat. – False – Noa doesn't eat meat.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Put the words in the correct order. Write the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סדרו את המילים בסדר הנכון. כתבו את המשפט.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رتّب الكلمات بالترتيب الصحيح. اكتب الجملة.</w:t>
      </w:r>
    </w:p>
    <w:p>
      <w:pPr>
        <w:spacing w:before="0" w:after="100"/>
        <w:jc w:val="both"/>
      </w:pPr>
      <w:r>
        <w:rPr/>
        <w:t>a. swimming / goes / Tamar / on Mondays  → Tamar goes swimming on Mondays.</w:t>
      </w:r>
    </w:p>
    <w:p>
      <w:pPr>
        <w:spacing w:before="0" w:after="100"/>
        <w:jc w:val="both"/>
      </w:pPr>
      <w:r>
        <w:rPr/>
        <w:t>b. doesn't / my dad / tea / drink  → My dad doesn't drink tea.</w:t>
      </w:r>
    </w:p>
    <w:p>
      <w:pPr>
        <w:spacing w:before="0" w:after="100"/>
        <w:jc w:val="both"/>
      </w:pPr>
      <w:r>
        <w:rPr/>
        <w:t>c. like / you / Do / ice cream / ?  → Do you like ice cream?</w:t>
      </w:r>
    </w:p>
    <w:p>
      <w:pPr>
        <w:spacing w:before="0" w:after="100"/>
        <w:jc w:val="both"/>
      </w:pPr>
      <w:r>
        <w:rPr/>
        <w:t>d. does / Where / live / your uncle / ?  → Where does your uncle live?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"Omer's Day". Write True or False.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‎"Omer's Day"‎. כתבו ‎True‎ או ‎False‎.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‎"Omer's Day"‎. اكتب ‎True‎ أو ‎False‎.</w:t>
      </w:r>
    </w:p>
    <w:p>
      <w:pPr>
        <w:spacing w:before="0" w:after="40"/>
        <w:jc w:val="both"/>
      </w:pPr>
      <w:r>
        <w:rPr/>
        <w:t>a. Omer lives in Haifa. – True</w:t>
      </w:r>
    </w:p>
    <w:p>
      <w:pPr>
        <w:spacing w:before="0" w:after="40"/>
        <w:jc w:val="both"/>
      </w:pPr>
      <w:r>
        <w:rPr/>
        <w:t>b. He goes to school by bus. – False – He goes to school on foot.</w:t>
      </w:r>
    </w:p>
    <w:p>
      <w:pPr>
        <w:spacing w:before="0" w:after="40"/>
        <w:jc w:val="both"/>
      </w:pPr>
      <w:r>
        <w:rPr/>
        <w:t>c. He drinks tea in the morning. – False – He doesn't drink tea.</w:t>
      </w:r>
    </w:p>
    <w:p>
      <w:pPr>
        <w:spacing w:before="0" w:after="40"/>
        <w:jc w:val="both"/>
      </w:pPr>
      <w:r>
        <w:rPr/>
        <w:t>d. He plays basketball after his homework.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Answer the questions about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ענו על השאלות על הטקסט.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أجب عن الأسئلة حول النصّ.</w:t>
      </w:r>
    </w:p>
    <w:p>
      <w:pPr>
        <w:spacing w:before="0" w:after="100"/>
        <w:jc w:val="both"/>
      </w:pPr>
      <w:r>
        <w:rPr/>
        <w:t>a. What time does Omer get up?  → He gets up at seven o'clock.</w:t>
      </w:r>
    </w:p>
    <w:p>
      <w:pPr>
        <w:spacing w:before="0" w:after="100"/>
        <w:jc w:val="both"/>
      </w:pPr>
      <w:r>
        <w:rPr/>
        <w:t>b. What does he eat for breakfast?  → He eats cornflakes with milk.</w:t>
      </w:r>
    </w:p>
    <w:p>
      <w:pPr>
        <w:spacing w:before="0" w:after="100"/>
        <w:jc w:val="both"/>
      </w:pPr>
      <w:r>
        <w:rPr/>
        <w:t>c. Why does he like science?  → Because he likes experiments.</w:t>
      </w:r>
    </w:p>
    <w:p>
      <w:pPr>
        <w:spacing w:before="0" w:after="100"/>
        <w:jc w:val="both"/>
      </w:pPr>
      <w:r>
        <w:rPr/>
        <w:t>d. Why doesn't Noa help in the kitchen?  → Because she is only five.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Complete the sentences about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המשפטים על הטקסט.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الجمل حول النصّ.</w:t>
      </w:r>
    </w:p>
    <w:p>
      <w:pPr>
        <w:spacing w:before="0" w:after="40"/>
        <w:jc w:val="both"/>
      </w:pPr>
      <w:r>
        <w:rPr/>
        <w:t>a. Omer lives in Haifa.</w:t>
      </w:r>
    </w:p>
    <w:p>
      <w:pPr>
        <w:spacing w:before="0" w:after="40"/>
        <w:jc w:val="both"/>
      </w:pPr>
      <w:r>
        <w:rPr/>
        <w:t>b. His school is near his house.</w:t>
      </w:r>
    </w:p>
    <w:p>
      <w:pPr>
        <w:spacing w:before="0" w:after="40"/>
        <w:jc w:val="both"/>
      </w:pPr>
      <w:r>
        <w:rPr/>
        <w:t>c. In the evening, Omer helps his dad.</w:t>
      </w:r>
    </w:p>
    <w:p>
      <w:pPr>
        <w:spacing w:before="0" w:after="40"/>
        <w:jc w:val="both"/>
      </w:pPr>
      <w:r>
        <w:rPr/>
        <w:t>d. At nine o'clock, he reads a book in bed.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14. Write 4 sentences about a day in the life of a person in your family. Use he or she.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4 משפטים על יום בחיים של אדם מהמשפחה שלכם. השתמשו ב־‎he‎ או ב־‎she‎.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4 جمل عن يوم في حياة شخص من عائلتك. استعمل ‎he‎ أو ‎she‎.</w:t>
      </w:r>
    </w:p>
    <w:p>
      <w:pPr>
        <w:spacing w:before="0" w:after="80"/>
        <w:jc w:val="both"/>
      </w:pPr>
      <w:r>
        <w:rPr>
          <w:color w:val="0F7A4F"/>
        </w:rPr>
        <w:t>Possible answer: My brother Daniel gets up at six. He goes to work by car. He doesn't eat lunch at home. In the evening he plays with his kids.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