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Present progressive: what is happening now?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‎Present progressive‎: מה קורה עכשיו?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‎Present progressive‎: ماذا يحدث الآن؟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</w:rPr>
        <w:t>Summary: the present progressive (am / is / are + -ing)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‎present progressive (am / is / are + -ing)‎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‎present progressive (am / is / are + -ing)‎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5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The form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המבנה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الصيغة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Subject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be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 + ing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am ('m)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playing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 / she / it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is ('s)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playing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/ we / they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are ('re)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playing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Spelling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כתיב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الإملاء</w:t>
      </w:r>
    </w:p>
    <w:p>
      <w:pPr>
        <w:spacing w:before="0" w:after="20"/>
        <w:jc w:val="both"/>
      </w:pPr>
      <w:r>
        <w:rPr/>
        <w:t>1. most verbs + ing: read, reading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רוב הפעלים ‎+ ing: read, reading‎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معظم الأفعال ‎+ ing: read, reading‎</w:t>
      </w:r>
    </w:p>
    <w:p>
      <w:pPr>
        <w:spacing w:before="0" w:after="20"/>
        <w:jc w:val="both"/>
      </w:pPr>
      <w:r>
        <w:rPr/>
        <w:t>2. silent e: drop it: write, writing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‎e‎ שקטה: מורידים אותה: ‎write, writing‎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‎e‎ صامتة: نحذفها: ‎write, writing‎</w:t>
      </w:r>
    </w:p>
    <w:p>
      <w:pPr>
        <w:spacing w:before="0" w:after="20"/>
        <w:jc w:val="both"/>
      </w:pPr>
      <w:r>
        <w:rPr/>
        <w:t>3. one vowel + one consonant: double it: swim, swimming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תנועה אחת + עיצור אחד: מכפילים אותו: ‎swim, swimming‎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حرف علّة واحد + حرف ساكن واحد: نضاعفه: ‎swim, swimming‎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Negatives and 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שלילה ושאלות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النفي والأسئلة</w:t>
      </w:r>
    </w:p>
    <w:p>
      <w:pPr>
        <w:spacing w:before="0" w:after="20"/>
        <w:jc w:val="both"/>
      </w:pPr>
      <w:r>
        <w:rPr/>
        <w:t>1. isn't / aren't / am not + -ing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שלילה: ‎isn't / aren't / am not + -ing‎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النفي: ‎isn't / aren't / am not + -ing‎</w:t>
      </w:r>
    </w:p>
    <w:p>
      <w:pPr>
        <w:spacing w:before="0" w:after="20"/>
        <w:jc w:val="both"/>
      </w:pPr>
      <w:r>
        <w:rPr/>
        <w:t>2. Is / Are + subject + -ing?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‎Is / Are +‎ נושא ‎+ -ing?‎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‎Is / Are +‎ الفاعل ‎+ -ing‎؟</w:t>
      </w:r>
    </w:p>
    <w:p>
      <w:pPr>
        <w:spacing w:before="0" w:after="20"/>
        <w:jc w:val="both"/>
      </w:pPr>
      <w:r>
        <w:rPr/>
        <w:t>3. Short answers: Yes, he is. No, they aren't.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תשובות קצרות: ‎Yes, he is.‎‏ ‎No, they aren't‎.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إجابات قصيرة: ‎Yes, he is.‎‏ ‎No, they aren't‎.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Is Noa singing? No, she isn't. She's dancing.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Now or every day?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עכשיו או כל יום?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الآن أم كلّ يوم؟</w:t>
      </w:r>
    </w:p>
    <w:p>
      <w:pPr>
        <w:spacing w:before="0" w:after="40"/>
        <w:jc w:val="both"/>
      </w:pPr>
      <w:r>
        <w:rPr/>
        <w:t>Now, right now, look! and listen! go with the present progressive. Every day, often and usually go with the present simple.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‎Now, right now, look!‎ ו־‎listen!‎ באים עם ‎present progressive.‎‏ ‎Every day, often‎ ו־‎usually‎ באים עם ‎present simple‎.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‎Now‎ و‎right now‎ و‎look!‎ و‎listen!‎ تأتي مع ‎present progressive.‎‏ ‎Every day‎ و‎often‎ و‎usually‎ تأتي مع ‎present simple‎.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637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6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bike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אופניים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دراجة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0713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k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071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עוגה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كعكة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8512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85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כובע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قبعة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ach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beach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חוף 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شاطئ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Every day, often, usually = present simple (I play). Now, right now, look! = present progressive (I am playing).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‎Every day, often, usually = present simple (I play)‎: הרגלים. ‎Now, right now, look! = present progressive (I am playing)‎: מה שקורה עכשיו.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‎Every day, often, usually = present simple (I play)‎: العادات. ‎Now, right now, look! = present progressive (I am playing)‎: ما يحدث الآن.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Write about now: Itay / ride / his bike. ___</w:t>
      </w:r>
    </w:p>
    <w:p>
      <w:pPr>
        <w:spacing w:before="0" w:after="20"/>
        <w:jc w:val="both"/>
      </w:pPr>
      <w:r>
        <w:rPr/>
        <w:t>1. Itay = he, so we use is.</w:t>
      </w:r>
    </w:p>
    <w:p>
      <w:pPr>
        <w:spacing w:before="0" w:after="20"/>
        <w:jc w:val="both"/>
      </w:pPr>
      <w:r>
        <w:rPr/>
        <w:t>2. ride ends in a silent e: drop it and add -ing: riding.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Itay is riding his bike.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Check yourself – Complete with the present progressive.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ב־‎present progressive‎.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‎present progressive‎.</w:t>
      </w:r>
    </w:p>
    <w:p>
      <w:pPr>
        <w:spacing w:before="0" w:after="60"/>
        <w:jc w:val="both"/>
      </w:pPr>
      <w:r>
        <w:rPr/>
        <w:t>a. Maya __________ (write) a letter now.</w:t>
      </w:r>
    </w:p>
    <w:p>
      <w:pPr>
        <w:spacing w:before="0" w:after="60"/>
        <w:jc w:val="both"/>
      </w:pPr>
      <w:r>
        <w:rPr/>
        <w:t>b. The boys __________ (swim) in the sea.</w:t>
      </w:r>
    </w:p>
    <w:p>
      <w:pPr>
        <w:spacing w:before="0" w:after="60"/>
        <w:jc w:val="both"/>
      </w:pPr>
      <w:r>
        <w:rPr/>
        <w:t>c. I __________ (not sleep). I'm reading.</w:t>
      </w:r>
    </w:p>
    <w:p>
      <w:pPr>
        <w:spacing w:before="0" w:after="60"/>
        <w:jc w:val="both"/>
      </w:pPr>
      <w:r>
        <w:rPr/>
        <w:t>d. __________ you listening to me?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is writing · b. are swimming · c. am not sleeping · d. Are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