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6D28D9"/>
          <w:sz w:val="44"/>
          <w:szCs w:val="44"/>
        </w:rPr>
        <w:t>Present progressive: what is happening now?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‎Present progressive‎: מה קורה עכשיו?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‎Present progressive‎: ماذا يحدث الآن؟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action to the place.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הפעולה למקום.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الفعل بالمكان.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swimming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in the park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cooking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at the market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reading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in the library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running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in bed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sleeping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in the sea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buying fruit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in the kitchen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-ing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הצורה עם -‎ing‎.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الصيغة مع -‎ing‎.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 + ing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play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write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swim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dance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read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sit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-ing forms by spelling.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צורות ה־-‎ing‎ לפי הכתיב.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صيغ -‎ing‎ حسب الإملاء.</w:t>
      </w:r>
    </w:p>
    <w:p>
      <w:pPr>
        <w:spacing w:before="0" w:after="80"/>
        <w:jc w:val="both"/>
      </w:pPr>
      <w:r>
        <w:rPr>
          <w:color w:val="6D28D9"/>
          <w:sz w:val="24"/>
          <w:szCs w:val="24"/>
        </w:rPr>
        <w:t>Words: eating  |  making  |  running  |  jumping  |  riding  |  getting  |  drinking  |  smiling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+ ing</w:t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drop the e</w:t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double the letter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am,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</w:t>
      </w:r>
    </w:p>
    <w:p>
      <w:pPr>
        <w:spacing w:before="0" w:after="60"/>
        <w:jc w:val="both"/>
      </w:pPr>
      <w:r>
        <w:rPr/>
        <w:t>a. I __________ drawing a picture.</w:t>
      </w:r>
    </w:p>
    <w:p>
      <w:pPr>
        <w:spacing w:before="0" w:after="60"/>
        <w:jc w:val="both"/>
      </w:pPr>
      <w:r>
        <w:rPr/>
        <w:t>b. Noa __________ talking on the phone.</w:t>
      </w:r>
    </w:p>
    <w:p>
      <w:pPr>
        <w:spacing w:before="0" w:after="60"/>
        <w:jc w:val="both"/>
      </w:pPr>
      <w:r>
        <w:rPr/>
        <w:t>c. We __________ waiting for the bus.</w:t>
      </w:r>
    </w:p>
    <w:p>
      <w:pPr>
        <w:spacing w:before="0" w:after="60"/>
        <w:jc w:val="both"/>
      </w:pPr>
      <w:r>
        <w:rPr/>
        <w:t>d. The cat __________ drinking milk.</w:t>
      </w:r>
    </w:p>
    <w:p>
      <w:pPr>
        <w:spacing w:before="0" w:after="60"/>
        <w:jc w:val="both"/>
      </w:pPr>
      <w:r>
        <w:rPr/>
        <w:t>e. My parents __________ cooking dinner.</w:t>
      </w:r>
    </w:p>
    <w:p>
      <w:pPr>
        <w:spacing w:before="0" w:after="60"/>
        <w:jc w:val="both"/>
      </w:pPr>
      <w:r>
        <w:rPr/>
        <w:t>f. You __________ standing on my foot!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the present progressive of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ב־‎present progressive‎ של הפועל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‎present progressive‎ للفعل الذي بين القوسين.</w:t>
      </w:r>
    </w:p>
    <w:p>
      <w:pPr>
        <w:spacing w:before="0" w:after="60"/>
        <w:jc w:val="both"/>
      </w:pPr>
      <w:r>
        <w:rPr/>
        <w:t>a. Look! Yoav __________ a cake. (make)</w:t>
      </w:r>
    </w:p>
    <w:p>
      <w:pPr>
        <w:spacing w:before="0" w:after="60"/>
        <w:jc w:val="both"/>
      </w:pPr>
      <w:r>
        <w:rPr/>
        <w:t>b. Listen! The birds __________. (sing)</w:t>
      </w:r>
    </w:p>
    <w:p>
      <w:pPr>
        <w:spacing w:before="0" w:after="60"/>
        <w:jc w:val="both"/>
      </w:pPr>
      <w:r>
        <w:rPr/>
        <w:t>c. The children __________ in the pool. (swim)</w:t>
      </w:r>
    </w:p>
    <w:p>
      <w:pPr>
        <w:spacing w:before="0" w:after="60"/>
        <w:jc w:val="both"/>
      </w:pPr>
      <w:r>
        <w:rPr/>
        <w:t>d. Dad __________ the car right now. (wash)</w:t>
      </w:r>
    </w:p>
    <w:p>
      <w:pPr>
        <w:spacing w:before="0" w:after="60"/>
        <w:jc w:val="both"/>
      </w:pPr>
      <w:r>
        <w:rPr/>
        <w:t>e. I __________ my homework now. (do)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Are you watching TV?</w:t>
      </w:r>
    </w:p>
    <w:p>
      <w:pPr>
        <w:spacing w:before="0" w:after="80"/>
        <w:jc w:val="both"/>
      </w:pPr>
      <w:r>
        <w:rPr/>
        <w:t xml:space="preserve">   ○ Yes, I am.      ○ Yes, I'm.      ○ Yes, I watch.</w:t>
      </w:r>
    </w:p>
    <w:p>
      <w:pPr>
        <w:spacing w:before="0" w:after="20"/>
        <w:jc w:val="both"/>
      </w:pPr>
      <w:r>
        <w:rPr/>
        <w:t>b. Is Omer playing football?</w:t>
      </w:r>
    </w:p>
    <w:p>
      <w:pPr>
        <w:spacing w:before="0" w:after="80"/>
        <w:jc w:val="both"/>
      </w:pPr>
      <w:r>
        <w:rPr/>
        <w:t xml:space="preserve">   ○ No, he don't.      ○ No, he isn't.      ○ No, he aren't.</w:t>
      </w:r>
    </w:p>
    <w:p>
      <w:pPr>
        <w:spacing w:before="0" w:after="20"/>
        <w:jc w:val="both"/>
      </w:pPr>
      <w:r>
        <w:rPr/>
        <w:t>c. Are the girls dancing?</w:t>
      </w:r>
    </w:p>
    <w:p>
      <w:pPr>
        <w:spacing w:before="0" w:after="80"/>
        <w:jc w:val="both"/>
      </w:pPr>
      <w:r>
        <w:rPr/>
        <w:t xml:space="preserve">   ○ Yes, they is.      ○ Yes, they do.      ○ Yes, they are.</w:t>
      </w:r>
    </w:p>
    <w:p>
      <w:pPr>
        <w:spacing w:before="0" w:after="20"/>
        <w:jc w:val="both"/>
      </w:pPr>
      <w:r>
        <w:rPr/>
        <w:t>d. Is it raining?</w:t>
      </w:r>
    </w:p>
    <w:p>
      <w:pPr>
        <w:spacing w:before="0" w:after="80"/>
        <w:jc w:val="both"/>
      </w:pPr>
      <w:r>
        <w:rPr/>
        <w:t xml:space="preserve">   ○ No, it isn't.      ○ No, it not.      ○ No, it doesn't.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Make the sentences negative. Use isn't or aren't.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המשפטים לשלילה. השתמשו ב־‎isn't‎ או ב־‎aren't‎.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 إلى النفي. استعمل ‎isn't‎ أو ‎aren't‎.</w:t>
      </w:r>
    </w:p>
    <w:p>
      <w:pPr>
        <w:spacing w:before="0" w:after="60"/>
        <w:jc w:val="both"/>
      </w:pPr>
      <w:r>
        <w:rPr/>
        <w:t>a. Ben is sleeping. Ben __________ sleeping.</w:t>
      </w:r>
    </w:p>
    <w:p>
      <w:pPr>
        <w:spacing w:before="0" w:after="60"/>
        <w:jc w:val="both"/>
      </w:pPr>
      <w:r>
        <w:rPr/>
        <w:t>b. The dogs are barking. The dogs __________ barking.</w:t>
      </w:r>
    </w:p>
    <w:p>
      <w:pPr>
        <w:spacing w:before="0" w:after="60"/>
        <w:jc w:val="both"/>
      </w:pPr>
      <w:r>
        <w:rPr/>
        <w:t>c. Tamar is eating. Tamar __________ eating.</w:t>
      </w:r>
    </w:p>
    <w:p>
      <w:pPr>
        <w:spacing w:before="0" w:after="60"/>
        <w:jc w:val="both"/>
      </w:pPr>
      <w:r>
        <w:rPr/>
        <w:t>d. We are going home. We __________ going home.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Write questions. Then answer them.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שאלות. אחר כך ענו עליהן.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أسئلة. ثمّ أجب عنها.</w:t>
      </w:r>
    </w:p>
    <w:p>
      <w:pPr>
        <w:spacing w:before="0" w:after="100"/>
        <w:jc w:val="both"/>
      </w:pPr>
      <w:r>
        <w:rPr/>
        <w:t>a. Noam / play / chess? (yes)</w:t>
      </w:r>
    </w:p>
    <w:p>
      <w:pPr>
        <w:spacing w:before="0" w:after="100"/>
        <w:jc w:val="both"/>
      </w:pPr>
      <w:r>
        <w:rPr/>
        <w:t>b. the girls / ride / bikes? (no)</w:t>
      </w:r>
    </w:p>
    <w:p>
      <w:pPr>
        <w:spacing w:before="0" w:after="100"/>
        <w:jc w:val="both"/>
      </w:pPr>
      <w:r>
        <w:rPr/>
        <w:t>c. your mom / cook? (yes)</w:t>
      </w:r>
    </w:p>
    <w:p>
      <w:pPr>
        <w:spacing w:before="0" w:after="100"/>
        <w:jc w:val="both"/>
      </w:pPr>
      <w:r>
        <w:rPr/>
        <w:t>d. it / snow? (no)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Present simple or present progressive? Is the sentence correct? Correct the false ones.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‎present simple‎ או ‎present progressive?‎ האם המשפט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‎present simple‎ أم ‎present progressive‎؟ هل الجملة صحيحة؟ صحّح الجمل الخاطئة.</w:t>
      </w:r>
    </w:p>
    <w:p>
      <w:pPr>
        <w:spacing w:before="0" w:after="60"/>
        <w:jc w:val="both"/>
      </w:pPr>
      <w:r>
        <w:rPr/>
        <w:t>a. I am playing tennis every Monday.      True / False</w:t>
      </w:r>
    </w:p>
    <w:p>
      <w:pPr>
        <w:spacing w:before="0" w:after="60"/>
        <w:jc w:val="both"/>
      </w:pPr>
      <w:r>
        <w:rPr/>
        <w:t>b. Look! The baby is smiling.      True / False</w:t>
      </w:r>
    </w:p>
    <w:p>
      <w:pPr>
        <w:spacing w:before="0" w:after="60"/>
        <w:jc w:val="both"/>
      </w:pPr>
      <w:r>
        <w:rPr/>
        <w:t>c. She usually walks to school.      True / False</w:t>
      </w:r>
    </w:p>
    <w:p>
      <w:pPr>
        <w:spacing w:before="0" w:after="60"/>
        <w:jc w:val="both"/>
      </w:pPr>
      <w:r>
        <w:rPr/>
        <w:t>d. Listen! Daniel plays the guitar.      True / False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6D28D9"/>
          <w:sz w:val="30"/>
          <w:szCs w:val="30"/>
        </w:rPr>
        <w:t>A Day at the Beach</w:t>
      </w:r>
    </w:p>
    <w:p>
      <w:pPr>
        <w:spacing w:before="0" w:after="80"/>
        <w:jc w:val="both"/>
      </w:pPr>
      <w:r>
        <w:rPr/>
        <w:t>It's a hot day in August, and the Mizrahi family is at the beach in Netanya. Dad is sitting under a big umbrella. He's reading a newspaper. Mom isn't sitting. She's walking along the water with Grandma.</w:t>
      </w:r>
    </w:p>
    <w:p>
      <w:pPr>
        <w:spacing w:before="0" w:after="80"/>
        <w:jc w:val="both"/>
      </w:pPr>
      <w:r>
        <w:rPr/>
        <w:t>Daniel and his friend Itay are playing matkot near the water. Daniel is wearing a blue hat. Itay isn't wearing a hat, so his face is getting red. Little Shira is building a sandcastle. She's using a red bucket and a yellow spade.</w:t>
      </w:r>
    </w:p>
    <w:p>
      <w:pPr>
        <w:spacing w:before="0" w:after="80"/>
        <w:jc w:val="both"/>
      </w:pPr>
      <w:r>
        <w:rPr/>
        <w:t>Look! A man is selling ice cream. Daniel is running to Dad. "Dad, can we have some ice cream, please?" he asks. Dad is smiling and taking money out of his bag.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"A Day at the Beach". Write True or False.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‎"A Day at the Beach"‎. כתבו ‎True‎ או ‎False‎.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‎"A Day at the Beach"‎. اكتب ‎True‎ أو ‎False‎.</w:t>
      </w:r>
    </w:p>
    <w:p>
      <w:pPr>
        <w:spacing w:before="0" w:after="60"/>
        <w:jc w:val="both"/>
      </w:pPr>
      <w:r>
        <w:rPr/>
        <w:t>a. The family is at the beach in Netanya.      True / False</w:t>
      </w:r>
    </w:p>
    <w:p>
      <w:pPr>
        <w:spacing w:before="0" w:after="60"/>
        <w:jc w:val="both"/>
      </w:pPr>
      <w:r>
        <w:rPr/>
        <w:t>b. Mom is reading a newspaper.      True / False</w:t>
      </w:r>
    </w:p>
    <w:p>
      <w:pPr>
        <w:spacing w:before="0" w:after="60"/>
        <w:jc w:val="both"/>
      </w:pPr>
      <w:r>
        <w:rPr/>
        <w:t>c. Itay is wearing a blue hat.      True / False</w:t>
      </w:r>
    </w:p>
    <w:p>
      <w:pPr>
        <w:spacing w:before="0" w:after="60"/>
        <w:jc w:val="both"/>
      </w:pPr>
      <w:r>
        <w:rPr/>
        <w:t>d. Shira is building a sandcastle.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What is Dad doing?</w:t>
      </w:r>
    </w:p>
    <w:p>
      <w:pPr>
        <w:spacing w:before="0" w:after="100"/>
        <w:jc w:val="both"/>
      </w:pPr>
      <w:r>
        <w:rPr/>
        <w:t>b. Who is Mom walking with?</w:t>
      </w:r>
    </w:p>
    <w:p>
      <w:pPr>
        <w:spacing w:before="0" w:after="100"/>
        <w:jc w:val="both"/>
      </w:pPr>
      <w:r>
        <w:rPr/>
        <w:t>c. What are Daniel and Itay playing?</w:t>
      </w:r>
    </w:p>
    <w:p>
      <w:pPr>
        <w:spacing w:before="0" w:after="100"/>
        <w:jc w:val="both"/>
      </w:pPr>
      <w:r>
        <w:rPr/>
        <w:t>d. Why is Itay's face getting red?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Find the word in the text. Choose the correct meaning.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המילה בטקסט. בחרו את המשמעות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الكلمة في النصّ. اختر المعنى الصحيح.</w:t>
      </w:r>
    </w:p>
    <w:p>
      <w:pPr>
        <w:spacing w:before="0" w:after="20"/>
        <w:jc w:val="both"/>
      </w:pPr>
      <w:r>
        <w:rPr/>
        <w:t>a. "sandcastle" is:</w:t>
      </w:r>
    </w:p>
    <w:p>
      <w:pPr>
        <w:spacing w:before="0" w:after="80"/>
        <w:jc w:val="both"/>
      </w:pPr>
      <w:r>
        <w:rPr/>
        <w:t xml:space="preserve">   ○ a house of sand      ○ a big umbrella      ○ a kind of ice cream</w:t>
      </w:r>
    </w:p>
    <w:p>
      <w:pPr>
        <w:spacing w:before="0" w:after="20"/>
        <w:jc w:val="both"/>
      </w:pPr>
      <w:r>
        <w:rPr/>
        <w:t>b. "spade" is:</w:t>
      </w:r>
    </w:p>
    <w:p>
      <w:pPr>
        <w:spacing w:before="0" w:after="80"/>
        <w:jc w:val="both"/>
      </w:pPr>
      <w:r>
        <w:rPr/>
        <w:t xml:space="preserve">   ○ a hat      ○ a tool for digging      ○ a ball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14. Look around your classroom. Write 4 sentences about what people are doing now.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מסביב בכיתה. כתבו 4 משפטים על מה שאנשים עושים עכשיו.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حولك في الصفّ. اكتب 4 جمل عمّا يفعله الناس الآن.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