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5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Present progressive: what is happening now?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action to the place.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בין הפעולה למקום.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الفعل بالمكان.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swimming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in the park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cooking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[6] at the market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reading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in the library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running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in bed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sleeping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in the sea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buying fruit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in the kitchen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Write the -ing form.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הצורה עם -‎ing‎.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الصيغة مع -‎ing‎.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verb</w:t>
            </w:r>
          </w:p>
        </w:tc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verb + ing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play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playing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write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writing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swim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swimming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dance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dancing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read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reading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sit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sitting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Sort the -ing forms by spelling.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צורות ה־-‎ing‎ לפי הכתיב.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صيغ -‎ing‎ حسب الإملاء.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+ ing</w:t>
            </w:r>
          </w:p>
        </w:tc>
        <w:tc>
          <w:tcPr>
            <w:tcW w:type="dxa" w:w="3326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drop the e</w:t>
            </w:r>
          </w:p>
        </w:tc>
        <w:tc>
          <w:tcPr>
            <w:tcW w:type="dxa" w:w="3326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double the letter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eating, jumping, drinking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making, riding, smiling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running, getting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Complete with am, is or are.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‎am, is‎ או ‎are‎.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‎am‎ أو ‎is‎ أو ‎are‎.</w:t>
      </w:r>
    </w:p>
    <w:p>
      <w:pPr>
        <w:spacing w:before="0" w:after="40"/>
        <w:jc w:val="both"/>
      </w:pPr>
      <w:r>
        <w:rPr/>
        <w:t>a. I am drawing a picture.</w:t>
      </w:r>
    </w:p>
    <w:p>
      <w:pPr>
        <w:spacing w:before="0" w:after="40"/>
        <w:jc w:val="both"/>
      </w:pPr>
      <w:r>
        <w:rPr/>
        <w:t>b. Noa is talking on the phone.</w:t>
      </w:r>
    </w:p>
    <w:p>
      <w:pPr>
        <w:spacing w:before="0" w:after="40"/>
        <w:jc w:val="both"/>
      </w:pPr>
      <w:r>
        <w:rPr/>
        <w:t>c. We are waiting for the bus.</w:t>
      </w:r>
    </w:p>
    <w:p>
      <w:pPr>
        <w:spacing w:before="0" w:after="40"/>
        <w:jc w:val="both"/>
      </w:pPr>
      <w:r>
        <w:rPr/>
        <w:t>d. The cat is drinking milk.</w:t>
      </w:r>
    </w:p>
    <w:p>
      <w:pPr>
        <w:spacing w:before="0" w:after="40"/>
        <w:jc w:val="both"/>
      </w:pPr>
      <w:r>
        <w:rPr/>
        <w:t>e. My parents are cooking dinner.</w:t>
      </w:r>
    </w:p>
    <w:p>
      <w:pPr>
        <w:spacing w:before="0" w:after="40"/>
        <w:jc w:val="both"/>
      </w:pPr>
      <w:r>
        <w:rPr/>
        <w:t>f. You are standing on my foot!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Complete with the present progressive of the verb in brackets.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ב־‎present progressive‎ של הפועל שבסוגריים.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بصيغة ‎present progressive‎ للفعل الذي بين القوسين.</w:t>
      </w:r>
    </w:p>
    <w:p>
      <w:pPr>
        <w:spacing w:before="0" w:after="40"/>
        <w:jc w:val="both"/>
      </w:pPr>
      <w:r>
        <w:rPr/>
        <w:t>a. Look! Yoav is making a cake. (make)</w:t>
      </w:r>
    </w:p>
    <w:p>
      <w:pPr>
        <w:spacing w:before="0" w:after="40"/>
        <w:jc w:val="both"/>
      </w:pPr>
      <w:r>
        <w:rPr/>
        <w:t>b. Listen! The birds are singing. (sing)</w:t>
      </w:r>
    </w:p>
    <w:p>
      <w:pPr>
        <w:spacing w:before="0" w:after="40"/>
        <w:jc w:val="both"/>
      </w:pPr>
      <w:r>
        <w:rPr/>
        <w:t>c. The children are swimming in the pool. (swim)</w:t>
      </w:r>
    </w:p>
    <w:p>
      <w:pPr>
        <w:spacing w:before="0" w:after="40"/>
        <w:jc w:val="both"/>
      </w:pPr>
      <w:r>
        <w:rPr/>
        <w:t>d. Dad is washing the car right now. (wash)</w:t>
      </w:r>
    </w:p>
    <w:p>
      <w:pPr>
        <w:spacing w:before="0" w:after="40"/>
        <w:jc w:val="both"/>
      </w:pPr>
      <w:r>
        <w:rPr/>
        <w:t>e. I am doing my homework now. (do)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Circle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الإجابة الصحيحة.</w:t>
      </w:r>
    </w:p>
    <w:p>
      <w:pPr>
        <w:spacing w:before="0" w:after="20"/>
        <w:jc w:val="both"/>
      </w:pPr>
      <w:r>
        <w:rPr/>
        <w:t>a. Are you watching TV?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Yes, I am.</w:t>
      </w:r>
    </w:p>
    <w:p>
      <w:pPr>
        <w:spacing w:before="0" w:after="20"/>
        <w:jc w:val="both"/>
      </w:pPr>
      <w:r>
        <w:rPr/>
        <w:t>b. Is Omer playing football?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No, he isn't.</w:t>
      </w:r>
    </w:p>
    <w:p>
      <w:pPr>
        <w:spacing w:before="0" w:after="20"/>
        <w:jc w:val="both"/>
      </w:pPr>
      <w:r>
        <w:rPr/>
        <w:t>c. Are the girls dancing?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Yes, they are.</w:t>
      </w:r>
    </w:p>
    <w:p>
      <w:pPr>
        <w:spacing w:before="0" w:after="20"/>
        <w:jc w:val="both"/>
      </w:pPr>
      <w:r>
        <w:rPr/>
        <w:t>d. Is it raining?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No, it isn't.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Make the sentences negative. Use isn't or aren't.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הפכו את המשפטים לשלילה. השתמשו ב־‎isn't‎ או ב־‎aren't‎.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حوّل الجمل إلى النفي. استعمل ‎isn't‎ أو ‎aren't‎.</w:t>
      </w:r>
    </w:p>
    <w:p>
      <w:pPr>
        <w:spacing w:before="0" w:after="40"/>
        <w:jc w:val="both"/>
      </w:pPr>
      <w:r>
        <w:rPr/>
        <w:t>a. Ben is sleeping. Ben isn't sleeping.</w:t>
      </w:r>
    </w:p>
    <w:p>
      <w:pPr>
        <w:spacing w:before="0" w:after="40"/>
        <w:jc w:val="both"/>
      </w:pPr>
      <w:r>
        <w:rPr/>
        <w:t>b. The dogs are barking. The dogs aren't barking.</w:t>
      </w:r>
    </w:p>
    <w:p>
      <w:pPr>
        <w:spacing w:before="0" w:after="40"/>
        <w:jc w:val="both"/>
      </w:pPr>
      <w:r>
        <w:rPr/>
        <w:t>c. Tamar is eating. Tamar isn't eating.</w:t>
      </w:r>
    </w:p>
    <w:p>
      <w:pPr>
        <w:spacing w:before="0" w:after="40"/>
        <w:jc w:val="both"/>
      </w:pPr>
      <w:r>
        <w:rPr/>
        <w:t>d. We are going home. We aren't going home.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Write questions. Then answer them.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שאלות. אחר כך ענו עליהן.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أسئلة. ثمّ أجب عنها.</w:t>
      </w:r>
    </w:p>
    <w:p>
      <w:pPr>
        <w:spacing w:before="0" w:after="100"/>
        <w:jc w:val="both"/>
      </w:pPr>
      <w:r>
        <w:rPr/>
        <w:t>a. Noam / play / chess? (yes)  → Is Noam playing chess? Yes, he is.</w:t>
      </w:r>
    </w:p>
    <w:p>
      <w:pPr>
        <w:spacing w:before="0" w:after="100"/>
        <w:jc w:val="both"/>
      </w:pPr>
      <w:r>
        <w:rPr/>
        <w:t>b. the girls / ride / bikes? (no)  → Are the girls riding bikes? No, they aren't.</w:t>
      </w:r>
    </w:p>
    <w:p>
      <w:pPr>
        <w:spacing w:before="0" w:after="100"/>
        <w:jc w:val="both"/>
      </w:pPr>
      <w:r>
        <w:rPr/>
        <w:t>c. your mom / cook? (yes)  → Is your mom cooking? Yes, she is.</w:t>
      </w:r>
    </w:p>
    <w:p>
      <w:pPr>
        <w:spacing w:before="0" w:after="100"/>
        <w:jc w:val="both"/>
      </w:pPr>
      <w:r>
        <w:rPr/>
        <w:t>d. it / snow? (no)  → Is it snowing? No, it isn't.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Present simple or present progressive? Is the sentence correct? Correct the false ones.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‎present simple‎ או ‎present progressive?‎ האם המשפט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‎present simple‎ أم ‎present progressive‎؟ هل الجملة صحيحة؟ صحّح الجمل الخاطئة.</w:t>
      </w:r>
    </w:p>
    <w:p>
      <w:pPr>
        <w:spacing w:before="0" w:after="40"/>
        <w:jc w:val="both"/>
      </w:pPr>
      <w:r>
        <w:rPr/>
        <w:t>a. I am playing tennis every Monday. – False – I play tennis every Monday.</w:t>
      </w:r>
    </w:p>
    <w:p>
      <w:pPr>
        <w:spacing w:before="0" w:after="40"/>
        <w:jc w:val="both"/>
      </w:pPr>
      <w:r>
        <w:rPr/>
        <w:t>b. Look! The baby is smiling. – True</w:t>
      </w:r>
    </w:p>
    <w:p>
      <w:pPr>
        <w:spacing w:before="0" w:after="40"/>
        <w:jc w:val="both"/>
      </w:pPr>
      <w:r>
        <w:rPr/>
        <w:t>c. She usually walks to school. – True</w:t>
      </w:r>
    </w:p>
    <w:p>
      <w:pPr>
        <w:spacing w:before="0" w:after="40"/>
        <w:jc w:val="both"/>
      </w:pPr>
      <w:r>
        <w:rPr/>
        <w:t>d. Listen! Daniel plays the guitar. – False – Listen! Daniel is playing the guitar.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Read "A Day at the Beach". Write True or False.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‎"A Day at the Beach"‎. כתבו ‎True‎ או ‎False‎.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‎"A Day at the Beach"‎. اكتب ‎True‎ أو ‎False‎.</w:t>
      </w:r>
    </w:p>
    <w:p>
      <w:pPr>
        <w:spacing w:before="0" w:after="40"/>
        <w:jc w:val="both"/>
      </w:pPr>
      <w:r>
        <w:rPr/>
        <w:t>a. The family is at the beach in Netanya. – True</w:t>
      </w:r>
    </w:p>
    <w:p>
      <w:pPr>
        <w:spacing w:before="0" w:after="40"/>
        <w:jc w:val="both"/>
      </w:pPr>
      <w:r>
        <w:rPr/>
        <w:t>b. Mom is reading a newspaper. – False – Dad is reading a newspaper.</w:t>
      </w:r>
    </w:p>
    <w:p>
      <w:pPr>
        <w:spacing w:before="0" w:after="40"/>
        <w:jc w:val="both"/>
      </w:pPr>
      <w:r>
        <w:rPr/>
        <w:t>c. Itay is wearing a blue hat. – False – Daniel is wearing a blue hat.</w:t>
      </w:r>
    </w:p>
    <w:p>
      <w:pPr>
        <w:spacing w:before="0" w:after="40"/>
        <w:jc w:val="both"/>
      </w:pPr>
      <w:r>
        <w:rPr/>
        <w:t>d. Shira is building a sandcastle.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Answer the questions about the text.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ענו על השאלות על הטקסט.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أجب عن الأسئلة حول النصّ.</w:t>
      </w:r>
    </w:p>
    <w:p>
      <w:pPr>
        <w:spacing w:before="0" w:after="100"/>
        <w:jc w:val="both"/>
      </w:pPr>
      <w:r>
        <w:rPr/>
        <w:t>a. What is Dad doing?  → He's sitting under an umbrella and reading a newspaper.</w:t>
      </w:r>
    </w:p>
    <w:p>
      <w:pPr>
        <w:spacing w:before="0" w:after="100"/>
        <w:jc w:val="both"/>
      </w:pPr>
      <w:r>
        <w:rPr/>
        <w:t>b. Who is Mom walking with?  → She's walking with Grandma.</w:t>
      </w:r>
    </w:p>
    <w:p>
      <w:pPr>
        <w:spacing w:before="0" w:after="100"/>
        <w:jc w:val="both"/>
      </w:pPr>
      <w:r>
        <w:rPr/>
        <w:t>c. What are Daniel and Itay playing?  → They're playing matkot.</w:t>
      </w:r>
    </w:p>
    <w:p>
      <w:pPr>
        <w:spacing w:before="0" w:after="100"/>
        <w:jc w:val="both"/>
      </w:pPr>
      <w:r>
        <w:rPr/>
        <w:t>d. Why is Itay's face getting red?  → Because he isn't wearing a hat.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Find the word in the text. Choose the correct meaning.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את המילה בטקסט. בחרו את המשמעות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الكلمة في النصّ. اختر المعنى الصحيح.</w:t>
      </w:r>
    </w:p>
    <w:p>
      <w:pPr>
        <w:spacing w:before="0" w:after="20"/>
        <w:jc w:val="both"/>
      </w:pPr>
      <w:r>
        <w:rPr/>
        <w:t>a. "sandcastle" is: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 house of sand</w:t>
      </w:r>
    </w:p>
    <w:p>
      <w:pPr>
        <w:spacing w:before="0" w:after="20"/>
        <w:jc w:val="both"/>
      </w:pPr>
      <w:r>
        <w:rPr/>
        <w:t>b. "spade" is: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 tool for digging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14. Look around your classroom. Write 4 sentences about what people are doing now.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מסביב בכיתה. כתבו 4 משפטים על מה שאנשים עושים עכשיו.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حولك في الصفّ. اكتب 4 جمل عمّا يفعله الناس الآن.</w:t>
      </w:r>
    </w:p>
    <w:p>
      <w:pPr>
        <w:spacing w:before="0" w:after="80"/>
        <w:jc w:val="both"/>
      </w:pPr>
      <w:r>
        <w:rPr>
          <w:color w:val="0F7A4F"/>
        </w:rPr>
        <w:t>Possible answer: The teacher is writing on the board. Ariel is reading. Maya and Noa are talking. I am writing in my notebook.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