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Articles a, an, the and plural nouns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מילות היידוע ‎a, an, the‎ ושמות עצם ברבים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أدوات التعريف والتنكير ‎a‎ و‎an‎ و‎the‎، والأسماء في الجمع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a or an? Sort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‎a‎ או ‎an?‎ מיינו את המילים.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‎a‎ أم ‎an‎؟ صنّف الكلمات.</w:t>
      </w:r>
    </w:p>
    <w:p>
      <w:pPr>
        <w:spacing w:before="0" w:after="80"/>
        <w:jc w:val="both"/>
      </w:pPr>
      <w:r>
        <w:rPr>
          <w:color w:val="9F1239"/>
          <w:sz w:val="24"/>
          <w:szCs w:val="24"/>
        </w:rPr>
        <w:t>Words: apple  |  pen  |  egg  |  house  |  umbrella  |  banana  |  ice cream  |  dog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a or an.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ב־‎a‎ או ב־‎an‎.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‎a‎ أو ‎an‎.</w:t>
      </w:r>
    </w:p>
    <w:p>
      <w:pPr>
        <w:spacing w:before="0" w:after="60"/>
        <w:jc w:val="both"/>
      </w:pPr>
      <w:r>
        <w:rPr/>
        <w:t>a. I have __________ new bike.</w:t>
      </w:r>
    </w:p>
    <w:p>
      <w:pPr>
        <w:spacing w:before="0" w:after="60"/>
        <w:jc w:val="both"/>
      </w:pPr>
      <w:r>
        <w:rPr/>
        <w:t>b. There is __________ orange on the table.</w:t>
      </w:r>
    </w:p>
    <w:p>
      <w:pPr>
        <w:spacing w:before="0" w:after="60"/>
        <w:jc w:val="both"/>
      </w:pPr>
      <w:r>
        <w:rPr/>
        <w:t>c. My uncle is __________ engineer.</w:t>
      </w:r>
    </w:p>
    <w:p>
      <w:pPr>
        <w:spacing w:before="0" w:after="60"/>
        <w:jc w:val="both"/>
      </w:pPr>
      <w:r>
        <w:rPr/>
        <w:t>d. Noam has __________ big family.</w:t>
      </w:r>
    </w:p>
    <w:p>
      <w:pPr>
        <w:spacing w:before="0" w:after="60"/>
        <w:jc w:val="both"/>
      </w:pPr>
      <w:r>
        <w:rPr/>
        <w:t>e. We waited for __________ hour.</w:t>
      </w:r>
    </w:p>
    <w:p>
      <w:pPr>
        <w:spacing w:before="0" w:after="60"/>
        <w:jc w:val="both"/>
      </w:pPr>
      <w:r>
        <w:rPr/>
        <w:t>f. Tamar wants __________ uniform for the team.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singular to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היחיד לרבים.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المفرد بالجمع.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feet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child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children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foot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teeth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mouse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women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tooth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mice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woman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one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two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book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city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boy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bus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peach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Sort the plurals: -s, -es or -ies?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צורות הרבים: ‎-s, -es‎ או -‎ies?‎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صيغ الجمع: ‎-s‎ أو -‎es‎ أو -‎ies‎؟</w:t>
      </w:r>
    </w:p>
    <w:p>
      <w:pPr>
        <w:spacing w:before="0" w:after="80"/>
        <w:jc w:val="both"/>
      </w:pPr>
      <w:r>
        <w:rPr>
          <w:color w:val="9F1239"/>
          <w:sz w:val="24"/>
          <w:szCs w:val="24"/>
        </w:rPr>
        <w:t>Words: cars  |  dishes  |  babies  |  toys  |  watches  |  parties  |  cats  |  foxes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-s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-es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-ies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a, an or the.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ב־‎a‎, ב־‎an‎ או ב־‎the‎.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‎a‎ أو ‎an‎ أو ‎the‎.</w:t>
      </w:r>
    </w:p>
    <w:p>
      <w:pPr>
        <w:spacing w:before="0" w:after="60"/>
        <w:jc w:val="both"/>
      </w:pPr>
      <w:r>
        <w:rPr/>
        <w:t>a. I have a brother and a sister. __________ brother is ten.</w:t>
      </w:r>
    </w:p>
    <w:p>
      <w:pPr>
        <w:spacing w:before="0" w:after="60"/>
        <w:jc w:val="both"/>
      </w:pPr>
      <w:r>
        <w:rPr/>
        <w:t>b. Please open __________ window. It's hot.</w:t>
      </w:r>
    </w:p>
    <w:p>
      <w:pPr>
        <w:spacing w:before="0" w:after="60"/>
        <w:jc w:val="both"/>
      </w:pPr>
      <w:r>
        <w:rPr/>
        <w:t>c. Look at __________ sun!</w:t>
      </w:r>
    </w:p>
    <w:p>
      <w:pPr>
        <w:spacing w:before="0" w:after="60"/>
        <w:jc w:val="both"/>
      </w:pPr>
      <w:r>
        <w:rPr/>
        <w:t>d. She is eating __________ egg.</w:t>
      </w:r>
    </w:p>
    <w:p>
      <w:pPr>
        <w:spacing w:before="0" w:after="60"/>
        <w:jc w:val="both"/>
      </w:pPr>
      <w:r>
        <w:rPr/>
        <w:t>e. There is a ball in the garden. __________ ball is red.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My little sister has two ___.</w:t>
      </w:r>
    </w:p>
    <w:p>
      <w:pPr>
        <w:spacing w:before="0" w:after="80"/>
        <w:jc w:val="both"/>
      </w:pPr>
      <w:r>
        <w:rPr/>
        <w:t xml:space="preserve">   ○ teeths      ○ teeth      ○ tooths</w:t>
      </w:r>
    </w:p>
    <w:p>
      <w:pPr>
        <w:spacing w:before="0" w:after="20"/>
        <w:jc w:val="both"/>
      </w:pPr>
      <w:r>
        <w:rPr/>
        <w:t>b. There are three ___ in my class.</w:t>
      </w:r>
    </w:p>
    <w:p>
      <w:pPr>
        <w:spacing w:before="0" w:after="80"/>
        <w:jc w:val="both"/>
      </w:pPr>
      <w:r>
        <w:rPr/>
        <w:t xml:space="preserve">   ○ boxs      ○ boxes      ○ boxies</w:t>
      </w:r>
    </w:p>
    <w:p>
      <w:pPr>
        <w:spacing w:before="0" w:after="20"/>
        <w:jc w:val="both"/>
      </w:pPr>
      <w:r>
        <w:rPr/>
        <w:t>c. We swim in ___ sea in summer.</w:t>
      </w:r>
    </w:p>
    <w:p>
      <w:pPr>
        <w:spacing w:before="0" w:after="80"/>
        <w:jc w:val="both"/>
      </w:pPr>
      <w:r>
        <w:rPr/>
        <w:t xml:space="preserve">   ○ a      ○ an      ○ the</w:t>
      </w:r>
    </w:p>
    <w:p>
      <w:pPr>
        <w:spacing w:before="0" w:after="20"/>
        <w:jc w:val="both"/>
      </w:pPr>
      <w:r>
        <w:rPr/>
        <w:t>d. Ben is ___ good friend.</w:t>
      </w:r>
    </w:p>
    <w:p>
      <w:pPr>
        <w:spacing w:before="0" w:after="80"/>
        <w:jc w:val="both"/>
      </w:pPr>
      <w:r>
        <w:rPr/>
        <w:t xml:space="preserve">   ○ an      ○ a      ○ the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Is the sentence correct?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האם המשפט נכון?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هل الجملة صحيحة؟ اكتب ‎True‎ أو ‎False‎. صحّح الجمل الخاطئة.</w:t>
      </w:r>
    </w:p>
    <w:p>
      <w:pPr>
        <w:spacing w:before="0" w:after="60"/>
        <w:jc w:val="both"/>
      </w:pPr>
      <w:r>
        <w:rPr/>
        <w:t>a. I have an cat.      True / False</w:t>
      </w:r>
    </w:p>
    <w:p>
      <w:pPr>
        <w:spacing w:before="0" w:after="60"/>
        <w:jc w:val="both"/>
      </w:pPr>
      <w:r>
        <w:rPr/>
        <w:t>b. There are five people in my family.      True / False</w:t>
      </w:r>
    </w:p>
    <w:p>
      <w:pPr>
        <w:spacing w:before="0" w:after="60"/>
        <w:jc w:val="both"/>
      </w:pPr>
      <w:r>
        <w:rPr/>
        <w:t>c. The childs are in the park.      True / False</w:t>
      </w:r>
    </w:p>
    <w:p>
      <w:pPr>
        <w:spacing w:before="0" w:after="60"/>
        <w:jc w:val="both"/>
      </w:pPr>
      <w:r>
        <w:rPr/>
        <w:t>d. She eats an apple every day.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Change to the plural. Write the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לרבים. 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إلى الجمع. اكتب الجملة.</w:t>
      </w:r>
    </w:p>
    <w:p>
      <w:pPr>
        <w:spacing w:before="0" w:after="100"/>
        <w:jc w:val="both"/>
      </w:pPr>
      <w:r>
        <w:rPr/>
        <w:t>a. The baby is sleeping.</w:t>
      </w:r>
    </w:p>
    <w:p>
      <w:pPr>
        <w:spacing w:before="0" w:after="100"/>
        <w:jc w:val="both"/>
      </w:pPr>
      <w:r>
        <w:rPr/>
        <w:t>b. A man is singing.</w:t>
      </w:r>
    </w:p>
    <w:p>
      <w:pPr>
        <w:spacing w:before="0" w:after="100"/>
        <w:jc w:val="both"/>
      </w:pPr>
      <w:r>
        <w:rPr/>
        <w:t>c. The box is heavy.</w:t>
      </w:r>
    </w:p>
    <w:p>
      <w:pPr>
        <w:spacing w:before="0" w:after="100"/>
        <w:jc w:val="both"/>
      </w:pPr>
      <w:r>
        <w:rPr/>
        <w:t>d. The mouse is small.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9F1239"/>
          <w:sz w:val="30"/>
          <w:szCs w:val="30"/>
        </w:rPr>
        <w:t>At the Market</w:t>
      </w:r>
    </w:p>
    <w:p>
      <w:pPr>
        <w:spacing w:before="0" w:after="80"/>
        <w:jc w:val="both"/>
      </w:pPr>
      <w:r>
        <w:rPr/>
        <w:t>On Friday morning, Yoav goes to the market with his grandma. The market is noisy and full of people. There are a lot of colorful stalls. Everybody is shouting the prices.</w:t>
      </w:r>
    </w:p>
    <w:p>
      <w:pPr>
        <w:spacing w:before="0" w:after="80"/>
        <w:jc w:val="both"/>
      </w:pPr>
      <w:r>
        <w:rPr/>
        <w:t>First, they buy fruit: six peaches, two melons and a pineapple. The pineapple is very big! Then Grandma buys tomatoes, cucumbers and an onion for a salad. Yoav carries the bags.</w:t>
      </w:r>
    </w:p>
    <w:p>
      <w:pPr>
        <w:spacing w:before="0" w:after="80"/>
        <w:jc w:val="both"/>
      </w:pPr>
      <w:r>
        <w:rPr/>
        <w:t>Near the fish stall, Yoav sees a cat with three little kittens. The kittens are very hungry. A fisherman gives them two small fish. Yoav laughs. At the end, Grandma buys Yoav an ice cream, and they take a bus home.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"At the Market". Write True or False.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‎"At the Market"‎. כתבו ‎True‎ או ‎False‎.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‎"At the Market"‎. اكتب ‎True‎ أو ‎False‎.</w:t>
      </w:r>
    </w:p>
    <w:p>
      <w:pPr>
        <w:spacing w:before="0" w:after="60"/>
        <w:jc w:val="both"/>
      </w:pPr>
      <w:r>
        <w:rPr/>
        <w:t>a. The market is quiet.      True / False</w:t>
      </w:r>
    </w:p>
    <w:p>
      <w:pPr>
        <w:spacing w:before="0" w:after="60"/>
        <w:jc w:val="both"/>
      </w:pPr>
      <w:r>
        <w:rPr/>
        <w:t>b. They buy six peaches.      True / False</w:t>
      </w:r>
    </w:p>
    <w:p>
      <w:pPr>
        <w:spacing w:before="0" w:after="60"/>
        <w:jc w:val="both"/>
      </w:pPr>
      <w:r>
        <w:rPr/>
        <w:t>c. Grandma carries the bags.      True / False</w:t>
      </w:r>
    </w:p>
    <w:p>
      <w:pPr>
        <w:spacing w:before="0" w:after="60"/>
        <w:jc w:val="both"/>
      </w:pPr>
      <w:r>
        <w:rPr/>
        <w:t>d. They go home by bus.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Find the words in the text and complete.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המילים בטקסט והשלימו.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الكلمات في النصّ وأكمل.</w:t>
      </w:r>
    </w:p>
    <w:p>
      <w:pPr>
        <w:spacing w:before="0" w:after="60"/>
        <w:jc w:val="both"/>
      </w:pPr>
      <w:r>
        <w:rPr/>
        <w:t>a. They buy two __________ and a pineapple.</w:t>
      </w:r>
    </w:p>
    <w:p>
      <w:pPr>
        <w:spacing w:before="0" w:after="60"/>
        <w:jc w:val="both"/>
      </w:pPr>
      <w:r>
        <w:rPr/>
        <w:t>b. Grandma buys __________ onion for a salad.</w:t>
      </w:r>
    </w:p>
    <w:p>
      <w:pPr>
        <w:spacing w:before="0" w:after="60"/>
        <w:jc w:val="both"/>
      </w:pPr>
      <w:r>
        <w:rPr/>
        <w:t>c. Yoav sees a cat with three little __________.</w:t>
      </w:r>
    </w:p>
    <w:p>
      <w:pPr>
        <w:spacing w:before="0" w:after="60"/>
        <w:jc w:val="both"/>
      </w:pPr>
      <w:r>
        <w:rPr/>
        <w:t>d. A fisherman gives them two small __________.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Who does Yoav go to the market with?</w:t>
      </w:r>
    </w:p>
    <w:p>
      <w:pPr>
        <w:spacing w:before="0" w:after="100"/>
        <w:jc w:val="both"/>
      </w:pPr>
      <w:r>
        <w:rPr/>
        <w:t>b. What vegetables does Grandma buy?</w:t>
      </w:r>
    </w:p>
    <w:p>
      <w:pPr>
        <w:spacing w:before="0" w:after="100"/>
        <w:jc w:val="both"/>
      </w:pPr>
      <w:r>
        <w:rPr/>
        <w:t>c. What does Grandma buy for Yoav at the end?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14. What is in your schoolbag? Write 4 sentences. Use a, an and plurals.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יש בילקוט שלכם? כתבו 4 משפטים. השתמשו ב־‎a‎, ב־‎an‎ ובצורות 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يوجد في حقيبتك المدرسيّة؟ اكتب 4 جمل. استعمل ‎a‎ و‎an‎ وصيغ الجمع.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