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5   |   Worksheet – Answer Key</w:t>
      </w:r>
    </w:p>
    <w:p>
      <w:pPr>
        <w:spacing w:before="0" w:after="40"/>
        <w:jc w:val="left"/>
      </w:pP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🔑 Answer Key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he-IL"/>
        </w:rPr>
        <w:t xml:space="preserve">מחוון</w:t>
      </w:r>
      <w:r>
        <w:rPr>
          <w:sz w:val="36"/>
          <w:szCs w:val="36"/>
        </w:rPr>
        <w:t>‎</w:t>
      </w: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ar-SA"/>
        </w:rPr>
        <w:t xml:space="preserve">مفتاح الإجابات</w:t>
      </w:r>
      <w:r>
        <w:rPr>
          <w:sz w:val="36"/>
          <w:szCs w:val="36"/>
        </w:rPr>
        <w:t>‎</w:t>
      </w:r>
    </w:p>
    <w:p>
      <w:pPr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2"/>
          <w:szCs w:val="32"/>
        </w:rPr>
        <w:t>Articles a, an, the and plural nouns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a or an? Sort the words.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‎a‎ או ‎an?‎ מיינו את המילים.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‎a‎ أم ‎an‎؟ صنّف الكلمات.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a</w:t>
            </w:r>
          </w:p>
        </w:tc>
        <w:tc>
          <w:tcPr>
            <w:tcW w:type="dxa" w:w="4989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an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pen, house, banana, dog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apple, egg, umbrella, ice cream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Complete with a or an.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ב־‎a‎ או ב־‎an‎.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‎a‎ أو ‎an‎.</w:t>
      </w:r>
    </w:p>
    <w:p>
      <w:pPr>
        <w:spacing w:before="0" w:after="40"/>
        <w:jc w:val="both"/>
      </w:pPr>
      <w:r>
        <w:rPr/>
        <w:t>a. I have a new bike.</w:t>
      </w:r>
    </w:p>
    <w:p>
      <w:pPr>
        <w:spacing w:before="0" w:after="40"/>
        <w:jc w:val="both"/>
      </w:pPr>
      <w:r>
        <w:rPr/>
        <w:t>b. There is an orange on the table.</w:t>
      </w:r>
    </w:p>
    <w:p>
      <w:pPr>
        <w:spacing w:before="0" w:after="40"/>
        <w:jc w:val="both"/>
      </w:pPr>
      <w:r>
        <w:rPr/>
        <w:t>c. My uncle is an engineer.</w:t>
      </w:r>
    </w:p>
    <w:p>
      <w:pPr>
        <w:spacing w:before="0" w:after="40"/>
        <w:jc w:val="both"/>
      </w:pPr>
      <w:r>
        <w:rPr/>
        <w:t>d. Noam has a big family.</w:t>
      </w:r>
    </w:p>
    <w:p>
      <w:pPr>
        <w:spacing w:before="0" w:after="40"/>
        <w:jc w:val="both"/>
      </w:pPr>
      <w:r>
        <w:rPr/>
        <w:t>e. We waited for an hour.</w:t>
      </w:r>
    </w:p>
    <w:p>
      <w:pPr>
        <w:spacing w:before="0" w:after="40"/>
        <w:jc w:val="both"/>
      </w:pPr>
      <w:r>
        <w:rPr/>
        <w:t>f. Tamar wants a uniform for the team.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Match the singular to the plural.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היחיד לרבים.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صل المفرد بالجمع.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man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[3] feet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child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[2] children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foot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[5] teeth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mouse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[6] women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tooth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[4] mice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6. woman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[1] men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Write the plural.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צורת הרבים.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صيغة الجمع.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one</w:t>
            </w:r>
          </w:p>
        </w:tc>
        <w:tc>
          <w:tcPr>
            <w:tcW w:type="dxa" w:w="4989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two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book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books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box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boxes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city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cities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boy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boys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bus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buses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peach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peaches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Sort the plurals: -s, -es or -ies?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מיינו את צורות הרבים: ‎-s, -es‎ או -‎ies?‎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صنّف صيغ الجمع: ‎-s‎ أو -‎es‎ أو -‎ies‎؟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-s</w:t>
            </w:r>
          </w:p>
        </w:tc>
        <w:tc>
          <w:tcPr>
            <w:tcW w:type="dxa" w:w="3326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-es</w:t>
            </w:r>
          </w:p>
        </w:tc>
        <w:tc>
          <w:tcPr>
            <w:tcW w:type="dxa" w:w="3326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-ies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cars, toys, cats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dishes, watches, foxes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babies, parties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Complete with a, an or the.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ב־‎a‎, ב־‎an‎ או ב־‎the‎.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‎a‎ أو ‎an‎ أو ‎the‎.</w:t>
      </w:r>
    </w:p>
    <w:p>
      <w:pPr>
        <w:spacing w:before="0" w:after="40"/>
        <w:jc w:val="both"/>
      </w:pPr>
      <w:r>
        <w:rPr/>
        <w:t>a. I have a brother and a sister. The brother is ten.</w:t>
      </w:r>
    </w:p>
    <w:p>
      <w:pPr>
        <w:spacing w:before="0" w:after="40"/>
        <w:jc w:val="both"/>
      </w:pPr>
      <w:r>
        <w:rPr/>
        <w:t>b. Please open the window. It's hot.</w:t>
      </w:r>
    </w:p>
    <w:p>
      <w:pPr>
        <w:spacing w:before="0" w:after="40"/>
        <w:jc w:val="both"/>
      </w:pPr>
      <w:r>
        <w:rPr/>
        <w:t>c. Look at the sun!</w:t>
      </w:r>
    </w:p>
    <w:p>
      <w:pPr>
        <w:spacing w:before="0" w:after="40"/>
        <w:jc w:val="both"/>
      </w:pPr>
      <w:r>
        <w:rPr/>
        <w:t>d. She is eating an egg.</w:t>
      </w:r>
    </w:p>
    <w:p>
      <w:pPr>
        <w:spacing w:before="0" w:after="40"/>
        <w:jc w:val="both"/>
      </w:pPr>
      <w:r>
        <w:rPr/>
        <w:t>e. There is a ball in the garden. The ball is red.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Circle the correct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המילה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الكلمة الصحيحة.</w:t>
      </w:r>
    </w:p>
    <w:p>
      <w:pPr>
        <w:spacing w:before="0" w:after="20"/>
        <w:jc w:val="both"/>
      </w:pPr>
      <w:r>
        <w:rPr/>
        <w:t>a. My little sister has two ___.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teeth</w:t>
      </w:r>
    </w:p>
    <w:p>
      <w:pPr>
        <w:spacing w:before="0" w:after="20"/>
        <w:jc w:val="both"/>
      </w:pPr>
      <w:r>
        <w:rPr/>
        <w:t>b. There are three ___ in my class.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boxes</w:t>
      </w:r>
    </w:p>
    <w:p>
      <w:pPr>
        <w:spacing w:before="0" w:after="20"/>
        <w:jc w:val="both"/>
      </w:pPr>
      <w:r>
        <w:rPr/>
        <w:t>c. We swim in ___ sea in summer.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the</w:t>
      </w:r>
    </w:p>
    <w:p>
      <w:pPr>
        <w:spacing w:before="0" w:after="20"/>
        <w:jc w:val="both"/>
      </w:pPr>
      <w:r>
        <w:rPr/>
        <w:t>d. Ben is ___ good friend.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a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Is the sentence correct? Write True or False. Correct the false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האם המשפט נכון? כתבו ‎True‎ או ‎False‎. תקנו את המשפטים הלא נכונים.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هل الجملة صحيحة؟ اكتب ‎True‎ أو ‎False‎. صحّح الجمل الخاطئة.</w:t>
      </w:r>
    </w:p>
    <w:p>
      <w:pPr>
        <w:spacing w:before="0" w:after="40"/>
        <w:jc w:val="both"/>
      </w:pPr>
      <w:r>
        <w:rPr/>
        <w:t>a. I have an cat. – False – I have a cat.</w:t>
      </w:r>
    </w:p>
    <w:p>
      <w:pPr>
        <w:spacing w:before="0" w:after="40"/>
        <w:jc w:val="both"/>
      </w:pPr>
      <w:r>
        <w:rPr/>
        <w:t>b. There are five people in my family. – True</w:t>
      </w:r>
    </w:p>
    <w:p>
      <w:pPr>
        <w:spacing w:before="0" w:after="40"/>
        <w:jc w:val="both"/>
      </w:pPr>
      <w:r>
        <w:rPr/>
        <w:t>c. The childs are in the park. – False – The children are in the park.</w:t>
      </w:r>
    </w:p>
    <w:p>
      <w:pPr>
        <w:spacing w:before="0" w:after="40"/>
        <w:jc w:val="both"/>
      </w:pPr>
      <w:r>
        <w:rPr/>
        <w:t>d. She eats an apple every day. – True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9. Change to the plural. Write the sentence.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הפכו לרבים. כתבו את המשפט.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حوّل إلى الجمع. اكتب الجملة.</w:t>
      </w:r>
    </w:p>
    <w:p>
      <w:pPr>
        <w:spacing w:before="0" w:after="100"/>
        <w:jc w:val="both"/>
      </w:pPr>
      <w:r>
        <w:rPr/>
        <w:t>a. The baby is sleeping.  → The babies are sleeping.</w:t>
      </w:r>
    </w:p>
    <w:p>
      <w:pPr>
        <w:spacing w:before="0" w:after="100"/>
        <w:jc w:val="both"/>
      </w:pPr>
      <w:r>
        <w:rPr/>
        <w:t>b. A man is singing.  → Men are singing.</w:t>
      </w:r>
    </w:p>
    <w:p>
      <w:pPr>
        <w:spacing w:before="0" w:after="100"/>
        <w:jc w:val="both"/>
      </w:pPr>
      <w:r>
        <w:rPr/>
        <w:t>c. The box is heavy.  → The boxes are heavy.</w:t>
      </w:r>
    </w:p>
    <w:p>
      <w:pPr>
        <w:spacing w:before="0" w:after="100"/>
        <w:jc w:val="both"/>
      </w:pPr>
      <w:r>
        <w:rPr/>
        <w:t>d. The mouse is small.  → The mice are small.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11. Read "At the Market". Write True or False.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‎"At the Market"‎. כתבו ‎True‎ או ‎False‎.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‎"At the Market"‎. اكتب ‎True‎ أو ‎False‎.</w:t>
      </w:r>
    </w:p>
    <w:p>
      <w:pPr>
        <w:spacing w:before="0" w:after="40"/>
        <w:jc w:val="both"/>
      </w:pPr>
      <w:r>
        <w:rPr/>
        <w:t>a. The market is quiet. – False – The market is noisy.</w:t>
      </w:r>
    </w:p>
    <w:p>
      <w:pPr>
        <w:spacing w:before="0" w:after="40"/>
        <w:jc w:val="both"/>
      </w:pPr>
      <w:r>
        <w:rPr/>
        <w:t>b. They buy six peaches. – True</w:t>
      </w:r>
    </w:p>
    <w:p>
      <w:pPr>
        <w:spacing w:before="0" w:after="40"/>
        <w:jc w:val="both"/>
      </w:pPr>
      <w:r>
        <w:rPr/>
        <w:t>c. Grandma carries the bags. – False – Yoav carries the bags.</w:t>
      </w:r>
    </w:p>
    <w:p>
      <w:pPr>
        <w:spacing w:before="0" w:after="40"/>
        <w:jc w:val="both"/>
      </w:pPr>
      <w:r>
        <w:rPr/>
        <w:t>d. They go home by bus. – True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12. Find the words in the text and complete.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מצאו את המילים בטקסט והשלימו.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جد الكلمات في النصّ وأكمل.</w:t>
      </w:r>
    </w:p>
    <w:p>
      <w:pPr>
        <w:spacing w:before="0" w:after="40"/>
        <w:jc w:val="both"/>
      </w:pPr>
      <w:r>
        <w:rPr/>
        <w:t>a. They buy two melons and a pineapple.</w:t>
      </w:r>
    </w:p>
    <w:p>
      <w:pPr>
        <w:spacing w:before="0" w:after="40"/>
        <w:jc w:val="both"/>
      </w:pPr>
      <w:r>
        <w:rPr/>
        <w:t>b. Grandma buys an onion for a salad.</w:t>
      </w:r>
    </w:p>
    <w:p>
      <w:pPr>
        <w:spacing w:before="0" w:after="40"/>
        <w:jc w:val="both"/>
      </w:pPr>
      <w:r>
        <w:rPr/>
        <w:t>c. Yoav sees a cat with three little kittens.</w:t>
      </w:r>
    </w:p>
    <w:p>
      <w:pPr>
        <w:spacing w:before="0" w:after="40"/>
        <w:jc w:val="both"/>
      </w:pPr>
      <w:r>
        <w:rPr/>
        <w:t>d. A fisherman gives them two small fish.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13. Answer the questions about the text.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ענו על השאלות על הטקסט.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أجب عن الأسئلة حول النصّ.</w:t>
      </w:r>
    </w:p>
    <w:p>
      <w:pPr>
        <w:spacing w:before="0" w:after="100"/>
        <w:jc w:val="both"/>
      </w:pPr>
      <w:r>
        <w:rPr/>
        <w:t>a. Who does Yoav go to the market with?  → With his grandma.</w:t>
      </w:r>
    </w:p>
    <w:p>
      <w:pPr>
        <w:spacing w:before="0" w:after="100"/>
        <w:jc w:val="both"/>
      </w:pPr>
      <w:r>
        <w:rPr/>
        <w:t>b. What vegetables does Grandma buy?  → Tomatoes, cucumbers and an onion.</w:t>
      </w:r>
    </w:p>
    <w:p>
      <w:pPr>
        <w:spacing w:before="0" w:after="100"/>
        <w:jc w:val="both"/>
      </w:pPr>
      <w:r>
        <w:rPr/>
        <w:t>c. What does Grandma buy for Yoav at the end?  → An ice cream.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14. What is in your schoolbag? Write 4 sentences. Use a, an and plurals.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מה יש בילקוט שלכם? כתבו 4 משפטים. השתמשו ב־‎a‎, ב־‎an‎ ובצורות רבים.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ماذا يوجد في حقيبتك المدرسيّة؟ اكتب 4 جمل. استعمل ‎a‎ و‎an‎ وصيغ الجمع.</w:t>
      </w:r>
    </w:p>
    <w:p>
      <w:pPr>
        <w:spacing w:before="0" w:after="80"/>
        <w:jc w:val="both"/>
      </w:pPr>
      <w:r>
        <w:rPr>
          <w:color w:val="0F7A4F"/>
        </w:rPr>
        <w:t>Possible answer: There is a pencil case in my schoolbag. There are three books. There is an apple for lunch. There are two notebooks.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