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</w:rPr>
        <w:t>Past simple of "to be": was and were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‎past simple‎ של ‎"to be": was‎ ו־‎were‎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‎past simple‎ لـ ‎"to be": was‎ و‎were‎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</w:rPr>
        <w:t>Summary: was and were (the past of to be)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‎was‎ ו־‎were (‎העבר של ‎to be)‎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‎was‎ و‎were (‎الماضي من ‎to be)‎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5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Now and in the past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עכשיו ובעבר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الآن وفي الماضي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Subject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Present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am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was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he / she / it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was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/ we / they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are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were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Negatives and questions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שלילה ושאלות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النفي والأسئلة</w:t>
      </w:r>
    </w:p>
    <w:p>
      <w:pPr>
        <w:spacing w:before="0" w:after="20"/>
        <w:jc w:val="both"/>
      </w:pPr>
      <w:r>
        <w:rPr/>
        <w:t>1. wasn't = was not; weren't = were not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צורות מקוצרות: ‎wasn't = was not; weren't = were not‎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الصيغ المختصرة: ‎wasn't = was not‎؛ ‎weren't = were not‎</w:t>
      </w:r>
    </w:p>
    <w:p>
      <w:pPr>
        <w:spacing w:before="0" w:after="20"/>
        <w:jc w:val="both"/>
      </w:pPr>
      <w:r>
        <w:rPr/>
        <w:t>2. Was / Were + subject ...?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‎Was / Were +‎ נושא ...?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‎Was / Were +‎ الفاعل ...؟</w:t>
      </w:r>
    </w:p>
    <w:p>
      <w:pPr>
        <w:spacing w:before="0" w:after="20"/>
        <w:jc w:val="both"/>
      </w:pPr>
      <w:r>
        <w:rPr/>
        <w:t>3. Short answers: Yes, he was. No, we weren't.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תשובות קצרות: ‎Yes, he was.‎‏ ‎No, we weren't‎.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إجابات قصيرة: ‎Yes, he was.‎‏ ‎No, we weren't‎.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דוגמה: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مثال: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Was it hot? No, it wasn't.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Wh-questions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שאלות ‎Wh‎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أسئلة ‎Wh‎</w:t>
      </w:r>
    </w:p>
    <w:p>
      <w:pPr>
        <w:spacing w:before="0" w:after="20"/>
        <w:jc w:val="both"/>
      </w:pPr>
      <w:r>
        <w:rPr/>
        <w:t>1. Where were you?</w:t>
      </w:r>
    </w:p>
    <w:p>
      <w:pPr>
        <w:spacing w:before="0" w:after="20"/>
        <w:jc w:val="both"/>
      </w:pPr>
      <w:r>
        <w:rPr/>
        <w:t>2. Who was at the party?</w:t>
      </w:r>
    </w:p>
    <w:p>
      <w:pPr>
        <w:spacing w:before="0" w:after="20"/>
        <w:jc w:val="both"/>
      </w:pPr>
      <w:r>
        <w:rPr/>
        <w:t>3. How was your day?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Time words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מילות זמן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الزمن</w:t>
      </w:r>
    </w:p>
    <w:p>
      <w:pPr>
        <w:spacing w:before="0" w:after="40"/>
        <w:jc w:val="both"/>
      </w:pPr>
      <w:r>
        <w:rPr/>
        <w:t>yesterday · last night · last week · last year · two days ago · in 2020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095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9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school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 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مدرسة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park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פארק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حديقة عامة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ach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beach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חוף 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شاطئ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0713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k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071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cake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עוגה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كعكة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312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l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3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ball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כדור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كرة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Today: I am, he is, we are. Yesterday: I was, he was, we were.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היום: ‎I am, he is, we are‎. אתמול: ‎I was, he was, we were‎.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اليوم: ‎I am, he is, we are‎. أمس: ‎I was, he was, we were‎.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Make it past: The children are in the garden. ___</w:t>
      </w:r>
    </w:p>
    <w:p>
      <w:pPr>
        <w:spacing w:before="0" w:after="20"/>
        <w:jc w:val="both"/>
      </w:pPr>
      <w:r>
        <w:rPr/>
        <w:t>1. The children = they.</w:t>
      </w:r>
    </w:p>
    <w:p>
      <w:pPr>
        <w:spacing w:before="0" w:after="20"/>
        <w:jc w:val="both"/>
      </w:pPr>
      <w:r>
        <w:rPr/>
        <w:t>2. are becomes were in the past.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The children were in the garden.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Check yourself – Complete with was, were, wasn't or weren't.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ב־‎was, were, wasn't‎ או ‎weren't‎.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‎was‎ أو ‎were‎ أو ‎wasn't‎ أو ‎weren't‎.</w:t>
      </w:r>
    </w:p>
    <w:p>
      <w:pPr>
        <w:spacing w:before="0" w:after="60"/>
        <w:jc w:val="both"/>
      </w:pPr>
      <w:r>
        <w:rPr/>
        <w:t>a. Tamar __________ at school yesterday. She was sick.</w:t>
      </w:r>
    </w:p>
    <w:p>
      <w:pPr>
        <w:spacing w:before="0" w:after="60"/>
        <w:jc w:val="both"/>
      </w:pPr>
      <w:r>
        <w:rPr/>
        <w:t>b. We __________ very happy at the party.</w:t>
      </w:r>
    </w:p>
    <w:p>
      <w:pPr>
        <w:spacing w:before="0" w:after="60"/>
        <w:jc w:val="both"/>
      </w:pPr>
      <w:r>
        <w:rPr/>
        <w:t>c. It __________ hot last week. It was cold.</w:t>
      </w:r>
    </w:p>
    <w:p>
      <w:pPr>
        <w:spacing w:before="0" w:after="60"/>
        <w:jc w:val="both"/>
      </w:pPr>
      <w:r>
        <w:rPr/>
        <w:t>d. __________ your parents at home last night?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wasn't · b. were · c. wasn't · d. Were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