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C2410C"/>
          <w:sz w:val="44"/>
          <w:szCs w:val="44"/>
        </w:rPr>
        <w:t>Past simple of "to be": was and were</w:t>
      </w:r>
    </w:p>
    <w:p>
      <w:pPr>
        <w:bidi/>
        <w:spacing w:before="0" w:after="0"/>
        <w:jc w:val="both"/>
      </w:pPr>
      <w:r>
        <w:rPr>
          <w:rFonts w:ascii="Arial" w:hAnsi="Arial" w:cs="Arial"/>
          <w:color w:val="6B7280"/>
          <w:sz w:val="22"/>
          <w:szCs w:val="22"/>
          <w:rtl/>
          <w:lang w:val="en-US" w:bidi="he-IL"/>
        </w:rPr>
        <w:t xml:space="preserve">‎past simple‎ של ‎"to be": was‎ ו־‎were‎</w:t>
      </w:r>
    </w:p>
    <w:p>
      <w:pPr>
        <w:bidi/>
        <w:spacing w:before="0" w:after="120"/>
        <w:jc w:val="both"/>
      </w:pPr>
      <w:r>
        <w:rPr>
          <w:rFonts w:ascii="Arial" w:hAnsi="Arial" w:cs="Arial"/>
          <w:color w:val="6B7280"/>
          <w:sz w:val="23"/>
          <w:szCs w:val="23"/>
          <w:rtl/>
          <w:lang w:val="en-US" w:bidi="ar-SA"/>
        </w:rPr>
        <w:t xml:space="preserve">‎past simple‎ لـ ‎"to be": was‎ و‎were‎</w:t>
      </w:r>
    </w:p>
    <w:p>
      <w:pPr>
        <w:spacing w:before="160" w:after="20"/>
        <w:jc w:val="both"/>
      </w:pPr>
      <w:r>
        <w:rPr>
          <w:b/>
          <w:bCs/>
          <w:sz w:val="26"/>
          <w:szCs w:val="26"/>
        </w:rPr>
        <w:t>1. Match the opposites.</w:t>
      </w:r>
    </w:p>
    <w:p>
      <w:pPr>
        <w:bidi/>
        <w:spacing w:before="0" w:after="0"/>
        <w:jc w:val="both"/>
      </w:pPr>
      <w:r>
        <w:rPr>
          <w:rFonts w:ascii="Arial" w:hAnsi="Arial" w:cs="Arial"/>
          <w:color w:val="6B7280"/>
          <w:sz w:val="20"/>
          <w:szCs w:val="20"/>
          <w:rtl/>
          <w:lang w:val="en-US" w:bidi="he-IL"/>
        </w:rPr>
        <w:t xml:space="preserve">התאימו את ההפכים.</w:t>
      </w:r>
    </w:p>
    <w:p>
      <w:pPr>
        <w:bidi/>
        <w:spacing w:before="0" w:after="80"/>
        <w:jc w:val="both"/>
      </w:pPr>
      <w:r>
        <w:rPr>
          <w:rFonts w:ascii="Arial" w:hAnsi="Arial" w:cs="Arial"/>
          <w:color w:val="6B7280"/>
          <w:sz w:val="21"/>
          <w:szCs w:val="21"/>
          <w:rtl/>
          <w:lang w:val="en-US" w:bidi="ar-SA"/>
        </w:rPr>
        <w:t xml:space="preserve">صل الأضداد.</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Column A</w:t>
            </w:r>
          </w:p>
        </w:tc>
        <w:tc>
          <w:tcPr>
            <w:tcW w:type="dxa" w:w="4989"/>
            <w:shd w:val="clear" w:color="auto" w:fill="c2410c"/>
          </w:tcPr>
          <w:p>
            <w:pPr>
              <w:spacing w:before="0" w:after="40"/>
              <w:jc w:val="both"/>
            </w:pPr>
            <w:r>
              <w:rPr>
                <w:b/>
                <w:bCs/>
                <w:color w:val="FFFFFF"/>
              </w:rPr>
              <w:t>Column B</w:t>
            </w:r>
          </w:p>
        </w:tc>
      </w:tr>
      <w:tr>
        <w:tc>
          <w:tcPr>
            <w:tcW w:type="dxa" w:w="4989"/>
          </w:tcPr>
          <w:p>
            <w:pPr>
              <w:spacing w:before="0" w:after="40"/>
              <w:jc w:val="both"/>
            </w:pPr>
            <w:r>
              <w:rPr/>
              <w:t>1. happy</w:t>
            </w:r>
          </w:p>
        </w:tc>
        <w:tc>
          <w:tcPr>
            <w:tcW w:type="dxa" w:w="4989"/>
          </w:tcPr>
          <w:p>
            <w:pPr>
              <w:spacing w:before="0" w:after="40"/>
              <w:jc w:val="both"/>
            </w:pPr>
            <w:r>
              <w:rPr/>
              <w:t>[   ] late</w:t>
            </w:r>
          </w:p>
        </w:tc>
      </w:tr>
      <w:tr>
        <w:tc>
          <w:tcPr>
            <w:tcW w:type="dxa" w:w="4989"/>
          </w:tcPr>
          <w:p>
            <w:pPr>
              <w:spacing w:before="0" w:after="40"/>
              <w:jc w:val="both"/>
            </w:pPr>
            <w:r>
              <w:rPr/>
              <w:t>2. hot</w:t>
            </w:r>
          </w:p>
        </w:tc>
        <w:tc>
          <w:tcPr>
            <w:tcW w:type="dxa" w:w="4989"/>
          </w:tcPr>
          <w:p>
            <w:pPr>
              <w:spacing w:before="0" w:after="40"/>
              <w:jc w:val="both"/>
            </w:pPr>
            <w:r>
              <w:rPr/>
              <w:t>[   ] cold</w:t>
            </w:r>
          </w:p>
        </w:tc>
      </w:tr>
      <w:tr>
        <w:tc>
          <w:tcPr>
            <w:tcW w:type="dxa" w:w="4989"/>
          </w:tcPr>
          <w:p>
            <w:pPr>
              <w:spacing w:before="0" w:after="40"/>
              <w:jc w:val="both"/>
            </w:pPr>
            <w:r>
              <w:rPr/>
              <w:t>3. tired</w:t>
            </w:r>
          </w:p>
        </w:tc>
        <w:tc>
          <w:tcPr>
            <w:tcW w:type="dxa" w:w="4989"/>
          </w:tcPr>
          <w:p>
            <w:pPr>
              <w:spacing w:before="0" w:after="40"/>
              <w:jc w:val="both"/>
            </w:pPr>
            <w:r>
              <w:rPr/>
              <w:t>[   ] full</w:t>
            </w:r>
          </w:p>
        </w:tc>
      </w:tr>
      <w:tr>
        <w:tc>
          <w:tcPr>
            <w:tcW w:type="dxa" w:w="4989"/>
          </w:tcPr>
          <w:p>
            <w:pPr>
              <w:spacing w:before="0" w:after="40"/>
              <w:jc w:val="both"/>
            </w:pPr>
            <w:r>
              <w:rPr/>
              <w:t>4. hungry</w:t>
            </w:r>
          </w:p>
        </w:tc>
        <w:tc>
          <w:tcPr>
            <w:tcW w:type="dxa" w:w="4989"/>
          </w:tcPr>
          <w:p>
            <w:pPr>
              <w:spacing w:before="0" w:after="40"/>
              <w:jc w:val="both"/>
            </w:pPr>
            <w:r>
              <w:rPr/>
              <w:t>[   ] full of energy</w:t>
            </w:r>
          </w:p>
        </w:tc>
      </w:tr>
      <w:tr>
        <w:tc>
          <w:tcPr>
            <w:tcW w:type="dxa" w:w="4989"/>
          </w:tcPr>
          <w:p>
            <w:pPr>
              <w:spacing w:before="0" w:after="40"/>
              <w:jc w:val="both"/>
            </w:pPr>
            <w:r>
              <w:rPr/>
              <w:t>5. early</w:t>
            </w:r>
          </w:p>
        </w:tc>
        <w:tc>
          <w:tcPr>
            <w:tcW w:type="dxa" w:w="4989"/>
          </w:tcPr>
          <w:p>
            <w:pPr>
              <w:spacing w:before="0" w:after="40"/>
              <w:jc w:val="both"/>
            </w:pPr>
            <w:r>
              <w:rPr/>
              <w:t>[   ] quiet</w:t>
            </w:r>
          </w:p>
        </w:tc>
      </w:tr>
      <w:tr>
        <w:tc>
          <w:tcPr>
            <w:tcW w:type="dxa" w:w="4989"/>
          </w:tcPr>
          <w:p>
            <w:pPr>
              <w:spacing w:before="0" w:after="40"/>
              <w:jc w:val="both"/>
            </w:pPr>
            <w:r>
              <w:rPr/>
              <w:t>6. noisy</w:t>
            </w:r>
          </w:p>
        </w:tc>
        <w:tc>
          <w:tcPr>
            <w:tcW w:type="dxa" w:w="4989"/>
          </w:tcPr>
          <w:p>
            <w:pPr>
              <w:spacing w:before="0" w:after="40"/>
              <w:jc w:val="both"/>
            </w:pPr>
            <w:r>
              <w:rPr/>
              <w:t>[   ] sad</w:t>
            </w:r>
          </w:p>
        </w:tc>
      </w:tr>
    </w:tbl>
    <w:p>
      <w:pPr>
        <w:spacing w:before="0" w:after="40"/>
        <w:jc w:val="both"/>
      </w:pPr>
    </w:p>
    <w:p>
      <w:pPr>
        <w:spacing w:before="160" w:after="20"/>
        <w:jc w:val="both"/>
      </w:pPr>
      <w:r>
        <w:rPr>
          <w:b/>
          <w:bCs/>
          <w:sz w:val="26"/>
          <w:szCs w:val="26"/>
        </w:rPr>
        <w:t>2. was or were? Sort the words.</w:t>
      </w:r>
    </w:p>
    <w:p>
      <w:pPr>
        <w:bidi/>
        <w:spacing w:before="0" w:after="0"/>
        <w:jc w:val="both"/>
      </w:pPr>
      <w:r>
        <w:rPr>
          <w:rFonts w:ascii="Arial" w:hAnsi="Arial" w:cs="Arial"/>
          <w:color w:val="6B7280"/>
          <w:sz w:val="20"/>
          <w:szCs w:val="20"/>
          <w:rtl/>
          <w:lang w:val="en-US" w:bidi="he-IL"/>
        </w:rPr>
        <w:t xml:space="preserve">‎was‎ או ‎were?‎ מיינו את המילים.</w:t>
      </w:r>
    </w:p>
    <w:p>
      <w:pPr>
        <w:bidi/>
        <w:spacing w:before="0" w:after="80"/>
        <w:jc w:val="both"/>
      </w:pPr>
      <w:r>
        <w:rPr>
          <w:rFonts w:ascii="Arial" w:hAnsi="Arial" w:cs="Arial"/>
          <w:color w:val="6B7280"/>
          <w:sz w:val="21"/>
          <w:szCs w:val="21"/>
          <w:rtl/>
          <w:lang w:val="en-US" w:bidi="ar-SA"/>
        </w:rPr>
        <w:t xml:space="preserve">‎was‎ أم ‎were‎؟ صنّف الكلمات.</w:t>
      </w:r>
    </w:p>
    <w:p>
      <w:pPr>
        <w:spacing w:before="0" w:after="80"/>
        <w:jc w:val="both"/>
      </w:pPr>
      <w:r>
        <w:rPr>
          <w:color w:val="C2410C"/>
          <w:sz w:val="24"/>
          <w:szCs w:val="24"/>
        </w:rPr>
        <w:t>Words: I  |  we  |  Noa  |  they  |  the cat  |  you  |  Ben and Omer  |  it</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was</w:t>
            </w:r>
          </w:p>
        </w:tc>
        <w:tc>
          <w:tcPr>
            <w:tcW w:type="dxa" w:w="4989"/>
            <w:shd w:val="clear" w:color="auto" w:fill="c2410c"/>
          </w:tcPr>
          <w:p>
            <w:pPr>
              <w:spacing w:before="0" w:after="40"/>
              <w:jc w:val="both"/>
            </w:pPr>
            <w:r>
              <w:rPr>
                <w:b/>
                <w:bCs/>
                <w:color w:val="FFFFFF"/>
              </w:rPr>
              <w:t>were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Today</w:t>
            </w:r>
          </w:p>
        </w:tc>
        <w:tc>
          <w:tcPr>
            <w:tcW w:type="dxa" w:w="4989"/>
            <w:shd w:val="clear" w:color="auto" w:fill="c2410c"/>
          </w:tcPr>
          <w:p>
            <w:pPr>
              <w:spacing w:before="0" w:after="40"/>
              <w:jc w:val="both"/>
            </w:pPr>
            <w:r>
              <w:rPr>
                <w:b/>
                <w:bCs/>
                <w:color w:val="FFFFFF"/>
              </w:rPr>
              <w:t>Yesterday</w:t>
            </w:r>
          </w:p>
        </w:tc>
      </w:tr>
      <w:tr>
        <w:tc>
          <w:tcPr>
            <w:tcW w:type="dxa" w:w="4989"/>
          </w:tcPr>
          <w:p>
            <w:pPr>
              <w:spacing w:before="0" w:after="40"/>
              <w:jc w:val="both"/>
            </w:pPr>
            <w:r>
              <w:rPr/>
              <w:t>I am at home.</w:t>
            </w:r>
          </w:p>
        </w:tc>
        <w:tc>
          <w:tcPr>
            <w:tcW w:type="dxa" w:w="4989"/>
          </w:tcPr>
          <w:p>
            <w:pPr>
              <w:spacing w:before="0" w:after="40"/>
              <w:jc w:val="both"/>
            </w:pPr>
            <w:r>
              <w:rPr/>
            </w:r>
          </w:p>
        </w:tc>
      </w:tr>
      <w:tr>
        <w:tc>
          <w:tcPr>
            <w:tcW w:type="dxa" w:w="4989"/>
          </w:tcPr>
          <w:p>
            <w:pPr>
              <w:spacing w:before="0" w:after="40"/>
              <w:jc w:val="both"/>
            </w:pPr>
            <w:r>
              <w:rPr/>
              <w:t>She is happy.</w:t>
            </w:r>
          </w:p>
        </w:tc>
        <w:tc>
          <w:tcPr>
            <w:tcW w:type="dxa" w:w="4989"/>
          </w:tcPr>
          <w:p>
            <w:pPr>
              <w:spacing w:before="0" w:after="40"/>
              <w:jc w:val="both"/>
            </w:pPr>
            <w:r>
              <w:rPr/>
            </w:r>
          </w:p>
        </w:tc>
      </w:tr>
      <w:tr>
        <w:tc>
          <w:tcPr>
            <w:tcW w:type="dxa" w:w="4989"/>
          </w:tcPr>
          <w:p>
            <w:pPr>
              <w:spacing w:before="0" w:after="40"/>
              <w:jc w:val="both"/>
            </w:pPr>
            <w:r>
              <w:rPr/>
              <w:t>We are hungry.</w:t>
            </w:r>
          </w:p>
        </w:tc>
        <w:tc>
          <w:tcPr>
            <w:tcW w:type="dxa" w:w="4989"/>
          </w:tcPr>
          <w:p>
            <w:pPr>
              <w:spacing w:before="0" w:after="40"/>
              <w:jc w:val="both"/>
            </w:pPr>
            <w:r>
              <w:rPr/>
            </w:r>
          </w:p>
        </w:tc>
      </w:tr>
      <w:tr>
        <w:tc>
          <w:tcPr>
            <w:tcW w:type="dxa" w:w="4989"/>
          </w:tcPr>
          <w:p>
            <w:pPr>
              <w:spacing w:before="0" w:after="40"/>
              <w:jc w:val="both"/>
            </w:pPr>
            <w:r>
              <w:rPr/>
              <w:t>It is sunny.</w:t>
            </w:r>
          </w:p>
        </w:tc>
        <w:tc>
          <w:tcPr>
            <w:tcW w:type="dxa" w:w="4989"/>
          </w:tcPr>
          <w:p>
            <w:pPr>
              <w:spacing w:before="0" w:after="40"/>
              <w:jc w:val="both"/>
            </w:pPr>
            <w:r>
              <w:rPr/>
            </w:r>
          </w:p>
        </w:tc>
      </w:tr>
      <w:tr>
        <w:tc>
          <w:tcPr>
            <w:tcW w:type="dxa" w:w="4989"/>
          </w:tcPr>
          <w:p>
            <w:pPr>
              <w:spacing w:before="0" w:after="40"/>
              <w:jc w:val="both"/>
            </w:pPr>
            <w:r>
              <w:rPr/>
              <w:t>They are late.</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4. Complete with was or were.</w:t>
      </w:r>
    </w:p>
    <w:p>
      <w:pPr>
        <w:bidi/>
        <w:spacing w:before="0" w:after="0"/>
        <w:jc w:val="both"/>
      </w:pPr>
      <w:r>
        <w:rPr>
          <w:rFonts w:ascii="Arial" w:hAnsi="Arial" w:cs="Arial"/>
          <w:color w:val="6B7280"/>
          <w:sz w:val="20"/>
          <w:szCs w:val="20"/>
          <w:rtl/>
          <w:lang w:val="en-US" w:bidi="he-IL"/>
        </w:rPr>
        <w:t xml:space="preserve">השלימו ב־‎was‎ או ב־‎were‎.</w:t>
      </w:r>
    </w:p>
    <w:p>
      <w:pPr>
        <w:bidi/>
        <w:spacing w:before="0" w:after="80"/>
        <w:jc w:val="both"/>
      </w:pPr>
      <w:r>
        <w:rPr>
          <w:rFonts w:ascii="Arial" w:hAnsi="Arial" w:cs="Arial"/>
          <w:color w:val="6B7280"/>
          <w:sz w:val="21"/>
          <w:szCs w:val="21"/>
          <w:rtl/>
          <w:lang w:val="en-US" w:bidi="ar-SA"/>
        </w:rPr>
        <w:t xml:space="preserve">أكمل بـ ‎was‎ أو ‎were‎.</w:t>
      </w:r>
    </w:p>
    <w:p>
      <w:pPr>
        <w:spacing w:before="0" w:after="60"/>
        <w:jc w:val="both"/>
      </w:pPr>
      <w:r>
        <w:rPr/>
        <w:t>a. I __________ at the pool yesterday.</w:t>
      </w:r>
    </w:p>
    <w:p>
      <w:pPr>
        <w:spacing w:before="0" w:after="60"/>
        <w:jc w:val="both"/>
      </w:pPr>
      <w:r>
        <w:rPr/>
        <w:t>b. Itay __________ sick last week.</w:t>
      </w:r>
    </w:p>
    <w:p>
      <w:pPr>
        <w:spacing w:before="0" w:after="60"/>
        <w:jc w:val="both"/>
      </w:pPr>
      <w:r>
        <w:rPr/>
        <w:t>c. My parents __________ in London last year.</w:t>
      </w:r>
    </w:p>
    <w:p>
      <w:pPr>
        <w:spacing w:before="0" w:after="60"/>
        <w:jc w:val="both"/>
      </w:pPr>
      <w:r>
        <w:rPr/>
        <w:t>d. The film __________ very funny.</w:t>
      </w:r>
    </w:p>
    <w:p>
      <w:pPr>
        <w:spacing w:before="0" w:after="60"/>
        <w:jc w:val="both"/>
      </w:pPr>
      <w:r>
        <w:rPr/>
        <w:t>e. You __________ great in the play!</w:t>
      </w:r>
    </w:p>
    <w:p>
      <w:pPr>
        <w:spacing w:before="0" w:after="60"/>
        <w:jc w:val="both"/>
      </w:pPr>
      <w:r>
        <w:rPr/>
        <w:t>f. We __________ at Grandma's house on Saturday.</w:t>
      </w:r>
    </w:p>
    <w:p>
      <w:pPr>
        <w:spacing w:before="160" w:after="20"/>
        <w:jc w:val="both"/>
      </w:pPr>
      <w:r>
        <w:rPr>
          <w:b/>
          <w:bCs/>
          <w:sz w:val="26"/>
          <w:szCs w:val="26"/>
        </w:rPr>
        <w:t>5. Complete with wasn't or weren't.</w:t>
      </w:r>
    </w:p>
    <w:p>
      <w:pPr>
        <w:bidi/>
        <w:spacing w:before="0" w:after="0"/>
        <w:jc w:val="both"/>
      </w:pPr>
      <w:r>
        <w:rPr>
          <w:rFonts w:ascii="Arial" w:hAnsi="Arial" w:cs="Arial"/>
          <w:color w:val="6B7280"/>
          <w:sz w:val="20"/>
          <w:szCs w:val="20"/>
          <w:rtl/>
          <w:lang w:val="en-US" w:bidi="he-IL"/>
        </w:rPr>
        <w:t xml:space="preserve">השלימו ב־‎wasn't‎ או ב־‎weren't‎.</w:t>
      </w:r>
    </w:p>
    <w:p>
      <w:pPr>
        <w:bidi/>
        <w:spacing w:before="0" w:after="80"/>
        <w:jc w:val="both"/>
      </w:pPr>
      <w:r>
        <w:rPr>
          <w:rFonts w:ascii="Arial" w:hAnsi="Arial" w:cs="Arial"/>
          <w:color w:val="6B7280"/>
          <w:sz w:val="21"/>
          <w:szCs w:val="21"/>
          <w:rtl/>
          <w:lang w:val="en-US" w:bidi="ar-SA"/>
        </w:rPr>
        <w:t xml:space="preserve">أكمل بـ ‎wasn't‎ أو ‎weren't‎.</w:t>
      </w:r>
    </w:p>
    <w:p>
      <w:pPr>
        <w:spacing w:before="0" w:after="60"/>
        <w:jc w:val="both"/>
      </w:pPr>
      <w:r>
        <w:rPr/>
        <w:t>a. The water __________ cold. It was warm.</w:t>
      </w:r>
    </w:p>
    <w:p>
      <w:pPr>
        <w:spacing w:before="0" w:after="60"/>
        <w:jc w:val="both"/>
      </w:pPr>
      <w:r>
        <w:rPr/>
        <w:t>b. We __________ at school. It was a holiday.</w:t>
      </w:r>
    </w:p>
    <w:p>
      <w:pPr>
        <w:spacing w:before="0" w:after="60"/>
        <w:jc w:val="both"/>
      </w:pPr>
      <w:r>
        <w:rPr/>
        <w:t>c. Tom __________ happy. He was sad.</w:t>
      </w:r>
    </w:p>
    <w:p>
      <w:pPr>
        <w:spacing w:before="0" w:after="60"/>
        <w:jc w:val="both"/>
      </w:pPr>
      <w:r>
        <w:rPr/>
        <w:t>d. The shops __________ open on Saturday.</w:t>
      </w:r>
    </w:p>
    <w:p>
      <w:pPr>
        <w:spacing w:before="160" w:after="20"/>
        <w:jc w:val="both"/>
      </w:pPr>
      <w:r>
        <w:rPr>
          <w:b/>
          <w:bCs/>
          <w:sz w:val="26"/>
          <w:szCs w:val="26"/>
        </w:rPr>
        <w:t>6.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Were you at home last night?</w:t>
      </w:r>
    </w:p>
    <w:p>
      <w:pPr>
        <w:spacing w:before="0" w:after="80"/>
        <w:jc w:val="both"/>
      </w:pPr>
      <w:r>
        <w:rPr/>
        <w:t xml:space="preserve">   ○ Yes, I were.      ○ Yes, I was.      ○ Yes, I am.</w:t>
      </w:r>
    </w:p>
    <w:p>
      <w:pPr>
        <w:spacing w:before="0" w:after="20"/>
        <w:jc w:val="both"/>
      </w:pPr>
      <w:r>
        <w:rPr/>
        <w:t>b. Was the test easy?</w:t>
      </w:r>
    </w:p>
    <w:p>
      <w:pPr>
        <w:spacing w:before="0" w:after="80"/>
        <w:jc w:val="both"/>
      </w:pPr>
      <w:r>
        <w:rPr/>
        <w:t xml:space="preserve">   ○ No, it wasn't.      ○ No, it weren't.      ○ No, it isn't.</w:t>
      </w:r>
    </w:p>
    <w:p>
      <w:pPr>
        <w:spacing w:before="0" w:after="20"/>
        <w:jc w:val="both"/>
      </w:pPr>
      <w:r>
        <w:rPr/>
        <w:t>c. Were the boys at the game?</w:t>
      </w:r>
    </w:p>
    <w:p>
      <w:pPr>
        <w:spacing w:before="0" w:after="80"/>
        <w:jc w:val="both"/>
      </w:pPr>
      <w:r>
        <w:rPr/>
        <w:t xml:space="preserve">   ○ Yes, they was.      ○ Yes, they did.      ○ Yes, they were.</w:t>
      </w:r>
    </w:p>
    <w:p>
      <w:pPr>
        <w:spacing w:before="0" w:after="20"/>
        <w:jc w:val="both"/>
      </w:pPr>
      <w:r>
        <w:rPr/>
        <w:t>d. Was Maya at the party?</w:t>
      </w:r>
    </w:p>
    <w:p>
      <w:pPr>
        <w:spacing w:before="0" w:after="80"/>
        <w:jc w:val="both"/>
      </w:pPr>
      <w:r>
        <w:rPr/>
        <w:t xml:space="preserve">   ○ No, she weren't.      ○ No, she wasn't.      ○ No, she didn't.</w:t>
      </w:r>
    </w:p>
    <w:p>
      <w:pPr>
        <w:spacing w:before="160" w:after="20"/>
        <w:jc w:val="both"/>
      </w:pPr>
      <w:r>
        <w:rPr>
          <w:b/>
          <w:bCs/>
          <w:sz w:val="26"/>
          <w:szCs w:val="26"/>
        </w:rPr>
        <w:t>7. Complete the questions with Where, Who, How or When.</w:t>
      </w:r>
    </w:p>
    <w:p>
      <w:pPr>
        <w:bidi/>
        <w:spacing w:before="0" w:after="0"/>
        <w:jc w:val="both"/>
      </w:pPr>
      <w:r>
        <w:rPr>
          <w:rFonts w:ascii="Arial" w:hAnsi="Arial" w:cs="Arial"/>
          <w:color w:val="6B7280"/>
          <w:sz w:val="20"/>
          <w:szCs w:val="20"/>
          <w:rtl/>
          <w:lang w:val="en-US" w:bidi="he-IL"/>
        </w:rPr>
        <w:t xml:space="preserve">השלימו את השאלות ב־‎Where, Who, How‎ או ‎When‎.</w:t>
      </w:r>
    </w:p>
    <w:p>
      <w:pPr>
        <w:bidi/>
        <w:spacing w:before="0" w:after="80"/>
        <w:jc w:val="both"/>
      </w:pPr>
      <w:r>
        <w:rPr>
          <w:rFonts w:ascii="Arial" w:hAnsi="Arial" w:cs="Arial"/>
          <w:color w:val="6B7280"/>
          <w:sz w:val="21"/>
          <w:szCs w:val="21"/>
          <w:rtl/>
          <w:lang w:val="en-US" w:bidi="ar-SA"/>
        </w:rPr>
        <w:t xml:space="preserve">أكمل الأسئلة بـ ‎Where‎ أو ‎Who‎ أو ‎How‎ أو ‎When‎.</w:t>
      </w:r>
    </w:p>
    <w:p>
      <w:pPr>
        <w:spacing w:before="0" w:after="60"/>
        <w:jc w:val="both"/>
      </w:pPr>
      <w:r>
        <w:rPr/>
        <w:t>a. __________ were you yesterday? I was at the mall.</w:t>
      </w:r>
    </w:p>
    <w:p>
      <w:pPr>
        <w:spacing w:before="0" w:after="60"/>
        <w:jc w:val="both"/>
      </w:pPr>
      <w:r>
        <w:rPr/>
        <w:t>b. __________ was the trip? It was wonderful.</w:t>
      </w:r>
    </w:p>
    <w:p>
      <w:pPr>
        <w:spacing w:before="0" w:after="60"/>
        <w:jc w:val="both"/>
      </w:pPr>
      <w:r>
        <w:rPr/>
        <w:t>c. __________ was your birthday party? Last Tuesday.</w:t>
      </w:r>
    </w:p>
    <w:p>
      <w:pPr>
        <w:spacing w:before="0" w:after="60"/>
        <w:jc w:val="both"/>
      </w:pPr>
      <w:r>
        <w:rPr/>
        <w:t>d. __________ was with you? Daniel and Ariel.</w:t>
      </w:r>
    </w:p>
    <w:p>
      <w:pPr>
        <w:spacing w:before="0" w:after="60"/>
        <w:jc w:val="both"/>
      </w:pPr>
      <w:r>
        <w:rPr/>
        <w:t>e. __________ was the weather in Eilat? It was very hot.</w:t>
      </w:r>
    </w:p>
    <w:p>
      <w:pPr>
        <w:spacing w:before="160" w:after="20"/>
        <w:jc w:val="both"/>
      </w:pPr>
      <w:r>
        <w:rPr>
          <w:b/>
          <w:bCs/>
          <w:sz w:val="26"/>
          <w:szCs w:val="26"/>
        </w:rPr>
        <w:t>8. Write questions with Was or Were. Then answer them.</w:t>
      </w:r>
    </w:p>
    <w:p>
      <w:pPr>
        <w:bidi/>
        <w:spacing w:before="0" w:after="0"/>
        <w:jc w:val="both"/>
      </w:pPr>
      <w:r>
        <w:rPr>
          <w:rFonts w:ascii="Arial" w:hAnsi="Arial" w:cs="Arial"/>
          <w:color w:val="6B7280"/>
          <w:sz w:val="20"/>
          <w:szCs w:val="20"/>
          <w:rtl/>
          <w:lang w:val="en-US" w:bidi="he-IL"/>
        </w:rPr>
        <w:t xml:space="preserve">כתבו שאלות עם ‎Was‎ או ‎Were‎. אחר כך ענו עליהן.</w:t>
      </w:r>
    </w:p>
    <w:p>
      <w:pPr>
        <w:bidi/>
        <w:spacing w:before="0" w:after="80"/>
        <w:jc w:val="both"/>
      </w:pPr>
      <w:r>
        <w:rPr>
          <w:rFonts w:ascii="Arial" w:hAnsi="Arial" w:cs="Arial"/>
          <w:color w:val="6B7280"/>
          <w:sz w:val="21"/>
          <w:szCs w:val="21"/>
          <w:rtl/>
          <w:lang w:val="en-US" w:bidi="ar-SA"/>
        </w:rPr>
        <w:t xml:space="preserve">اكتب أسئلة مع ‎Was‎ أو ‎Were‎. ثمّ أجب عنها.</w:t>
      </w:r>
    </w:p>
    <w:p>
      <w:pPr>
        <w:spacing w:before="0" w:after="100"/>
        <w:jc w:val="both"/>
      </w:pPr>
      <w:r>
        <w:rPr/>
        <w:t>a. you / at the beach / yesterday? (yes)</w:t>
      </w:r>
    </w:p>
    <w:p>
      <w:pPr>
        <w:spacing w:before="0" w:after="100"/>
        <w:jc w:val="both"/>
      </w:pPr>
      <w:r>
        <w:rPr/>
        <w:t>b. Omer / at school / on Sunday? (no)</w:t>
      </w:r>
    </w:p>
    <w:p>
      <w:pPr>
        <w:spacing w:before="0" w:after="100"/>
        <w:jc w:val="both"/>
      </w:pPr>
      <w:r>
        <w:rPr/>
        <w:t>c. the tickets / expensive? (yes)</w:t>
      </w:r>
    </w:p>
    <w:p>
      <w:pPr>
        <w:spacing w:before="0" w:after="100"/>
        <w:jc w:val="both"/>
      </w:pPr>
      <w:r>
        <w:rPr/>
        <w:t>d. it / cold / last night? (no)</w:t>
      </w:r>
    </w:p>
    <w:p>
      <w:pPr>
        <w:spacing w:before="160" w:after="20"/>
        <w:jc w:val="both"/>
      </w:pPr>
      <w:r>
        <w:rPr>
          <w:b/>
          <w:bCs/>
          <w:sz w:val="26"/>
          <w:szCs w:val="26"/>
        </w:rPr>
        <w:t>9. Is the sentence correct? Write True or False. Correct the false sentences.</w:t>
      </w:r>
    </w:p>
    <w:p>
      <w:pPr>
        <w:bidi/>
        <w:spacing w:before="0" w:after="0"/>
        <w:jc w:val="both"/>
      </w:pPr>
      <w:r>
        <w:rPr>
          <w:rFonts w:ascii="Arial" w:hAnsi="Arial" w:cs="Arial"/>
          <w:color w:val="6B7280"/>
          <w:sz w:val="20"/>
          <w:szCs w:val="20"/>
          <w:rtl/>
          <w:lang w:val="en-US" w:bidi="he-IL"/>
        </w:rPr>
        <w:t xml:space="preserve">האם המשפט נכון?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هل الجملة صحيحة؟ اكتب ‎True‎ أو ‎False‎. صحّح الجمل الخاطئة.</w:t>
      </w:r>
    </w:p>
    <w:p>
      <w:pPr>
        <w:spacing w:before="0" w:after="60"/>
        <w:jc w:val="both"/>
      </w:pPr>
      <w:r>
        <w:rPr/>
        <w:t>a. They was at the park.      True / False</w:t>
      </w:r>
    </w:p>
    <w:p>
      <w:pPr>
        <w:spacing w:before="0" w:after="60"/>
        <w:jc w:val="both"/>
      </w:pPr>
      <w:r>
        <w:rPr/>
        <w:t>b. I was tired after the game.      True / False</w:t>
      </w:r>
    </w:p>
    <w:p>
      <w:pPr>
        <w:spacing w:before="0" w:after="60"/>
        <w:jc w:val="both"/>
      </w:pPr>
      <w:r>
        <w:rPr/>
        <w:t>c. Were she at home?      True / False</w:t>
      </w:r>
    </w:p>
    <w:p>
      <w:pPr>
        <w:spacing w:before="0" w:after="60"/>
        <w:jc w:val="both"/>
      </w:pPr>
      <w:r>
        <w:rPr/>
        <w:t>d. We weren't late for school.      True / False</w:t>
      </w:r>
    </w:p>
    <w:p>
      <w:pPr>
        <w:spacing w:before="120" w:after="40"/>
        <w:jc w:val="center"/>
      </w:pPr>
      <w:r>
        <w:rPr>
          <w:rFonts w:ascii="Arial Black" w:hAnsi="Arial Black" w:cs="Arial Black"/>
          <w:b/>
          <w:bCs/>
          <w:color w:val="C2410C"/>
          <w:sz w:val="30"/>
          <w:szCs w:val="30"/>
        </w:rPr>
        <w:t>Noa's Birthday Party</w:t>
      </w:r>
    </w:p>
    <w:p>
      <w:pPr>
        <w:spacing w:before="0" w:after="80"/>
        <w:jc w:val="both"/>
      </w:pPr>
      <w:r>
        <w:rPr/>
        <w:t>Last Thursday was Noa's eleventh birthday. The party was in her garden in Kfar Saba. All her friends were there: Maya, Shira, Ben, Yoav and many more. Noa's grandparents were there too.</w:t>
      </w:r>
    </w:p>
    <w:p>
      <w:pPr>
        <w:spacing w:before="0" w:after="80"/>
        <w:jc w:val="both"/>
      </w:pPr>
      <w:r>
        <w:rPr/>
        <w:t>The garden was beautiful. There were balloons on the trees and a big table with food. The cake was a chocolate cake in the shape of a soccer ball, because Noa loves soccer.</w:t>
      </w:r>
    </w:p>
    <w:p>
      <w:pPr>
        <w:spacing w:before="0" w:after="80"/>
        <w:jc w:val="both"/>
      </w:pPr>
      <w:r>
        <w:rPr/>
        <w:t>The best part of the party was the magic show. The magician was very funny, and the children were amazed. Only Noa's little brother wasn't happy, because he was afraid of the magician's rabbit! At nine o'clock, everyone was tired but happy.</w:t>
      </w:r>
    </w:p>
    <w:p>
      <w:pPr>
        <w:spacing w:before="160" w:after="20"/>
        <w:jc w:val="both"/>
      </w:pPr>
      <w:r>
        <w:rPr>
          <w:b/>
          <w:bCs/>
          <w:sz w:val="26"/>
          <w:szCs w:val="26"/>
        </w:rPr>
        <w:t>11. Read "Noa's Birthday Party". Write True or False. Correct the false sentences.</w:t>
      </w:r>
    </w:p>
    <w:p>
      <w:pPr>
        <w:bidi/>
        <w:spacing w:before="0" w:after="0"/>
        <w:jc w:val="both"/>
      </w:pPr>
      <w:r>
        <w:rPr>
          <w:rFonts w:ascii="Arial" w:hAnsi="Arial" w:cs="Arial"/>
          <w:color w:val="6B7280"/>
          <w:sz w:val="20"/>
          <w:szCs w:val="20"/>
          <w:rtl/>
          <w:lang w:val="en-US" w:bidi="he-IL"/>
        </w:rPr>
        <w:t xml:space="preserve">קראו את ‎"Noa's Birthday Party"‎.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‎"Noa's Birthday Party"‎. اكتب ‎True‎ أو ‎False‎. صحّح الجمل الخاطئة.</w:t>
      </w:r>
    </w:p>
    <w:p>
      <w:pPr>
        <w:spacing w:before="0" w:after="60"/>
        <w:jc w:val="both"/>
      </w:pPr>
      <w:r>
        <w:rPr/>
        <w:t>a. The party was in a restaurant.      True / False</w:t>
      </w:r>
    </w:p>
    <w:p>
      <w:pPr>
        <w:spacing w:before="0" w:after="60"/>
        <w:jc w:val="both"/>
      </w:pPr>
      <w:r>
        <w:rPr/>
        <w:t>b. Noa's grandparents were at the party.      True / False</w:t>
      </w:r>
    </w:p>
    <w:p>
      <w:pPr>
        <w:spacing w:before="0" w:after="60"/>
        <w:jc w:val="both"/>
      </w:pPr>
      <w:r>
        <w:rPr/>
        <w:t>c. The cake was in the shape of a soccer ball.      True / False</w:t>
      </w:r>
    </w:p>
    <w:p>
      <w:pPr>
        <w:spacing w:before="0" w:after="60"/>
        <w:jc w:val="both"/>
      </w:pPr>
      <w:r>
        <w:rPr/>
        <w:t>d. Noa's brother was happy all evening.      True / False</w:t>
      </w:r>
    </w:p>
    <w:p>
      <w:pPr>
        <w:spacing w:before="160" w:after="20"/>
        <w:jc w:val="both"/>
      </w:pPr>
      <w:r>
        <w:rPr>
          <w:b/>
          <w:bCs/>
          <w:sz w:val="26"/>
          <w:szCs w:val="26"/>
        </w:rPr>
        <w:t>12.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When was Noa's birthday?</w:t>
      </w:r>
    </w:p>
    <w:p>
      <w:pPr>
        <w:spacing w:before="0" w:after="100"/>
        <w:jc w:val="both"/>
      </w:pPr>
      <w:r>
        <w:rPr/>
        <w:t>b. Where were the balloons?</w:t>
      </w:r>
    </w:p>
    <w:p>
      <w:pPr>
        <w:spacing w:before="0" w:after="100"/>
        <w:jc w:val="both"/>
      </w:pPr>
      <w:r>
        <w:rPr/>
        <w:t>c. What was the best part of the party?</w:t>
      </w:r>
    </w:p>
    <w:p>
      <w:pPr>
        <w:spacing w:before="0" w:after="100"/>
        <w:jc w:val="both"/>
      </w:pPr>
      <w:r>
        <w:rPr/>
        <w:t>d. Why was the cake in the shape of a ball?</w:t>
      </w:r>
    </w:p>
    <w:p>
      <w:pPr>
        <w:spacing w:before="160" w:after="20"/>
        <w:jc w:val="both"/>
      </w:pPr>
      <w:r>
        <w:rPr>
          <w:b/>
          <w:bCs/>
          <w:sz w:val="26"/>
          <w:szCs w:val="26"/>
        </w:rPr>
        <w:t>13. Think about your last birthday or a party. Write 4 sentences. Use was, were, wasn't and weren't.</w:t>
      </w:r>
    </w:p>
    <w:p>
      <w:pPr>
        <w:bidi/>
        <w:spacing w:before="0" w:after="0"/>
        <w:jc w:val="both"/>
      </w:pPr>
      <w:r>
        <w:rPr>
          <w:rFonts w:ascii="Arial" w:hAnsi="Arial" w:cs="Arial"/>
          <w:color w:val="6B7280"/>
          <w:sz w:val="20"/>
          <w:szCs w:val="20"/>
          <w:rtl/>
          <w:lang w:val="en-US" w:bidi="he-IL"/>
        </w:rPr>
        <w:t xml:space="preserve">חשבו על יום ההולדת האחרון שלכם או על מסיבה. כתבו 4 משפטים. השתמשו ב־‎was, were, wasn't‎ ו־‎weren't‎.</w:t>
      </w:r>
    </w:p>
    <w:p>
      <w:pPr>
        <w:bidi/>
        <w:spacing w:before="0" w:after="80"/>
        <w:jc w:val="both"/>
      </w:pPr>
      <w:r>
        <w:rPr>
          <w:rFonts w:ascii="Arial" w:hAnsi="Arial" w:cs="Arial"/>
          <w:color w:val="6B7280"/>
          <w:sz w:val="21"/>
          <w:szCs w:val="21"/>
          <w:rtl/>
          <w:lang w:val="en-US" w:bidi="ar-SA"/>
        </w:rPr>
        <w:t xml:space="preserve">فكّر في عيد ميلادك الأخير أو في حفلة. اكتب 4 جمل. استعمل ‎was‎ و‎were‎ و‎wasn't‎ و‎weren't‎.</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