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5   |   Worksheet – Answer Key</w:t>
      </w:r>
    </w:p>
    <w:p>
      <w:pPr>
        <w:spacing w:before="0" w:after="40"/>
        <w:jc w:val="left"/>
      </w:pP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🔑 Answer Key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he-IL"/>
        </w:rPr>
        <w:t xml:space="preserve">מחוון</w:t>
      </w:r>
      <w:r>
        <w:rPr>
          <w:sz w:val="36"/>
          <w:szCs w:val="36"/>
        </w:rPr>
        <w:t>‎</w:t>
      </w: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ar-SA"/>
        </w:rPr>
        <w:t xml:space="preserve">مفتاح الإجابات</w:t>
      </w:r>
      <w:r>
        <w:rPr>
          <w:sz w:val="36"/>
          <w:szCs w:val="36"/>
        </w:rPr>
        <w:t>‎</w:t>
      </w:r>
    </w:p>
    <w:p>
      <w:pPr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2"/>
          <w:szCs w:val="32"/>
        </w:rPr>
        <w:t>Past simple of "to be": was and were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Match the opposites.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ההפכים.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صل الأضداد.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happy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late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hot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cold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tired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full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hungry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full of energy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early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[6] quiet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noisy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sad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was or were? Sort the words.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‎was‎ או ‎were?‎ מיינו את המילים.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‎was‎ أم ‎were‎؟ صنّف الكلمات.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was</w:t>
            </w:r>
          </w:p>
        </w:tc>
        <w:tc>
          <w:tcPr>
            <w:tcW w:type="dxa" w:w="4989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were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I, Noa, the cat, it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we, they, you, Ben and Omer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Complete the table.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את הטבלה.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الجدول.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Today</w:t>
            </w:r>
          </w:p>
        </w:tc>
        <w:tc>
          <w:tcPr>
            <w:tcW w:type="dxa" w:w="4989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Yesterday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I am at home.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I was at home.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She is happy.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She was happy.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We are hungry.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We were hungry.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It is sunny.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It was sunny.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They are late.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They were late.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Complete with was or were.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ב־‎was‎ או ב־‎were‎.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‎was‎ أو ‎were‎.</w:t>
      </w:r>
    </w:p>
    <w:p>
      <w:pPr>
        <w:spacing w:before="0" w:after="40"/>
        <w:jc w:val="both"/>
      </w:pPr>
      <w:r>
        <w:rPr/>
        <w:t>a. I was at the pool yesterday.</w:t>
      </w:r>
    </w:p>
    <w:p>
      <w:pPr>
        <w:spacing w:before="0" w:after="40"/>
        <w:jc w:val="both"/>
      </w:pPr>
      <w:r>
        <w:rPr/>
        <w:t>b. Itay was sick last week.</w:t>
      </w:r>
    </w:p>
    <w:p>
      <w:pPr>
        <w:spacing w:before="0" w:after="40"/>
        <w:jc w:val="both"/>
      </w:pPr>
      <w:r>
        <w:rPr/>
        <w:t>c. My parents were in London last year.</w:t>
      </w:r>
    </w:p>
    <w:p>
      <w:pPr>
        <w:spacing w:before="0" w:after="40"/>
        <w:jc w:val="both"/>
      </w:pPr>
      <w:r>
        <w:rPr/>
        <w:t>d. The film was very funny.</w:t>
      </w:r>
    </w:p>
    <w:p>
      <w:pPr>
        <w:spacing w:before="0" w:after="40"/>
        <w:jc w:val="both"/>
      </w:pPr>
      <w:r>
        <w:rPr/>
        <w:t>e. You were great in the play!</w:t>
      </w:r>
    </w:p>
    <w:p>
      <w:pPr>
        <w:spacing w:before="0" w:after="40"/>
        <w:jc w:val="both"/>
      </w:pPr>
      <w:r>
        <w:rPr/>
        <w:t>f. We were at Grandma's house on Saturday.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Complete with wasn't or weren't.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ב־‎wasn't‎ או ב־‎weren't‎.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‎wasn't‎ أو ‎weren't‎.</w:t>
      </w:r>
    </w:p>
    <w:p>
      <w:pPr>
        <w:spacing w:before="0" w:after="40"/>
        <w:jc w:val="both"/>
      </w:pPr>
      <w:r>
        <w:rPr/>
        <w:t>a. The water wasn't cold. It was warm.</w:t>
      </w:r>
    </w:p>
    <w:p>
      <w:pPr>
        <w:spacing w:before="0" w:after="40"/>
        <w:jc w:val="both"/>
      </w:pPr>
      <w:r>
        <w:rPr/>
        <w:t>b. We weren't at school. It was a holiday.</w:t>
      </w:r>
    </w:p>
    <w:p>
      <w:pPr>
        <w:spacing w:before="0" w:after="40"/>
        <w:jc w:val="both"/>
      </w:pPr>
      <w:r>
        <w:rPr/>
        <w:t>c. Tom wasn't happy. He was sad.</w:t>
      </w:r>
    </w:p>
    <w:p>
      <w:pPr>
        <w:spacing w:before="0" w:after="40"/>
        <w:jc w:val="both"/>
      </w:pPr>
      <w:r>
        <w:rPr/>
        <w:t>d. The shops weren't open on Saturday.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Circle the correct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התשובה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الإجابة الصحيحة.</w:t>
      </w:r>
    </w:p>
    <w:p>
      <w:pPr>
        <w:spacing w:before="0" w:after="20"/>
        <w:jc w:val="both"/>
      </w:pPr>
      <w:r>
        <w:rPr/>
        <w:t>a. Were you at home last night?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Yes, I was.</w:t>
      </w:r>
    </w:p>
    <w:p>
      <w:pPr>
        <w:spacing w:before="0" w:after="20"/>
        <w:jc w:val="both"/>
      </w:pPr>
      <w:r>
        <w:rPr/>
        <w:t>b. Was the test easy?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No, it wasn't.</w:t>
      </w:r>
    </w:p>
    <w:p>
      <w:pPr>
        <w:spacing w:before="0" w:after="20"/>
        <w:jc w:val="both"/>
      </w:pPr>
      <w:r>
        <w:rPr/>
        <w:t>c. Were the boys at the game?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Yes, they were.</w:t>
      </w:r>
    </w:p>
    <w:p>
      <w:pPr>
        <w:spacing w:before="0" w:after="20"/>
        <w:jc w:val="both"/>
      </w:pPr>
      <w:r>
        <w:rPr/>
        <w:t>d. Was Maya at the party?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No, she wasn't.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Complete the questions with Where, Who, How or When.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את השאלות ב־‎Where, Who, How‎ או ‎When‎.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الأسئلة بـ ‎Where‎ أو ‎Who‎ أو ‎How‎ أو ‎When‎.</w:t>
      </w:r>
    </w:p>
    <w:p>
      <w:pPr>
        <w:spacing w:before="0" w:after="40"/>
        <w:jc w:val="both"/>
      </w:pPr>
      <w:r>
        <w:rPr/>
        <w:t>a. Where were you yesterday? I was at the mall.</w:t>
      </w:r>
    </w:p>
    <w:p>
      <w:pPr>
        <w:spacing w:before="0" w:after="40"/>
        <w:jc w:val="both"/>
      </w:pPr>
      <w:r>
        <w:rPr/>
        <w:t>b. How was the trip? It was wonderful.</w:t>
      </w:r>
    </w:p>
    <w:p>
      <w:pPr>
        <w:spacing w:before="0" w:after="40"/>
        <w:jc w:val="both"/>
      </w:pPr>
      <w:r>
        <w:rPr/>
        <w:t>c. When was your birthday party? Last Tuesday.</w:t>
      </w:r>
    </w:p>
    <w:p>
      <w:pPr>
        <w:spacing w:before="0" w:after="40"/>
        <w:jc w:val="both"/>
      </w:pPr>
      <w:r>
        <w:rPr/>
        <w:t>d. Who was with you? Daniel and Ariel.</w:t>
      </w:r>
    </w:p>
    <w:p>
      <w:pPr>
        <w:spacing w:before="0" w:after="40"/>
        <w:jc w:val="both"/>
      </w:pPr>
      <w:r>
        <w:rPr/>
        <w:t>e. How was the weather in Eilat? It was very hot.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Write questions with Was or Were. Then answer them.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שאלות עם ‎Was‎ או ‎Were‎. אחר כך ענו עליהן.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أسئلة مع ‎Was‎ أو ‎Were‎. ثمّ أجب عنها.</w:t>
      </w:r>
    </w:p>
    <w:p>
      <w:pPr>
        <w:spacing w:before="0" w:after="100"/>
        <w:jc w:val="both"/>
      </w:pPr>
      <w:r>
        <w:rPr/>
        <w:t>a. you / at the beach / yesterday? (yes)  → Were you at the beach yesterday? Yes, I was.</w:t>
      </w:r>
    </w:p>
    <w:p>
      <w:pPr>
        <w:spacing w:before="0" w:after="100"/>
        <w:jc w:val="both"/>
      </w:pPr>
      <w:r>
        <w:rPr/>
        <w:t>b. Omer / at school / on Sunday? (no)  → Was Omer at school on Sunday? No, he wasn't.</w:t>
      </w:r>
    </w:p>
    <w:p>
      <w:pPr>
        <w:spacing w:before="0" w:after="100"/>
        <w:jc w:val="both"/>
      </w:pPr>
      <w:r>
        <w:rPr/>
        <w:t>c. the tickets / expensive? (yes)  → Were the tickets expensive? Yes, they were.</w:t>
      </w:r>
    </w:p>
    <w:p>
      <w:pPr>
        <w:spacing w:before="0" w:after="100"/>
        <w:jc w:val="both"/>
      </w:pPr>
      <w:r>
        <w:rPr/>
        <w:t>d. it / cold / last night? (no)  → Was it cold last night? No, it wasn't.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9. Is the sentence correct? Write True or False.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האם המשפט נכון? כתבו ‎True‎ או ‎False‎.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هل الجملة صحيحة؟ اكتب ‎True‎ أو ‎False‎. صحّح الجمل الخاطئة.</w:t>
      </w:r>
    </w:p>
    <w:p>
      <w:pPr>
        <w:spacing w:before="0" w:after="40"/>
        <w:jc w:val="both"/>
      </w:pPr>
      <w:r>
        <w:rPr/>
        <w:t>a. They was at the park. – False – They were at the park.</w:t>
      </w:r>
    </w:p>
    <w:p>
      <w:pPr>
        <w:spacing w:before="0" w:after="40"/>
        <w:jc w:val="both"/>
      </w:pPr>
      <w:r>
        <w:rPr/>
        <w:t>b. I was tired after the game. – True</w:t>
      </w:r>
    </w:p>
    <w:p>
      <w:pPr>
        <w:spacing w:before="0" w:after="40"/>
        <w:jc w:val="both"/>
      </w:pPr>
      <w:r>
        <w:rPr/>
        <w:t>c. Were she at home? – False – Was she at home?</w:t>
      </w:r>
    </w:p>
    <w:p>
      <w:pPr>
        <w:spacing w:before="0" w:after="40"/>
        <w:jc w:val="both"/>
      </w:pPr>
      <w:r>
        <w:rPr/>
        <w:t>d. We weren't late for school. – True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Read "Noa's Birthday Party". Write True or False.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‎"Noa's Birthday Party"‎. כתבו ‎True‎ או ‎False‎.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‎"Noa's Birthday Party"‎. اكتب ‎True‎ أو ‎False‎. صحّح الجمل الخاطئة.</w:t>
      </w:r>
    </w:p>
    <w:p>
      <w:pPr>
        <w:spacing w:before="0" w:after="40"/>
        <w:jc w:val="both"/>
      </w:pPr>
      <w:r>
        <w:rPr/>
        <w:t>a. The party was in a restaurant. – False – The party was in her garden.</w:t>
      </w:r>
    </w:p>
    <w:p>
      <w:pPr>
        <w:spacing w:before="0" w:after="40"/>
        <w:jc w:val="both"/>
      </w:pPr>
      <w:r>
        <w:rPr/>
        <w:t>b. Noa's grandparents were at the party. – True</w:t>
      </w:r>
    </w:p>
    <w:p>
      <w:pPr>
        <w:spacing w:before="0" w:after="40"/>
        <w:jc w:val="both"/>
      </w:pPr>
      <w:r>
        <w:rPr/>
        <w:t>c. The cake was in the shape of a soccer ball. – True</w:t>
      </w:r>
    </w:p>
    <w:p>
      <w:pPr>
        <w:spacing w:before="0" w:after="40"/>
        <w:jc w:val="both"/>
      </w:pPr>
      <w:r>
        <w:rPr/>
        <w:t>d. Noa's brother was happy all evening. – False – He wasn't happy, because he was afraid of the rabbit.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Answer the questions about the text.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ענו על השאלות על הטקסט.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أجب عن الأسئلة حول النصّ.</w:t>
      </w:r>
    </w:p>
    <w:p>
      <w:pPr>
        <w:spacing w:before="0" w:after="100"/>
        <w:jc w:val="both"/>
      </w:pPr>
      <w:r>
        <w:rPr/>
        <w:t>a. When was Noa's birthday?  → Last Thursday.</w:t>
      </w:r>
    </w:p>
    <w:p>
      <w:pPr>
        <w:spacing w:before="0" w:after="100"/>
        <w:jc w:val="both"/>
      </w:pPr>
      <w:r>
        <w:rPr/>
        <w:t>b. Where were the balloons?  → On the trees.</w:t>
      </w:r>
    </w:p>
    <w:p>
      <w:pPr>
        <w:spacing w:before="0" w:after="100"/>
        <w:jc w:val="both"/>
      </w:pPr>
      <w:r>
        <w:rPr/>
        <w:t>c. What was the best part of the party?  → The magic show.</w:t>
      </w:r>
    </w:p>
    <w:p>
      <w:pPr>
        <w:spacing w:before="0" w:after="100"/>
        <w:jc w:val="both"/>
      </w:pPr>
      <w:r>
        <w:rPr/>
        <w:t>d. Why was the cake in the shape of a ball?  → Because Noa loves soccer.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13. Think about your last birthday or a party. Write 4 sentences. Use was, were, wasn't and weren't.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חשבו על יום ההולדת האחרון שלכם או על מסיבה. כתבו 4 משפטים. השתמשו ב־‎was, were, wasn't‎ ו־‎weren't‎.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فكّر في عيد ميلادك الأخير أو في حفلة. اكتب 4 جمل. استعمل ‎was‎ و‎were‎ و‎wasn't‎ و‎weren't‎.</w:t>
      </w:r>
    </w:p>
    <w:p>
      <w:pPr>
        <w:spacing w:before="0" w:after="80"/>
        <w:jc w:val="both"/>
      </w:pPr>
      <w:r>
        <w:rPr>
          <w:color w:val="0F7A4F"/>
        </w:rPr>
        <w:t>Possible answer: My last birthday was in March. The party was at home. My friends were there. The cake was delicious, but it wasn't very big.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