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5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1D4ED8"/>
          <w:sz w:val="44"/>
          <w:szCs w:val="44"/>
        </w:rPr>
        <w:t>Past simple: regular and irregular verbs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‎past simple‎: פעלים רגילים ויוצאי דופן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‎past simple‎: الأفعال المنتظمة والشاذّة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</w:rPr>
        <w:t>Summary: the past simple, regular and irregular verbs (affirmative)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‎past simple‎, פעלים רגילים ויוצאי דופן (חיוב)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‎past simple‎، الأفعال المنتظمة والشاذّة (الإثبات)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5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1D4ED8"/>
          <w:sz w:val="28"/>
          <w:szCs w:val="28"/>
        </w:rPr>
        <w:t>◆ Regular verbs: spelling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פעלים רגילים: כתיב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الأفعال المنتظمة: الإملاء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Verb</w:t>
            </w:r>
          </w:p>
        </w:tc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Rule</w:t>
            </w:r>
          </w:p>
        </w:tc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Past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walk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+ ed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walked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dance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+ d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danced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study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y, ied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studied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stop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double + ed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stopped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1D4ED8"/>
          <w:sz w:val="28"/>
          <w:szCs w:val="28"/>
        </w:rPr>
        <w:t>◆ Irregular verbs to remember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פעלים יוצאי דופן שכדאי לזכור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أفعال شاذّة يجب حفظها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Verb</w:t>
            </w:r>
          </w:p>
        </w:tc>
        <w:tc>
          <w:tcPr>
            <w:tcW w:type="dxa" w:w="2494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Past</w:t>
            </w:r>
          </w:p>
        </w:tc>
        <w:tc>
          <w:tcPr>
            <w:tcW w:type="dxa" w:w="2494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Verb</w:t>
            </w:r>
          </w:p>
        </w:tc>
        <w:tc>
          <w:tcPr>
            <w:tcW w:type="dxa" w:w="2494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Past</w:t>
            </w:r>
          </w:p>
        </w:tc>
      </w:tr>
      <w:tr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go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went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see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saw</w:t>
            </w:r>
          </w:p>
        </w:tc>
      </w:tr>
      <w:tr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eat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ate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have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had</w:t>
            </w:r>
          </w:p>
        </w:tc>
      </w:tr>
      <w:tr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buy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bought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make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made</w:t>
            </w:r>
          </w:p>
        </w:tc>
      </w:tr>
      <w:tr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take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took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come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came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1D4ED8"/>
          <w:sz w:val="28"/>
          <w:szCs w:val="28"/>
        </w:rPr>
        <w:t>◆ Remember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זכרו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تذكّر</w:t>
      </w:r>
    </w:p>
    <w:p>
      <w:pPr>
        <w:spacing w:before="0" w:after="20"/>
        <w:jc w:val="both"/>
      </w:pPr>
      <w:r>
        <w:rPr/>
        <w:t>1. The past form is the same for I, he, she, we, they.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צורת העבר זהה ל־‎I, he, she, we, they‎.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صيغة الماضي واحدة مع ‎I‎ و‎he‎ و‎she‎ و‎we‎ و‎they‎.</w:t>
      </w:r>
    </w:p>
    <w:p>
      <w:pPr>
        <w:spacing w:before="0" w:after="20"/>
        <w:jc w:val="both"/>
      </w:pPr>
      <w:r>
        <w:rPr/>
        <w:t>2. Time words: yesterday, last week, two days ago.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מילות זמן: ‎yesterday, last week, two days ago‎.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كلمات الزمن: ‎yesterday, last week, two days ago‎.</w:t>
      </w:r>
    </w:p>
    <w:p>
      <w:pPr>
        <w:spacing w:before="0" w:after="0"/>
        <w:jc w:val="both"/>
      </w:pPr>
      <w:r>
        <w:rPr>
          <w:color w:val="5B6476"/>
          <w:sz w:val="22"/>
          <w:szCs w:val="22"/>
        </w:rPr>
        <w:t>Example: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דוגמה: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مثال:</w:t>
      </w:r>
    </w:p>
    <w:p>
      <w:pPr>
        <w:spacing w:before="0" w:after="120"/>
        <w:jc w:val="both"/>
      </w:pPr>
      <w:r>
        <w:rPr>
          <w:color w:val="334055"/>
          <w:sz w:val="24"/>
          <w:szCs w:val="24"/>
        </w:rPr>
        <w:t>Yesterday Tamar bought a new book.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1437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ndwich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143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sandwich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כריך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شطيرة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095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hool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09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school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בית ספר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مدرسة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992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ach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99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beach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חוף 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شاطئ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315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31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book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ספר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كتاب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16875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168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fish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דג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سمكة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93714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or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93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horse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סוס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حصان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Regular or irregular, the past form is the same for everybody: I went, he went, they went.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רגיל או יוצא דופן, צורת העבר זהה לכולם: ‎I went, he went, they went‎.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منتظمًا كان الفعل أو شاذًّا، صيغة الماضي واحدة للجميع: ‎I went, he went, they went‎.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Write in the past: Every day Omer eats a sandwich. Yesterday Omer ___</w:t>
      </w:r>
    </w:p>
    <w:p>
      <w:pPr>
        <w:spacing w:before="0" w:after="20"/>
        <w:jc w:val="both"/>
      </w:pPr>
      <w:r>
        <w:rPr/>
        <w:t>1. Yesterday is in the past.</w:t>
      </w:r>
    </w:p>
    <w:p>
      <w:pPr>
        <w:spacing w:before="0" w:after="20"/>
        <w:jc w:val="both"/>
      </w:pPr>
      <w:r>
        <w:rPr/>
        <w:t>2. eat is irregular: its past is ate.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Yesterday Omer ate a sandwich.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1D4ED8"/>
          <w:sz w:val="28"/>
          <w:szCs w:val="28"/>
        </w:rPr>
        <w:t>Check yourself – Write the verb in the past simple.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הפועל ב־‎past simple‎.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الفعل بصيغة ‎past simple‎.</w:t>
      </w:r>
    </w:p>
    <w:p>
      <w:pPr>
        <w:spacing w:before="0" w:after="60"/>
        <w:jc w:val="both"/>
      </w:pPr>
      <w:r>
        <w:rPr/>
        <w:t>a. Last night we __________ (watch) a funny film.</w:t>
      </w:r>
    </w:p>
    <w:p>
      <w:pPr>
        <w:spacing w:before="0" w:after="60"/>
        <w:jc w:val="both"/>
      </w:pPr>
      <w:r>
        <w:rPr/>
        <w:t>b. Ben __________ (see) a big fish in the sea.</w:t>
      </w:r>
    </w:p>
    <w:p>
      <w:pPr>
        <w:spacing w:before="0" w:after="60"/>
        <w:jc w:val="both"/>
      </w:pPr>
      <w:r>
        <w:rPr/>
        <w:t>c. I __________ (carry) the heavy bag.</w:t>
      </w:r>
    </w:p>
    <w:p>
      <w:pPr>
        <w:spacing w:before="0" w:after="60"/>
        <w:jc w:val="both"/>
      </w:pPr>
      <w:r>
        <w:rPr/>
        <w:t>d. They __________ (have) pizza for dinner.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watched · b. saw · c. carried · d. had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