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5   |   Worksheet</w:t>
      </w:r>
    </w:p>
    <w:p>
      <w:pPr>
        <w:spacing w:before="0" w:after="200"/>
        <w:jc w:val="left"/>
      </w:pPr>
      <w:r>
        <w:rPr>
          <w:rFonts w:ascii="Arial" w:hAnsi="Arial" w:cs="Arial"/>
          <w:sz w:val="20"/>
          <w:szCs w:val="20"/>
        </w:rPr>
        <w:t xml:space="preserve">First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פרטי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الاسم الشخصي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Last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משפחה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اسم العائلة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Class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כיתה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الصف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>: ______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6D28D9"/>
          <w:sz w:val="44"/>
          <w:szCs w:val="44"/>
        </w:rPr>
        <w:t>Past simple: regular and irregular verbs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‎past simple‎: פעלים רגילים ויוצאי דופן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‎past simple‎: الأفعال المنتظمة والشاذّة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Match the verb to its past form.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בין הפועל לצורת העבר שלו.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 الفعل بصيغة الماضي الخاصّة به.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go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bought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see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wrote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eat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drank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buy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ate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write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went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drink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saw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Write the past form.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צורת העבר.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صيغة الماضي.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verb</w:t>
            </w:r>
          </w:p>
        </w:tc>
        <w:tc>
          <w:tcPr>
            <w:tcW w:type="dxa" w:w="4989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past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play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dance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cry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stop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visit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live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Regular or irregular? Sort the past forms.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רגיל או יוצא דופן? מיינו את צורות העבר.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منتظم أم شاذّ؟ صنّف صيغ الماضي.</w:t>
      </w:r>
    </w:p>
    <w:p>
      <w:pPr>
        <w:spacing w:before="0" w:after="80"/>
        <w:jc w:val="both"/>
      </w:pPr>
      <w:r>
        <w:rPr>
          <w:color w:val="6D28D9"/>
          <w:sz w:val="24"/>
          <w:szCs w:val="24"/>
        </w:rPr>
        <w:t>Words: walked  |  went  |  jumped  |  ate  |  cleaned  |  saw  |  opened  |  made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regular</w:t>
            </w:r>
          </w:p>
        </w:tc>
        <w:tc>
          <w:tcPr>
            <w:tcW w:type="dxa" w:w="4989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irregular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br/>
              <w:br/>
              <w:br/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br/>
              <w:br/>
              <w:br/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Add -ed, -d or -ied.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הוסיפו -‎ed, -d‎ או -‎ied‎.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أضف -‎ed‎ أو -‎d‎ أو -‎ied‎.</w:t>
      </w:r>
    </w:p>
    <w:p>
      <w:pPr>
        <w:spacing w:before="0" w:after="60"/>
        <w:jc w:val="both"/>
      </w:pPr>
      <w:r>
        <w:rPr/>
        <w:t>a. We watch__________ TV last night.</w:t>
      </w:r>
    </w:p>
    <w:p>
      <w:pPr>
        <w:spacing w:before="0" w:after="60"/>
        <w:jc w:val="both"/>
      </w:pPr>
      <w:r>
        <w:rPr/>
        <w:t>b. She dance__________ at the party.</w:t>
      </w:r>
    </w:p>
    <w:p>
      <w:pPr>
        <w:spacing w:before="0" w:after="60"/>
        <w:jc w:val="both"/>
      </w:pPr>
      <w:r>
        <w:rPr/>
        <w:t>c. He stud__________ for the test.</w:t>
      </w:r>
    </w:p>
    <w:p>
      <w:pPr>
        <w:spacing w:before="0" w:after="60"/>
        <w:jc w:val="both"/>
      </w:pPr>
      <w:r>
        <w:rPr/>
        <w:t>d. I clean__________ my room.</w:t>
      </w:r>
    </w:p>
    <w:p>
      <w:pPr>
        <w:spacing w:before="0" w:after="60"/>
        <w:jc w:val="both"/>
      </w:pPr>
      <w:r>
        <w:rPr/>
        <w:t>e. They like__________ the film.</w:t>
      </w:r>
    </w:p>
    <w:p>
      <w:pPr>
        <w:spacing w:before="0" w:after="60"/>
        <w:jc w:val="both"/>
      </w:pPr>
      <w:r>
        <w:rPr/>
        <w:t>f. The baby cr__________ all night.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Complete with the past simple of the verb in brackets.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ב־‎past simple‎ של הפועל שבסוגריים.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بصيغة ‎past simple‎ للفعل الذي بين القوسين.</w:t>
      </w:r>
    </w:p>
    <w:p>
      <w:pPr>
        <w:spacing w:before="0" w:after="60"/>
        <w:jc w:val="both"/>
      </w:pPr>
      <w:r>
        <w:rPr/>
        <w:t>a. Yesterday Noam __________ to the cinema. (go)</w:t>
      </w:r>
    </w:p>
    <w:p>
      <w:pPr>
        <w:spacing w:before="0" w:after="60"/>
        <w:jc w:val="both"/>
      </w:pPr>
      <w:r>
        <w:rPr/>
        <w:t>b. Last week I __________ a new pair of shoes. (buy)</w:t>
      </w:r>
    </w:p>
    <w:p>
      <w:pPr>
        <w:spacing w:before="0" w:after="60"/>
        <w:jc w:val="both"/>
      </w:pPr>
      <w:r>
        <w:rPr/>
        <w:t>c. We __________ a big cake for Mom. (make)</w:t>
      </w:r>
    </w:p>
    <w:p>
      <w:pPr>
        <w:spacing w:before="0" w:after="60"/>
        <w:jc w:val="both"/>
      </w:pPr>
      <w:r>
        <w:rPr/>
        <w:t>d. Tamar __________ her friend at the mall. (see)</w:t>
      </w:r>
    </w:p>
    <w:p>
      <w:pPr>
        <w:spacing w:before="0" w:after="60"/>
        <w:jc w:val="both"/>
      </w:pPr>
      <w:r>
        <w:rPr/>
        <w:t>e. My brother __________ a letter to Grandpa. (write)</w:t>
      </w:r>
    </w:p>
    <w:p>
      <w:pPr>
        <w:spacing w:before="0" w:after="60"/>
        <w:jc w:val="both"/>
      </w:pPr>
      <w:r>
        <w:rPr/>
        <w:t>f. They __________ the bus to Haifa. (take)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Circle the correct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המילה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الكلمة الصحيحة.</w:t>
      </w:r>
    </w:p>
    <w:p>
      <w:pPr>
        <w:spacing w:before="0" w:after="20"/>
        <w:jc w:val="both"/>
      </w:pPr>
      <w:r>
        <w:rPr/>
        <w:t>a. Last summer we ___ to Greece.</w:t>
      </w:r>
    </w:p>
    <w:p>
      <w:pPr>
        <w:spacing w:before="0" w:after="80"/>
        <w:jc w:val="both"/>
      </w:pPr>
      <w:r>
        <w:rPr/>
        <w:t xml:space="preserve">   ○ go      ○ went      ○ goed</w:t>
      </w:r>
    </w:p>
    <w:p>
      <w:pPr>
        <w:spacing w:before="0" w:after="20"/>
        <w:jc w:val="both"/>
      </w:pPr>
      <w:r>
        <w:rPr/>
        <w:t>b. Yesterday Ben ___ a sandwich.</w:t>
      </w:r>
    </w:p>
    <w:p>
      <w:pPr>
        <w:spacing w:before="0" w:after="80"/>
        <w:jc w:val="both"/>
      </w:pPr>
      <w:r>
        <w:rPr/>
        <w:t xml:space="preserve">   ○ ate      ○ eated      ○ eats</w:t>
      </w:r>
    </w:p>
    <w:p>
      <w:pPr>
        <w:spacing w:before="0" w:after="20"/>
        <w:jc w:val="both"/>
      </w:pPr>
      <w:r>
        <w:rPr/>
        <w:t>c. I ___ my grandparents last Friday.</w:t>
      </w:r>
    </w:p>
    <w:p>
      <w:pPr>
        <w:spacing w:before="0" w:after="80"/>
        <w:jc w:val="both"/>
      </w:pPr>
      <w:r>
        <w:rPr/>
        <w:t xml:space="preserve">   ○ visit      ○ visitted      ○ visited</w:t>
      </w:r>
    </w:p>
    <w:p>
      <w:pPr>
        <w:spacing w:before="0" w:after="20"/>
        <w:jc w:val="both"/>
      </w:pPr>
      <w:r>
        <w:rPr/>
        <w:t>d. She ___ a dog in the street.</w:t>
      </w:r>
    </w:p>
    <w:p>
      <w:pPr>
        <w:spacing w:before="0" w:after="80"/>
        <w:jc w:val="both"/>
      </w:pPr>
      <w:r>
        <w:rPr/>
        <w:t xml:space="preserve">   ○ saw      ○ seed      ○ see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Change the sentences to the past. Start with Yesterday.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הפכו את המשפטים לעבר. התחילו ב־‎Yesterday‎.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حوّل الجمل إلى الماضي. ابدأ بـ ‎Yesterday‎.</w:t>
      </w:r>
    </w:p>
    <w:p>
      <w:pPr>
        <w:spacing w:before="0" w:after="100"/>
        <w:jc w:val="both"/>
      </w:pPr>
      <w:r>
        <w:rPr/>
        <w:t>a. I play basketball.</w:t>
      </w:r>
    </w:p>
    <w:p>
      <w:pPr>
        <w:spacing w:before="0" w:after="100"/>
        <w:jc w:val="both"/>
      </w:pPr>
      <w:r>
        <w:rPr/>
        <w:t>b. Maya drinks orange juice.</w:t>
      </w:r>
    </w:p>
    <w:p>
      <w:pPr>
        <w:spacing w:before="0" w:after="100"/>
        <w:jc w:val="both"/>
      </w:pPr>
      <w:r>
        <w:rPr/>
        <w:t>c. We have a test.</w:t>
      </w:r>
    </w:p>
    <w:p>
      <w:pPr>
        <w:spacing w:before="0" w:after="100"/>
        <w:jc w:val="both"/>
      </w:pPr>
      <w:r>
        <w:rPr/>
        <w:t>d. Itay comes home late.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Is the sentence correct? Write True or False.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האם המשפט נכון? כתבו ‎True‎ או ‎False‎.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هل الجملة صحيحة؟ اكتب ‎True‎ أو ‎False‎. صحّح الجمل الخاطئة.</w:t>
      </w:r>
    </w:p>
    <w:p>
      <w:pPr>
        <w:spacing w:before="0" w:after="60"/>
        <w:jc w:val="both"/>
      </w:pPr>
      <w:r>
        <w:rPr/>
        <w:t>a. Last night I goed to bed early.      True / False</w:t>
      </w:r>
    </w:p>
    <w:p>
      <w:pPr>
        <w:spacing w:before="0" w:after="60"/>
        <w:jc w:val="both"/>
      </w:pPr>
      <w:r>
        <w:rPr/>
        <w:t>b. We visited the museum last week.      True / False</w:t>
      </w:r>
    </w:p>
    <w:p>
      <w:pPr>
        <w:spacing w:before="0" w:after="60"/>
        <w:jc w:val="both"/>
      </w:pPr>
      <w:r>
        <w:rPr/>
        <w:t>c. He studyed English yesterday.      True / False</w:t>
      </w:r>
    </w:p>
    <w:p>
      <w:pPr>
        <w:spacing w:before="0" w:after="60"/>
        <w:jc w:val="both"/>
      </w:pPr>
      <w:r>
        <w:rPr/>
        <w:t>d. They bought a new car.      True / False</w:t>
      </w:r>
    </w:p>
    <w:p>
      <w:pPr>
        <w:spacing w:before="120" w:after="40"/>
        <w:jc w:val="center"/>
      </w:pPr>
      <w:r>
        <w:rPr>
          <w:rFonts w:ascii="Arial Black" w:hAnsi="Arial Black" w:cs="Arial Black"/>
          <w:b/>
          <w:bCs/>
          <w:color w:val="6D28D9"/>
          <w:sz w:val="30"/>
          <w:szCs w:val="30"/>
        </w:rPr>
        <w:t>A Day in Tel Aviv</w:t>
      </w:r>
    </w:p>
    <w:p>
      <w:pPr>
        <w:spacing w:before="0" w:after="80"/>
        <w:jc w:val="both"/>
      </w:pPr>
      <w:r>
        <w:rPr/>
        <w:t>Last Friday, Ben and his dad went to Tel Aviv by train. First, they visited a science museum. Ben loved the room about space. He saw a real rock from the moon!</w:t>
      </w:r>
    </w:p>
    <w:p>
      <w:pPr>
        <w:spacing w:before="0" w:after="80"/>
        <w:jc w:val="both"/>
      </w:pPr>
      <w:r>
        <w:rPr/>
        <w:t>At twelve o'clock, they were hungry. They walked to the beach and had lunch in a small restaurant. Ben ate falafel, and Dad ordered a fish salad. After lunch, they played matkot on the sand.</w:t>
      </w:r>
    </w:p>
    <w:p>
      <w:pPr>
        <w:spacing w:before="0" w:after="80"/>
        <w:jc w:val="both"/>
      </w:pPr>
      <w:r>
        <w:rPr/>
        <w:t>In the afternoon, they bought presents for Mom and for Ben's sister, Tamar. Ben chose a book about horses for Tamar, because she loves horses. They came home at six o'clock. Ben was tired, but he told Mom everything about the day.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10. Read "A Day in Tel Aviv". Write True or False.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‎"A Day in Tel Aviv"‎. כתבו ‎True‎ או ‎False‎.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‎"A Day in Tel Aviv"‎. اكتب ‎True‎ أو ‎False‎. صحّح الجمل الخاطئة.</w:t>
      </w:r>
    </w:p>
    <w:p>
      <w:pPr>
        <w:spacing w:before="0" w:after="60"/>
        <w:jc w:val="both"/>
      </w:pPr>
      <w:r>
        <w:rPr/>
        <w:t>a. Ben and his dad went to Tel Aviv by car.      True / False</w:t>
      </w:r>
    </w:p>
    <w:p>
      <w:pPr>
        <w:spacing w:before="0" w:after="60"/>
        <w:jc w:val="both"/>
      </w:pPr>
      <w:r>
        <w:rPr/>
        <w:t>b. Ben saw a rock from the moon.      True / False</w:t>
      </w:r>
    </w:p>
    <w:p>
      <w:pPr>
        <w:spacing w:before="0" w:after="60"/>
        <w:jc w:val="both"/>
      </w:pPr>
      <w:r>
        <w:rPr/>
        <w:t>c. Dad ate falafel.      True / False</w:t>
      </w:r>
    </w:p>
    <w:p>
      <w:pPr>
        <w:spacing w:before="0" w:after="60"/>
        <w:jc w:val="both"/>
      </w:pPr>
      <w:r>
        <w:rPr/>
        <w:t>d. They came home at six o'clock.      True / False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Find the past form in the text.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מצאו בטקסט את צורת העבר.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جد صيغة الماضي في النصّ.</w:t>
      </w:r>
    </w:p>
    <w:p>
      <w:pPr>
        <w:spacing w:before="0" w:after="60"/>
        <w:jc w:val="both"/>
      </w:pPr>
      <w:r>
        <w:rPr/>
        <w:t>a. visit: __________</w:t>
      </w:r>
    </w:p>
    <w:p>
      <w:pPr>
        <w:spacing w:before="0" w:after="60"/>
        <w:jc w:val="both"/>
      </w:pPr>
      <w:r>
        <w:rPr/>
        <w:t>b. eat: __________</w:t>
      </w:r>
    </w:p>
    <w:p>
      <w:pPr>
        <w:spacing w:before="0" w:after="60"/>
        <w:jc w:val="both"/>
      </w:pPr>
      <w:r>
        <w:rPr/>
        <w:t>c. buy: __________</w:t>
      </w:r>
    </w:p>
    <w:p>
      <w:pPr>
        <w:spacing w:before="0" w:after="60"/>
        <w:jc w:val="both"/>
      </w:pPr>
      <w:r>
        <w:rPr/>
        <w:t>d. choose: __________</w:t>
      </w:r>
    </w:p>
    <w:p>
      <w:pPr>
        <w:spacing w:before="0" w:after="60"/>
        <w:jc w:val="both"/>
      </w:pPr>
      <w:r>
        <w:rPr/>
        <w:t>e. tell: __________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Answer the questions about the text.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ענו על השאלות על הטקסט.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أجب عن الأسئلة حول النصّ.</w:t>
      </w:r>
    </w:p>
    <w:p>
      <w:pPr>
        <w:spacing w:before="0" w:after="100"/>
        <w:jc w:val="both"/>
      </w:pPr>
      <w:r>
        <w:rPr/>
        <w:t>a. What did Ben love in the museum?</w:t>
      </w:r>
    </w:p>
    <w:p>
      <w:pPr>
        <w:spacing w:before="0" w:after="100"/>
        <w:jc w:val="both"/>
      </w:pPr>
      <w:r>
        <w:rPr/>
        <w:t>b. Where did they have lunch?</w:t>
      </w:r>
    </w:p>
    <w:p>
      <w:pPr>
        <w:spacing w:before="0" w:after="100"/>
        <w:jc w:val="both"/>
      </w:pPr>
      <w:r>
        <w:rPr/>
        <w:t>c. Why did Ben choose a book about horses?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13. What did you do last weekend? Write 4 sentences. Use regular and irregular verbs.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מה עשיתם בסוף השבוע שעבר? כתבו 4 משפטים. השתמשו בפעלים רגילים ויוצאי דופן.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ماذا فعلت في نهاية الأسبوع الماضي؟ اكتب 4 جمل. استعمل أفعالًا منتظمة وشاذّة.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