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5   |   Worksheet – Answer Key</w:t>
      </w:r>
    </w:p>
    <w:p>
      <w:pPr>
        <w:spacing w:before="0" w:after="4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الإجابات</w:t>
      </w:r>
      <w:r>
        <w:rPr>
          <w:sz w:val="36"/>
          <w:szCs w:val="36"/>
        </w:rPr>
        <w:t>‎</w:t>
      </w:r>
    </w:p>
    <w:p>
      <w:pPr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2"/>
          <w:szCs w:val="32"/>
        </w:rPr>
        <w:t>Past simple: regular and irregular verbs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verb to its past form.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בין הפועל לצורת העבר שלו.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 الفعل بصيغة الماضي الخاصّة به.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go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bought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see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wrote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eat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[6] drank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buy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ate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write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went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drink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saw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Write the past form.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צורת העבר.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صيغة الماضي.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verb</w:t>
            </w:r>
          </w:p>
        </w:tc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past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play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played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dance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danced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cry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cried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stop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stopped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visit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visited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live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lived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Regular or irregular? Sort the past forms.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רגיל או יוצא דופן? מיינו את צורות העבר.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منتظم أم شاذّ؟ صنّف صيغ الماضي.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regular</w:t>
            </w:r>
          </w:p>
        </w:tc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irregular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walked, jumped, cleaned, opened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went, ate, saw, made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Add -ed, -d or -ied.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הוסיפו -‎ed, -d‎ או -‎ied‎.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أضف -‎ed‎ أو -‎d‎ أو -‎ied‎.</w:t>
      </w:r>
    </w:p>
    <w:p>
      <w:pPr>
        <w:spacing w:before="0" w:after="40"/>
        <w:jc w:val="both"/>
      </w:pPr>
      <w:r>
        <w:rPr/>
        <w:t>a. We watched TV last night.</w:t>
      </w:r>
    </w:p>
    <w:p>
      <w:pPr>
        <w:spacing w:before="0" w:after="40"/>
        <w:jc w:val="both"/>
      </w:pPr>
      <w:r>
        <w:rPr/>
        <w:t>b. She danced at the party.</w:t>
      </w:r>
    </w:p>
    <w:p>
      <w:pPr>
        <w:spacing w:before="0" w:after="40"/>
        <w:jc w:val="both"/>
      </w:pPr>
      <w:r>
        <w:rPr/>
        <w:t>c. He studied for the test.</w:t>
      </w:r>
    </w:p>
    <w:p>
      <w:pPr>
        <w:spacing w:before="0" w:after="40"/>
        <w:jc w:val="both"/>
      </w:pPr>
      <w:r>
        <w:rPr/>
        <w:t>d. I cleaned my room.</w:t>
      </w:r>
    </w:p>
    <w:p>
      <w:pPr>
        <w:spacing w:before="0" w:after="40"/>
        <w:jc w:val="both"/>
      </w:pPr>
      <w:r>
        <w:rPr/>
        <w:t>e. They liked the film.</w:t>
      </w:r>
    </w:p>
    <w:p>
      <w:pPr>
        <w:spacing w:before="0" w:after="40"/>
        <w:jc w:val="both"/>
      </w:pPr>
      <w:r>
        <w:rPr/>
        <w:t>f. The baby cried all night.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Complete with the past simple of the verb in brackets.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ב־‎past simple‎ של הפועל שבסוגריים.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بصيغة ‎past simple‎ للفعل الذي بين القوسين.</w:t>
      </w:r>
    </w:p>
    <w:p>
      <w:pPr>
        <w:spacing w:before="0" w:after="40"/>
        <w:jc w:val="both"/>
      </w:pPr>
      <w:r>
        <w:rPr/>
        <w:t>a. Yesterday Noam went to the cinema. (go)</w:t>
      </w:r>
    </w:p>
    <w:p>
      <w:pPr>
        <w:spacing w:before="0" w:after="40"/>
        <w:jc w:val="both"/>
      </w:pPr>
      <w:r>
        <w:rPr/>
        <w:t>b. Last week I bought a new pair of shoes. (buy)</w:t>
      </w:r>
    </w:p>
    <w:p>
      <w:pPr>
        <w:spacing w:before="0" w:after="40"/>
        <w:jc w:val="both"/>
      </w:pPr>
      <w:r>
        <w:rPr/>
        <w:t>c. We made a big cake for Mom. (make)</w:t>
      </w:r>
    </w:p>
    <w:p>
      <w:pPr>
        <w:spacing w:before="0" w:after="40"/>
        <w:jc w:val="both"/>
      </w:pPr>
      <w:r>
        <w:rPr/>
        <w:t>d. Tamar saw her friend at the mall. (see)</w:t>
      </w:r>
    </w:p>
    <w:p>
      <w:pPr>
        <w:spacing w:before="0" w:after="40"/>
        <w:jc w:val="both"/>
      </w:pPr>
      <w:r>
        <w:rPr/>
        <w:t>e. My brother wrote a letter to Grandpa. (write)</w:t>
      </w:r>
    </w:p>
    <w:p>
      <w:pPr>
        <w:spacing w:before="0" w:after="40"/>
        <w:jc w:val="both"/>
      </w:pPr>
      <w:r>
        <w:rPr/>
        <w:t>f. They took the bus to Haifa. (take)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Circle the correct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המילה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الكلمة الصحيحة.</w:t>
      </w:r>
    </w:p>
    <w:p>
      <w:pPr>
        <w:spacing w:before="0" w:after="20"/>
        <w:jc w:val="both"/>
      </w:pPr>
      <w:r>
        <w:rPr/>
        <w:t>a. Last summer we ___ to Greece.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went</w:t>
      </w:r>
    </w:p>
    <w:p>
      <w:pPr>
        <w:spacing w:before="0" w:after="20"/>
        <w:jc w:val="both"/>
      </w:pPr>
      <w:r>
        <w:rPr/>
        <w:t>b. Yesterday Ben ___ a sandwich.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ate</w:t>
      </w:r>
    </w:p>
    <w:p>
      <w:pPr>
        <w:spacing w:before="0" w:after="20"/>
        <w:jc w:val="both"/>
      </w:pPr>
      <w:r>
        <w:rPr/>
        <w:t>c. I ___ my grandparents last Friday.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visited</w:t>
      </w:r>
    </w:p>
    <w:p>
      <w:pPr>
        <w:spacing w:before="0" w:after="20"/>
        <w:jc w:val="both"/>
      </w:pPr>
      <w:r>
        <w:rPr/>
        <w:t>d. She ___ a dog in the street.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saw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Change the sentences to the past. Start with Yesterday.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הפכו את המשפטים לעבר. התחילו ב־‎Yesterday‎.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حوّل الجمل إلى الماضي. ابدأ بـ ‎Yesterday‎.</w:t>
      </w:r>
    </w:p>
    <w:p>
      <w:pPr>
        <w:spacing w:before="0" w:after="100"/>
        <w:jc w:val="both"/>
      </w:pPr>
      <w:r>
        <w:rPr/>
        <w:t>a. I play basketball.  → Yesterday I played basketball.</w:t>
      </w:r>
    </w:p>
    <w:p>
      <w:pPr>
        <w:spacing w:before="0" w:after="100"/>
        <w:jc w:val="both"/>
      </w:pPr>
      <w:r>
        <w:rPr/>
        <w:t>b. Maya drinks orange juice.  → Yesterday Maya drank orange juice.</w:t>
      </w:r>
    </w:p>
    <w:p>
      <w:pPr>
        <w:spacing w:before="0" w:after="100"/>
        <w:jc w:val="both"/>
      </w:pPr>
      <w:r>
        <w:rPr/>
        <w:t>c. We have a test.  → Yesterday we had a test.</w:t>
      </w:r>
    </w:p>
    <w:p>
      <w:pPr>
        <w:spacing w:before="0" w:after="100"/>
        <w:jc w:val="both"/>
      </w:pPr>
      <w:r>
        <w:rPr/>
        <w:t>d. Itay comes home late.  → Yesterday Itay came home late.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Is the sentence correct? Write True or False.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האם המשפט נכון? כתבו ‎True‎ או ‎False‎.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هل الجملة صحيحة؟ اكتب ‎True‎ أو ‎False‎. صحّح الجمل الخاطئة.</w:t>
      </w:r>
    </w:p>
    <w:p>
      <w:pPr>
        <w:spacing w:before="0" w:after="40"/>
        <w:jc w:val="both"/>
      </w:pPr>
      <w:r>
        <w:rPr/>
        <w:t>a. Last night I goed to bed early. – False – Last night I went to bed early.</w:t>
      </w:r>
    </w:p>
    <w:p>
      <w:pPr>
        <w:spacing w:before="0" w:after="40"/>
        <w:jc w:val="both"/>
      </w:pPr>
      <w:r>
        <w:rPr/>
        <w:t>b. We visited the museum last week. – True</w:t>
      </w:r>
    </w:p>
    <w:p>
      <w:pPr>
        <w:spacing w:before="0" w:after="40"/>
        <w:jc w:val="both"/>
      </w:pPr>
      <w:r>
        <w:rPr/>
        <w:t>c. He studyed English yesterday. – False – He studied English yesterday.</w:t>
      </w:r>
    </w:p>
    <w:p>
      <w:pPr>
        <w:spacing w:before="0" w:after="40"/>
        <w:jc w:val="both"/>
      </w:pPr>
      <w:r>
        <w:rPr/>
        <w:t>d. They bought a new car. – True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Read "A Day in Tel Aviv". Write True or False.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‎"A Day in Tel Aviv"‎. כתבו ‎True‎ או ‎False‎.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‎"A Day in Tel Aviv"‎. اكتب ‎True‎ أو ‎False‎. صحّح الجمل الخاطئة.</w:t>
      </w:r>
    </w:p>
    <w:p>
      <w:pPr>
        <w:spacing w:before="0" w:after="40"/>
        <w:jc w:val="both"/>
      </w:pPr>
      <w:r>
        <w:rPr/>
        <w:t>a. Ben and his dad went to Tel Aviv by car. – False – They went by train.</w:t>
      </w:r>
    </w:p>
    <w:p>
      <w:pPr>
        <w:spacing w:before="0" w:after="40"/>
        <w:jc w:val="both"/>
      </w:pPr>
      <w:r>
        <w:rPr/>
        <w:t>b. Ben saw a rock from the moon. – True</w:t>
      </w:r>
    </w:p>
    <w:p>
      <w:pPr>
        <w:spacing w:before="0" w:after="40"/>
        <w:jc w:val="both"/>
      </w:pPr>
      <w:r>
        <w:rPr/>
        <w:t>c. Dad ate falafel. – False – Ben ate falafel. Dad ordered a fish salad.</w:t>
      </w:r>
    </w:p>
    <w:p>
      <w:pPr>
        <w:spacing w:before="0" w:after="40"/>
        <w:jc w:val="both"/>
      </w:pPr>
      <w:r>
        <w:rPr/>
        <w:t>d. They came home at six o'clock. – True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Find the past form in the text.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מצאו בטקסט את צורת העבר.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جد صيغة الماضي في النصّ.</w:t>
      </w:r>
    </w:p>
    <w:p>
      <w:pPr>
        <w:spacing w:before="0" w:after="40"/>
        <w:jc w:val="both"/>
      </w:pPr>
      <w:r>
        <w:rPr/>
        <w:t>a. visit: visited</w:t>
      </w:r>
    </w:p>
    <w:p>
      <w:pPr>
        <w:spacing w:before="0" w:after="40"/>
        <w:jc w:val="both"/>
      </w:pPr>
      <w:r>
        <w:rPr/>
        <w:t>b. eat: ate</w:t>
      </w:r>
    </w:p>
    <w:p>
      <w:pPr>
        <w:spacing w:before="0" w:after="40"/>
        <w:jc w:val="both"/>
      </w:pPr>
      <w:r>
        <w:rPr/>
        <w:t>c. buy: bought</w:t>
      </w:r>
    </w:p>
    <w:p>
      <w:pPr>
        <w:spacing w:before="0" w:after="40"/>
        <w:jc w:val="both"/>
      </w:pPr>
      <w:r>
        <w:rPr/>
        <w:t>d. choose: chose</w:t>
      </w:r>
    </w:p>
    <w:p>
      <w:pPr>
        <w:spacing w:before="0" w:after="40"/>
        <w:jc w:val="both"/>
      </w:pPr>
      <w:r>
        <w:rPr/>
        <w:t>e. tell: told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Answer the questions about the text.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ענו על השאלות על הטקסט.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أجب عن الأسئلة حول النصّ.</w:t>
      </w:r>
    </w:p>
    <w:p>
      <w:pPr>
        <w:spacing w:before="0" w:after="100"/>
        <w:jc w:val="both"/>
      </w:pPr>
      <w:r>
        <w:rPr/>
        <w:t>a. What did Ben love in the museum?  → The room about space.</w:t>
      </w:r>
    </w:p>
    <w:p>
      <w:pPr>
        <w:spacing w:before="0" w:after="100"/>
        <w:jc w:val="both"/>
      </w:pPr>
      <w:r>
        <w:rPr/>
        <w:t>b. Where did they have lunch?  → In a small restaurant near the beach.</w:t>
      </w:r>
    </w:p>
    <w:p>
      <w:pPr>
        <w:spacing w:before="0" w:after="100"/>
        <w:jc w:val="both"/>
      </w:pPr>
      <w:r>
        <w:rPr/>
        <w:t>c. Why did Ben choose a book about horses?  → Because Tamar loves horses.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What did you do last weekend? Write 4 sentences. Use regular and irregular verbs.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מה עשיתם בסוף השבוע שעבר? כתבו 4 משפטים. השתמשו בפעלים רגילים ויוצאי דופן.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ماذا فعلت في نهاية الأسبوع الماضي؟ اكتب 4 جمل. استعمل أفعالًا منتظمة وشاذّة.</w:t>
      </w:r>
    </w:p>
    <w:p>
      <w:pPr>
        <w:spacing w:before="0" w:after="80"/>
        <w:jc w:val="both"/>
      </w:pPr>
      <w:r>
        <w:rPr>
          <w:color w:val="0F7A4F"/>
        </w:rPr>
        <w:t>Possible answer: Last weekend I went to the park with my family. We played soccer. Then we had a picnic. In the evening I watched a film.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