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9F1239"/>
          <w:sz w:val="44"/>
          <w:szCs w:val="44"/>
        </w:rPr>
        <w:t>Possessives: 's, my, your, his, her, our, their</w:t>
      </w:r>
    </w:p>
    <w:p>
      <w:pPr>
        <w:bidi/>
        <w:spacing w:before="0" w:after="0"/>
        <w:jc w:val="both"/>
      </w:pPr>
      <w:r>
        <w:rPr>
          <w:rFonts w:ascii="Arial" w:hAnsi="Arial" w:cs="Arial"/>
          <w:color w:val="6B7280"/>
          <w:sz w:val="22"/>
          <w:szCs w:val="22"/>
          <w:rtl/>
          <w:lang w:val="en-US" w:bidi="he-IL"/>
        </w:rPr>
        <w:t xml:space="preserve">מילות שייכות: ‎'s, my, your, his, her, our, their‎</w:t>
      </w:r>
    </w:p>
    <w:p>
      <w:pPr>
        <w:bidi/>
        <w:spacing w:before="0" w:after="120"/>
        <w:jc w:val="both"/>
      </w:pPr>
      <w:r>
        <w:rPr>
          <w:rFonts w:ascii="Arial" w:hAnsi="Arial" w:cs="Arial"/>
          <w:color w:val="6B7280"/>
          <w:sz w:val="23"/>
          <w:szCs w:val="23"/>
          <w:rtl/>
          <w:lang w:val="en-US" w:bidi="ar-SA"/>
        </w:rPr>
        <w:t xml:space="preserve">كلمات الملكيّة: ‎'s, my, your, his, her, our, their‎</w:t>
      </w:r>
    </w:p>
    <w:p>
      <w:pPr>
        <w:spacing w:before="160" w:after="20"/>
        <w:jc w:val="both"/>
      </w:pPr>
      <w:r>
        <w:rPr>
          <w:b/>
          <w:bCs/>
          <w:sz w:val="26"/>
          <w:szCs w:val="26"/>
        </w:rPr>
        <w:t>1. Match the person to the possessive word.</w:t>
      </w:r>
    </w:p>
    <w:p>
      <w:pPr>
        <w:bidi/>
        <w:spacing w:before="0" w:after="0"/>
        <w:jc w:val="both"/>
      </w:pPr>
      <w:r>
        <w:rPr>
          <w:rFonts w:ascii="Arial" w:hAnsi="Arial" w:cs="Arial"/>
          <w:color w:val="6B7280"/>
          <w:sz w:val="20"/>
          <w:szCs w:val="20"/>
          <w:rtl/>
          <w:lang w:val="en-US" w:bidi="he-IL"/>
        </w:rPr>
        <w:t xml:space="preserve">התאימו בין האדם למילת השייכות.</w:t>
      </w:r>
    </w:p>
    <w:p>
      <w:pPr>
        <w:bidi/>
        <w:spacing w:before="0" w:after="80"/>
        <w:jc w:val="both"/>
      </w:pPr>
      <w:r>
        <w:rPr>
          <w:rFonts w:ascii="Arial" w:hAnsi="Arial" w:cs="Arial"/>
          <w:color w:val="6B7280"/>
          <w:sz w:val="21"/>
          <w:szCs w:val="21"/>
          <w:rtl/>
          <w:lang w:val="en-US" w:bidi="ar-SA"/>
        </w:rPr>
        <w:t xml:space="preserve">صِل الشخص بكلمة الملكيّة.</w:t>
      </w:r>
    </w:p>
    <w:tbl>
      <w:tblPr>
        <w:tblStyle w:val="TableGrid"/>
        <w:tblW w:type="auto" w:w="0"/>
        <w:tblLook w:firstColumn="1" w:firstRow="1" w:lastColumn="0" w:lastRow="0" w:noHBand="0" w:noVBand="1" w:val="04A0"/>
      </w:tblPr>
      <w:tblGrid>
        <w:gridCol w:w="4989"/>
        <w:gridCol w:w="4989"/>
      </w:tblGrid>
      <w:tr>
        <w:tc>
          <w:tcPr>
            <w:tcW w:type="dxa" w:w="4989"/>
            <w:shd w:val="clear" w:color="auto" w:fill="9f1239"/>
          </w:tcPr>
          <w:p>
            <w:pPr>
              <w:spacing w:before="0" w:after="40"/>
              <w:jc w:val="both"/>
            </w:pPr>
            <w:r>
              <w:rPr>
                <w:b/>
                <w:bCs/>
                <w:color w:val="FFFFFF"/>
              </w:rPr>
              <w:t>Column A</w:t>
            </w:r>
          </w:p>
        </w:tc>
        <w:tc>
          <w:tcPr>
            <w:tcW w:type="dxa" w:w="4989"/>
            <w:shd w:val="clear" w:color="auto" w:fill="9f1239"/>
          </w:tcPr>
          <w:p>
            <w:pPr>
              <w:spacing w:before="0" w:after="40"/>
              <w:jc w:val="both"/>
            </w:pPr>
            <w:r>
              <w:rPr>
                <w:b/>
                <w:bCs/>
                <w:color w:val="FFFFFF"/>
              </w:rPr>
              <w:t>Column B</w:t>
            </w:r>
          </w:p>
        </w:tc>
      </w:tr>
      <w:tr>
        <w:tc>
          <w:tcPr>
            <w:tcW w:type="dxa" w:w="4989"/>
          </w:tcPr>
          <w:p>
            <w:pPr>
              <w:spacing w:before="0" w:after="40"/>
              <w:jc w:val="both"/>
            </w:pPr>
            <w:r>
              <w:rPr/>
              <w:t>1. I</w:t>
            </w:r>
          </w:p>
        </w:tc>
        <w:tc>
          <w:tcPr>
            <w:tcW w:type="dxa" w:w="4989"/>
          </w:tcPr>
          <w:p>
            <w:pPr>
              <w:spacing w:before="0" w:after="40"/>
              <w:jc w:val="both"/>
            </w:pPr>
            <w:r>
              <w:rPr/>
              <w:t>[   ] our</w:t>
            </w:r>
          </w:p>
        </w:tc>
      </w:tr>
      <w:tr>
        <w:tc>
          <w:tcPr>
            <w:tcW w:type="dxa" w:w="4989"/>
          </w:tcPr>
          <w:p>
            <w:pPr>
              <w:spacing w:before="0" w:after="40"/>
              <w:jc w:val="both"/>
            </w:pPr>
            <w:r>
              <w:rPr/>
              <w:t>2. you</w:t>
            </w:r>
          </w:p>
        </w:tc>
        <w:tc>
          <w:tcPr>
            <w:tcW w:type="dxa" w:w="4989"/>
          </w:tcPr>
          <w:p>
            <w:pPr>
              <w:spacing w:before="0" w:after="40"/>
              <w:jc w:val="both"/>
            </w:pPr>
            <w:r>
              <w:rPr/>
              <w:t>[   ] her</w:t>
            </w:r>
          </w:p>
        </w:tc>
      </w:tr>
      <w:tr>
        <w:tc>
          <w:tcPr>
            <w:tcW w:type="dxa" w:w="4989"/>
          </w:tcPr>
          <w:p>
            <w:pPr>
              <w:spacing w:before="0" w:after="40"/>
              <w:jc w:val="both"/>
            </w:pPr>
            <w:r>
              <w:rPr/>
              <w:t>3. he</w:t>
            </w:r>
          </w:p>
        </w:tc>
        <w:tc>
          <w:tcPr>
            <w:tcW w:type="dxa" w:w="4989"/>
          </w:tcPr>
          <w:p>
            <w:pPr>
              <w:spacing w:before="0" w:after="40"/>
              <w:jc w:val="both"/>
            </w:pPr>
            <w:r>
              <w:rPr/>
              <w:t>[   ] my</w:t>
            </w:r>
          </w:p>
        </w:tc>
      </w:tr>
      <w:tr>
        <w:tc>
          <w:tcPr>
            <w:tcW w:type="dxa" w:w="4989"/>
          </w:tcPr>
          <w:p>
            <w:pPr>
              <w:spacing w:before="0" w:after="40"/>
              <w:jc w:val="both"/>
            </w:pPr>
            <w:r>
              <w:rPr/>
              <w:t>4. she</w:t>
            </w:r>
          </w:p>
        </w:tc>
        <w:tc>
          <w:tcPr>
            <w:tcW w:type="dxa" w:w="4989"/>
          </w:tcPr>
          <w:p>
            <w:pPr>
              <w:spacing w:before="0" w:after="40"/>
              <w:jc w:val="both"/>
            </w:pPr>
            <w:r>
              <w:rPr/>
              <w:t>[   ] their</w:t>
            </w:r>
          </w:p>
        </w:tc>
      </w:tr>
      <w:tr>
        <w:tc>
          <w:tcPr>
            <w:tcW w:type="dxa" w:w="4989"/>
          </w:tcPr>
          <w:p>
            <w:pPr>
              <w:spacing w:before="0" w:after="40"/>
              <w:jc w:val="both"/>
            </w:pPr>
            <w:r>
              <w:rPr/>
              <w:t>5. we</w:t>
            </w:r>
          </w:p>
        </w:tc>
        <w:tc>
          <w:tcPr>
            <w:tcW w:type="dxa" w:w="4989"/>
          </w:tcPr>
          <w:p>
            <w:pPr>
              <w:spacing w:before="0" w:after="40"/>
              <w:jc w:val="both"/>
            </w:pPr>
            <w:r>
              <w:rPr/>
              <w:t>[   ] his</w:t>
            </w:r>
          </w:p>
        </w:tc>
      </w:tr>
      <w:tr>
        <w:tc>
          <w:tcPr>
            <w:tcW w:type="dxa" w:w="4989"/>
          </w:tcPr>
          <w:p>
            <w:pPr>
              <w:spacing w:before="0" w:after="40"/>
              <w:jc w:val="both"/>
            </w:pPr>
            <w:r>
              <w:rPr/>
              <w:t>6. they</w:t>
            </w:r>
          </w:p>
        </w:tc>
        <w:tc>
          <w:tcPr>
            <w:tcW w:type="dxa" w:w="4989"/>
          </w:tcPr>
          <w:p>
            <w:pPr>
              <w:spacing w:before="0" w:after="40"/>
              <w:jc w:val="both"/>
            </w:pPr>
            <w:r>
              <w:rPr/>
              <w:t>[   ] your</w:t>
            </w:r>
          </w:p>
        </w:tc>
      </w:tr>
    </w:tbl>
    <w:p>
      <w:pPr>
        <w:spacing w:before="0" w:after="40"/>
        <w:jc w:val="both"/>
      </w:pPr>
    </w:p>
    <w:p>
      <w:pPr>
        <w:spacing w:before="160" w:after="20"/>
        <w:jc w:val="both"/>
      </w:pPr>
      <w:r>
        <w:rPr>
          <w:b/>
          <w:bCs/>
          <w:sz w:val="26"/>
          <w:szCs w:val="26"/>
        </w:rPr>
        <w:t>2. Complete with my, your, his, her, our or their.</w:t>
      </w:r>
    </w:p>
    <w:p>
      <w:pPr>
        <w:bidi/>
        <w:spacing w:before="0" w:after="0"/>
        <w:jc w:val="both"/>
      </w:pPr>
      <w:r>
        <w:rPr>
          <w:rFonts w:ascii="Arial" w:hAnsi="Arial" w:cs="Arial"/>
          <w:color w:val="6B7280"/>
          <w:sz w:val="20"/>
          <w:szCs w:val="20"/>
          <w:rtl/>
          <w:lang w:val="en-US" w:bidi="he-IL"/>
        </w:rPr>
        <w:t xml:space="preserve">השלימו ב־‎my, your, his, her, our‎ או ‎their‎.</w:t>
      </w:r>
    </w:p>
    <w:p>
      <w:pPr>
        <w:bidi/>
        <w:spacing w:before="0" w:after="80"/>
        <w:jc w:val="both"/>
      </w:pPr>
      <w:r>
        <w:rPr>
          <w:rFonts w:ascii="Arial" w:hAnsi="Arial" w:cs="Arial"/>
          <w:color w:val="6B7280"/>
          <w:sz w:val="21"/>
          <w:szCs w:val="21"/>
          <w:rtl/>
          <w:lang w:val="en-US" w:bidi="ar-SA"/>
        </w:rPr>
        <w:t xml:space="preserve">أكمل بـ ‎my‎ أو ‎your‎ أو ‎his‎ أو ‎her‎ أو ‎our‎ أو ‎their‎.</w:t>
      </w:r>
    </w:p>
    <w:p>
      <w:pPr>
        <w:spacing w:before="0" w:after="60"/>
        <w:jc w:val="both"/>
      </w:pPr>
      <w:r>
        <w:rPr/>
        <w:t>a. I have a dog. __________ dog is called Rex.</w:t>
      </w:r>
    </w:p>
    <w:p>
      <w:pPr>
        <w:spacing w:before="0" w:after="60"/>
        <w:jc w:val="both"/>
      </w:pPr>
      <w:r>
        <w:rPr/>
        <w:t>b. Ben has a new phone. __________ phone is black.</w:t>
      </w:r>
    </w:p>
    <w:p>
      <w:pPr>
        <w:spacing w:before="0" w:after="60"/>
        <w:jc w:val="both"/>
      </w:pPr>
      <w:r>
        <w:rPr/>
        <w:t>c. Noa loves __________ grandma.</w:t>
      </w:r>
    </w:p>
    <w:p>
      <w:pPr>
        <w:spacing w:before="0" w:after="60"/>
        <w:jc w:val="both"/>
      </w:pPr>
      <w:r>
        <w:rPr/>
        <w:t>d. We live in Holon. __________ house is near the park.</w:t>
      </w:r>
    </w:p>
    <w:p>
      <w:pPr>
        <w:spacing w:before="0" w:after="60"/>
        <w:jc w:val="both"/>
      </w:pPr>
      <w:r>
        <w:rPr/>
        <w:t>e. The boys are playing with __________ ball.</w:t>
      </w:r>
    </w:p>
    <w:p>
      <w:pPr>
        <w:spacing w:before="0" w:after="60"/>
        <w:jc w:val="both"/>
      </w:pPr>
      <w:r>
        <w:rPr/>
        <w:t>f. Do you have __________ homework?</w:t>
      </w:r>
    </w:p>
    <w:p>
      <w:pPr>
        <w:spacing w:before="160" w:after="20"/>
        <w:jc w:val="both"/>
      </w:pPr>
      <w:r>
        <w:rPr>
          <w:b/>
          <w:bCs/>
          <w:sz w:val="26"/>
          <w:szCs w:val="26"/>
        </w:rPr>
        <w:t>3. Write with 's.</w:t>
      </w:r>
    </w:p>
    <w:p>
      <w:pPr>
        <w:bidi/>
        <w:spacing w:before="0" w:after="0"/>
        <w:jc w:val="both"/>
      </w:pPr>
      <w:r>
        <w:rPr>
          <w:rFonts w:ascii="Arial" w:hAnsi="Arial" w:cs="Arial"/>
          <w:color w:val="6B7280"/>
          <w:sz w:val="20"/>
          <w:szCs w:val="20"/>
          <w:rtl/>
          <w:lang w:val="en-US" w:bidi="he-IL"/>
        </w:rPr>
        <w:t xml:space="preserve">כתבו עם ‎'s‎.</w:t>
      </w:r>
    </w:p>
    <w:p>
      <w:pPr>
        <w:bidi/>
        <w:spacing w:before="0" w:after="80"/>
        <w:jc w:val="both"/>
      </w:pPr>
      <w:r>
        <w:rPr>
          <w:rFonts w:ascii="Arial" w:hAnsi="Arial" w:cs="Arial"/>
          <w:color w:val="6B7280"/>
          <w:sz w:val="21"/>
          <w:szCs w:val="21"/>
          <w:rtl/>
          <w:lang w:val="en-US" w:bidi="ar-SA"/>
        </w:rPr>
        <w:t xml:space="preserve">اكتب مع ‎'s‎.</w:t>
      </w:r>
    </w:p>
    <w:p>
      <w:pPr>
        <w:spacing w:before="0" w:after="60"/>
        <w:jc w:val="both"/>
      </w:pPr>
      <w:r>
        <w:rPr/>
        <w:t>a. the bike of Omer: Omer__________ bike</w:t>
      </w:r>
    </w:p>
    <w:p>
      <w:pPr>
        <w:spacing w:before="0" w:after="60"/>
        <w:jc w:val="both"/>
      </w:pPr>
      <w:r>
        <w:rPr/>
        <w:t>b. the room of my sister: my sister__________ room</w:t>
      </w:r>
    </w:p>
    <w:p>
      <w:pPr>
        <w:spacing w:before="0" w:after="60"/>
        <w:jc w:val="both"/>
      </w:pPr>
      <w:r>
        <w:rPr/>
        <w:t>c. the car of Dad: Dad__________ car</w:t>
      </w:r>
    </w:p>
    <w:p>
      <w:pPr>
        <w:spacing w:before="0" w:after="60"/>
        <w:jc w:val="both"/>
      </w:pPr>
      <w:r>
        <w:rPr/>
        <w:t>d. the toys of the children: the children__________ toys</w:t>
      </w:r>
    </w:p>
    <w:p>
      <w:pPr>
        <w:spacing w:before="160" w:after="20"/>
        <w:jc w:val="both"/>
      </w:pPr>
      <w:r>
        <w:rPr>
          <w:b/>
          <w:bCs/>
          <w:sz w:val="26"/>
          <w:szCs w:val="26"/>
        </w:rPr>
        <w:t>4. Sort: one owner or more than one owner?</w:t>
      </w:r>
    </w:p>
    <w:p>
      <w:pPr>
        <w:bidi/>
        <w:spacing w:before="0" w:after="0"/>
        <w:jc w:val="both"/>
      </w:pPr>
      <w:r>
        <w:rPr>
          <w:rFonts w:ascii="Arial" w:hAnsi="Arial" w:cs="Arial"/>
          <w:color w:val="6B7280"/>
          <w:sz w:val="20"/>
          <w:szCs w:val="20"/>
          <w:rtl/>
          <w:lang w:val="en-US" w:bidi="he-IL"/>
        </w:rPr>
        <w:t xml:space="preserve">מיינו: בעלים אחד או יותר מבעלים אחד?</w:t>
      </w:r>
    </w:p>
    <w:p>
      <w:pPr>
        <w:bidi/>
        <w:spacing w:before="0" w:after="80"/>
        <w:jc w:val="both"/>
      </w:pPr>
      <w:r>
        <w:rPr>
          <w:rFonts w:ascii="Arial" w:hAnsi="Arial" w:cs="Arial"/>
          <w:color w:val="6B7280"/>
          <w:sz w:val="21"/>
          <w:szCs w:val="21"/>
          <w:rtl/>
          <w:lang w:val="en-US" w:bidi="ar-SA"/>
        </w:rPr>
        <w:t xml:space="preserve">صنّف: مالك واحد أم أكثر من مالك؟</w:t>
      </w:r>
    </w:p>
    <w:p>
      <w:pPr>
        <w:spacing w:before="0" w:after="80"/>
        <w:jc w:val="both"/>
      </w:pPr>
      <w:r>
        <w:rPr>
          <w:color w:val="9F1239"/>
          <w:sz w:val="24"/>
          <w:szCs w:val="24"/>
        </w:rPr>
        <w:t>Words: the boy's  |  the boys'  |  my friend's  |  my friends'  |  the girl's  |  the girls'  |  the teacher's  |  the teachers'</w:t>
      </w:r>
    </w:p>
    <w:tbl>
      <w:tblPr>
        <w:tblStyle w:val="TableGrid"/>
        <w:tblW w:type="auto" w:w="0"/>
        <w:tblLook w:firstColumn="1" w:firstRow="1" w:lastColumn="0" w:lastRow="0" w:noHBand="0" w:noVBand="1" w:val="04A0"/>
      </w:tblPr>
      <w:tblGrid>
        <w:gridCol w:w="4989"/>
        <w:gridCol w:w="4989"/>
      </w:tblGrid>
      <w:tr>
        <w:tc>
          <w:tcPr>
            <w:tcW w:type="dxa" w:w="4989"/>
            <w:shd w:val="clear" w:color="auto" w:fill="9f1239"/>
          </w:tcPr>
          <w:p>
            <w:pPr>
              <w:spacing w:before="0" w:after="40"/>
              <w:jc w:val="both"/>
            </w:pPr>
            <w:r>
              <w:rPr>
                <w:b/>
                <w:bCs/>
                <w:color w:val="FFFFFF"/>
              </w:rPr>
              <w:t>one owner</w:t>
            </w:r>
          </w:p>
        </w:tc>
        <w:tc>
          <w:tcPr>
            <w:tcW w:type="dxa" w:w="4989"/>
            <w:shd w:val="clear" w:color="auto" w:fill="9f1239"/>
          </w:tcPr>
          <w:p>
            <w:pPr>
              <w:spacing w:before="0" w:after="40"/>
              <w:jc w:val="both"/>
            </w:pPr>
            <w:r>
              <w:rPr>
                <w:b/>
                <w:bCs/>
                <w:color w:val="FFFFFF"/>
              </w:rPr>
              <w:t>more than one owner</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5.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Shira is wearing ___ new dress.</w:t>
      </w:r>
    </w:p>
    <w:p>
      <w:pPr>
        <w:spacing w:before="0" w:after="80"/>
        <w:jc w:val="both"/>
      </w:pPr>
      <w:r>
        <w:rPr/>
        <w:t xml:space="preserve">   ○ his      ○ her      ○ their</w:t>
      </w:r>
    </w:p>
    <w:p>
      <w:pPr>
        <w:spacing w:before="0" w:after="20"/>
        <w:jc w:val="both"/>
      </w:pPr>
      <w:r>
        <w:rPr/>
        <w:t>b. This is ___ classroom. We love it.</w:t>
      </w:r>
    </w:p>
    <w:p>
      <w:pPr>
        <w:spacing w:before="0" w:after="80"/>
        <w:jc w:val="both"/>
      </w:pPr>
      <w:r>
        <w:rPr/>
        <w:t xml:space="preserve">   ○ our      ○ their      ○ your</w:t>
      </w:r>
    </w:p>
    <w:p>
      <w:pPr>
        <w:spacing w:before="0" w:after="20"/>
        <w:jc w:val="both"/>
      </w:pPr>
      <w:r>
        <w:rPr/>
        <w:t>c. The dog is in ___ bed.</w:t>
      </w:r>
    </w:p>
    <w:p>
      <w:pPr>
        <w:spacing w:before="0" w:after="80"/>
        <w:jc w:val="both"/>
      </w:pPr>
      <w:r>
        <w:rPr/>
        <w:t xml:space="preserve">   ○ it's      ○ its      ○ their</w:t>
      </w:r>
    </w:p>
    <w:p>
      <w:pPr>
        <w:spacing w:before="0" w:after="20"/>
        <w:jc w:val="both"/>
      </w:pPr>
      <w:r>
        <w:rPr/>
        <w:t>d. Tom and Ben are with ___ dad.</w:t>
      </w:r>
    </w:p>
    <w:p>
      <w:pPr>
        <w:spacing w:before="0" w:after="80"/>
        <w:jc w:val="both"/>
      </w:pPr>
      <w:r>
        <w:rPr/>
        <w:t xml:space="preserve">   ○ his      ○ our      ○ their</w:t>
      </w:r>
    </w:p>
    <w:p>
      <w:pPr>
        <w:spacing w:before="160" w:after="20"/>
        <w:jc w:val="both"/>
      </w:pPr>
      <w:r>
        <w:rPr>
          <w:b/>
          <w:bCs/>
          <w:sz w:val="26"/>
          <w:szCs w:val="26"/>
        </w:rPr>
        <w:t>6.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9f1239"/>
          </w:tcPr>
          <w:p>
            <w:pPr>
              <w:spacing w:before="0" w:after="40"/>
              <w:jc w:val="both"/>
            </w:pPr>
            <w:r>
              <w:rPr>
                <w:b/>
                <w:bCs/>
                <w:color w:val="FFFFFF"/>
              </w:rPr>
              <w:t>Who?</w:t>
            </w:r>
          </w:p>
        </w:tc>
        <w:tc>
          <w:tcPr>
            <w:tcW w:type="dxa" w:w="3326"/>
            <w:shd w:val="clear" w:color="auto" w:fill="9f1239"/>
          </w:tcPr>
          <w:p>
            <w:pPr>
              <w:spacing w:before="0" w:after="40"/>
              <w:jc w:val="both"/>
            </w:pPr>
            <w:r>
              <w:rPr>
                <w:b/>
                <w:bCs/>
                <w:color w:val="FFFFFF"/>
              </w:rPr>
              <w:t>Thing</w:t>
            </w:r>
          </w:p>
        </w:tc>
        <w:tc>
          <w:tcPr>
            <w:tcW w:type="dxa" w:w="3326"/>
            <w:shd w:val="clear" w:color="auto" w:fill="9f1239"/>
          </w:tcPr>
          <w:p>
            <w:pPr>
              <w:spacing w:before="0" w:after="40"/>
              <w:jc w:val="both"/>
            </w:pPr>
            <w:r>
              <w:rPr>
                <w:b/>
                <w:bCs/>
                <w:color w:val="FFFFFF"/>
              </w:rPr>
              <w:t>Sentence</w:t>
            </w:r>
          </w:p>
        </w:tc>
      </w:tr>
      <w:tr>
        <w:tc>
          <w:tcPr>
            <w:tcW w:type="dxa" w:w="3326"/>
          </w:tcPr>
          <w:p>
            <w:pPr>
              <w:spacing w:before="0" w:after="40"/>
              <w:jc w:val="both"/>
            </w:pPr>
            <w:r>
              <w:rPr/>
              <w:t>I</w:t>
            </w:r>
          </w:p>
        </w:tc>
        <w:tc>
          <w:tcPr>
            <w:tcW w:type="dxa" w:w="3326"/>
          </w:tcPr>
          <w:p>
            <w:pPr>
              <w:spacing w:before="0" w:after="40"/>
              <w:jc w:val="both"/>
            </w:pPr>
            <w:r>
              <w:rPr/>
              <w:t>bag</w:t>
            </w:r>
          </w:p>
        </w:tc>
        <w:tc>
          <w:tcPr>
            <w:tcW w:type="dxa" w:w="3326"/>
          </w:tcPr>
          <w:p>
            <w:pPr>
              <w:spacing w:before="0" w:after="40"/>
              <w:jc w:val="both"/>
            </w:pPr>
            <w:r>
              <w:rPr/>
            </w:r>
          </w:p>
        </w:tc>
      </w:tr>
      <w:tr>
        <w:tc>
          <w:tcPr>
            <w:tcW w:type="dxa" w:w="3326"/>
          </w:tcPr>
          <w:p>
            <w:pPr>
              <w:spacing w:before="0" w:after="40"/>
              <w:jc w:val="both"/>
            </w:pPr>
            <w:r>
              <w:rPr/>
              <w:t>Maya</w:t>
            </w:r>
          </w:p>
        </w:tc>
        <w:tc>
          <w:tcPr>
            <w:tcW w:type="dxa" w:w="3326"/>
          </w:tcPr>
          <w:p>
            <w:pPr>
              <w:spacing w:before="0" w:after="40"/>
              <w:jc w:val="both"/>
            </w:pPr>
            <w:r>
              <w:rPr/>
              <w:t>hat</w:t>
            </w:r>
          </w:p>
        </w:tc>
        <w:tc>
          <w:tcPr>
            <w:tcW w:type="dxa" w:w="3326"/>
          </w:tcPr>
          <w:p>
            <w:pPr>
              <w:spacing w:before="0" w:after="40"/>
              <w:jc w:val="both"/>
            </w:pPr>
            <w:r>
              <w:rPr/>
            </w:r>
          </w:p>
        </w:tc>
      </w:tr>
      <w:tr>
        <w:tc>
          <w:tcPr>
            <w:tcW w:type="dxa" w:w="3326"/>
          </w:tcPr>
          <w:p>
            <w:pPr>
              <w:spacing w:before="0" w:after="40"/>
              <w:jc w:val="both"/>
            </w:pPr>
            <w:r>
              <w:rPr/>
              <w:t>we</w:t>
            </w:r>
          </w:p>
        </w:tc>
        <w:tc>
          <w:tcPr>
            <w:tcW w:type="dxa" w:w="3326"/>
          </w:tcPr>
          <w:p>
            <w:pPr>
              <w:spacing w:before="0" w:after="40"/>
              <w:jc w:val="both"/>
            </w:pPr>
            <w:r>
              <w:rPr/>
              <w:t>teacher</w:t>
            </w:r>
          </w:p>
        </w:tc>
        <w:tc>
          <w:tcPr>
            <w:tcW w:type="dxa" w:w="3326"/>
          </w:tcPr>
          <w:p>
            <w:pPr>
              <w:spacing w:before="0" w:after="40"/>
              <w:jc w:val="both"/>
            </w:pPr>
            <w:r>
              <w:rPr/>
            </w:r>
          </w:p>
        </w:tc>
      </w:tr>
      <w:tr>
        <w:tc>
          <w:tcPr>
            <w:tcW w:type="dxa" w:w="3326"/>
          </w:tcPr>
          <w:p>
            <w:pPr>
              <w:spacing w:before="0" w:after="40"/>
              <w:jc w:val="both"/>
            </w:pPr>
            <w:r>
              <w:rPr/>
              <w:t>Itay and Noam</w:t>
            </w:r>
          </w:p>
        </w:tc>
        <w:tc>
          <w:tcPr>
            <w:tcW w:type="dxa" w:w="3326"/>
          </w:tcPr>
          <w:p>
            <w:pPr>
              <w:spacing w:before="0" w:after="40"/>
              <w:jc w:val="both"/>
            </w:pPr>
            <w:r>
              <w:rPr/>
              <w:t>dog</w:t>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7. Complete with Who or Whose.</w:t>
      </w:r>
    </w:p>
    <w:p>
      <w:pPr>
        <w:bidi/>
        <w:spacing w:before="0" w:after="0"/>
        <w:jc w:val="both"/>
      </w:pPr>
      <w:r>
        <w:rPr>
          <w:rFonts w:ascii="Arial" w:hAnsi="Arial" w:cs="Arial"/>
          <w:color w:val="6B7280"/>
          <w:sz w:val="20"/>
          <w:szCs w:val="20"/>
          <w:rtl/>
          <w:lang w:val="en-US" w:bidi="he-IL"/>
        </w:rPr>
        <w:t xml:space="preserve">השלימו ב־‎Who‎ או ב־‎Whose‎.</w:t>
      </w:r>
    </w:p>
    <w:p>
      <w:pPr>
        <w:bidi/>
        <w:spacing w:before="0" w:after="80"/>
        <w:jc w:val="both"/>
      </w:pPr>
      <w:r>
        <w:rPr>
          <w:rFonts w:ascii="Arial" w:hAnsi="Arial" w:cs="Arial"/>
          <w:color w:val="6B7280"/>
          <w:sz w:val="21"/>
          <w:szCs w:val="21"/>
          <w:rtl/>
          <w:lang w:val="en-US" w:bidi="ar-SA"/>
        </w:rPr>
        <w:t xml:space="preserve">أكمل بـ ‎Who‎ أو ‎Whose‎.</w:t>
      </w:r>
    </w:p>
    <w:p>
      <w:pPr>
        <w:spacing w:before="0" w:after="60"/>
        <w:jc w:val="both"/>
      </w:pPr>
      <w:r>
        <w:rPr/>
        <w:t>a. __________ is that girl? She's my cousin.</w:t>
      </w:r>
    </w:p>
    <w:p>
      <w:pPr>
        <w:spacing w:before="0" w:after="60"/>
        <w:jc w:val="both"/>
      </w:pPr>
      <w:r>
        <w:rPr/>
        <w:t>b. __________ book is this? It's Ariel's.</w:t>
      </w:r>
    </w:p>
    <w:p>
      <w:pPr>
        <w:spacing w:before="0" w:after="60"/>
        <w:jc w:val="both"/>
      </w:pPr>
      <w:r>
        <w:rPr/>
        <w:t>c. __________ shoes are under the bed?</w:t>
      </w:r>
    </w:p>
    <w:p>
      <w:pPr>
        <w:spacing w:before="0" w:after="60"/>
        <w:jc w:val="both"/>
      </w:pPr>
      <w:r>
        <w:rPr/>
        <w:t>d. __________ is your teacher? Mrs. Katz.</w:t>
      </w:r>
    </w:p>
    <w:p>
      <w:pPr>
        <w:spacing w:before="0" w:after="60"/>
        <w:jc w:val="both"/>
      </w:pPr>
      <w:r>
        <w:rPr/>
        <w:t>e. __________ broke the window?</w:t>
      </w:r>
    </w:p>
    <w:p>
      <w:pPr>
        <w:spacing w:before="160" w:after="20"/>
        <w:jc w:val="both"/>
      </w:pPr>
      <w:r>
        <w:rPr>
          <w:b/>
          <w:bCs/>
          <w:sz w:val="26"/>
          <w:szCs w:val="26"/>
        </w:rPr>
        <w:t>8. Is the sentence correct? Write True or False. Correct the false sentences.</w:t>
      </w:r>
    </w:p>
    <w:p>
      <w:pPr>
        <w:bidi/>
        <w:spacing w:before="0" w:after="0"/>
        <w:jc w:val="both"/>
      </w:pPr>
      <w:r>
        <w:rPr>
          <w:rFonts w:ascii="Arial" w:hAnsi="Arial" w:cs="Arial"/>
          <w:color w:val="6B7280"/>
          <w:sz w:val="20"/>
          <w:szCs w:val="20"/>
          <w:rtl/>
          <w:lang w:val="en-US" w:bidi="he-IL"/>
        </w:rPr>
        <w:t xml:space="preserve">האם המשפט נכון?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هل الجملة صحيحة؟ اكتب ‎True‎ أو ‎False‎. صحّح الجمل الخاطئة.</w:t>
      </w:r>
    </w:p>
    <w:p>
      <w:pPr>
        <w:spacing w:before="0" w:after="60"/>
        <w:jc w:val="both"/>
      </w:pPr>
      <w:r>
        <w:rPr/>
        <w:t>a. This is Daniel bike.      True / False</w:t>
      </w:r>
    </w:p>
    <w:p>
      <w:pPr>
        <w:spacing w:before="0" w:after="60"/>
        <w:jc w:val="both"/>
      </w:pPr>
      <w:r>
        <w:rPr/>
        <w:t>b. Maya is playing with her cat.      True / False</w:t>
      </w:r>
    </w:p>
    <w:p>
      <w:pPr>
        <w:spacing w:before="0" w:after="60"/>
        <w:jc w:val="both"/>
      </w:pPr>
      <w:r>
        <w:rPr/>
        <w:t>c. The boys are in his room.      True / False</w:t>
      </w:r>
    </w:p>
    <w:p>
      <w:pPr>
        <w:spacing w:before="0" w:after="60"/>
        <w:jc w:val="both"/>
      </w:pPr>
      <w:r>
        <w:rPr/>
        <w:t>d. Whose pen is this?      True / False</w:t>
      </w:r>
    </w:p>
    <w:p>
      <w:pPr>
        <w:spacing w:before="120" w:after="40"/>
        <w:jc w:val="center"/>
      </w:pPr>
      <w:r>
        <w:rPr>
          <w:rFonts w:ascii="Arial Black" w:hAnsi="Arial Black" w:cs="Arial Black"/>
          <w:b/>
          <w:bCs/>
          <w:color w:val="9F1239"/>
          <w:sz w:val="30"/>
          <w:szCs w:val="30"/>
        </w:rPr>
        <w:t>My Family Photo</w:t>
      </w:r>
    </w:p>
    <w:p>
      <w:pPr>
        <w:spacing w:before="0" w:after="80"/>
        <w:jc w:val="both"/>
      </w:pPr>
      <w:r>
        <w:rPr/>
        <w:t>This is a photo of my family. My name is Yoav, and I'm eleven. I'm the boy with the green cap. My sister's name is Tamar. She's eight. Her hair is long and black, and she's holding her cat, Mitzi.</w:t>
      </w:r>
    </w:p>
    <w:p>
      <w:pPr>
        <w:spacing w:before="0" w:after="80"/>
        <w:jc w:val="both"/>
      </w:pPr>
      <w:r>
        <w:rPr/>
        <w:t>The tall man is my dad. His name is Avi, and he's a bus driver. The woman next to him is my mom, Rina. Her job is very interesting: she's a vet! The old people are my mom's parents. Their house is in Tiberias, near the lake.</w:t>
      </w:r>
    </w:p>
    <w:p>
      <w:pPr>
        <w:spacing w:before="0" w:after="80"/>
        <w:jc w:val="both"/>
      </w:pPr>
      <w:r>
        <w:rPr/>
        <w:t>The big dog in the photo isn't our dog. It's my grandparents' dog, Bobby. His favorite game is catching balls in the water. Whose idea was the photo? It was Grandma's!</w:t>
      </w:r>
    </w:p>
    <w:p>
      <w:pPr>
        <w:spacing w:before="160" w:after="20"/>
        <w:jc w:val="both"/>
      </w:pPr>
      <w:r>
        <w:rPr>
          <w:b/>
          <w:bCs/>
          <w:sz w:val="26"/>
          <w:szCs w:val="26"/>
        </w:rPr>
        <w:t>10. Read "My Family Photo". Write True or False. Correct the false sentences.</w:t>
      </w:r>
    </w:p>
    <w:p>
      <w:pPr>
        <w:bidi/>
        <w:spacing w:before="0" w:after="0"/>
        <w:jc w:val="both"/>
      </w:pPr>
      <w:r>
        <w:rPr>
          <w:rFonts w:ascii="Arial" w:hAnsi="Arial" w:cs="Arial"/>
          <w:color w:val="6B7280"/>
          <w:sz w:val="20"/>
          <w:szCs w:val="20"/>
          <w:rtl/>
          <w:lang w:val="en-US" w:bidi="he-IL"/>
        </w:rPr>
        <w:t xml:space="preserve">קראו את ‎"My Family Photo"‎.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‎"My Family Photo"‎. اكتب ‎True‎ أو ‎False‎. صحّح الجمل الخاطئة.</w:t>
      </w:r>
    </w:p>
    <w:p>
      <w:pPr>
        <w:spacing w:before="0" w:after="60"/>
        <w:jc w:val="both"/>
      </w:pPr>
      <w:r>
        <w:rPr/>
        <w:t>a. Tamar is Yoav's sister.      True / False</w:t>
      </w:r>
    </w:p>
    <w:p>
      <w:pPr>
        <w:spacing w:before="0" w:after="60"/>
        <w:jc w:val="both"/>
      </w:pPr>
      <w:r>
        <w:rPr/>
        <w:t>b. Yoav's dad is a vet.      True / False</w:t>
      </w:r>
    </w:p>
    <w:p>
      <w:pPr>
        <w:spacing w:before="0" w:after="60"/>
        <w:jc w:val="both"/>
      </w:pPr>
      <w:r>
        <w:rPr/>
        <w:t>c. The grandparents' house is in Tiberias.      True / False</w:t>
      </w:r>
    </w:p>
    <w:p>
      <w:pPr>
        <w:spacing w:before="0" w:after="60"/>
        <w:jc w:val="both"/>
      </w:pPr>
      <w:r>
        <w:rPr/>
        <w:t>d. Bobby is Yoav's dog.      True / False</w:t>
      </w:r>
    </w:p>
    <w:p>
      <w:pPr>
        <w:spacing w:before="160" w:after="20"/>
        <w:jc w:val="both"/>
      </w:pPr>
      <w:r>
        <w:rPr>
          <w:b/>
          <w:bCs/>
          <w:sz w:val="26"/>
          <w:szCs w:val="26"/>
        </w:rPr>
        <w:t>11. Complete about the text with his, her, their or 's.</w:t>
      </w:r>
    </w:p>
    <w:p>
      <w:pPr>
        <w:bidi/>
        <w:spacing w:before="0" w:after="0"/>
        <w:jc w:val="both"/>
      </w:pPr>
      <w:r>
        <w:rPr>
          <w:rFonts w:ascii="Arial" w:hAnsi="Arial" w:cs="Arial"/>
          <w:color w:val="6B7280"/>
          <w:sz w:val="20"/>
          <w:szCs w:val="20"/>
          <w:rtl/>
          <w:lang w:val="en-US" w:bidi="he-IL"/>
        </w:rPr>
        <w:t xml:space="preserve">השלימו על הטקסט ב־‎his, her, their‎ או ‎'s‎.</w:t>
      </w:r>
    </w:p>
    <w:p>
      <w:pPr>
        <w:bidi/>
        <w:spacing w:before="0" w:after="80"/>
        <w:jc w:val="both"/>
      </w:pPr>
      <w:r>
        <w:rPr>
          <w:rFonts w:ascii="Arial" w:hAnsi="Arial" w:cs="Arial"/>
          <w:color w:val="6B7280"/>
          <w:sz w:val="21"/>
          <w:szCs w:val="21"/>
          <w:rtl/>
          <w:lang w:val="en-US" w:bidi="ar-SA"/>
        </w:rPr>
        <w:t xml:space="preserve">أكمل حول النصّ بـ ‎his‎ أو ‎her‎ أو ‎their‎ أو ‎'s‎.</w:t>
      </w:r>
    </w:p>
    <w:p>
      <w:pPr>
        <w:spacing w:before="0" w:after="60"/>
        <w:jc w:val="both"/>
      </w:pPr>
      <w:r>
        <w:rPr/>
        <w:t>a. Mitzi is Tamar__________ cat.</w:t>
      </w:r>
    </w:p>
    <w:p>
      <w:pPr>
        <w:spacing w:before="0" w:after="60"/>
        <w:jc w:val="both"/>
      </w:pPr>
      <w:r>
        <w:rPr/>
        <w:t>b. Avi is a bus driver. __________ wife is a vet.</w:t>
      </w:r>
    </w:p>
    <w:p>
      <w:pPr>
        <w:spacing w:before="0" w:after="60"/>
        <w:jc w:val="both"/>
      </w:pPr>
      <w:r>
        <w:rPr/>
        <w:t>c. Rina is a vet. __________ son is Yoav.</w:t>
      </w:r>
    </w:p>
    <w:p>
      <w:pPr>
        <w:spacing w:before="0" w:after="60"/>
        <w:jc w:val="both"/>
      </w:pPr>
      <w:r>
        <w:rPr/>
        <w:t>d. The grandparents live in Tiberias. __________ dog is Bobby.</w:t>
      </w:r>
    </w:p>
    <w:p>
      <w:pPr>
        <w:spacing w:before="160" w:after="20"/>
        <w:jc w:val="both"/>
      </w:pPr>
      <w:r>
        <w:rPr>
          <w:b/>
          <w:bCs/>
          <w:sz w:val="26"/>
          <w:szCs w:val="26"/>
        </w:rPr>
        <w:t>12.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Who is the boy with the green cap?</w:t>
      </w:r>
    </w:p>
    <w:p>
      <w:pPr>
        <w:spacing w:before="0" w:after="100"/>
        <w:jc w:val="both"/>
      </w:pPr>
      <w:r>
        <w:rPr/>
        <w:t>b. What is Mitzi?</w:t>
      </w:r>
    </w:p>
    <w:p>
      <w:pPr>
        <w:spacing w:before="0" w:after="100"/>
        <w:jc w:val="both"/>
      </w:pPr>
      <w:r>
        <w:rPr/>
        <w:t>c. Whose idea was the photo?</w:t>
      </w:r>
    </w:p>
    <w:p>
      <w:pPr>
        <w:spacing w:before="160" w:after="20"/>
        <w:jc w:val="both"/>
      </w:pPr>
      <w:r>
        <w:rPr>
          <w:b/>
          <w:bCs/>
          <w:sz w:val="26"/>
          <w:szCs w:val="26"/>
        </w:rPr>
        <w:t>13. Describe a photo of your family or friends. Write 4 sentences. Use my, his, her, their and 's.</w:t>
      </w:r>
    </w:p>
    <w:p>
      <w:pPr>
        <w:bidi/>
        <w:spacing w:before="0" w:after="0"/>
        <w:jc w:val="both"/>
      </w:pPr>
      <w:r>
        <w:rPr>
          <w:rFonts w:ascii="Arial" w:hAnsi="Arial" w:cs="Arial"/>
          <w:color w:val="6B7280"/>
          <w:sz w:val="20"/>
          <w:szCs w:val="20"/>
          <w:rtl/>
          <w:lang w:val="en-US" w:bidi="he-IL"/>
        </w:rPr>
        <w:t xml:space="preserve">תארו תמונה של המשפחה או של החברים שלכם. כתבו 4 משפטים. השתמשו ב־‎my, his, her, their‎ ו־‎'s‎.</w:t>
      </w:r>
    </w:p>
    <w:p>
      <w:pPr>
        <w:bidi/>
        <w:spacing w:before="0" w:after="80"/>
        <w:jc w:val="both"/>
      </w:pPr>
      <w:r>
        <w:rPr>
          <w:rFonts w:ascii="Arial" w:hAnsi="Arial" w:cs="Arial"/>
          <w:color w:val="6B7280"/>
          <w:sz w:val="21"/>
          <w:szCs w:val="21"/>
          <w:rtl/>
          <w:lang w:val="en-US" w:bidi="ar-SA"/>
        </w:rPr>
        <w:t xml:space="preserve">صِف صورة لعائلتك أو لأصدقائك. اكتب 4 جمل. استعمل ‎my‎ و‎his‎ و‎her‎ و‎their‎ و‎'s‎.</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