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5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Possessives: 's, my, your, his, her, our, their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person to the possessive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בין האדם למילת השייכות.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الشخص بكلمة الملكيّة.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I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our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you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her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he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my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she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[6] their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we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his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they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your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Complete with my, your, his, her, our or their.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ב־‎my, your, his, her, our‎ או ‎their‎.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‎my‎ أو ‎your‎ أو ‎his‎ أو ‎her‎ أو ‎our‎ أو ‎their‎.</w:t>
      </w:r>
    </w:p>
    <w:p>
      <w:pPr>
        <w:spacing w:before="0" w:after="40"/>
        <w:jc w:val="both"/>
      </w:pPr>
      <w:r>
        <w:rPr/>
        <w:t>a. I have a dog. My dog is called Rex.</w:t>
      </w:r>
    </w:p>
    <w:p>
      <w:pPr>
        <w:spacing w:before="0" w:after="40"/>
        <w:jc w:val="both"/>
      </w:pPr>
      <w:r>
        <w:rPr/>
        <w:t>b. Ben has a new phone. His phone is black.</w:t>
      </w:r>
    </w:p>
    <w:p>
      <w:pPr>
        <w:spacing w:before="0" w:after="40"/>
        <w:jc w:val="both"/>
      </w:pPr>
      <w:r>
        <w:rPr/>
        <w:t>c. Noa loves her grandma.</w:t>
      </w:r>
    </w:p>
    <w:p>
      <w:pPr>
        <w:spacing w:before="0" w:after="40"/>
        <w:jc w:val="both"/>
      </w:pPr>
      <w:r>
        <w:rPr/>
        <w:t>d. We live in Holon. Our house is near the park.</w:t>
      </w:r>
    </w:p>
    <w:p>
      <w:pPr>
        <w:spacing w:before="0" w:after="40"/>
        <w:jc w:val="both"/>
      </w:pPr>
      <w:r>
        <w:rPr/>
        <w:t>e. The boys are playing with their ball.</w:t>
      </w:r>
    </w:p>
    <w:p>
      <w:pPr>
        <w:spacing w:before="0" w:after="40"/>
        <w:jc w:val="both"/>
      </w:pPr>
      <w:r>
        <w:rPr/>
        <w:t>f. Do you have your homework?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Write with 's.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עם ‎'s‎.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مع ‎'s‎.</w:t>
      </w:r>
    </w:p>
    <w:p>
      <w:pPr>
        <w:spacing w:before="0" w:after="40"/>
        <w:jc w:val="both"/>
      </w:pPr>
      <w:r>
        <w:rPr/>
        <w:t>a. the bike of Omer: Omer's bike</w:t>
      </w:r>
    </w:p>
    <w:p>
      <w:pPr>
        <w:spacing w:before="0" w:after="40"/>
        <w:jc w:val="both"/>
      </w:pPr>
      <w:r>
        <w:rPr/>
        <w:t>b. the room of my sister: my sister's room</w:t>
      </w:r>
    </w:p>
    <w:p>
      <w:pPr>
        <w:spacing w:before="0" w:after="40"/>
        <w:jc w:val="both"/>
      </w:pPr>
      <w:r>
        <w:rPr/>
        <w:t>c. the car of Dad: Dad's car</w:t>
      </w:r>
    </w:p>
    <w:p>
      <w:pPr>
        <w:spacing w:before="0" w:after="40"/>
        <w:jc w:val="both"/>
      </w:pPr>
      <w:r>
        <w:rPr/>
        <w:t>d. the toys of the children: the children's toys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Sort: one owner or more than one owner?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מיינו: בעלים אחד או יותר מבעלים אחד?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صنّف: مالك واحد أم أكثر من مالك؟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one owner</w:t>
            </w:r>
          </w:p>
        </w:tc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more than one owner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 boy's, my friend's, the girl's, the teacher's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 boys', my friends', the girls', the teachers'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Circle the correct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המילה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الكلمة الصحيحة.</w:t>
      </w:r>
    </w:p>
    <w:p>
      <w:pPr>
        <w:spacing w:before="0" w:after="20"/>
        <w:jc w:val="both"/>
      </w:pPr>
      <w:r>
        <w:rPr/>
        <w:t>a. Shira is wearing ___ new dress.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her</w:t>
      </w:r>
    </w:p>
    <w:p>
      <w:pPr>
        <w:spacing w:before="0" w:after="20"/>
        <w:jc w:val="both"/>
      </w:pPr>
      <w:r>
        <w:rPr/>
        <w:t>b. This is ___ classroom. We love it.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our</w:t>
      </w:r>
    </w:p>
    <w:p>
      <w:pPr>
        <w:spacing w:before="0" w:after="20"/>
        <w:jc w:val="both"/>
      </w:pPr>
      <w:r>
        <w:rPr/>
        <w:t>c. The dog is in ___ bed.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its</w:t>
      </w:r>
    </w:p>
    <w:p>
      <w:pPr>
        <w:spacing w:before="0" w:after="20"/>
        <w:jc w:val="both"/>
      </w:pPr>
      <w:r>
        <w:rPr/>
        <w:t>d. Tom and Ben are with ___ dad.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their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Complete the table.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הטבלה.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Who?</w:t>
            </w:r>
          </w:p>
        </w:tc>
        <w:tc>
          <w:tcPr>
            <w:tcW w:type="dxa" w:w="3326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Thing</w:t>
            </w:r>
          </w:p>
        </w:tc>
        <w:tc>
          <w:tcPr>
            <w:tcW w:type="dxa" w:w="3326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Sentence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bag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It's my bag.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Maya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hat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It's her hat.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teacher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He's our teacher.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Itay and Noam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dog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It's their dog.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Complete with Who or Whose.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ב־‎Who‎ או ב־‎Whose‎.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‎Who‎ أو ‎Whose‎.</w:t>
      </w:r>
    </w:p>
    <w:p>
      <w:pPr>
        <w:spacing w:before="0" w:after="40"/>
        <w:jc w:val="both"/>
      </w:pPr>
      <w:r>
        <w:rPr/>
        <w:t>a. Who is that girl? She's my cousin.</w:t>
      </w:r>
    </w:p>
    <w:p>
      <w:pPr>
        <w:spacing w:before="0" w:after="40"/>
        <w:jc w:val="both"/>
      </w:pPr>
      <w:r>
        <w:rPr/>
        <w:t>b. Whose book is this? It's Ariel's.</w:t>
      </w:r>
    </w:p>
    <w:p>
      <w:pPr>
        <w:spacing w:before="0" w:after="40"/>
        <w:jc w:val="both"/>
      </w:pPr>
      <w:r>
        <w:rPr/>
        <w:t>c. Whose shoes are under the bed?</w:t>
      </w:r>
    </w:p>
    <w:p>
      <w:pPr>
        <w:spacing w:before="0" w:after="40"/>
        <w:jc w:val="both"/>
      </w:pPr>
      <w:r>
        <w:rPr/>
        <w:t>d. Who is your teacher? Mrs. Katz.</w:t>
      </w:r>
    </w:p>
    <w:p>
      <w:pPr>
        <w:spacing w:before="0" w:after="40"/>
        <w:jc w:val="both"/>
      </w:pPr>
      <w:r>
        <w:rPr/>
        <w:t>e. Who broke the window?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Is the sentence correct? Write True or False.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האם המשפט נכון? כתבו ‎True‎ או ‎False‎.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هل الجملة صحيحة؟ اكتب ‎True‎ أو ‎False‎. صحّح الجمل الخاطئة.</w:t>
      </w:r>
    </w:p>
    <w:p>
      <w:pPr>
        <w:spacing w:before="0" w:after="40"/>
        <w:jc w:val="both"/>
      </w:pPr>
      <w:r>
        <w:rPr/>
        <w:t>a. This is Daniel bike. – False – This is Daniel's bike.</w:t>
      </w:r>
    </w:p>
    <w:p>
      <w:pPr>
        <w:spacing w:before="0" w:after="40"/>
        <w:jc w:val="both"/>
      </w:pPr>
      <w:r>
        <w:rPr/>
        <w:t>b. Maya is playing with her cat. – True</w:t>
      </w:r>
    </w:p>
    <w:p>
      <w:pPr>
        <w:spacing w:before="0" w:after="40"/>
        <w:jc w:val="both"/>
      </w:pPr>
      <w:r>
        <w:rPr/>
        <w:t>c. The boys are in his room. – False – The boys are in their room.</w:t>
      </w:r>
    </w:p>
    <w:p>
      <w:pPr>
        <w:spacing w:before="0" w:after="40"/>
        <w:jc w:val="both"/>
      </w:pPr>
      <w:r>
        <w:rPr/>
        <w:t>d. Whose pen is this?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Read "My Family Photo". Write True or False.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‎"My Family Photo"‎. כתבו ‎True‎ או ‎False‎.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‎"My Family Photo"‎. اكتب ‎True‎ أو ‎False‎. صحّح الجمل الخاطئة.</w:t>
      </w:r>
    </w:p>
    <w:p>
      <w:pPr>
        <w:spacing w:before="0" w:after="40"/>
        <w:jc w:val="both"/>
      </w:pPr>
      <w:r>
        <w:rPr/>
        <w:t>a. Tamar is Yoav's sister. – True</w:t>
      </w:r>
    </w:p>
    <w:p>
      <w:pPr>
        <w:spacing w:before="0" w:after="40"/>
        <w:jc w:val="both"/>
      </w:pPr>
      <w:r>
        <w:rPr/>
        <w:t>b. Yoav's dad is a vet. – False – Yoav's mom is a vet. His dad is a bus driver.</w:t>
      </w:r>
    </w:p>
    <w:p>
      <w:pPr>
        <w:spacing w:before="0" w:after="40"/>
        <w:jc w:val="both"/>
      </w:pPr>
      <w:r>
        <w:rPr/>
        <w:t>c. The grandparents' house is in Tiberias. – True</w:t>
      </w:r>
    </w:p>
    <w:p>
      <w:pPr>
        <w:spacing w:before="0" w:after="40"/>
        <w:jc w:val="both"/>
      </w:pPr>
      <w:r>
        <w:rPr/>
        <w:t>d. Bobby is Yoav's dog. – False – Bobby is his grandparents' dog.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Complete about the text with his, her, their or 's.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על הטקסט ב־‎his, her, their‎ או ‎'s‎.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حول النصّ بـ ‎his‎ أو ‎her‎ أو ‎their‎ أو ‎'s‎.</w:t>
      </w:r>
    </w:p>
    <w:p>
      <w:pPr>
        <w:spacing w:before="0" w:after="40"/>
        <w:jc w:val="both"/>
      </w:pPr>
      <w:r>
        <w:rPr/>
        <w:t>a. Mitzi is Tamar's cat.</w:t>
      </w:r>
    </w:p>
    <w:p>
      <w:pPr>
        <w:spacing w:before="0" w:after="40"/>
        <w:jc w:val="both"/>
      </w:pPr>
      <w:r>
        <w:rPr/>
        <w:t>b. Avi is a bus driver. His wife is a vet.</w:t>
      </w:r>
    </w:p>
    <w:p>
      <w:pPr>
        <w:spacing w:before="0" w:after="40"/>
        <w:jc w:val="both"/>
      </w:pPr>
      <w:r>
        <w:rPr/>
        <w:t>c. Rina is a vet. Her son is Yoav.</w:t>
      </w:r>
    </w:p>
    <w:p>
      <w:pPr>
        <w:spacing w:before="0" w:after="40"/>
        <w:jc w:val="both"/>
      </w:pPr>
      <w:r>
        <w:rPr/>
        <w:t>d. The grandparents live in Tiberias. Their dog is Bobby.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Answer the questions about the text.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ענו על השאלות על הטקסט.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أجب عن الأسئلة حول النصّ.</w:t>
      </w:r>
    </w:p>
    <w:p>
      <w:pPr>
        <w:spacing w:before="0" w:after="100"/>
        <w:jc w:val="both"/>
      </w:pPr>
      <w:r>
        <w:rPr/>
        <w:t>a. Who is the boy with the green cap?  → Yoav.</w:t>
      </w:r>
    </w:p>
    <w:p>
      <w:pPr>
        <w:spacing w:before="0" w:after="100"/>
        <w:jc w:val="both"/>
      </w:pPr>
      <w:r>
        <w:rPr/>
        <w:t>b. What is Mitzi?  → Tamar's cat.</w:t>
      </w:r>
    </w:p>
    <w:p>
      <w:pPr>
        <w:spacing w:before="0" w:after="100"/>
        <w:jc w:val="both"/>
      </w:pPr>
      <w:r>
        <w:rPr/>
        <w:t>c. Whose idea was the photo?  → It was Grandma's idea.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Describe a photo of your family or friends. Write 4 sentences. Use my, his, her, their and 's.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תארו תמונה של המשפחה או של החברים שלכם. כתבו 4 משפטים. השתמשו ב־‎my, his, her, their‎ ו־‎'s‎.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صِف صورة لعائلتك أو لأصدقائك. اكتب 4 جمل. استعمل ‎my‎ و‎his‎ و‎her‎ و‎their‎ و‎'s‎.</w:t>
      </w:r>
    </w:p>
    <w:p>
      <w:pPr>
        <w:spacing w:before="0" w:after="80"/>
        <w:jc w:val="both"/>
      </w:pPr>
      <w:r>
        <w:rPr>
          <w:color w:val="0F7A4F"/>
        </w:rPr>
        <w:t>Possible answer: This is my best friend, Omer. His hair is short. That is Omer's sister. Her name is Noa, and their dog is next to them.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