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Reading a short text and writing a paragraph (and, but, then, because)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קריאת טקסט קצר וכתיבת פסקה ‎(and, but, then, because)‎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قراءة نصّ قصير وكتابة فقرة ‎(and, but, then, because)‎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reading a text and writing a paragraph with linking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קריאת טקסט וכתיבת פסקה עם מילות קישור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قراءة نصّ وكتابة فقرة بأدوات الربط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Linking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קישור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أدوات الربط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Meaning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and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adds information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have a cat and a dog.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but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something different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It was sunny, but cold.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what happened next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ate. Then we played.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because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reason (Why?)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ran because I was late.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Paragraph plan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תכנון פסקה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خطّة الفقرة</w:t>
      </w:r>
    </w:p>
    <w:p>
      <w:pPr>
        <w:spacing w:before="0" w:after="20"/>
        <w:jc w:val="both"/>
      </w:pPr>
      <w:r>
        <w:rPr/>
        <w:t>1. Opening sentence: the topic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משפט פתיחה: הנושא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جملة افتتاحيّة: الموضوع</w:t>
      </w:r>
    </w:p>
    <w:p>
      <w:pPr>
        <w:spacing w:before="0" w:after="20"/>
        <w:jc w:val="both"/>
      </w:pPr>
      <w:r>
        <w:rPr/>
        <w:t>2. 3–4 detail sentences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3–4 משפטים עם פרטים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3–4 جمل فيها تفاصيل</w:t>
      </w:r>
    </w:p>
    <w:p>
      <w:pPr>
        <w:spacing w:before="0" w:after="20"/>
        <w:jc w:val="both"/>
      </w:pPr>
      <w:r>
        <w:rPr/>
        <w:t>3. Closing sentence: your feeling or opinion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משפט סיום: ההרגשה או הדעה שלכם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جملة ختاميّة: شعورك أو رأيك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Reading tips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טיפים לקריאה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نصائح للقراءة</w:t>
      </w:r>
    </w:p>
    <w:p>
      <w:pPr>
        <w:spacing w:before="0" w:after="20"/>
        <w:jc w:val="both"/>
      </w:pPr>
      <w:r>
        <w:rPr/>
        <w:t>1. Read the title and guess.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הכותרת ונחשו.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العنوان وخمّن.</w:t>
      </w:r>
    </w:p>
    <w:p>
      <w:pPr>
        <w:spacing w:before="0" w:after="20"/>
        <w:jc w:val="both"/>
      </w:pPr>
      <w:r>
        <w:rPr/>
        <w:t>2. Read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השאלות.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الأسئلة.</w:t>
      </w:r>
    </w:p>
    <w:p>
      <w:pPr>
        <w:spacing w:before="0" w:after="20"/>
        <w:jc w:val="both"/>
      </w:pPr>
      <w:r>
        <w:rPr/>
        <w:t>3. Find key words in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מילות מפתח בטקסט.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الكلمات المفتاحيّة في النصّ.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c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beach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חוף 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شاطئ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apple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תפוח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تفاحة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309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3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key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מפתח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مفتاح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Before you write, make a short plan: topic, 3 details, ending. Then use and, but, then and because to connect your ideas.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לפני שאתם כותבים, הכינו תכנון קצר: נושא, 3 פרטים, סיום. אחר כך השתמשו ב־‎and, but, then‎ ו־‎because‎ כדי לחבר בין הרעיונות.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قبل أن تكتب، ضع خطّة قصيرة: الموضوع، 3 تفاصيل، الخاتمة. ثمّ استعمل ‎and‎ و‎but‎ و‎then‎ و‎because‎ لتربط بين أفكارك.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Join with because: Noam was tired. He played all day. ___</w:t>
      </w:r>
    </w:p>
    <w:p>
      <w:pPr>
        <w:spacing w:before="0" w:after="20"/>
        <w:jc w:val="both"/>
      </w:pPr>
      <w:r>
        <w:rPr/>
        <w:t>1. Why was Noam tired? He played all day.</w:t>
      </w:r>
    </w:p>
    <w:p>
      <w:pPr>
        <w:spacing w:before="0" w:after="20"/>
        <w:jc w:val="both"/>
      </w:pPr>
      <w:r>
        <w:rPr/>
        <w:t>2. because gives the reason.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Noam was tired because he played all day.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Complete with and, but, then or because.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ב־‎and, but, then‎ או ‎because‎.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‎and‎ أو ‎but‎ أو ‎then‎ أو ‎because‎.</w:t>
      </w:r>
    </w:p>
    <w:p>
      <w:pPr>
        <w:spacing w:before="0" w:after="60"/>
        <w:jc w:val="both"/>
      </w:pPr>
      <w:r>
        <w:rPr/>
        <w:t>a. I like soccer __________ basketball.</w:t>
      </w:r>
    </w:p>
    <w:p>
      <w:pPr>
        <w:spacing w:before="0" w:after="60"/>
        <w:jc w:val="both"/>
      </w:pPr>
      <w:r>
        <w:rPr/>
        <w:t>b. Tamar was sad __________ her friend moved away.</w:t>
      </w:r>
    </w:p>
    <w:p>
      <w:pPr>
        <w:spacing w:before="0" w:after="60"/>
        <w:jc w:val="both"/>
      </w:pPr>
      <w:r>
        <w:rPr/>
        <w:t>c. We did our homework. __________ we watched TV.</w:t>
      </w:r>
    </w:p>
    <w:p>
      <w:pPr>
        <w:spacing w:before="0" w:after="60"/>
        <w:jc w:val="both"/>
      </w:pPr>
      <w:r>
        <w:rPr/>
        <w:t>d. The test was long, __________ it wasn't hard.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and · b. because · c. Then · d. but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