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C2410C"/>
          <w:sz w:val="44"/>
          <w:szCs w:val="44"/>
        </w:rPr>
        <w:t>Reading a short text and writing a paragraph (and, but, then, because)</w:t>
      </w:r>
    </w:p>
    <w:p>
      <w:pPr>
        <w:bidi/>
        <w:spacing w:before="0" w:after="0"/>
        <w:jc w:val="both"/>
      </w:pPr>
      <w:r>
        <w:rPr>
          <w:rFonts w:ascii="Arial" w:hAnsi="Arial" w:cs="Arial"/>
          <w:color w:val="6B7280"/>
          <w:sz w:val="22"/>
          <w:szCs w:val="22"/>
          <w:rtl/>
          <w:lang w:val="en-US" w:bidi="he-IL"/>
        </w:rPr>
        <w:t xml:space="preserve">קריאת טקסט קצר וכתיבת פסקה ‎(and, but, then, because)‎</w:t>
      </w:r>
    </w:p>
    <w:p>
      <w:pPr>
        <w:bidi/>
        <w:spacing w:before="0" w:after="120"/>
        <w:jc w:val="both"/>
      </w:pPr>
      <w:r>
        <w:rPr>
          <w:rFonts w:ascii="Arial" w:hAnsi="Arial" w:cs="Arial"/>
          <w:color w:val="6B7280"/>
          <w:sz w:val="23"/>
          <w:szCs w:val="23"/>
          <w:rtl/>
          <w:lang w:val="en-US" w:bidi="ar-SA"/>
        </w:rPr>
        <w:t xml:space="preserve">قراءة نصّ قصير وكتابة فقرة ‎(and, but, then, because)‎</w:t>
      </w:r>
    </w:p>
    <w:p>
      <w:pPr>
        <w:spacing w:before="160" w:after="20"/>
        <w:jc w:val="both"/>
      </w:pPr>
      <w:r>
        <w:rPr>
          <w:b/>
          <w:bCs/>
          <w:sz w:val="26"/>
          <w:szCs w:val="26"/>
        </w:rPr>
        <w:t>1. Match the question word to the answer.</w:t>
      </w:r>
    </w:p>
    <w:p>
      <w:pPr>
        <w:bidi/>
        <w:spacing w:before="0" w:after="0"/>
        <w:jc w:val="both"/>
      </w:pPr>
      <w:r>
        <w:rPr>
          <w:rFonts w:ascii="Arial" w:hAnsi="Arial" w:cs="Arial"/>
          <w:color w:val="6B7280"/>
          <w:sz w:val="20"/>
          <w:szCs w:val="20"/>
          <w:rtl/>
          <w:lang w:val="en-US" w:bidi="he-IL"/>
        </w:rPr>
        <w:t xml:space="preserve">התאימו את מילת השאלה לתשובה.</w:t>
      </w:r>
    </w:p>
    <w:p>
      <w:pPr>
        <w:bidi/>
        <w:spacing w:before="0" w:after="80"/>
        <w:jc w:val="both"/>
      </w:pPr>
      <w:r>
        <w:rPr>
          <w:rFonts w:ascii="Arial" w:hAnsi="Arial" w:cs="Arial"/>
          <w:color w:val="6B7280"/>
          <w:sz w:val="21"/>
          <w:szCs w:val="21"/>
          <w:rtl/>
          <w:lang w:val="en-US" w:bidi="ar-SA"/>
        </w:rPr>
        <w:t xml:space="preserve">صل كلمة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Column A</w:t>
            </w:r>
          </w:p>
        </w:tc>
        <w:tc>
          <w:tcPr>
            <w:tcW w:type="dxa" w:w="4989"/>
            <w:shd w:val="clear" w:color="auto" w:fill="c2410c"/>
          </w:tcPr>
          <w:p>
            <w:pPr>
              <w:spacing w:before="0" w:after="40"/>
              <w:jc w:val="both"/>
            </w:pPr>
            <w:r>
              <w:rPr>
                <w:b/>
                <w:bCs/>
                <w:color w:val="FFFFFF"/>
              </w:rPr>
              <w:t>Column B</w:t>
            </w:r>
          </w:p>
        </w:tc>
      </w:tr>
      <w:tr>
        <w:tc>
          <w:tcPr>
            <w:tcW w:type="dxa" w:w="4989"/>
          </w:tcPr>
          <w:p>
            <w:pPr>
              <w:spacing w:before="0" w:after="40"/>
              <w:jc w:val="both"/>
            </w:pPr>
            <w:r>
              <w:rPr/>
              <w:t>1. Who?</w:t>
            </w:r>
          </w:p>
        </w:tc>
        <w:tc>
          <w:tcPr>
            <w:tcW w:type="dxa" w:w="4989"/>
          </w:tcPr>
          <w:p>
            <w:pPr>
              <w:spacing w:before="0" w:after="40"/>
              <w:jc w:val="both"/>
            </w:pPr>
            <w:r>
              <w:rPr/>
              <w:t>[   ] at the park</w:t>
            </w:r>
          </w:p>
        </w:tc>
      </w:tr>
      <w:tr>
        <w:tc>
          <w:tcPr>
            <w:tcW w:type="dxa" w:w="4989"/>
          </w:tcPr>
          <w:p>
            <w:pPr>
              <w:spacing w:before="0" w:after="40"/>
              <w:jc w:val="both"/>
            </w:pPr>
            <w:r>
              <w:rPr/>
              <w:t>2. Where?</w:t>
            </w:r>
          </w:p>
        </w:tc>
        <w:tc>
          <w:tcPr>
            <w:tcW w:type="dxa" w:w="4989"/>
          </w:tcPr>
          <w:p>
            <w:pPr>
              <w:spacing w:before="0" w:after="40"/>
              <w:jc w:val="both"/>
            </w:pPr>
            <w:r>
              <w:rPr/>
              <w:t>[   ] because it was hot</w:t>
            </w:r>
          </w:p>
        </w:tc>
      </w:tr>
      <w:tr>
        <w:tc>
          <w:tcPr>
            <w:tcW w:type="dxa" w:w="4989"/>
          </w:tcPr>
          <w:p>
            <w:pPr>
              <w:spacing w:before="0" w:after="40"/>
              <w:jc w:val="both"/>
            </w:pPr>
            <w:r>
              <w:rPr/>
              <w:t>3. When?</w:t>
            </w:r>
          </w:p>
        </w:tc>
        <w:tc>
          <w:tcPr>
            <w:tcW w:type="dxa" w:w="4989"/>
          </w:tcPr>
          <w:p>
            <w:pPr>
              <w:spacing w:before="0" w:after="40"/>
              <w:jc w:val="both"/>
            </w:pPr>
            <w:r>
              <w:rPr/>
              <w:t>[   ] Noa and her brother</w:t>
            </w:r>
          </w:p>
        </w:tc>
      </w:tr>
      <w:tr>
        <w:tc>
          <w:tcPr>
            <w:tcW w:type="dxa" w:w="4989"/>
          </w:tcPr>
          <w:p>
            <w:pPr>
              <w:spacing w:before="0" w:after="40"/>
              <w:jc w:val="both"/>
            </w:pPr>
            <w:r>
              <w:rPr/>
              <w:t>4. Why?</w:t>
            </w:r>
          </w:p>
        </w:tc>
        <w:tc>
          <w:tcPr>
            <w:tcW w:type="dxa" w:w="4989"/>
          </w:tcPr>
          <w:p>
            <w:pPr>
              <w:spacing w:before="0" w:after="40"/>
              <w:jc w:val="both"/>
            </w:pPr>
            <w:r>
              <w:rPr/>
              <w:t>[   ] on Friday</w:t>
            </w:r>
          </w:p>
        </w:tc>
      </w:tr>
      <w:tr>
        <w:tc>
          <w:tcPr>
            <w:tcW w:type="dxa" w:w="4989"/>
          </w:tcPr>
          <w:p>
            <w:pPr>
              <w:spacing w:before="0" w:after="40"/>
              <w:jc w:val="both"/>
            </w:pPr>
            <w:r>
              <w:rPr/>
              <w:t>5. What?</w:t>
            </w:r>
          </w:p>
        </w:tc>
        <w:tc>
          <w:tcPr>
            <w:tcW w:type="dxa" w:w="4989"/>
          </w:tcPr>
          <w:p>
            <w:pPr>
              <w:spacing w:before="0" w:after="40"/>
              <w:jc w:val="both"/>
            </w:pPr>
            <w:r>
              <w:rPr/>
              <w:t>[   ] a sandwich</w:t>
            </w:r>
          </w:p>
        </w:tc>
      </w:tr>
      <w:tr>
        <w:tc>
          <w:tcPr>
            <w:tcW w:type="dxa" w:w="4989"/>
          </w:tcPr>
          <w:p>
            <w:pPr>
              <w:spacing w:before="0" w:after="40"/>
              <w:jc w:val="both"/>
            </w:pPr>
            <w:r>
              <w:rPr/>
              <w:t>6. How many?</w:t>
            </w:r>
          </w:p>
        </w:tc>
        <w:tc>
          <w:tcPr>
            <w:tcW w:type="dxa" w:w="4989"/>
          </w:tcPr>
          <w:p>
            <w:pPr>
              <w:spacing w:before="0" w:after="40"/>
              <w:jc w:val="both"/>
            </w:pPr>
            <w:r>
              <w:rPr/>
              <w:t>[   ] three</w:t>
            </w:r>
          </w:p>
        </w:tc>
      </w:tr>
    </w:tbl>
    <w:p>
      <w:pPr>
        <w:spacing w:before="0" w:after="40"/>
        <w:jc w:val="both"/>
      </w:pPr>
    </w:p>
    <w:p>
      <w:pPr>
        <w:spacing w:before="160" w:after="20"/>
        <w:jc w:val="both"/>
      </w:pPr>
      <w:r>
        <w:rPr>
          <w:b/>
          <w:bCs/>
          <w:sz w:val="26"/>
          <w:szCs w:val="26"/>
        </w:rPr>
        <w:t>2. Complete with and or but.</w:t>
      </w:r>
    </w:p>
    <w:p>
      <w:pPr>
        <w:bidi/>
        <w:spacing w:before="0" w:after="0"/>
        <w:jc w:val="both"/>
      </w:pPr>
      <w:r>
        <w:rPr>
          <w:rFonts w:ascii="Arial" w:hAnsi="Arial" w:cs="Arial"/>
          <w:color w:val="6B7280"/>
          <w:sz w:val="20"/>
          <w:szCs w:val="20"/>
          <w:rtl/>
          <w:lang w:val="en-US" w:bidi="he-IL"/>
        </w:rPr>
        <w:t xml:space="preserve">השלימו ב־‎and‎ או ב־‎but‎.</w:t>
      </w:r>
    </w:p>
    <w:p>
      <w:pPr>
        <w:bidi/>
        <w:spacing w:before="0" w:after="80"/>
        <w:jc w:val="both"/>
      </w:pPr>
      <w:r>
        <w:rPr>
          <w:rFonts w:ascii="Arial" w:hAnsi="Arial" w:cs="Arial"/>
          <w:color w:val="6B7280"/>
          <w:sz w:val="21"/>
          <w:szCs w:val="21"/>
          <w:rtl/>
          <w:lang w:val="en-US" w:bidi="ar-SA"/>
        </w:rPr>
        <w:t xml:space="preserve">أكمل بـ ‎and‎ أو ‎but‎.</w:t>
      </w:r>
    </w:p>
    <w:p>
      <w:pPr>
        <w:spacing w:before="0" w:after="60"/>
        <w:jc w:val="both"/>
      </w:pPr>
      <w:r>
        <w:rPr/>
        <w:t>a. I have a cat __________ a dog.</w:t>
      </w:r>
    </w:p>
    <w:p>
      <w:pPr>
        <w:spacing w:before="0" w:after="60"/>
        <w:jc w:val="both"/>
      </w:pPr>
      <w:r>
        <w:rPr/>
        <w:t>b. Ben likes math, __________ he doesn't like history.</w:t>
      </w:r>
    </w:p>
    <w:p>
      <w:pPr>
        <w:spacing w:before="0" w:after="60"/>
        <w:jc w:val="both"/>
      </w:pPr>
      <w:r>
        <w:rPr/>
        <w:t>c. We went to the beach __________ swam in the sea.</w:t>
      </w:r>
    </w:p>
    <w:p>
      <w:pPr>
        <w:spacing w:before="0" w:after="60"/>
        <w:jc w:val="both"/>
      </w:pPr>
      <w:r>
        <w:rPr/>
        <w:t>d. The bag is big, __________ it isn't heavy.</w:t>
      </w:r>
    </w:p>
    <w:p>
      <w:pPr>
        <w:spacing w:before="0" w:after="60"/>
        <w:jc w:val="both"/>
      </w:pPr>
      <w:r>
        <w:rPr/>
        <w:t>e. Maya __________ Shira are best friends.</w:t>
      </w:r>
    </w:p>
    <w:p>
      <w:pPr>
        <w:spacing w:before="160" w:after="20"/>
        <w:jc w:val="both"/>
      </w:pPr>
      <w:r>
        <w:rPr>
          <w:b/>
          <w:bCs/>
          <w:sz w:val="26"/>
          <w:szCs w:val="26"/>
        </w:rPr>
        <w:t>3. Complete the reasons with words from the bank.</w:t>
      </w:r>
    </w:p>
    <w:p>
      <w:pPr>
        <w:bidi/>
        <w:spacing w:before="0" w:after="0"/>
        <w:jc w:val="both"/>
      </w:pPr>
      <w:r>
        <w:rPr>
          <w:rFonts w:ascii="Arial" w:hAnsi="Arial" w:cs="Arial"/>
          <w:color w:val="6B7280"/>
          <w:sz w:val="20"/>
          <w:szCs w:val="20"/>
          <w:rtl/>
          <w:lang w:val="en-US" w:bidi="he-IL"/>
        </w:rPr>
        <w:t xml:space="preserve">השלימו את הסיבות במילים ממחסן המילים.</w:t>
      </w:r>
    </w:p>
    <w:p>
      <w:pPr>
        <w:bidi/>
        <w:spacing w:before="0" w:after="80"/>
        <w:jc w:val="both"/>
      </w:pPr>
      <w:r>
        <w:rPr>
          <w:rFonts w:ascii="Arial" w:hAnsi="Arial" w:cs="Arial"/>
          <w:color w:val="6B7280"/>
          <w:sz w:val="21"/>
          <w:szCs w:val="21"/>
          <w:rtl/>
          <w:lang w:val="en-US" w:bidi="ar-SA"/>
        </w:rPr>
        <w:t xml:space="preserve">أكمل الأسباب بكلمات من بنك الكلمات.</w:t>
      </w:r>
    </w:p>
    <w:p>
      <w:pPr>
        <w:spacing w:before="0" w:after="80"/>
        <w:jc w:val="both"/>
      </w:pPr>
      <w:r>
        <w:rPr>
          <w:color w:val="C2410C"/>
          <w:sz w:val="24"/>
          <w:szCs w:val="24"/>
        </w:rPr>
        <w:t>Word bank: it is cold  |  it is his birthday  |  it was raining  |  he was tired</w:t>
      </w:r>
    </w:p>
    <w:p>
      <w:pPr>
        <w:spacing w:before="0" w:after="60"/>
        <w:jc w:val="both"/>
      </w:pPr>
      <w:r>
        <w:rPr/>
        <w:t>a. I am wearing a coat because __________.</w:t>
      </w:r>
    </w:p>
    <w:p>
      <w:pPr>
        <w:spacing w:before="0" w:after="60"/>
        <w:jc w:val="both"/>
      </w:pPr>
      <w:r>
        <w:rPr/>
        <w:t>b. Tom is happy because __________.</w:t>
      </w:r>
    </w:p>
    <w:p>
      <w:pPr>
        <w:spacing w:before="0" w:after="60"/>
        <w:jc w:val="both"/>
      </w:pPr>
      <w:r>
        <w:rPr/>
        <w:t>c. We stayed home because __________.</w:t>
      </w:r>
    </w:p>
    <w:p>
      <w:pPr>
        <w:spacing w:before="0" w:after="60"/>
        <w:jc w:val="both"/>
      </w:pPr>
      <w:r>
        <w:rPr/>
        <w:t>d. Yoav went to bed early because __________.</w:t>
      </w:r>
    </w:p>
    <w:p>
      <w:pPr>
        <w:spacing w:before="160" w:after="20"/>
        <w:jc w:val="both"/>
      </w:pPr>
      <w:r>
        <w:rPr>
          <w:b/>
          <w:bCs/>
          <w:sz w:val="26"/>
          <w:szCs w:val="26"/>
        </w:rPr>
        <w:t>4. Match the two halves.</w:t>
      </w:r>
    </w:p>
    <w:p>
      <w:pPr>
        <w:bidi/>
        <w:spacing w:before="0" w:after="0"/>
        <w:jc w:val="both"/>
      </w:pPr>
      <w:r>
        <w:rPr>
          <w:rFonts w:ascii="Arial" w:hAnsi="Arial" w:cs="Arial"/>
          <w:color w:val="6B7280"/>
          <w:sz w:val="20"/>
          <w:szCs w:val="20"/>
          <w:rtl/>
          <w:lang w:val="en-US" w:bidi="he-IL"/>
        </w:rPr>
        <w:t xml:space="preserve">התאימו בין שני החצאים.</w:t>
      </w:r>
    </w:p>
    <w:p>
      <w:pPr>
        <w:bidi/>
        <w:spacing w:before="0" w:after="80"/>
        <w:jc w:val="both"/>
      </w:pPr>
      <w:r>
        <w:rPr>
          <w:rFonts w:ascii="Arial" w:hAnsi="Arial" w:cs="Arial"/>
          <w:color w:val="6B7280"/>
          <w:sz w:val="21"/>
          <w:szCs w:val="21"/>
          <w:rtl/>
          <w:lang w:val="en-US" w:bidi="ar-SA"/>
        </w:rPr>
        <w:t xml:space="preserve">صِل بين النصفين.</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Column A</w:t>
            </w:r>
          </w:p>
        </w:tc>
        <w:tc>
          <w:tcPr>
            <w:tcW w:type="dxa" w:w="4989"/>
            <w:shd w:val="clear" w:color="auto" w:fill="c2410c"/>
          </w:tcPr>
          <w:p>
            <w:pPr>
              <w:spacing w:before="0" w:after="40"/>
              <w:jc w:val="both"/>
            </w:pPr>
            <w:r>
              <w:rPr>
                <w:b/>
                <w:bCs/>
                <w:color w:val="FFFFFF"/>
              </w:rPr>
              <w:t>Column B</w:t>
            </w:r>
          </w:p>
        </w:tc>
      </w:tr>
      <w:tr>
        <w:tc>
          <w:tcPr>
            <w:tcW w:type="dxa" w:w="4989"/>
          </w:tcPr>
          <w:p>
            <w:pPr>
              <w:spacing w:before="0" w:after="40"/>
              <w:jc w:val="both"/>
            </w:pPr>
            <w:r>
              <w:rPr/>
              <w:t>1. I drank a lot of water</w:t>
            </w:r>
          </w:p>
        </w:tc>
        <w:tc>
          <w:tcPr>
            <w:tcW w:type="dxa" w:w="4989"/>
          </w:tcPr>
          <w:p>
            <w:pPr>
              <w:spacing w:before="0" w:after="40"/>
              <w:jc w:val="both"/>
            </w:pPr>
            <w:r>
              <w:rPr/>
              <w:t>[   ] Then we watched a film.</w:t>
            </w:r>
          </w:p>
        </w:tc>
      </w:tr>
      <w:tr>
        <w:tc>
          <w:tcPr>
            <w:tcW w:type="dxa" w:w="4989"/>
          </w:tcPr>
          <w:p>
            <w:pPr>
              <w:spacing w:before="0" w:after="40"/>
              <w:jc w:val="both"/>
            </w:pPr>
            <w:r>
              <w:rPr/>
              <w:t>2. We went to the mall</w:t>
            </w:r>
          </w:p>
        </w:tc>
        <w:tc>
          <w:tcPr>
            <w:tcW w:type="dxa" w:w="4989"/>
          </w:tcPr>
          <w:p>
            <w:pPr>
              <w:spacing w:before="0" w:after="40"/>
              <w:jc w:val="both"/>
            </w:pPr>
            <w:r>
              <w:rPr/>
              <w:t>[   ] because she won the race.</w:t>
            </w:r>
          </w:p>
        </w:tc>
      </w:tr>
      <w:tr>
        <w:tc>
          <w:tcPr>
            <w:tcW w:type="dxa" w:w="4989"/>
          </w:tcPr>
          <w:p>
            <w:pPr>
              <w:spacing w:before="0" w:after="40"/>
              <w:jc w:val="both"/>
            </w:pPr>
            <w:r>
              <w:rPr/>
              <w:t>3. Itay likes dogs,</w:t>
            </w:r>
          </w:p>
        </w:tc>
        <w:tc>
          <w:tcPr>
            <w:tcW w:type="dxa" w:w="4989"/>
          </w:tcPr>
          <w:p>
            <w:pPr>
              <w:spacing w:before="0" w:after="40"/>
              <w:jc w:val="both"/>
            </w:pPr>
            <w:r>
              <w:rPr/>
              <w:t>[   ] and bought new shoes.</w:t>
            </w:r>
          </w:p>
        </w:tc>
      </w:tr>
      <w:tr>
        <w:tc>
          <w:tcPr>
            <w:tcW w:type="dxa" w:w="4989"/>
          </w:tcPr>
          <w:p>
            <w:pPr>
              <w:spacing w:before="0" w:after="40"/>
              <w:jc w:val="both"/>
            </w:pPr>
            <w:r>
              <w:rPr/>
              <w:t>4. First we ate dinner.</w:t>
            </w:r>
          </w:p>
        </w:tc>
        <w:tc>
          <w:tcPr>
            <w:tcW w:type="dxa" w:w="4989"/>
          </w:tcPr>
          <w:p>
            <w:pPr>
              <w:spacing w:before="0" w:after="40"/>
              <w:jc w:val="both"/>
            </w:pPr>
            <w:r>
              <w:rPr/>
              <w:t>[   ] because I was thirsty.</w:t>
            </w:r>
          </w:p>
        </w:tc>
      </w:tr>
      <w:tr>
        <w:tc>
          <w:tcPr>
            <w:tcW w:type="dxa" w:w="4989"/>
          </w:tcPr>
          <w:p>
            <w:pPr>
              <w:spacing w:before="0" w:after="40"/>
              <w:jc w:val="both"/>
            </w:pPr>
            <w:r>
              <w:rPr/>
              <w:t>5. Noa is smiling</w:t>
            </w:r>
          </w:p>
        </w:tc>
        <w:tc>
          <w:tcPr>
            <w:tcW w:type="dxa" w:w="4989"/>
          </w:tcPr>
          <w:p>
            <w:pPr>
              <w:spacing w:before="0" w:after="40"/>
              <w:jc w:val="both"/>
            </w:pPr>
            <w:r>
              <w:rPr/>
              <w:t>[   ] but he doesn't like cats.</w:t>
            </w:r>
          </w:p>
        </w:tc>
      </w:tr>
    </w:tbl>
    <w:p>
      <w:pPr>
        <w:spacing w:before="0" w:after="40"/>
        <w:jc w:val="both"/>
      </w:pPr>
    </w:p>
    <w:p>
      <w:pPr>
        <w:spacing w:before="160" w:after="20"/>
        <w:jc w:val="both"/>
      </w:pPr>
      <w:r>
        <w:rPr>
          <w:b/>
          <w:bCs/>
          <w:sz w:val="26"/>
          <w:szCs w:val="26"/>
        </w:rPr>
        <w:t>5. Sort the sentences: and, but or because?</w:t>
      </w:r>
    </w:p>
    <w:p>
      <w:pPr>
        <w:bidi/>
        <w:spacing w:before="0" w:after="0"/>
        <w:jc w:val="both"/>
      </w:pPr>
      <w:r>
        <w:rPr>
          <w:rFonts w:ascii="Arial" w:hAnsi="Arial" w:cs="Arial"/>
          <w:color w:val="6B7280"/>
          <w:sz w:val="20"/>
          <w:szCs w:val="20"/>
          <w:rtl/>
          <w:lang w:val="en-US" w:bidi="he-IL"/>
        </w:rPr>
        <w:t xml:space="preserve">מיינו את המשפטים: ‎and, but‎ או ‎because?‎</w:t>
      </w:r>
    </w:p>
    <w:p>
      <w:pPr>
        <w:bidi/>
        <w:spacing w:before="0" w:after="80"/>
        <w:jc w:val="both"/>
      </w:pPr>
      <w:r>
        <w:rPr>
          <w:rFonts w:ascii="Arial" w:hAnsi="Arial" w:cs="Arial"/>
          <w:color w:val="6B7280"/>
          <w:sz w:val="21"/>
          <w:szCs w:val="21"/>
          <w:rtl/>
          <w:lang w:val="en-US" w:bidi="ar-SA"/>
        </w:rPr>
        <w:t xml:space="preserve">صنّف الجمل: ‎and‎ أم ‎but‎ أم ‎because‎؟</w:t>
      </w:r>
    </w:p>
    <w:p>
      <w:pPr>
        <w:spacing w:before="0" w:after="80"/>
        <w:jc w:val="both"/>
      </w:pPr>
      <w:r>
        <w:rPr>
          <w:color w:val="C2410C"/>
          <w:sz w:val="24"/>
          <w:szCs w:val="24"/>
        </w:rPr>
        <w:t>Words: She is tall and strong.  |  It was sunny, but it was cold.  |  I stayed home because I was sick.  |  I like pizza and pasta.  |  He ran, but he missed the bus.  |  We laughed because the film was funny.</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c2410c"/>
          </w:tcPr>
          <w:p>
            <w:pPr>
              <w:spacing w:before="0" w:after="40"/>
              <w:jc w:val="both"/>
            </w:pPr>
            <w:r>
              <w:rPr>
                <w:b/>
                <w:bCs/>
                <w:color w:val="FFFFFF"/>
              </w:rPr>
              <w:t>and</w:t>
            </w:r>
          </w:p>
        </w:tc>
        <w:tc>
          <w:tcPr>
            <w:tcW w:type="dxa" w:w="3326"/>
            <w:shd w:val="clear" w:color="auto" w:fill="c2410c"/>
          </w:tcPr>
          <w:p>
            <w:pPr>
              <w:spacing w:before="0" w:after="40"/>
              <w:jc w:val="both"/>
            </w:pPr>
            <w:r>
              <w:rPr>
                <w:b/>
                <w:bCs/>
                <w:color w:val="FFFFFF"/>
              </w:rPr>
              <w:t>but</w:t>
            </w:r>
          </w:p>
        </w:tc>
        <w:tc>
          <w:tcPr>
            <w:tcW w:type="dxa" w:w="3326"/>
            <w:shd w:val="clear" w:color="auto" w:fill="c2410c"/>
          </w:tcPr>
          <w:p>
            <w:pPr>
              <w:spacing w:before="0" w:after="40"/>
              <w:jc w:val="both"/>
            </w:pPr>
            <w:r>
              <w:rPr>
                <w:b/>
                <w:bCs/>
                <w:color w:val="FFFFFF"/>
              </w:rPr>
              <w:t>because</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6. Choose the correct linking word.</w:t>
      </w:r>
    </w:p>
    <w:p>
      <w:pPr>
        <w:bidi/>
        <w:spacing w:before="0" w:after="0"/>
        <w:jc w:val="both"/>
      </w:pPr>
      <w:r>
        <w:rPr>
          <w:rFonts w:ascii="Arial" w:hAnsi="Arial" w:cs="Arial"/>
          <w:color w:val="6B7280"/>
          <w:sz w:val="20"/>
          <w:szCs w:val="20"/>
          <w:rtl/>
          <w:lang w:val="en-US" w:bidi="he-IL"/>
        </w:rPr>
        <w:t xml:space="preserve">בחרו את מילת הקישור הנכונה.</w:t>
      </w:r>
    </w:p>
    <w:p>
      <w:pPr>
        <w:bidi/>
        <w:spacing w:before="0" w:after="80"/>
        <w:jc w:val="both"/>
      </w:pPr>
      <w:r>
        <w:rPr>
          <w:rFonts w:ascii="Arial" w:hAnsi="Arial" w:cs="Arial"/>
          <w:color w:val="6B7280"/>
          <w:sz w:val="21"/>
          <w:szCs w:val="21"/>
          <w:rtl/>
          <w:lang w:val="en-US" w:bidi="ar-SA"/>
        </w:rPr>
        <w:t xml:space="preserve">اختر أداة الربط الصحيحة.</w:t>
      </w:r>
    </w:p>
    <w:p>
      <w:pPr>
        <w:spacing w:before="0" w:after="20"/>
        <w:jc w:val="both"/>
      </w:pPr>
      <w:r>
        <w:rPr/>
        <w:t>a. I wanted to go out, ___ my mom said no.</w:t>
      </w:r>
    </w:p>
    <w:p>
      <w:pPr>
        <w:spacing w:before="0" w:after="80"/>
        <w:jc w:val="both"/>
      </w:pPr>
      <w:r>
        <w:rPr/>
        <w:t xml:space="preserve">   ○ because      ○ and      ○ but</w:t>
      </w:r>
    </w:p>
    <w:p>
      <w:pPr>
        <w:spacing w:before="0" w:after="20"/>
        <w:jc w:val="both"/>
      </w:pPr>
      <w:r>
        <w:rPr/>
        <w:t>b. We cleaned the room. ___ we went to play.</w:t>
      </w:r>
    </w:p>
    <w:p>
      <w:pPr>
        <w:spacing w:before="0" w:after="80"/>
        <w:jc w:val="both"/>
      </w:pPr>
      <w:r>
        <w:rPr/>
        <w:t xml:space="preserve">   ○ Then      ○ But      ○ Because</w:t>
      </w:r>
    </w:p>
    <w:p>
      <w:pPr>
        <w:spacing w:before="0" w:after="20"/>
        <w:jc w:val="both"/>
      </w:pPr>
      <w:r>
        <w:rPr/>
        <w:t>c. She is crying ___ she lost her doll.</w:t>
      </w:r>
    </w:p>
    <w:p>
      <w:pPr>
        <w:spacing w:before="0" w:after="80"/>
        <w:jc w:val="both"/>
      </w:pPr>
      <w:r>
        <w:rPr/>
        <w:t xml:space="preserve">   ○ but      ○ because      ○ then</w:t>
      </w:r>
    </w:p>
    <w:p>
      <w:pPr>
        <w:spacing w:before="0" w:after="20"/>
        <w:jc w:val="both"/>
      </w:pPr>
      <w:r>
        <w:rPr/>
        <w:t>d. Omer plays the piano ___ the guitar.</w:t>
      </w:r>
    </w:p>
    <w:p>
      <w:pPr>
        <w:spacing w:before="0" w:after="80"/>
        <w:jc w:val="both"/>
      </w:pPr>
      <w:r>
        <w:rPr/>
        <w:t xml:space="preserve">   ○ and      ○ because      ○ then</w:t>
      </w:r>
    </w:p>
    <w:p>
      <w:pPr>
        <w:spacing w:before="160" w:after="20"/>
        <w:jc w:val="both"/>
      </w:pPr>
      <w:r>
        <w:rPr>
          <w:b/>
          <w:bCs/>
          <w:sz w:val="26"/>
          <w:szCs w:val="26"/>
        </w:rPr>
        <w:t>7. Join the sentences. Use the word in brackets.</w:t>
      </w:r>
    </w:p>
    <w:p>
      <w:pPr>
        <w:bidi/>
        <w:spacing w:before="0" w:after="0"/>
        <w:jc w:val="both"/>
      </w:pPr>
      <w:r>
        <w:rPr>
          <w:rFonts w:ascii="Arial" w:hAnsi="Arial" w:cs="Arial"/>
          <w:color w:val="6B7280"/>
          <w:sz w:val="20"/>
          <w:szCs w:val="20"/>
          <w:rtl/>
          <w:lang w:val="en-US" w:bidi="he-IL"/>
        </w:rPr>
        <w:t xml:space="preserve">חברו את המשפטים. השתמשו במילה שבסוגריים.</w:t>
      </w:r>
    </w:p>
    <w:p>
      <w:pPr>
        <w:bidi/>
        <w:spacing w:before="0" w:after="80"/>
        <w:jc w:val="both"/>
      </w:pPr>
      <w:r>
        <w:rPr>
          <w:rFonts w:ascii="Arial" w:hAnsi="Arial" w:cs="Arial"/>
          <w:color w:val="6B7280"/>
          <w:sz w:val="21"/>
          <w:szCs w:val="21"/>
          <w:rtl/>
          <w:lang w:val="en-US" w:bidi="ar-SA"/>
        </w:rPr>
        <w:t xml:space="preserve">اربط الجمل. استعمل الكلمة التي بين القوسين.</w:t>
      </w:r>
    </w:p>
    <w:p>
      <w:pPr>
        <w:spacing w:before="0" w:after="100"/>
        <w:jc w:val="both"/>
      </w:pPr>
      <w:r>
        <w:rPr/>
        <w:t>a. I was hungry. I ate a sandwich. (because)</w:t>
      </w:r>
    </w:p>
    <w:p>
      <w:pPr>
        <w:spacing w:before="0" w:after="100"/>
        <w:jc w:val="both"/>
      </w:pPr>
      <w:r>
        <w:rPr/>
        <w:t>b. We went to the park. We played soccer. (and)</w:t>
      </w:r>
    </w:p>
    <w:p>
      <w:pPr>
        <w:spacing w:before="0" w:after="100"/>
        <w:jc w:val="both"/>
      </w:pPr>
      <w:r>
        <w:rPr/>
        <w:t>c. The film was long. It was very good. (but)</w:t>
      </w:r>
    </w:p>
    <w:p>
      <w:pPr>
        <w:spacing w:before="0" w:after="100"/>
        <w:jc w:val="both"/>
      </w:pPr>
      <w:r>
        <w:rPr/>
        <w:t>d. Dad was angry. The dog ate his shoe. (because)</w:t>
      </w:r>
    </w:p>
    <w:p>
      <w:pPr>
        <w:spacing w:before="160" w:after="20"/>
        <w:jc w:val="both"/>
      </w:pPr>
      <w:r>
        <w:rPr>
          <w:b/>
          <w:bCs/>
          <w:sz w:val="26"/>
          <w:szCs w:val="26"/>
        </w:rPr>
        <w:t>8. Put the sentences in the correct order to make a paragraph. Write the numbers 1–4.</w:t>
      </w:r>
    </w:p>
    <w:p>
      <w:pPr>
        <w:bidi/>
        <w:spacing w:before="0" w:after="0"/>
        <w:jc w:val="both"/>
      </w:pPr>
      <w:r>
        <w:rPr>
          <w:rFonts w:ascii="Arial" w:hAnsi="Arial" w:cs="Arial"/>
          <w:color w:val="6B7280"/>
          <w:sz w:val="20"/>
          <w:szCs w:val="20"/>
          <w:rtl/>
          <w:lang w:val="en-US" w:bidi="he-IL"/>
        </w:rPr>
        <w:t xml:space="preserve">סדרו את המשפטים בסדר הנכון כדי ליצור פסקה. כתבו את המספרים 1–4.</w:t>
      </w:r>
    </w:p>
    <w:p>
      <w:pPr>
        <w:bidi/>
        <w:spacing w:before="0" w:after="80"/>
        <w:jc w:val="both"/>
      </w:pPr>
      <w:r>
        <w:rPr>
          <w:rFonts w:ascii="Arial" w:hAnsi="Arial" w:cs="Arial"/>
          <w:color w:val="6B7280"/>
          <w:sz w:val="21"/>
          <w:szCs w:val="21"/>
          <w:rtl/>
          <w:lang w:val="en-US" w:bidi="ar-SA"/>
        </w:rPr>
        <w:t xml:space="preserve">رتّب الجمل بالترتيب الصحيح لتكوّن فقرة. اكتب الأرقام 1–4.</w:t>
      </w:r>
    </w:p>
    <w:p>
      <w:pPr>
        <w:spacing w:before="0" w:after="100"/>
        <w:jc w:val="both"/>
      </w:pPr>
      <w:r>
        <w:rPr/>
        <w:t>a. Then we had lunch on the grass.</w:t>
      </w:r>
    </w:p>
    <w:p>
      <w:pPr>
        <w:spacing w:before="0" w:after="100"/>
        <w:jc w:val="both"/>
      </w:pPr>
      <w:r>
        <w:rPr/>
        <w:t>b. Last Saturday my family went to the park.</w:t>
      </w:r>
    </w:p>
    <w:p>
      <w:pPr>
        <w:spacing w:before="0" w:after="100"/>
        <w:jc w:val="both"/>
      </w:pPr>
      <w:r>
        <w:rPr/>
        <w:t>c. It was a wonderful day because we were all together.</w:t>
      </w:r>
    </w:p>
    <w:p>
      <w:pPr>
        <w:spacing w:before="0" w:after="100"/>
        <w:jc w:val="both"/>
      </w:pPr>
      <w:r>
        <w:rPr/>
        <w:t>d. First, we rode our bikes around the lake.</w:t>
      </w:r>
    </w:p>
    <w:p>
      <w:pPr>
        <w:spacing w:before="120" w:after="40"/>
        <w:jc w:val="center"/>
      </w:pPr>
      <w:r>
        <w:rPr>
          <w:rFonts w:ascii="Arial Black" w:hAnsi="Arial Black" w:cs="Arial Black"/>
          <w:b/>
          <w:bCs/>
          <w:color w:val="C2410C"/>
          <w:sz w:val="30"/>
          <w:szCs w:val="30"/>
        </w:rPr>
        <w:t>The Best Day of the Year</w:t>
      </w:r>
    </w:p>
    <w:p>
      <w:pPr>
        <w:spacing w:before="0" w:after="80"/>
        <w:jc w:val="both"/>
      </w:pPr>
      <w:r>
        <w:rPr/>
        <w:t>Every year in May, Ariel's school has a sports day. All the students come to school in white T-shirts, and there are no lessons. This year, the weather was perfect: sunny, but not too hot.</w:t>
      </w:r>
    </w:p>
    <w:p>
      <w:pPr>
        <w:spacing w:before="0" w:after="80"/>
        <w:jc w:val="both"/>
      </w:pPr>
      <w:r>
        <w:rPr/>
        <w:t>In the morning, Ariel ran in the 100-meter race. He wasn't the fastest, but he finished third and got a medal. Then his class played tug-of-war against Class 5C. It was very hard, because the other team was strong. In the end, Ariel's class won!</w:t>
      </w:r>
    </w:p>
    <w:p>
      <w:pPr>
        <w:spacing w:before="0" w:after="80"/>
        <w:jc w:val="both"/>
      </w:pPr>
      <w:r>
        <w:rPr/>
        <w:t>At lunchtime, the parents brought watermelon and cold drinks. Ariel was tired, but he was very proud. "Sports day is the best day of the year," he told his mom, "because everybody plays and nobody studies!"</w:t>
      </w:r>
    </w:p>
    <w:p>
      <w:pPr>
        <w:spacing w:before="160" w:after="20"/>
        <w:jc w:val="both"/>
      </w:pPr>
      <w:r>
        <w:rPr>
          <w:b/>
          <w:bCs/>
          <w:sz w:val="26"/>
          <w:szCs w:val="26"/>
        </w:rPr>
        <w:t>10. Read "The Best Day of the Year". Write True or False. Correct the false sentences.</w:t>
      </w:r>
    </w:p>
    <w:p>
      <w:pPr>
        <w:bidi/>
        <w:spacing w:before="0" w:after="0"/>
        <w:jc w:val="both"/>
      </w:pPr>
      <w:r>
        <w:rPr>
          <w:rFonts w:ascii="Arial" w:hAnsi="Arial" w:cs="Arial"/>
          <w:color w:val="6B7280"/>
          <w:sz w:val="20"/>
          <w:szCs w:val="20"/>
          <w:rtl/>
          <w:lang w:val="en-US" w:bidi="he-IL"/>
        </w:rPr>
        <w:t xml:space="preserve">קראו את ‎"The Best Day of the Year"‎.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‎"The Best Day of the Year"‎. اكتب ‎True‎ أو ‎False‎. صحّح الجمل الخاطئة.</w:t>
      </w:r>
    </w:p>
    <w:p>
      <w:pPr>
        <w:spacing w:before="0" w:after="60"/>
        <w:jc w:val="both"/>
      </w:pPr>
      <w:r>
        <w:rPr/>
        <w:t>a. The sports day is in June.      True / False</w:t>
      </w:r>
    </w:p>
    <w:p>
      <w:pPr>
        <w:spacing w:before="0" w:after="60"/>
        <w:jc w:val="both"/>
      </w:pPr>
      <w:r>
        <w:rPr/>
        <w:t>b. The weather was very hot this year.      True / False</w:t>
      </w:r>
    </w:p>
    <w:p>
      <w:pPr>
        <w:spacing w:before="0" w:after="60"/>
        <w:jc w:val="both"/>
      </w:pPr>
      <w:r>
        <w:rPr/>
        <w:t>c. Ariel finished third in the race.      True / False</w:t>
      </w:r>
    </w:p>
    <w:p>
      <w:pPr>
        <w:spacing w:before="0" w:after="60"/>
        <w:jc w:val="both"/>
      </w:pPr>
      <w:r>
        <w:rPr/>
        <w:t>d. Ariel's class won the tug-of-war.      True / False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What do the students wear on sports day?</w:t>
      </w:r>
    </w:p>
    <w:p>
      <w:pPr>
        <w:spacing w:before="0" w:after="100"/>
        <w:jc w:val="both"/>
      </w:pPr>
      <w:r>
        <w:rPr/>
        <w:t>b. Why was the tug-of-war very hard?</w:t>
      </w:r>
    </w:p>
    <w:p>
      <w:pPr>
        <w:spacing w:before="0" w:after="100"/>
        <w:jc w:val="both"/>
      </w:pPr>
      <w:r>
        <w:rPr/>
        <w:t>c. What did the parents bring?</w:t>
      </w:r>
    </w:p>
    <w:p>
      <w:pPr>
        <w:spacing w:before="0" w:after="100"/>
        <w:jc w:val="both"/>
      </w:pPr>
      <w:r>
        <w:rPr/>
        <w:t>d. Why does Ariel think it is the best day of the year?</w:t>
      </w:r>
    </w:p>
    <w:p>
      <w:pPr>
        <w:spacing w:before="160" w:after="20"/>
        <w:jc w:val="both"/>
      </w:pPr>
      <w:r>
        <w:rPr>
          <w:b/>
          <w:bCs/>
          <w:sz w:val="26"/>
          <w:szCs w:val="26"/>
        </w:rPr>
        <w:t>12. Find the linking word in the text.</w:t>
      </w:r>
    </w:p>
    <w:p>
      <w:pPr>
        <w:bidi/>
        <w:spacing w:before="0" w:after="0"/>
        <w:jc w:val="both"/>
      </w:pPr>
      <w:r>
        <w:rPr>
          <w:rFonts w:ascii="Arial" w:hAnsi="Arial" w:cs="Arial"/>
          <w:color w:val="6B7280"/>
          <w:sz w:val="20"/>
          <w:szCs w:val="20"/>
          <w:rtl/>
          <w:lang w:val="en-US" w:bidi="he-IL"/>
        </w:rPr>
        <w:t xml:space="preserve">מצאו את מילת הקישור בטקסט.</w:t>
      </w:r>
    </w:p>
    <w:p>
      <w:pPr>
        <w:bidi/>
        <w:spacing w:before="0" w:after="80"/>
        <w:jc w:val="both"/>
      </w:pPr>
      <w:r>
        <w:rPr>
          <w:rFonts w:ascii="Arial" w:hAnsi="Arial" w:cs="Arial"/>
          <w:color w:val="6B7280"/>
          <w:sz w:val="21"/>
          <w:szCs w:val="21"/>
          <w:rtl/>
          <w:lang w:val="en-US" w:bidi="ar-SA"/>
        </w:rPr>
        <w:t xml:space="preserve">جد أداة الربط في النصّ.</w:t>
      </w:r>
    </w:p>
    <w:p>
      <w:pPr>
        <w:spacing w:before="0" w:after="60"/>
        <w:jc w:val="both"/>
      </w:pPr>
      <w:r>
        <w:rPr/>
        <w:t>a. sunny, __________ not too hot</w:t>
      </w:r>
    </w:p>
    <w:p>
      <w:pPr>
        <w:spacing w:before="0" w:after="60"/>
        <w:jc w:val="both"/>
      </w:pPr>
      <w:r>
        <w:rPr/>
        <w:t>b. He wasn't the fastest, __________ he finished third</w:t>
      </w:r>
    </w:p>
    <w:p>
      <w:pPr>
        <w:spacing w:before="0" w:after="60"/>
        <w:jc w:val="both"/>
      </w:pPr>
      <w:r>
        <w:rPr/>
        <w:t>c. __________ his class played tug-of-war</w:t>
      </w:r>
    </w:p>
    <w:p>
      <w:pPr>
        <w:spacing w:before="0" w:after="60"/>
        <w:jc w:val="both"/>
      </w:pPr>
      <w:r>
        <w:rPr/>
        <w:t>d. It was very hard, __________ the other team was strong</w:t>
      </w:r>
    </w:p>
    <w:p>
      <w:pPr>
        <w:spacing w:before="160" w:after="20"/>
        <w:jc w:val="both"/>
      </w:pPr>
      <w:r>
        <w:rPr>
          <w:b/>
          <w:bCs/>
          <w:sz w:val="26"/>
          <w:szCs w:val="26"/>
        </w:rPr>
        <w:t>13. Write a paragraph (4 lines) about your favorite day of the year. Use and, but, then and because. Begin with an opening sentence and finish with a closing sentence.</w:t>
      </w:r>
    </w:p>
    <w:p>
      <w:pPr>
        <w:bidi/>
        <w:spacing w:before="0" w:after="0"/>
        <w:jc w:val="both"/>
      </w:pPr>
      <w:r>
        <w:rPr>
          <w:rFonts w:ascii="Arial" w:hAnsi="Arial" w:cs="Arial"/>
          <w:color w:val="6B7280"/>
          <w:sz w:val="20"/>
          <w:szCs w:val="20"/>
          <w:rtl/>
          <w:lang w:val="en-US" w:bidi="he-IL"/>
        </w:rPr>
        <w:t xml:space="preserve">כתבו פסקה (4 שורות) על היום האהוב עליכם בשנה. השתמשו ב־‎and, but, then‎ ו־‎because‎. התחילו במשפט פתיחה וסיימו במשפט סיום.</w:t>
      </w:r>
    </w:p>
    <w:p>
      <w:pPr>
        <w:bidi/>
        <w:spacing w:before="0" w:after="80"/>
        <w:jc w:val="both"/>
      </w:pPr>
      <w:r>
        <w:rPr>
          <w:rFonts w:ascii="Arial" w:hAnsi="Arial" w:cs="Arial"/>
          <w:color w:val="6B7280"/>
          <w:sz w:val="21"/>
          <w:szCs w:val="21"/>
          <w:rtl/>
          <w:lang w:val="en-US" w:bidi="ar-SA"/>
        </w:rPr>
        <w:t xml:space="preserve">اكتب فقرة (4 أسطر) عن يومك المفضّل في السنة. استعمل ‎and‎ و‎but‎ و‎then‎ و‎because‎. ابدأ بجملة افتتاحيّة وأنهِ بجملة ختاميّة.</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