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80"/>
        <w:jc w:val="both"/>
      </w:pPr>
    </w:p>
    <w:p>
      <w:pPr>
        <w:spacing w:before="0" w:after="80"/>
        <w:jc w:val="both"/>
      </w:pPr>
    </w:p>
    <w:p>
      <w:pPr>
        <w:spacing w:before="0" w:after="80"/>
        <w:jc w:val="both"/>
      </w:pPr>
    </w:p>
    <w:p>
      <w:pPr>
        <w:spacing w:before="0" w:after="80"/>
        <w:jc w:val="center"/>
      </w:pPr>
      <w:r>
        <w:drawing>
          <wp:inline xmlns:a="http://schemas.openxmlformats.org/drawingml/2006/main" xmlns:pic="http://schemas.openxmlformats.org/drawingml/2006/picture">
            <wp:extent cx="3600000" cy="3600000"/>
            <wp:docPr id="1" name="Picture 1"/>
            <wp:cNvGraphicFramePr>
              <a:graphicFrameLocks noChangeAspect="1"/>
            </wp:cNvGraphicFramePr>
            <a:graphic>
              <a:graphicData uri="http://schemas.openxmlformats.org/drawingml/2006/picture">
                <pic:pic>
                  <pic:nvPicPr>
                    <pic:cNvPr id="0" name="english_g5.jpg"/>
                    <pic:cNvPicPr/>
                  </pic:nvPicPr>
                  <pic:blipFill>
                    <a:blip r:embed="rId10"/>
                    <a:stretch>
                      <a:fillRect/>
                    </a:stretch>
                  </pic:blipFill>
                  <pic:spPr>
                    <a:xfrm>
                      <a:off x="0" y="0"/>
                      <a:ext cx="3600000" cy="3600000"/>
                    </a:xfrm>
                    <a:prstGeom prst="rect"/>
                  </pic:spPr>
                </pic:pic>
              </a:graphicData>
            </a:graphic>
          </wp:inline>
        </w:drawing>
      </w:r>
    </w:p>
    <w:p>
      <w:pPr>
        <w:spacing w:before="240" w:after="80"/>
        <w:jc w:val="center"/>
      </w:pPr>
      <w:r>
        <w:rPr>
          <w:rFonts w:ascii="Arial" w:hAnsi="Arial" w:cs="Arial"/>
          <w:color w:val="047857"/>
          <w:sz w:val="36"/>
          <w:szCs w:val="36"/>
        </w:rPr>
        <w:t>Workbook</w:t>
      </w:r>
    </w:p>
    <w:p>
      <w:pPr>
        <w:spacing w:before="0" w:after="80"/>
        <w:jc w:val="center"/>
      </w:pPr>
      <w:r>
        <w:rPr>
          <w:rFonts w:ascii="Arial Black" w:hAnsi="Arial Black" w:cs="Arial Black"/>
          <w:b/>
          <w:bCs/>
          <w:color w:val="047857"/>
          <w:sz w:val="88"/>
          <w:szCs w:val="88"/>
        </w:rPr>
        <w:t>English</w:t>
      </w:r>
    </w:p>
    <w:p>
      <w:pPr>
        <w:spacing w:before="0" w:after="80"/>
        <w:jc w:val="center"/>
      </w:pPr>
      <w:r>
        <w:rPr>
          <w:sz w:val="44"/>
          <w:szCs w:val="44"/>
        </w:rPr>
        <w:t>Grade 5</w:t>
      </w:r>
    </w:p>
    <w:p>
      <w:pPr>
        <w:spacing w:before="0" w:after="80"/>
        <w:jc w:val="both"/>
      </w:pPr>
      <w:r>
        <w:br w:type="page"/>
      </w:r>
    </w:p>
    <w:p>
      <w:pPr>
        <w:spacing w:before="0" w:after="40"/>
        <w:jc w:val="both"/>
      </w:pPr>
      <w:r>
        <w:rPr>
          <w:rFonts w:ascii="Arial Black" w:hAnsi="Arial Black" w:cs="Arial Black"/>
          <w:b/>
          <w:bCs/>
          <w:color w:val="047857"/>
          <w:sz w:val="48"/>
          <w:szCs w:val="48"/>
        </w:rPr>
        <w:t>Contents</w:t>
      </w:r>
    </w:p>
    <w:p>
      <w:pPr>
        <w:bidi/>
        <w:spacing w:before="0" w:after="0"/>
        <w:jc w:val="both"/>
      </w:pPr>
      <w:r>
        <w:rPr>
          <w:rFonts w:ascii="Arial" w:hAnsi="Arial" w:cs="Arial"/>
          <w:color w:val="6B7280"/>
          <w:sz w:val="22"/>
          <w:szCs w:val="22"/>
          <w:rtl/>
          <w:lang w:val="en-US" w:bidi="he-IL"/>
        </w:rPr>
        <w:t xml:space="preserve">תוכן העניינים</w:t>
      </w:r>
    </w:p>
    <w:p>
      <w:pPr>
        <w:bidi/>
        <w:spacing w:before="0" w:after="120"/>
        <w:jc w:val="both"/>
      </w:pPr>
      <w:r>
        <w:rPr>
          <w:rFonts w:ascii="Arial" w:hAnsi="Arial" w:cs="Arial"/>
          <w:color w:val="6B7280"/>
          <w:sz w:val="23"/>
          <w:szCs w:val="23"/>
          <w:rtl/>
          <w:lang w:val="en-US" w:bidi="ar-SA"/>
        </w:rPr>
        <w:t xml:space="preserve">المحتويات</w:t>
      </w:r>
    </w:p>
    <w:tbl>
      <w:tblPr>
        <w:tblStyle w:val="TableGrid"/>
        <w:tblW w:type="auto" w:w="0"/>
        <w:tblLook w:firstColumn="1" w:firstRow="1" w:lastColumn="0" w:lastRow="0" w:noHBand="0" w:noVBand="1" w:val="04A0"/>
      </w:tblPr>
      <w:tblGrid>
        <w:gridCol w:w="9978"/>
      </w:tblGrid>
      <w:tr>
        <w:tc>
          <w:tcPr>
            <w:tcW w:type="dxa" w:w="9978"/>
            <w:shd w:val="clear" w:color="auto" w:fill="047857"/>
          </w:tcPr>
          <w:p>
            <w:pPr>
              <w:spacing w:before="0" w:after="40"/>
              <w:jc w:val="both"/>
            </w:pPr>
            <w:r>
              <w:rPr>
                <w:b/>
                <w:bCs/>
                <w:color w:val="FFFFFF"/>
              </w:rPr>
              <w:t>Topic</w:t>
            </w:r>
          </w:p>
        </w:tc>
      </w:tr>
      <w:tr>
        <w:tc>
          <w:tcPr>
            <w:tcW w:type="dxa" w:w="9978"/>
          </w:tcPr>
          <w:p>
            <w:pPr>
              <w:spacing w:before="0" w:after="40"/>
              <w:jc w:val="both"/>
            </w:pPr>
            <w:r>
              <w:rPr/>
              <w:t>Introduction</w:t>
            </w:r>
          </w:p>
        </w:tc>
      </w:tr>
      <w:tr>
        <w:tc>
          <w:tcPr>
            <w:tcW w:type="dxa" w:w="9978"/>
          </w:tcPr>
          <w:p>
            <w:pPr>
              <w:spacing w:before="0" w:after="40"/>
              <w:jc w:val="both"/>
            </w:pPr>
            <w:r>
              <w:rPr/>
              <w:t>Unit 1: Present simple: he, she, it (-s) and questions</w:t>
            </w:r>
          </w:p>
        </w:tc>
      </w:tr>
      <w:tr>
        <w:tc>
          <w:tcPr>
            <w:tcW w:type="dxa" w:w="9978"/>
          </w:tcPr>
          <w:p>
            <w:pPr>
              <w:spacing w:before="0" w:after="40"/>
              <w:jc w:val="both"/>
            </w:pPr>
            <w:r>
              <w:rPr/>
              <w:t>Unit 2: Present progressive: what is happening now?</w:t>
            </w:r>
          </w:p>
        </w:tc>
      </w:tr>
      <w:tr>
        <w:tc>
          <w:tcPr>
            <w:tcW w:type="dxa" w:w="9978"/>
          </w:tcPr>
          <w:p>
            <w:pPr>
              <w:spacing w:before="0" w:after="40"/>
              <w:jc w:val="both"/>
            </w:pPr>
            <w:r>
              <w:rPr/>
              <w:t>Unit 3: Articles a, an, the and plural nouns</w:t>
            </w:r>
          </w:p>
        </w:tc>
      </w:tr>
      <w:tr>
        <w:tc>
          <w:tcPr>
            <w:tcW w:type="dxa" w:w="9978"/>
          </w:tcPr>
          <w:p>
            <w:pPr>
              <w:spacing w:before="0" w:after="40"/>
              <w:jc w:val="both"/>
            </w:pPr>
            <w:r>
              <w:rPr/>
              <w:t>Unit 4: Past simple of "to be": was and were</w:t>
            </w:r>
          </w:p>
        </w:tc>
      </w:tr>
      <w:tr>
        <w:tc>
          <w:tcPr>
            <w:tcW w:type="dxa" w:w="9978"/>
          </w:tcPr>
          <w:p>
            <w:pPr>
              <w:spacing w:before="0" w:after="40"/>
              <w:jc w:val="both"/>
            </w:pPr>
            <w:r>
              <w:rPr/>
              <w:t>Unit 5: Past simple: regular and irregular verbs</w:t>
            </w:r>
          </w:p>
        </w:tc>
      </w:tr>
      <w:tr>
        <w:tc>
          <w:tcPr>
            <w:tcW w:type="dxa" w:w="9978"/>
          </w:tcPr>
          <w:p>
            <w:pPr>
              <w:spacing w:before="0" w:after="40"/>
              <w:jc w:val="both"/>
            </w:pPr>
            <w:r>
              <w:rPr/>
              <w:t>Unit 6: Possessives: 's, my, your, his, her, our, their</w:t>
            </w:r>
          </w:p>
        </w:tc>
      </w:tr>
      <w:tr>
        <w:tc>
          <w:tcPr>
            <w:tcW w:type="dxa" w:w="9978"/>
          </w:tcPr>
          <w:p>
            <w:pPr>
              <w:spacing w:before="0" w:after="40"/>
              <w:jc w:val="both"/>
            </w:pPr>
            <w:r>
              <w:rPr/>
              <w:t>Unit 7: Reading a short text and writing a paragraph (and, but, then, because)</w:t>
            </w:r>
          </w:p>
        </w:tc>
      </w:tr>
      <w:tr>
        <w:tc>
          <w:tcPr>
            <w:tcW w:type="dxa" w:w="9978"/>
          </w:tcPr>
          <w:p>
            <w:pPr>
              <w:spacing w:before="0" w:after="40"/>
              <w:jc w:val="both"/>
            </w:pPr>
            <w:r>
              <w:rPr/>
              <w:t>Review – What did we learn?</w:t>
            </w:r>
          </w:p>
        </w:tc>
      </w:tr>
    </w:tbl>
    <w:p>
      <w:pPr>
        <w:spacing w:before="0" w:after="40"/>
        <w:jc w:val="both"/>
      </w:pPr>
    </w:p>
    <w:p>
      <w:pPr>
        <w:spacing w:before="0" w:after="80"/>
        <w:jc w:val="both"/>
      </w:pPr>
      <w:r>
        <w:br w:type="page"/>
      </w:r>
    </w:p>
    <w:p>
      <w:pPr>
        <w:spacing w:before="0" w:after="40"/>
        <w:jc w:val="both"/>
      </w:pPr>
      <w:r>
        <w:rPr>
          <w:rFonts w:ascii="Arial Black" w:hAnsi="Arial Black" w:cs="Arial Black"/>
          <w:b/>
          <w:bCs/>
          <w:color w:val="047857"/>
          <w:sz w:val="48"/>
          <w:szCs w:val="48"/>
        </w:rPr>
        <w:t>Introduction</w:t>
      </w:r>
    </w:p>
    <w:p>
      <w:pPr>
        <w:bidi/>
        <w:spacing w:before="0" w:after="0"/>
        <w:jc w:val="both"/>
      </w:pPr>
      <w:r>
        <w:rPr>
          <w:rFonts w:ascii="Arial" w:hAnsi="Arial" w:cs="Arial"/>
          <w:color w:val="6B7280"/>
          <w:sz w:val="22"/>
          <w:szCs w:val="22"/>
          <w:rtl/>
          <w:lang w:val="en-US" w:bidi="he-IL"/>
        </w:rPr>
        <w:t xml:space="preserve">מבוא</w:t>
      </w:r>
    </w:p>
    <w:p>
      <w:pPr>
        <w:bidi/>
        <w:spacing w:before="0" w:after="120"/>
        <w:jc w:val="both"/>
      </w:pPr>
      <w:r>
        <w:rPr>
          <w:rFonts w:ascii="Arial" w:hAnsi="Arial" w:cs="Arial"/>
          <w:color w:val="6B7280"/>
          <w:sz w:val="23"/>
          <w:szCs w:val="23"/>
          <w:rtl/>
          <w:lang w:val="en-US" w:bidi="ar-SA"/>
        </w:rPr>
        <w:t xml:space="preserve">مقدّمة</w:t>
      </w:r>
    </w:p>
    <w:p>
      <w:pPr>
        <w:spacing w:before="0" w:after="20"/>
        <w:jc w:val="both"/>
      </w:pPr>
      <w:r>
        <w:rPr/>
        <w:t>Hello, fifth graders! Welcome to your English book for this year.</w:t>
      </w:r>
    </w:p>
    <w:p>
      <w:pPr>
        <w:bidi/>
        <w:spacing w:before="0" w:after="0"/>
        <w:jc w:val="both"/>
      </w:pPr>
      <w:r>
        <w:rPr>
          <w:rFonts w:ascii="Arial" w:hAnsi="Arial" w:cs="Arial"/>
          <w:color w:val="6B7280"/>
          <w:sz w:val="20"/>
          <w:szCs w:val="20"/>
          <w:rtl/>
          <w:lang w:val="en-US" w:bidi="he-IL"/>
        </w:rPr>
        <w:t xml:space="preserve">שלום, תלמידי כיתה ה'! ברוכים הבאים לספר האנגלית שלכם לשנה זו.</w:t>
      </w:r>
    </w:p>
    <w:p>
      <w:pPr>
        <w:bidi/>
        <w:spacing w:before="0" w:after="120"/>
        <w:jc w:val="both"/>
      </w:pPr>
      <w:r>
        <w:rPr>
          <w:rFonts w:ascii="Arial" w:hAnsi="Arial" w:cs="Arial"/>
          <w:color w:val="6B7280"/>
          <w:sz w:val="21"/>
          <w:szCs w:val="21"/>
          <w:rtl/>
          <w:lang w:val="en-US" w:bidi="ar-SA"/>
        </w:rPr>
        <w:t xml:space="preserve">مرحبًا يا طلاب الصف الخامس! أهلًا بكم في كتاب اللغة الإنجليزية لهذه السنة.</w:t>
      </w:r>
    </w:p>
    <w:p>
      <w:pPr>
        <w:spacing w:before="0" w:after="20"/>
        <w:jc w:val="both"/>
      </w:pPr>
      <w:r>
        <w:rPr/>
        <w:t>This year you will learn to talk about every day, about now and about the past. You will learn about a, an and the, about plurals, and about words like my, his and their. You will also read short stories and write your own paragraphs.</w:t>
      </w:r>
    </w:p>
    <w:p>
      <w:pPr>
        <w:bidi/>
        <w:spacing w:before="0" w:after="0"/>
        <w:jc w:val="both"/>
      </w:pPr>
      <w:r>
        <w:rPr>
          <w:rFonts w:ascii="Arial" w:hAnsi="Arial" w:cs="Arial"/>
          <w:color w:val="6B7280"/>
          <w:sz w:val="20"/>
          <w:szCs w:val="20"/>
          <w:rtl/>
          <w:lang w:val="en-US" w:bidi="he-IL"/>
        </w:rPr>
        <w:t xml:space="preserve">השנה תלמדו לדבר על מה שקורה כל יום, על מה שקורה עכשיו ועל העבר. תלמדו על ‎a, an‎ ו־‎the‎, על רבים, ועל מילים כמו ‎my, his‎ ו־‎their‎. תקראו גם סיפורים קצרים ותכתבו פסקאות משלכם.</w:t>
      </w:r>
    </w:p>
    <w:p>
      <w:pPr>
        <w:bidi/>
        <w:spacing w:before="0" w:after="120"/>
        <w:jc w:val="both"/>
      </w:pPr>
      <w:r>
        <w:rPr>
          <w:rFonts w:ascii="Arial" w:hAnsi="Arial" w:cs="Arial"/>
          <w:color w:val="6B7280"/>
          <w:sz w:val="21"/>
          <w:szCs w:val="21"/>
          <w:rtl/>
          <w:lang w:val="en-US" w:bidi="ar-SA"/>
        </w:rPr>
        <w:t xml:space="preserve">في هذه السنة ستتعلّم أن تتحدّث عن كلّ يوم، وعن الآن، وعن الماضي. ستتعلّم ‎a‎ و‎an‎ و‎the‎، والجمع، وكلمات مثل ‎my‎ و‎his‎ و‎their‎. وستقرأ أيضًا قصصًا قصيرة وتكتب فقراتك الخاصّة.</w:t>
      </w:r>
    </w:p>
    <w:p>
      <w:pPr>
        <w:spacing w:before="0" w:after="20"/>
        <w:jc w:val="both"/>
      </w:pPr>
      <w:r>
        <w:rPr/>
        <w:t>Every chapter has short explanations, examples, a "Remember" tip and a lot of practice. At the end there is a review and the answers. Good luck, and have fun with English!</w:t>
      </w:r>
    </w:p>
    <w:p>
      <w:pPr>
        <w:bidi/>
        <w:spacing w:before="0" w:after="0"/>
        <w:jc w:val="both"/>
      </w:pPr>
      <w:r>
        <w:rPr>
          <w:rFonts w:ascii="Arial" w:hAnsi="Arial" w:cs="Arial"/>
          <w:color w:val="6B7280"/>
          <w:sz w:val="20"/>
          <w:szCs w:val="20"/>
          <w:rtl/>
          <w:lang w:val="en-US" w:bidi="he-IL"/>
        </w:rPr>
        <w:t xml:space="preserve">בכל פרק יש הסברים קצרים, דוגמאות, טיפ ‎"Remember"‎ והרבה תרגול. בסוף יש חזרה ותשובות. בהצלחה, ותיהנו מהאנגלית!</w:t>
      </w:r>
    </w:p>
    <w:p>
      <w:pPr>
        <w:bidi/>
        <w:spacing w:before="0" w:after="120"/>
        <w:jc w:val="both"/>
      </w:pPr>
      <w:r>
        <w:rPr>
          <w:rFonts w:ascii="Arial" w:hAnsi="Arial" w:cs="Arial"/>
          <w:color w:val="6B7280"/>
          <w:sz w:val="21"/>
          <w:szCs w:val="21"/>
          <w:rtl/>
          <w:lang w:val="en-US" w:bidi="ar-SA"/>
        </w:rPr>
        <w:t xml:space="preserve">في كلّ فصل شروح قصيرة وأمثلة ونصيحة ‎"Remember"‎ وتمارين كثيرة. وفي النهاية مراجعة وإجابات. بالتوفيق، واستمتع باللغة الإنجليزية!</w:t>
      </w:r>
    </w:p>
    <w:p>
      <w:pPr>
        <w:spacing w:before="0" w:after="80"/>
        <w:jc w:val="both"/>
      </w:pPr>
      <w:r>
        <w:br w:type="page"/>
      </w:r>
    </w:p>
    <w:p>
      <w:pPr>
        <w:spacing w:before="0" w:after="120"/>
        <w:jc w:val="both"/>
      </w:pPr>
      <w:r>
        <w:rPr>
          <w:rFonts w:ascii="Arial" w:hAnsi="Arial" w:cs="Arial"/>
          <w:color w:val="5B6476"/>
          <w:sz w:val="20"/>
          <w:szCs w:val="20"/>
        </w:rPr>
        <w:t>English · Grade 5   |   Unit 1</w:t>
      </w:r>
    </w:p>
    <w:p>
      <w:pPr>
        <w:spacing w:before="0" w:after="40"/>
        <w:jc w:val="both"/>
      </w:pPr>
      <w:r>
        <w:rPr>
          <w:rFonts w:ascii="Arial Black" w:hAnsi="Arial Black" w:cs="Arial Black"/>
          <w:b/>
          <w:bCs/>
          <w:color w:val="047857"/>
          <w:sz w:val="44"/>
          <w:szCs w:val="44"/>
        </w:rPr>
        <w:t>Unit 1: Present simple: he, she, it (-s) and questions</w:t>
      </w:r>
    </w:p>
    <w:p>
      <w:pPr>
        <w:bidi/>
        <w:spacing w:before="0" w:after="0"/>
        <w:jc w:val="both"/>
      </w:pPr>
      <w:r>
        <w:rPr>
          <w:rFonts w:ascii="Arial" w:hAnsi="Arial" w:cs="Arial"/>
          <w:color w:val="6B7280"/>
          <w:sz w:val="22"/>
          <w:szCs w:val="22"/>
          <w:rtl/>
          <w:lang w:val="en-US" w:bidi="he-IL"/>
        </w:rPr>
        <w:t xml:space="preserve">‎Present simple: he, she, it (-s)‎ ושאלות</w:t>
      </w:r>
    </w:p>
    <w:p>
      <w:pPr>
        <w:bidi/>
        <w:spacing w:before="0" w:after="120"/>
        <w:jc w:val="both"/>
      </w:pPr>
      <w:r>
        <w:rPr>
          <w:rFonts w:ascii="Arial" w:hAnsi="Arial" w:cs="Arial"/>
          <w:color w:val="6B7280"/>
          <w:sz w:val="23"/>
          <w:szCs w:val="23"/>
          <w:rtl/>
          <w:lang w:val="en-US" w:bidi="ar-SA"/>
        </w:rPr>
        <w:t xml:space="preserve">‎Present simple: he, she, it (-s)‎ والأسئلة</w:t>
      </w:r>
    </w:p>
    <w:p>
      <w:pPr>
        <w:spacing w:before="0" w:after="80"/>
        <w:jc w:val="center"/>
      </w:pPr>
      <w:r>
        <w:drawing>
          <wp:inline xmlns:a="http://schemas.openxmlformats.org/drawingml/2006/main" xmlns:pic="http://schemas.openxmlformats.org/drawingml/2006/picture">
            <wp:extent cx="3240000" cy="2160000"/>
            <wp:docPr id="2" name="Picture 2"/>
            <wp:cNvGraphicFramePr>
              <a:graphicFrameLocks noChangeAspect="1"/>
            </wp:cNvGraphicFramePr>
            <a:graphic>
              <a:graphicData uri="http://schemas.openxmlformats.org/drawingml/2006/picture">
                <pic:pic>
                  <pic:nvPicPr>
                    <pic:cNvPr id="0" name="english_g5_t01.jpg"/>
                    <pic:cNvPicPr/>
                  </pic:nvPicPr>
                  <pic:blipFill>
                    <a:blip r:embed="rId11"/>
                    <a:stretch>
                      <a:fillRect/>
                    </a:stretch>
                  </pic:blipFill>
                  <pic:spPr>
                    <a:xfrm>
                      <a:off x="0" y="0"/>
                      <a:ext cx="3240000" cy="2160000"/>
                    </a:xfrm>
                    <a:prstGeom prst="rect"/>
                  </pic:spPr>
                </pic:pic>
              </a:graphicData>
            </a:graphic>
          </wp:inline>
        </w:drawing>
      </w:r>
    </w:p>
    <w:p>
      <w:pPr>
        <w:spacing w:before="120" w:after="40"/>
        <w:jc w:val="both"/>
      </w:pPr>
      <w:r>
        <w:rPr>
          <w:rFonts w:ascii="Arial Black" w:hAnsi="Arial Black" w:cs="Arial Black"/>
          <w:b/>
          <w:bCs/>
          <w:color w:val="047857"/>
          <w:sz w:val="28"/>
          <w:szCs w:val="28"/>
        </w:rPr>
        <w:t>◆ Adding -s</w:t>
      </w:r>
    </w:p>
    <w:p>
      <w:pPr>
        <w:bidi/>
        <w:spacing w:before="0" w:after="0"/>
        <w:jc w:val="both"/>
      </w:pPr>
      <w:r>
        <w:rPr>
          <w:rFonts w:ascii="Arial" w:hAnsi="Arial" w:cs="Arial"/>
          <w:color w:val="6B7280"/>
          <w:sz w:val="20"/>
          <w:szCs w:val="20"/>
          <w:rtl/>
          <w:lang w:val="en-US" w:bidi="he-IL"/>
        </w:rPr>
        <w:t xml:space="preserve">הוספת -‎s‎</w:t>
      </w:r>
    </w:p>
    <w:p>
      <w:pPr>
        <w:bidi/>
        <w:spacing w:before="0" w:after="40"/>
        <w:jc w:val="both"/>
      </w:pPr>
      <w:r>
        <w:rPr>
          <w:rFonts w:ascii="Arial" w:hAnsi="Arial" w:cs="Arial"/>
          <w:color w:val="6B7280"/>
          <w:sz w:val="21"/>
          <w:szCs w:val="21"/>
          <w:rtl/>
          <w:lang w:val="en-US" w:bidi="ar-SA"/>
        </w:rPr>
        <w:t xml:space="preserve">إضافة -‎s‎</w:t>
      </w:r>
    </w:p>
    <w:tbl>
      <w:tblPr>
        <w:tblStyle w:val="TableGrid"/>
        <w:tblW w:type="auto" w:w="0"/>
        <w:tblLook w:firstColumn="1" w:firstRow="1" w:lastColumn="0" w:lastRow="0" w:noHBand="0" w:noVBand="1" w:val="04A0"/>
      </w:tblPr>
      <w:tblGrid>
        <w:gridCol w:w="3326"/>
        <w:gridCol w:w="3326"/>
        <w:gridCol w:w="3326"/>
      </w:tblGrid>
      <w:tr>
        <w:tc>
          <w:tcPr>
            <w:tcW w:type="dxa" w:w="3326"/>
            <w:shd w:val="clear" w:color="auto" w:fill="047857"/>
          </w:tcPr>
          <w:p>
            <w:pPr>
              <w:spacing w:before="0" w:after="40"/>
              <w:jc w:val="both"/>
            </w:pPr>
            <w:r>
              <w:rPr>
                <w:b/>
                <w:bCs/>
                <w:color w:val="FFFFFF"/>
              </w:rPr>
              <w:t>Verb ending</w:t>
            </w:r>
          </w:p>
        </w:tc>
        <w:tc>
          <w:tcPr>
            <w:tcW w:type="dxa" w:w="3326"/>
            <w:shd w:val="clear" w:color="auto" w:fill="047857"/>
          </w:tcPr>
          <w:p>
            <w:pPr>
              <w:spacing w:before="0" w:after="40"/>
              <w:jc w:val="both"/>
            </w:pPr>
            <w:r>
              <w:rPr>
                <w:b/>
                <w:bCs/>
                <w:color w:val="FFFFFF"/>
              </w:rPr>
              <w:t>Rule</w:t>
            </w:r>
          </w:p>
        </w:tc>
        <w:tc>
          <w:tcPr>
            <w:tcW w:type="dxa" w:w="3326"/>
            <w:shd w:val="clear" w:color="auto" w:fill="047857"/>
          </w:tcPr>
          <w:p>
            <w:pPr>
              <w:spacing w:before="0" w:after="40"/>
              <w:jc w:val="both"/>
            </w:pPr>
            <w:r>
              <w:rPr>
                <w:b/>
                <w:bCs/>
                <w:color w:val="FFFFFF"/>
              </w:rPr>
              <w:t>Example</w:t>
            </w:r>
          </w:p>
        </w:tc>
      </w:tr>
      <w:tr>
        <w:tc>
          <w:tcPr>
            <w:tcW w:type="dxa" w:w="3326"/>
          </w:tcPr>
          <w:p>
            <w:pPr>
              <w:spacing w:before="0" w:after="40"/>
              <w:jc w:val="both"/>
            </w:pPr>
            <w:r>
              <w:rPr/>
              <w:t>most verbs</w:t>
            </w:r>
          </w:p>
        </w:tc>
        <w:tc>
          <w:tcPr>
            <w:tcW w:type="dxa" w:w="3326"/>
          </w:tcPr>
          <w:p>
            <w:pPr>
              <w:spacing w:before="0" w:after="40"/>
              <w:jc w:val="both"/>
            </w:pPr>
            <w:r>
              <w:rPr/>
              <w:t>+ s</w:t>
            </w:r>
          </w:p>
        </w:tc>
        <w:tc>
          <w:tcPr>
            <w:tcW w:type="dxa" w:w="3326"/>
          </w:tcPr>
          <w:p>
            <w:pPr>
              <w:spacing w:before="0" w:after="40"/>
              <w:jc w:val="both"/>
            </w:pPr>
            <w:r>
              <w:rPr/>
              <w:t>play, plays</w:t>
            </w:r>
          </w:p>
        </w:tc>
      </w:tr>
      <w:tr>
        <w:tc>
          <w:tcPr>
            <w:tcW w:type="dxa" w:w="3326"/>
          </w:tcPr>
          <w:p>
            <w:pPr>
              <w:spacing w:before="0" w:after="40"/>
              <w:jc w:val="both"/>
            </w:pPr>
            <w:r>
              <w:rPr/>
              <w:t>-sh, -ch, -s, -x, -o</w:t>
            </w:r>
          </w:p>
        </w:tc>
        <w:tc>
          <w:tcPr>
            <w:tcW w:type="dxa" w:w="3326"/>
          </w:tcPr>
          <w:p>
            <w:pPr>
              <w:spacing w:before="0" w:after="40"/>
              <w:jc w:val="both"/>
            </w:pPr>
            <w:r>
              <w:rPr/>
              <w:t>+ es</w:t>
            </w:r>
          </w:p>
        </w:tc>
        <w:tc>
          <w:tcPr>
            <w:tcW w:type="dxa" w:w="3326"/>
          </w:tcPr>
          <w:p>
            <w:pPr>
              <w:spacing w:before="0" w:after="40"/>
              <w:jc w:val="both"/>
            </w:pPr>
            <w:r>
              <w:rPr/>
              <w:t>watch, watches; go, goes</w:t>
            </w:r>
          </w:p>
        </w:tc>
      </w:tr>
      <w:tr>
        <w:tc>
          <w:tcPr>
            <w:tcW w:type="dxa" w:w="3326"/>
          </w:tcPr>
          <w:p>
            <w:pPr>
              <w:spacing w:before="0" w:after="40"/>
              <w:jc w:val="both"/>
            </w:pPr>
            <w:r>
              <w:rPr/>
              <w:t>consonant + y</w:t>
            </w:r>
          </w:p>
        </w:tc>
        <w:tc>
          <w:tcPr>
            <w:tcW w:type="dxa" w:w="3326"/>
          </w:tcPr>
          <w:p>
            <w:pPr>
              <w:spacing w:before="0" w:after="40"/>
              <w:jc w:val="both"/>
            </w:pPr>
            <w:r>
              <w:rPr/>
              <w:t>y, ies</w:t>
            </w:r>
          </w:p>
        </w:tc>
        <w:tc>
          <w:tcPr>
            <w:tcW w:type="dxa" w:w="3326"/>
          </w:tcPr>
          <w:p>
            <w:pPr>
              <w:spacing w:before="0" w:after="40"/>
              <w:jc w:val="both"/>
            </w:pPr>
            <w:r>
              <w:rPr/>
              <w:t>study, studies</w:t>
            </w:r>
          </w:p>
        </w:tc>
      </w:tr>
      <w:tr>
        <w:tc>
          <w:tcPr>
            <w:tcW w:type="dxa" w:w="3326"/>
          </w:tcPr>
          <w:p>
            <w:pPr>
              <w:spacing w:before="0" w:after="40"/>
              <w:jc w:val="both"/>
            </w:pPr>
            <w:r>
              <w:rPr/>
              <w:t>have</w:t>
            </w:r>
          </w:p>
        </w:tc>
        <w:tc>
          <w:tcPr>
            <w:tcW w:type="dxa" w:w="3326"/>
          </w:tcPr>
          <w:p>
            <w:pPr>
              <w:spacing w:before="0" w:after="40"/>
              <w:jc w:val="both"/>
            </w:pPr>
            <w:r>
              <w:rPr/>
              <w:t>special</w:t>
            </w:r>
          </w:p>
        </w:tc>
        <w:tc>
          <w:tcPr>
            <w:tcW w:type="dxa" w:w="3326"/>
          </w:tcPr>
          <w:p>
            <w:pPr>
              <w:spacing w:before="0" w:after="40"/>
              <w:jc w:val="both"/>
            </w:pPr>
            <w:r>
              <w:rPr/>
              <w:t>has</w:t>
            </w:r>
          </w:p>
        </w:tc>
      </w:tr>
    </w:tbl>
    <w:p>
      <w:pPr>
        <w:spacing w:before="0" w:after="40"/>
        <w:jc w:val="both"/>
      </w:pPr>
    </w:p>
    <w:p>
      <w:pPr>
        <w:spacing w:before="120" w:after="40"/>
        <w:jc w:val="both"/>
      </w:pPr>
      <w:r>
        <w:rPr>
          <w:rFonts w:ascii="Arial Black" w:hAnsi="Arial Black" w:cs="Arial Black"/>
          <w:b/>
          <w:bCs/>
          <w:color w:val="047857"/>
          <w:sz w:val="28"/>
          <w:szCs w:val="28"/>
        </w:rPr>
        <w:t>◆ Negatives</w:t>
      </w:r>
    </w:p>
    <w:p>
      <w:pPr>
        <w:bidi/>
        <w:spacing w:before="0" w:after="0"/>
        <w:jc w:val="both"/>
      </w:pPr>
      <w:r>
        <w:rPr>
          <w:rFonts w:ascii="Arial" w:hAnsi="Arial" w:cs="Arial"/>
          <w:color w:val="6B7280"/>
          <w:sz w:val="20"/>
          <w:szCs w:val="20"/>
          <w:rtl/>
          <w:lang w:val="en-US" w:bidi="he-IL"/>
        </w:rPr>
        <w:t xml:space="preserve">שלילה</w:t>
      </w:r>
    </w:p>
    <w:p>
      <w:pPr>
        <w:bidi/>
        <w:spacing w:before="0" w:after="40"/>
        <w:jc w:val="both"/>
      </w:pPr>
      <w:r>
        <w:rPr>
          <w:rFonts w:ascii="Arial" w:hAnsi="Arial" w:cs="Arial"/>
          <w:color w:val="6B7280"/>
          <w:sz w:val="21"/>
          <w:szCs w:val="21"/>
          <w:rtl/>
          <w:lang w:val="en-US" w:bidi="ar-SA"/>
        </w:rPr>
        <w:t xml:space="preserve">النفي</w:t>
      </w:r>
    </w:p>
    <w:p>
      <w:pPr>
        <w:spacing w:before="0" w:after="20"/>
        <w:jc w:val="both"/>
      </w:pPr>
      <w:r>
        <w:rPr/>
        <w:t>1. I, you, we, they: don't + verb</w:t>
      </w:r>
    </w:p>
    <w:p>
      <w:pPr>
        <w:bidi/>
        <w:spacing w:before="0" w:after="0"/>
        <w:jc w:val="both"/>
      </w:pPr>
      <w:r>
        <w:rPr>
          <w:rFonts w:ascii="Arial" w:hAnsi="Arial" w:cs="Arial"/>
          <w:color w:val="6B7280"/>
          <w:sz w:val="20"/>
          <w:szCs w:val="20"/>
          <w:rtl/>
          <w:lang w:val="en-US" w:bidi="he-IL"/>
        </w:rPr>
        <w:t xml:space="preserve">‎I, you, we, they: don't +‎ פועל</w:t>
      </w:r>
    </w:p>
    <w:p>
      <w:pPr>
        <w:bidi/>
        <w:spacing w:before="0" w:after="40"/>
        <w:jc w:val="both"/>
      </w:pPr>
      <w:r>
        <w:rPr>
          <w:rFonts w:ascii="Arial" w:hAnsi="Arial" w:cs="Arial"/>
          <w:color w:val="6B7280"/>
          <w:sz w:val="21"/>
          <w:szCs w:val="21"/>
          <w:rtl/>
          <w:lang w:val="en-US" w:bidi="ar-SA"/>
        </w:rPr>
        <w:t xml:space="preserve">‎I, you, we, they: don't +‎ فعل</w:t>
      </w:r>
    </w:p>
    <w:p>
      <w:pPr>
        <w:spacing w:before="0" w:after="20"/>
        <w:jc w:val="both"/>
      </w:pPr>
      <w:r>
        <w:rPr/>
        <w:t>2. he, she, it: doesn't + verb (no -s!)</w:t>
      </w:r>
    </w:p>
    <w:p>
      <w:pPr>
        <w:bidi/>
        <w:spacing w:before="0" w:after="0"/>
        <w:jc w:val="both"/>
      </w:pPr>
      <w:r>
        <w:rPr>
          <w:rFonts w:ascii="Arial" w:hAnsi="Arial" w:cs="Arial"/>
          <w:color w:val="6B7280"/>
          <w:sz w:val="20"/>
          <w:szCs w:val="20"/>
          <w:rtl/>
          <w:lang w:val="en-US" w:bidi="he-IL"/>
        </w:rPr>
        <w:t xml:space="preserve">‎he, she, it: doesn't +‎ פועל (בלי -‎s!)‎</w:t>
      </w:r>
    </w:p>
    <w:p>
      <w:pPr>
        <w:bidi/>
        <w:spacing w:before="0" w:after="40"/>
        <w:jc w:val="both"/>
      </w:pPr>
      <w:r>
        <w:rPr>
          <w:rFonts w:ascii="Arial" w:hAnsi="Arial" w:cs="Arial"/>
          <w:color w:val="6B7280"/>
          <w:sz w:val="21"/>
          <w:szCs w:val="21"/>
          <w:rtl/>
          <w:lang w:val="en-US" w:bidi="ar-SA"/>
        </w:rPr>
        <w:t xml:space="preserve">‎he, she, it: doesn't +‎ فعل (بدون -‎s!)‎</w:t>
      </w:r>
    </w:p>
    <w:p>
      <w:pPr>
        <w:spacing w:before="0" w:after="0"/>
        <w:jc w:val="both"/>
      </w:pPr>
      <w:r>
        <w:rPr>
          <w:color w:val="5B6476"/>
          <w:sz w:val="22"/>
          <w:szCs w:val="22"/>
        </w:rPr>
        <w:t>Example:</w:t>
      </w:r>
    </w:p>
    <w:p>
      <w:pPr>
        <w:bidi/>
        <w:spacing w:before="0" w:after="0"/>
        <w:jc w:val="both"/>
      </w:pPr>
      <w:r>
        <w:rPr>
          <w:rFonts w:ascii="Arial" w:hAnsi="Arial" w:cs="Arial"/>
          <w:color w:val="6B7280"/>
          <w:sz w:val="20"/>
          <w:szCs w:val="20"/>
          <w:rtl/>
          <w:lang w:val="en-US" w:bidi="he-IL"/>
        </w:rPr>
        <w:t xml:space="preserve">דוגמה:</w:t>
      </w:r>
    </w:p>
    <w:p>
      <w:pPr>
        <w:bidi/>
        <w:spacing w:before="0" w:after="40"/>
        <w:jc w:val="both"/>
      </w:pPr>
      <w:r>
        <w:rPr>
          <w:rFonts w:ascii="Arial" w:hAnsi="Arial" w:cs="Arial"/>
          <w:color w:val="6B7280"/>
          <w:sz w:val="21"/>
          <w:szCs w:val="21"/>
          <w:rtl/>
          <w:lang w:val="en-US" w:bidi="ar-SA"/>
        </w:rPr>
        <w:t xml:space="preserve">مثال:</w:t>
      </w:r>
    </w:p>
    <w:p>
      <w:pPr>
        <w:spacing w:before="0" w:after="120"/>
        <w:jc w:val="both"/>
      </w:pPr>
      <w:r>
        <w:rPr>
          <w:color w:val="334055"/>
          <w:sz w:val="24"/>
          <w:szCs w:val="24"/>
        </w:rPr>
        <w:t>We don't eat meat. · Itay doesn't eat meat.</w:t>
      </w:r>
    </w:p>
    <w:p>
      <w:pPr>
        <w:spacing w:before="120" w:after="40"/>
        <w:jc w:val="both"/>
      </w:pPr>
      <w:r>
        <w:rPr>
          <w:rFonts w:ascii="Arial Black" w:hAnsi="Arial Black" w:cs="Arial Black"/>
          <w:b/>
          <w:bCs/>
          <w:color w:val="047857"/>
          <w:sz w:val="28"/>
          <w:szCs w:val="28"/>
        </w:rPr>
        <w:t>◆ Questions and short answers</w:t>
      </w:r>
    </w:p>
    <w:p>
      <w:pPr>
        <w:bidi/>
        <w:spacing w:before="0" w:after="0"/>
        <w:jc w:val="both"/>
      </w:pPr>
      <w:r>
        <w:rPr>
          <w:rFonts w:ascii="Arial" w:hAnsi="Arial" w:cs="Arial"/>
          <w:color w:val="6B7280"/>
          <w:sz w:val="20"/>
          <w:szCs w:val="20"/>
          <w:rtl/>
          <w:lang w:val="en-US" w:bidi="he-IL"/>
        </w:rPr>
        <w:t xml:space="preserve">שאלות ותשובות קצרות</w:t>
      </w:r>
    </w:p>
    <w:p>
      <w:pPr>
        <w:bidi/>
        <w:spacing w:before="0" w:after="40"/>
        <w:jc w:val="both"/>
      </w:pPr>
      <w:r>
        <w:rPr>
          <w:rFonts w:ascii="Arial" w:hAnsi="Arial" w:cs="Arial"/>
          <w:color w:val="6B7280"/>
          <w:sz w:val="21"/>
          <w:szCs w:val="21"/>
          <w:rtl/>
          <w:lang w:val="en-US" w:bidi="ar-SA"/>
        </w:rPr>
        <w:t xml:space="preserve">الأسئلة والإجابات القصيرة</w:t>
      </w:r>
    </w:p>
    <w:p>
      <w:pPr>
        <w:spacing w:before="0" w:after="20"/>
        <w:jc w:val="both"/>
      </w:pPr>
      <w:r>
        <w:rPr/>
        <w:t>1. Do + I/you/we/they + verb?</w:t>
      </w:r>
    </w:p>
    <w:p>
      <w:pPr>
        <w:bidi/>
        <w:spacing w:before="0" w:after="0"/>
        <w:jc w:val="both"/>
      </w:pPr>
      <w:r>
        <w:rPr>
          <w:rFonts w:ascii="Arial" w:hAnsi="Arial" w:cs="Arial"/>
          <w:color w:val="6B7280"/>
          <w:sz w:val="20"/>
          <w:szCs w:val="20"/>
          <w:rtl/>
          <w:lang w:val="en-US" w:bidi="he-IL"/>
        </w:rPr>
        <w:t xml:space="preserve">‎Do + I/you/we/they +‎ פועל?</w:t>
      </w:r>
    </w:p>
    <w:p>
      <w:pPr>
        <w:bidi/>
        <w:spacing w:before="0" w:after="40"/>
        <w:jc w:val="both"/>
      </w:pPr>
      <w:r>
        <w:rPr>
          <w:rFonts w:ascii="Arial" w:hAnsi="Arial" w:cs="Arial"/>
          <w:color w:val="6B7280"/>
          <w:sz w:val="21"/>
          <w:szCs w:val="21"/>
          <w:rtl/>
          <w:lang w:val="en-US" w:bidi="ar-SA"/>
        </w:rPr>
        <w:t xml:space="preserve">‎Do + I/you/we/they +‎ فعل؟</w:t>
      </w:r>
    </w:p>
    <w:p>
      <w:pPr>
        <w:spacing w:before="0" w:after="20"/>
        <w:jc w:val="both"/>
      </w:pPr>
      <w:r>
        <w:rPr/>
        <w:t>2. Does + he/she/it + verb?</w:t>
      </w:r>
    </w:p>
    <w:p>
      <w:pPr>
        <w:bidi/>
        <w:spacing w:before="0" w:after="0"/>
        <w:jc w:val="both"/>
      </w:pPr>
      <w:r>
        <w:rPr>
          <w:rFonts w:ascii="Arial" w:hAnsi="Arial" w:cs="Arial"/>
          <w:color w:val="6B7280"/>
          <w:sz w:val="20"/>
          <w:szCs w:val="20"/>
          <w:rtl/>
          <w:lang w:val="en-US" w:bidi="he-IL"/>
        </w:rPr>
        <w:t xml:space="preserve">‎Does + he/she/it +‎ פועל?</w:t>
      </w:r>
    </w:p>
    <w:p>
      <w:pPr>
        <w:bidi/>
        <w:spacing w:before="0" w:after="40"/>
        <w:jc w:val="both"/>
      </w:pPr>
      <w:r>
        <w:rPr>
          <w:rFonts w:ascii="Arial" w:hAnsi="Arial" w:cs="Arial"/>
          <w:color w:val="6B7280"/>
          <w:sz w:val="21"/>
          <w:szCs w:val="21"/>
          <w:rtl/>
          <w:lang w:val="en-US" w:bidi="ar-SA"/>
        </w:rPr>
        <w:t xml:space="preserve">‎Does + he/she/it +‎ فعل؟</w:t>
      </w:r>
    </w:p>
    <w:p>
      <w:pPr>
        <w:spacing w:before="0" w:after="20"/>
        <w:jc w:val="both"/>
      </w:pPr>
      <w:r>
        <w:rPr/>
        <w:t>3. Wh-word + do/does: Where does he live?</w:t>
      </w:r>
    </w:p>
    <w:p>
      <w:pPr>
        <w:bidi/>
        <w:spacing w:before="0" w:after="0"/>
        <w:jc w:val="both"/>
      </w:pPr>
      <w:r>
        <w:rPr>
          <w:rFonts w:ascii="Arial" w:hAnsi="Arial" w:cs="Arial"/>
          <w:color w:val="6B7280"/>
          <w:sz w:val="20"/>
          <w:szCs w:val="20"/>
          <w:rtl/>
          <w:lang w:val="en-US" w:bidi="he-IL"/>
        </w:rPr>
        <w:t xml:space="preserve">מילת שאלה ‎+ do/does: Where does he live?‎</w:t>
      </w:r>
    </w:p>
    <w:p>
      <w:pPr>
        <w:bidi/>
        <w:spacing w:before="0" w:after="40"/>
        <w:jc w:val="both"/>
      </w:pPr>
      <w:r>
        <w:rPr>
          <w:rFonts w:ascii="Arial" w:hAnsi="Arial" w:cs="Arial"/>
          <w:color w:val="6B7280"/>
          <w:sz w:val="21"/>
          <w:szCs w:val="21"/>
          <w:rtl/>
          <w:lang w:val="en-US" w:bidi="ar-SA"/>
        </w:rPr>
        <w:t xml:space="preserve">أداة استفهام ‎+ do/does: Where does he live?‎</w:t>
      </w:r>
    </w:p>
    <w:p>
      <w:pPr>
        <w:spacing w:before="0" w:after="0"/>
        <w:jc w:val="both"/>
      </w:pPr>
      <w:r>
        <w:rPr>
          <w:color w:val="5B6476"/>
          <w:sz w:val="22"/>
          <w:szCs w:val="22"/>
        </w:rPr>
        <w:t>Example:</w:t>
      </w:r>
    </w:p>
    <w:p>
      <w:pPr>
        <w:bidi/>
        <w:spacing w:before="0" w:after="0"/>
        <w:jc w:val="both"/>
      </w:pPr>
      <w:r>
        <w:rPr>
          <w:rFonts w:ascii="Arial" w:hAnsi="Arial" w:cs="Arial"/>
          <w:color w:val="6B7280"/>
          <w:sz w:val="20"/>
          <w:szCs w:val="20"/>
          <w:rtl/>
          <w:lang w:val="en-US" w:bidi="he-IL"/>
        </w:rPr>
        <w:t xml:space="preserve">דוגמה:</w:t>
      </w:r>
    </w:p>
    <w:p>
      <w:pPr>
        <w:bidi/>
        <w:spacing w:before="0" w:after="40"/>
        <w:jc w:val="both"/>
      </w:pPr>
      <w:r>
        <w:rPr>
          <w:rFonts w:ascii="Arial" w:hAnsi="Arial" w:cs="Arial"/>
          <w:color w:val="6B7280"/>
          <w:sz w:val="21"/>
          <w:szCs w:val="21"/>
          <w:rtl/>
          <w:lang w:val="en-US" w:bidi="ar-SA"/>
        </w:rPr>
        <w:t xml:space="preserve">مثال:</w:t>
      </w:r>
    </w:p>
    <w:p>
      <w:pPr>
        <w:spacing w:before="0" w:after="120"/>
        <w:jc w:val="both"/>
      </w:pPr>
      <w:r>
        <w:rPr>
          <w:color w:val="334055"/>
          <w:sz w:val="24"/>
          <w:szCs w:val="24"/>
        </w:rPr>
        <w:t>Does Ben swim? Yes, he does. · Do you swim? No, I don't.</w:t>
      </w:r>
    </w:p>
    <w:p>
      <w:pPr>
        <w:spacing w:before="0" w:after="40"/>
        <w:jc w:val="center"/>
      </w:pPr>
      <w:r>
        <w:rPr>
          <w:rFonts w:ascii="Arial" w:hAnsi="Arial" w:cs="Arial"/>
          <w:sz w:val="20"/>
          <w:szCs w:val="20"/>
        </w:rPr>
        <w:t xml:space="preserve">🖼️ Picture words · </w:t>
      </w:r>
      <w:r>
        <w:rPr>
          <w:rFonts w:ascii="Arial" w:hAnsi="Arial" w:cs="Arial"/>
          <w:color w:val="1D2433"/>
          <w:sz w:val="20"/>
          <w:szCs w:val="20"/>
          <w:rtl/>
          <w:lang w:val="en-US" w:bidi="he-IL"/>
        </w:rPr>
        <w:t xml:space="preserve">מילים בתמונות</w:t>
      </w:r>
      <w:r>
        <w:rPr>
          <w:sz w:val="20"/>
          <w:szCs w:val="20"/>
        </w:rPr>
        <w:t>‎</w:t>
      </w:r>
      <w:r>
        <w:rPr>
          <w:rFonts w:ascii="Arial" w:hAnsi="Arial" w:cs="Arial"/>
          <w:sz w:val="20"/>
          <w:szCs w:val="20"/>
        </w:rPr>
        <w:t xml:space="preserve"> · </w:t>
      </w:r>
      <w:r>
        <w:rPr>
          <w:rFonts w:ascii="Arial" w:hAnsi="Arial" w:cs="Arial"/>
          <w:color w:val="1D2433"/>
          <w:sz w:val="20"/>
          <w:szCs w:val="20"/>
          <w:rtl/>
          <w:lang w:val="en-US" w:bidi="ar-SA"/>
        </w:rPr>
        <w:t xml:space="preserve">كلمات بالصّور</w:t>
      </w:r>
      <w:r>
        <w:rPr>
          <w:sz w:val="20"/>
          <w:szCs w:val="20"/>
        </w:rPr>
        <w:t>‎</w:t>
      </w:r>
    </w:p>
    <w:tbl>
      <w:tblPr>
        <w:tblStyle w:val="TableGrid"/>
        <w:tblW w:type="auto" w:w="0"/>
        <w:tblLook w:firstColumn="1" w:firstRow="1" w:lastColumn="0" w:lastRow="0" w:noHBand="0" w:noVBand="1" w:val="04A0"/>
      </w:tblPr>
      <w:tblGrid>
        <w:gridCol w:w="1663"/>
        <w:gridCol w:w="1663"/>
        <w:gridCol w:w="1663"/>
        <w:gridCol w:w="1663"/>
        <w:gridCol w:w="1663"/>
        <w:gridCol w:w="1663"/>
      </w:tblGrid>
      <w:tr>
        <w:tc>
          <w:tcPr>
            <w:tcW w:type="dxa" w:w="1663"/>
          </w:tcPr>
          <w:p>
            <w:pPr>
              <w:spacing w:before="0" w:after="0"/>
              <w:jc w:val="center"/>
            </w:pPr>
            <w:r>
              <w:drawing>
                <wp:inline xmlns:a="http://schemas.openxmlformats.org/drawingml/2006/main" xmlns:pic="http://schemas.openxmlformats.org/drawingml/2006/picture">
                  <wp:extent cx="468000" cy="409500"/>
                  <wp:docPr id="3" name="Picture 3"/>
                  <wp:cNvGraphicFramePr>
                    <a:graphicFrameLocks noChangeAspect="1"/>
                  </wp:cNvGraphicFramePr>
                  <a:graphic>
                    <a:graphicData uri="http://schemas.openxmlformats.org/drawingml/2006/picture">
                      <pic:pic>
                        <pic:nvPicPr>
                          <pic:cNvPr id="0" name="school.png"/>
                          <pic:cNvPicPr/>
                        </pic:nvPicPr>
                        <pic:blipFill>
                          <a:blip r:embed="rId12"/>
                          <a:stretch>
                            <a:fillRect/>
                          </a:stretch>
                        </pic:blipFill>
                        <pic:spPr>
                          <a:xfrm>
                            <a:off x="0" y="0"/>
                            <a:ext cx="468000" cy="409500"/>
                          </a:xfrm>
                          <a:prstGeom prst="rect"/>
                        </pic:spPr>
                      </pic:pic>
                    </a:graphicData>
                  </a:graphic>
                </wp:inline>
              </w:drawing>
            </w:r>
          </w:p>
          <w:p>
            <w:pPr>
              <w:spacing w:before="0" w:after="0"/>
              <w:jc w:val="center"/>
            </w:pPr>
            <w:r>
              <w:rPr>
                <w:b/>
                <w:bCs/>
                <w:sz w:val="23"/>
                <w:szCs w:val="23"/>
              </w:rPr>
              <w:t>school</w:t>
            </w:r>
          </w:p>
          <w:p>
            <w:pPr>
              <w:bidi/>
              <w:spacing w:before="0" w:after="0"/>
              <w:jc w:val="center"/>
            </w:pPr>
            <w:r>
              <w:rPr>
                <w:rFonts w:ascii="Arial" w:hAnsi="Arial" w:cs="Arial"/>
                <w:color w:val="6B7280"/>
                <w:sz w:val="17"/>
                <w:szCs w:val="17"/>
                <w:rtl/>
                <w:lang w:val="en-US" w:bidi="he-IL"/>
              </w:rPr>
              <w:t xml:space="preserve">בית ספר</w:t>
            </w:r>
          </w:p>
          <w:p>
            <w:pPr>
              <w:bidi/>
              <w:spacing w:before="0" w:after="0"/>
              <w:jc w:val="center"/>
            </w:pPr>
            <w:r>
              <w:rPr>
                <w:rFonts w:ascii="Arial" w:hAnsi="Arial" w:cs="Arial"/>
                <w:color w:val="6B7280"/>
                <w:sz w:val="17"/>
                <w:szCs w:val="17"/>
                <w:rtl/>
                <w:lang w:val="en-US" w:bidi="ar-SA"/>
              </w:rPr>
              <w:t xml:space="preserve">مدرسة</w:t>
            </w:r>
          </w:p>
        </w:tc>
        <w:tc>
          <w:tcPr>
            <w:tcW w:type="dxa" w:w="1663"/>
          </w:tcPr>
          <w:p>
            <w:pPr>
              <w:spacing w:before="0" w:after="0"/>
              <w:jc w:val="center"/>
            </w:pPr>
            <w:r>
              <w:drawing>
                <wp:inline xmlns:a="http://schemas.openxmlformats.org/drawingml/2006/main" xmlns:pic="http://schemas.openxmlformats.org/drawingml/2006/picture">
                  <wp:extent cx="468000" cy="316875"/>
                  <wp:docPr id="4" name="Picture 4"/>
                  <wp:cNvGraphicFramePr>
                    <a:graphicFrameLocks noChangeAspect="1"/>
                  </wp:cNvGraphicFramePr>
                  <a:graphic>
                    <a:graphicData uri="http://schemas.openxmlformats.org/drawingml/2006/picture">
                      <pic:pic>
                        <pic:nvPicPr>
                          <pic:cNvPr id="0" name="bus.png"/>
                          <pic:cNvPicPr/>
                        </pic:nvPicPr>
                        <pic:blipFill>
                          <a:blip r:embed="rId13"/>
                          <a:stretch>
                            <a:fillRect/>
                          </a:stretch>
                        </pic:blipFill>
                        <pic:spPr>
                          <a:xfrm>
                            <a:off x="0" y="0"/>
                            <a:ext cx="468000" cy="316875"/>
                          </a:xfrm>
                          <a:prstGeom prst="rect"/>
                        </pic:spPr>
                      </pic:pic>
                    </a:graphicData>
                  </a:graphic>
                </wp:inline>
              </w:drawing>
            </w:r>
          </w:p>
          <w:p>
            <w:pPr>
              <w:spacing w:before="0" w:after="0"/>
              <w:jc w:val="center"/>
            </w:pPr>
            <w:r>
              <w:rPr>
                <w:b/>
                <w:bCs/>
                <w:sz w:val="23"/>
                <w:szCs w:val="23"/>
              </w:rPr>
              <w:t>bus</w:t>
            </w:r>
          </w:p>
          <w:p>
            <w:pPr>
              <w:bidi/>
              <w:spacing w:before="0" w:after="0"/>
              <w:jc w:val="center"/>
            </w:pPr>
            <w:r>
              <w:rPr>
                <w:rFonts w:ascii="Arial" w:hAnsi="Arial" w:cs="Arial"/>
                <w:color w:val="6B7280"/>
                <w:sz w:val="17"/>
                <w:szCs w:val="17"/>
                <w:rtl/>
                <w:lang w:val="en-US" w:bidi="he-IL"/>
              </w:rPr>
              <w:t xml:space="preserve">אוטובוס</w:t>
            </w:r>
          </w:p>
          <w:p>
            <w:pPr>
              <w:bidi/>
              <w:spacing w:before="0" w:after="0"/>
              <w:jc w:val="center"/>
            </w:pPr>
            <w:r>
              <w:rPr>
                <w:rFonts w:ascii="Arial" w:hAnsi="Arial" w:cs="Arial"/>
                <w:color w:val="6B7280"/>
                <w:sz w:val="17"/>
                <w:szCs w:val="17"/>
                <w:rtl/>
                <w:lang w:val="en-US" w:bidi="ar-SA"/>
              </w:rPr>
              <w:t xml:space="preserve">حافلة</w:t>
            </w:r>
          </w:p>
        </w:tc>
        <w:tc>
          <w:tcPr>
            <w:tcW w:type="dxa" w:w="1663"/>
          </w:tcPr>
          <w:p>
            <w:pPr>
              <w:spacing w:before="0" w:after="0"/>
              <w:jc w:val="center"/>
            </w:pPr>
            <w:r>
              <w:drawing>
                <wp:inline xmlns:a="http://schemas.openxmlformats.org/drawingml/2006/main" xmlns:pic="http://schemas.openxmlformats.org/drawingml/2006/picture">
                  <wp:extent cx="468000" cy="419250"/>
                  <wp:docPr id="5" name="Picture 5"/>
                  <wp:cNvGraphicFramePr>
                    <a:graphicFrameLocks noChangeAspect="1"/>
                  </wp:cNvGraphicFramePr>
                  <a:graphic>
                    <a:graphicData uri="http://schemas.openxmlformats.org/drawingml/2006/picture">
                      <pic:pic>
                        <pic:nvPicPr>
                          <pic:cNvPr id="0" name="cat.png"/>
                          <pic:cNvPicPr/>
                        </pic:nvPicPr>
                        <pic:blipFill>
                          <a:blip r:embed="rId14"/>
                          <a:stretch>
                            <a:fillRect/>
                          </a:stretch>
                        </pic:blipFill>
                        <pic:spPr>
                          <a:xfrm>
                            <a:off x="0" y="0"/>
                            <a:ext cx="468000" cy="419250"/>
                          </a:xfrm>
                          <a:prstGeom prst="rect"/>
                        </pic:spPr>
                      </pic:pic>
                    </a:graphicData>
                  </a:graphic>
                </wp:inline>
              </w:drawing>
            </w:r>
          </w:p>
          <w:p>
            <w:pPr>
              <w:spacing w:before="0" w:after="0"/>
              <w:jc w:val="center"/>
            </w:pPr>
            <w:r>
              <w:rPr>
                <w:b/>
                <w:bCs/>
                <w:sz w:val="23"/>
                <w:szCs w:val="23"/>
              </w:rPr>
              <w:t>cat</w:t>
            </w:r>
          </w:p>
          <w:p>
            <w:pPr>
              <w:bidi/>
              <w:spacing w:before="0" w:after="0"/>
              <w:jc w:val="center"/>
            </w:pPr>
            <w:r>
              <w:rPr>
                <w:rFonts w:ascii="Arial" w:hAnsi="Arial" w:cs="Arial"/>
                <w:color w:val="6B7280"/>
                <w:sz w:val="17"/>
                <w:szCs w:val="17"/>
                <w:rtl/>
                <w:lang w:val="en-US" w:bidi="he-IL"/>
              </w:rPr>
              <w:t xml:space="preserve">חתול</w:t>
            </w:r>
          </w:p>
          <w:p>
            <w:pPr>
              <w:bidi/>
              <w:spacing w:before="0" w:after="0"/>
              <w:jc w:val="center"/>
            </w:pPr>
            <w:r>
              <w:rPr>
                <w:rFonts w:ascii="Arial" w:hAnsi="Arial" w:cs="Arial"/>
                <w:color w:val="6B7280"/>
                <w:sz w:val="17"/>
                <w:szCs w:val="17"/>
                <w:rtl/>
                <w:lang w:val="en-US" w:bidi="ar-SA"/>
              </w:rPr>
              <w:t xml:space="preserve">قطة</w:t>
            </w:r>
          </w:p>
        </w:tc>
        <w:tc>
          <w:tcPr>
            <w:tcW w:type="dxa" w:w="1663"/>
          </w:tcPr>
          <w:p>
            <w:pPr>
              <w:spacing w:before="0" w:after="0"/>
              <w:jc w:val="center"/>
            </w:pPr>
            <w:r>
              <w:drawing>
                <wp:inline xmlns:a="http://schemas.openxmlformats.org/drawingml/2006/main" xmlns:pic="http://schemas.openxmlformats.org/drawingml/2006/picture">
                  <wp:extent cx="468000" cy="365625"/>
                  <wp:docPr id="6" name="Picture 6"/>
                  <wp:cNvGraphicFramePr>
                    <a:graphicFrameLocks noChangeAspect="1"/>
                  </wp:cNvGraphicFramePr>
                  <a:graphic>
                    <a:graphicData uri="http://schemas.openxmlformats.org/drawingml/2006/picture">
                      <pic:pic>
                        <pic:nvPicPr>
                          <pic:cNvPr id="0" name="dog.png"/>
                          <pic:cNvPicPr/>
                        </pic:nvPicPr>
                        <pic:blipFill>
                          <a:blip r:embed="rId15"/>
                          <a:stretch>
                            <a:fillRect/>
                          </a:stretch>
                        </pic:blipFill>
                        <pic:spPr>
                          <a:xfrm>
                            <a:off x="0" y="0"/>
                            <a:ext cx="468000" cy="365625"/>
                          </a:xfrm>
                          <a:prstGeom prst="rect"/>
                        </pic:spPr>
                      </pic:pic>
                    </a:graphicData>
                  </a:graphic>
                </wp:inline>
              </w:drawing>
            </w:r>
          </w:p>
          <w:p>
            <w:pPr>
              <w:spacing w:before="0" w:after="0"/>
              <w:jc w:val="center"/>
            </w:pPr>
            <w:r>
              <w:rPr>
                <w:b/>
                <w:bCs/>
                <w:sz w:val="23"/>
                <w:szCs w:val="23"/>
              </w:rPr>
              <w:t>dog</w:t>
            </w:r>
          </w:p>
          <w:p>
            <w:pPr>
              <w:bidi/>
              <w:spacing w:before="0" w:after="0"/>
              <w:jc w:val="center"/>
            </w:pPr>
            <w:r>
              <w:rPr>
                <w:rFonts w:ascii="Arial" w:hAnsi="Arial" w:cs="Arial"/>
                <w:color w:val="6B7280"/>
                <w:sz w:val="17"/>
                <w:szCs w:val="17"/>
                <w:rtl/>
                <w:lang w:val="en-US" w:bidi="he-IL"/>
              </w:rPr>
              <w:t xml:space="preserve">כלב</w:t>
            </w:r>
          </w:p>
          <w:p>
            <w:pPr>
              <w:bidi/>
              <w:spacing w:before="0" w:after="0"/>
              <w:jc w:val="center"/>
            </w:pPr>
            <w:r>
              <w:rPr>
                <w:rFonts w:ascii="Arial" w:hAnsi="Arial" w:cs="Arial"/>
                <w:color w:val="6B7280"/>
                <w:sz w:val="17"/>
                <w:szCs w:val="17"/>
                <w:rtl/>
                <w:lang w:val="en-US" w:bidi="ar-SA"/>
              </w:rPr>
              <w:t xml:space="preserve">كلب</w:t>
            </w:r>
          </w:p>
        </w:tc>
        <w:tc>
          <w:tcPr>
            <w:tcW w:type="dxa" w:w="1663"/>
          </w:tcPr>
          <w:p>
            <w:pPr>
              <w:spacing w:before="0" w:after="0"/>
              <w:jc w:val="center"/>
            </w:pPr>
            <w:r>
              <w:drawing>
                <wp:inline xmlns:a="http://schemas.openxmlformats.org/drawingml/2006/main" xmlns:pic="http://schemas.openxmlformats.org/drawingml/2006/picture">
                  <wp:extent cx="468000" cy="788211"/>
                  <wp:docPr id="7" name="Picture 7"/>
                  <wp:cNvGraphicFramePr>
                    <a:graphicFrameLocks noChangeAspect="1"/>
                  </wp:cNvGraphicFramePr>
                  <a:graphic>
                    <a:graphicData uri="http://schemas.openxmlformats.org/drawingml/2006/picture">
                      <pic:pic>
                        <pic:nvPicPr>
                          <pic:cNvPr id="0" name="milk.png"/>
                          <pic:cNvPicPr/>
                        </pic:nvPicPr>
                        <pic:blipFill>
                          <a:blip r:embed="rId16"/>
                          <a:stretch>
                            <a:fillRect/>
                          </a:stretch>
                        </pic:blipFill>
                        <pic:spPr>
                          <a:xfrm>
                            <a:off x="0" y="0"/>
                            <a:ext cx="468000" cy="788211"/>
                          </a:xfrm>
                          <a:prstGeom prst="rect"/>
                        </pic:spPr>
                      </pic:pic>
                    </a:graphicData>
                  </a:graphic>
                </wp:inline>
              </w:drawing>
            </w:r>
          </w:p>
          <w:p>
            <w:pPr>
              <w:spacing w:before="0" w:after="0"/>
              <w:jc w:val="center"/>
            </w:pPr>
            <w:r>
              <w:rPr>
                <w:b/>
                <w:bCs/>
                <w:sz w:val="23"/>
                <w:szCs w:val="23"/>
              </w:rPr>
              <w:t>milk</w:t>
            </w:r>
          </w:p>
          <w:p>
            <w:pPr>
              <w:bidi/>
              <w:spacing w:before="0" w:after="0"/>
              <w:jc w:val="center"/>
            </w:pPr>
            <w:r>
              <w:rPr>
                <w:rFonts w:ascii="Arial" w:hAnsi="Arial" w:cs="Arial"/>
                <w:color w:val="6B7280"/>
                <w:sz w:val="17"/>
                <w:szCs w:val="17"/>
                <w:rtl/>
                <w:lang w:val="en-US" w:bidi="he-IL"/>
              </w:rPr>
              <w:t xml:space="preserve">חלב</w:t>
            </w:r>
          </w:p>
          <w:p>
            <w:pPr>
              <w:bidi/>
              <w:spacing w:before="0" w:after="0"/>
              <w:jc w:val="center"/>
            </w:pPr>
            <w:r>
              <w:rPr>
                <w:rFonts w:ascii="Arial" w:hAnsi="Arial" w:cs="Arial"/>
                <w:color w:val="6B7280"/>
                <w:sz w:val="17"/>
                <w:szCs w:val="17"/>
                <w:rtl/>
                <w:lang w:val="en-US" w:bidi="ar-SA"/>
              </w:rPr>
              <w:t xml:space="preserve">حليب</w:t>
            </w:r>
          </w:p>
        </w:tc>
        <w:tc>
          <w:tcPr>
            <w:tcW w:type="dxa" w:w="1663"/>
          </w:tcPr>
          <w:p>
            <w:pPr>
              <w:spacing w:before="0" w:after="0"/>
              <w:jc w:val="center"/>
            </w:pPr>
            <w:r>
              <w:drawing>
                <wp:inline xmlns:a="http://schemas.openxmlformats.org/drawingml/2006/main" xmlns:pic="http://schemas.openxmlformats.org/drawingml/2006/picture">
                  <wp:extent cx="468000" cy="336375"/>
                  <wp:docPr id="8" name="Picture 8"/>
                  <wp:cNvGraphicFramePr>
                    <a:graphicFrameLocks noChangeAspect="1"/>
                  </wp:cNvGraphicFramePr>
                  <a:graphic>
                    <a:graphicData uri="http://schemas.openxmlformats.org/drawingml/2006/picture">
                      <pic:pic>
                        <pic:nvPicPr>
                          <pic:cNvPr id="0" name="bike.png"/>
                          <pic:cNvPicPr/>
                        </pic:nvPicPr>
                        <pic:blipFill>
                          <a:blip r:embed="rId17"/>
                          <a:stretch>
                            <a:fillRect/>
                          </a:stretch>
                        </pic:blipFill>
                        <pic:spPr>
                          <a:xfrm>
                            <a:off x="0" y="0"/>
                            <a:ext cx="468000" cy="336375"/>
                          </a:xfrm>
                          <a:prstGeom prst="rect"/>
                        </pic:spPr>
                      </pic:pic>
                    </a:graphicData>
                  </a:graphic>
                </wp:inline>
              </w:drawing>
            </w:r>
          </w:p>
          <w:p>
            <w:pPr>
              <w:spacing w:before="0" w:after="0"/>
              <w:jc w:val="center"/>
            </w:pPr>
            <w:r>
              <w:rPr>
                <w:b/>
                <w:bCs/>
                <w:sz w:val="23"/>
                <w:szCs w:val="23"/>
              </w:rPr>
              <w:t>bike</w:t>
            </w:r>
          </w:p>
          <w:p>
            <w:pPr>
              <w:bidi/>
              <w:spacing w:before="0" w:after="0"/>
              <w:jc w:val="center"/>
            </w:pPr>
            <w:r>
              <w:rPr>
                <w:rFonts w:ascii="Arial" w:hAnsi="Arial" w:cs="Arial"/>
                <w:color w:val="6B7280"/>
                <w:sz w:val="17"/>
                <w:szCs w:val="17"/>
                <w:rtl/>
                <w:lang w:val="en-US" w:bidi="he-IL"/>
              </w:rPr>
              <w:t xml:space="preserve">אופניים</w:t>
            </w:r>
          </w:p>
          <w:p>
            <w:pPr>
              <w:bidi/>
              <w:spacing w:before="0" w:after="0"/>
              <w:jc w:val="center"/>
            </w:pPr>
            <w:r>
              <w:rPr>
                <w:rFonts w:ascii="Arial" w:hAnsi="Arial" w:cs="Arial"/>
                <w:color w:val="6B7280"/>
                <w:sz w:val="17"/>
                <w:szCs w:val="17"/>
                <w:rtl/>
                <w:lang w:val="en-US" w:bidi="ar-SA"/>
              </w:rPr>
              <w:t xml:space="preserve">دراجة</w:t>
            </w:r>
          </w:p>
        </w:tc>
      </w:tr>
    </w:tbl>
    <w:p>
      <w:pPr>
        <w:spacing w:before="0" w:after="80"/>
        <w:jc w:val="both"/>
      </w:pPr>
    </w:p>
    <w:p>
      <w:pPr>
        <w:spacing w:before="160" w:after="20"/>
        <w:jc w:val="both"/>
      </w:pPr>
      <w:r>
        <w:rPr>
          <w:b/>
          <w:bCs/>
          <w:sz w:val="26"/>
          <w:szCs w:val="26"/>
        </w:rPr>
        <w:t>1. Where do they do it? Match.</w:t>
      </w:r>
    </w:p>
    <w:p>
      <w:pPr>
        <w:bidi/>
        <w:spacing w:before="0" w:after="0"/>
        <w:jc w:val="both"/>
      </w:pPr>
      <w:r>
        <w:rPr>
          <w:rFonts w:ascii="Arial" w:hAnsi="Arial" w:cs="Arial"/>
          <w:color w:val="6B7280"/>
          <w:sz w:val="20"/>
          <w:szCs w:val="20"/>
          <w:rtl/>
          <w:lang w:val="en-US" w:bidi="he-IL"/>
        </w:rPr>
        <w:t xml:space="preserve">איפה הם עושים את זה? התאימו.</w:t>
      </w:r>
    </w:p>
    <w:p>
      <w:pPr>
        <w:bidi/>
        <w:spacing w:before="0" w:after="80"/>
        <w:jc w:val="both"/>
      </w:pPr>
      <w:r>
        <w:rPr>
          <w:rFonts w:ascii="Arial" w:hAnsi="Arial" w:cs="Arial"/>
          <w:color w:val="6B7280"/>
          <w:sz w:val="21"/>
          <w:szCs w:val="21"/>
          <w:rtl/>
          <w:lang w:val="en-US" w:bidi="ar-SA"/>
        </w:rPr>
        <w:t xml:space="preserve">أين يفعلون ذلك؟ صِل.</w:t>
      </w:r>
    </w:p>
    <w:tbl>
      <w:tblPr>
        <w:tblStyle w:val="TableGrid"/>
        <w:tblW w:type="auto" w:w="0"/>
        <w:tblLook w:firstColumn="1" w:firstRow="1" w:lastColumn="0" w:lastRow="0" w:noHBand="0" w:noVBand="1" w:val="04A0"/>
      </w:tblPr>
      <w:tblGrid>
        <w:gridCol w:w="4989"/>
        <w:gridCol w:w="4989"/>
      </w:tblGrid>
      <w:tr>
        <w:tc>
          <w:tcPr>
            <w:tcW w:type="dxa" w:w="4989"/>
            <w:shd w:val="clear" w:color="auto" w:fill="047857"/>
          </w:tcPr>
          <w:p>
            <w:pPr>
              <w:spacing w:before="0" w:after="40"/>
              <w:jc w:val="both"/>
            </w:pPr>
            <w:r>
              <w:rPr>
                <w:b/>
                <w:bCs/>
                <w:color w:val="FFFFFF"/>
              </w:rPr>
              <w:t>Column A</w:t>
            </w:r>
          </w:p>
        </w:tc>
        <w:tc>
          <w:tcPr>
            <w:tcW w:type="dxa" w:w="4989"/>
            <w:shd w:val="clear" w:color="auto" w:fill="047857"/>
          </w:tcPr>
          <w:p>
            <w:pPr>
              <w:spacing w:before="0" w:after="40"/>
              <w:jc w:val="both"/>
            </w:pPr>
            <w:r>
              <w:rPr>
                <w:b/>
                <w:bCs/>
                <w:color w:val="FFFFFF"/>
              </w:rPr>
              <w:t>Column B</w:t>
            </w:r>
          </w:p>
        </w:tc>
      </w:tr>
      <w:tr>
        <w:tc>
          <w:tcPr>
            <w:tcW w:type="dxa" w:w="4989"/>
          </w:tcPr>
          <w:p>
            <w:pPr>
              <w:spacing w:before="0" w:after="40"/>
              <w:jc w:val="both"/>
            </w:pPr>
            <w:r>
              <w:rPr/>
              <w:t>1. swim</w:t>
            </w:r>
          </w:p>
        </w:tc>
        <w:tc>
          <w:tcPr>
            <w:tcW w:type="dxa" w:w="4989"/>
          </w:tcPr>
          <w:p>
            <w:pPr>
              <w:spacing w:before="0" w:after="40"/>
              <w:jc w:val="both"/>
            </w:pPr>
            <w:r>
              <w:rPr/>
              <w:t>[   ] at the bakery</w:t>
            </w:r>
          </w:p>
        </w:tc>
      </w:tr>
      <w:tr>
        <w:tc>
          <w:tcPr>
            <w:tcW w:type="dxa" w:w="4989"/>
          </w:tcPr>
          <w:p>
            <w:pPr>
              <w:spacing w:before="0" w:after="40"/>
              <w:jc w:val="both"/>
            </w:pPr>
            <w:r>
              <w:rPr/>
              <w:t>2. read books</w:t>
            </w:r>
          </w:p>
        </w:tc>
        <w:tc>
          <w:tcPr>
            <w:tcW w:type="dxa" w:w="4989"/>
          </w:tcPr>
          <w:p>
            <w:pPr>
              <w:spacing w:before="0" w:after="40"/>
              <w:jc w:val="both"/>
            </w:pPr>
            <w:r>
              <w:rPr/>
              <w:t>[   ] in the pool</w:t>
            </w:r>
          </w:p>
        </w:tc>
      </w:tr>
      <w:tr>
        <w:tc>
          <w:tcPr>
            <w:tcW w:type="dxa" w:w="4989"/>
          </w:tcPr>
          <w:p>
            <w:pPr>
              <w:spacing w:before="0" w:after="40"/>
              <w:jc w:val="both"/>
            </w:pPr>
            <w:r>
              <w:rPr/>
              <w:t>3. buy bread</w:t>
            </w:r>
          </w:p>
        </w:tc>
        <w:tc>
          <w:tcPr>
            <w:tcW w:type="dxa" w:w="4989"/>
          </w:tcPr>
          <w:p>
            <w:pPr>
              <w:spacing w:before="0" w:after="40"/>
              <w:jc w:val="both"/>
            </w:pPr>
            <w:r>
              <w:rPr/>
              <w:t>[   ] in the gym</w:t>
            </w:r>
          </w:p>
        </w:tc>
      </w:tr>
      <w:tr>
        <w:tc>
          <w:tcPr>
            <w:tcW w:type="dxa" w:w="4989"/>
          </w:tcPr>
          <w:p>
            <w:pPr>
              <w:spacing w:before="0" w:after="40"/>
              <w:jc w:val="both"/>
            </w:pPr>
            <w:r>
              <w:rPr/>
              <w:t>4. see the doctor</w:t>
            </w:r>
          </w:p>
        </w:tc>
        <w:tc>
          <w:tcPr>
            <w:tcW w:type="dxa" w:w="4989"/>
          </w:tcPr>
          <w:p>
            <w:pPr>
              <w:spacing w:before="0" w:after="40"/>
              <w:jc w:val="both"/>
            </w:pPr>
            <w:r>
              <w:rPr/>
              <w:t>[   ] in the bedroom</w:t>
            </w:r>
          </w:p>
        </w:tc>
      </w:tr>
      <w:tr>
        <w:tc>
          <w:tcPr>
            <w:tcW w:type="dxa" w:w="4989"/>
          </w:tcPr>
          <w:p>
            <w:pPr>
              <w:spacing w:before="0" w:after="40"/>
              <w:jc w:val="both"/>
            </w:pPr>
            <w:r>
              <w:rPr/>
              <w:t>5. play basketball</w:t>
            </w:r>
          </w:p>
        </w:tc>
        <w:tc>
          <w:tcPr>
            <w:tcW w:type="dxa" w:w="4989"/>
          </w:tcPr>
          <w:p>
            <w:pPr>
              <w:spacing w:before="0" w:after="40"/>
              <w:jc w:val="both"/>
            </w:pPr>
            <w:r>
              <w:rPr/>
              <w:t>[   ] in the library</w:t>
            </w:r>
          </w:p>
        </w:tc>
      </w:tr>
      <w:tr>
        <w:tc>
          <w:tcPr>
            <w:tcW w:type="dxa" w:w="4989"/>
          </w:tcPr>
          <w:p>
            <w:pPr>
              <w:spacing w:before="0" w:after="40"/>
              <w:jc w:val="both"/>
            </w:pPr>
            <w:r>
              <w:rPr/>
              <w:t>6. sleep</w:t>
            </w:r>
          </w:p>
        </w:tc>
        <w:tc>
          <w:tcPr>
            <w:tcW w:type="dxa" w:w="4989"/>
          </w:tcPr>
          <w:p>
            <w:pPr>
              <w:spacing w:before="0" w:after="40"/>
              <w:jc w:val="both"/>
            </w:pPr>
            <w:r>
              <w:rPr/>
              <w:t>[   ] at the clinic</w:t>
            </w:r>
          </w:p>
        </w:tc>
      </w:tr>
    </w:tbl>
    <w:p>
      <w:pPr>
        <w:spacing w:before="0" w:after="40"/>
        <w:jc w:val="both"/>
      </w:pPr>
    </w:p>
    <w:p>
      <w:pPr>
        <w:spacing w:before="160" w:after="20"/>
        <w:jc w:val="both"/>
      </w:pPr>
      <w:r>
        <w:rPr>
          <w:b/>
          <w:bCs/>
          <w:sz w:val="26"/>
          <w:szCs w:val="26"/>
        </w:rPr>
        <w:t>2. Add -s, -es or -ies.</w:t>
      </w:r>
    </w:p>
    <w:p>
      <w:pPr>
        <w:bidi/>
        <w:spacing w:before="0" w:after="0"/>
        <w:jc w:val="both"/>
      </w:pPr>
      <w:r>
        <w:rPr>
          <w:rFonts w:ascii="Arial" w:hAnsi="Arial" w:cs="Arial"/>
          <w:color w:val="6B7280"/>
          <w:sz w:val="20"/>
          <w:szCs w:val="20"/>
          <w:rtl/>
          <w:lang w:val="en-US" w:bidi="he-IL"/>
        </w:rPr>
        <w:t xml:space="preserve">הוסיפו -‎s, -es‎ או -‎ies‎.</w:t>
      </w:r>
    </w:p>
    <w:p>
      <w:pPr>
        <w:bidi/>
        <w:spacing w:before="0" w:after="80"/>
        <w:jc w:val="both"/>
      </w:pPr>
      <w:r>
        <w:rPr>
          <w:rFonts w:ascii="Arial" w:hAnsi="Arial" w:cs="Arial"/>
          <w:color w:val="6B7280"/>
          <w:sz w:val="21"/>
          <w:szCs w:val="21"/>
          <w:rtl/>
          <w:lang w:val="en-US" w:bidi="ar-SA"/>
        </w:rPr>
        <w:t xml:space="preserve">أضف -‎s‎ أو -‎es‎ أو -‎ies‎.</w:t>
      </w:r>
    </w:p>
    <w:p>
      <w:pPr>
        <w:spacing w:before="0" w:after="60"/>
        <w:jc w:val="both"/>
      </w:pPr>
      <w:r>
        <w:rPr/>
        <w:t>a. Dad wash__________ the car on Fridays.</w:t>
      </w:r>
    </w:p>
    <w:p>
      <w:pPr>
        <w:spacing w:before="0" w:after="60"/>
        <w:jc w:val="both"/>
      </w:pPr>
      <w:r>
        <w:rPr/>
        <w:t>b. My cat sleep__________ on the sofa.</w:t>
      </w:r>
    </w:p>
    <w:p>
      <w:pPr>
        <w:spacing w:before="0" w:after="60"/>
        <w:jc w:val="both"/>
      </w:pPr>
      <w:r>
        <w:rPr/>
        <w:t>c. Noa stud__________ English every day.</w:t>
      </w:r>
    </w:p>
    <w:p>
      <w:pPr>
        <w:spacing w:before="0" w:after="60"/>
        <w:jc w:val="both"/>
      </w:pPr>
      <w:r>
        <w:rPr/>
        <w:t>d. The bus go__________ to Tel Aviv.</w:t>
      </w:r>
    </w:p>
    <w:p>
      <w:pPr>
        <w:spacing w:before="0" w:after="60"/>
        <w:jc w:val="both"/>
      </w:pPr>
      <w:r>
        <w:rPr/>
        <w:t>e. Itay fix__________ his bike.</w:t>
      </w:r>
    </w:p>
    <w:p>
      <w:pPr>
        <w:spacing w:before="0" w:after="60"/>
        <w:jc w:val="both"/>
      </w:pPr>
      <w:r>
        <w:rPr/>
        <w:t>f. The bird fl__________ over the house.</w:t>
      </w:r>
    </w:p>
    <w:p>
      <w:pPr>
        <w:spacing w:before="160" w:after="20"/>
        <w:jc w:val="both"/>
      </w:pPr>
      <w:r>
        <w:rPr>
          <w:b/>
          <w:bCs/>
          <w:sz w:val="26"/>
          <w:szCs w:val="26"/>
        </w:rPr>
        <w:t>3. Complete the table.</w:t>
      </w:r>
    </w:p>
    <w:p>
      <w:pPr>
        <w:bidi/>
        <w:spacing w:before="0" w:after="0"/>
        <w:jc w:val="both"/>
      </w:pPr>
      <w:r>
        <w:rPr>
          <w:rFonts w:ascii="Arial" w:hAnsi="Arial" w:cs="Arial"/>
          <w:color w:val="6B7280"/>
          <w:sz w:val="20"/>
          <w:szCs w:val="20"/>
          <w:rtl/>
          <w:lang w:val="en-US" w:bidi="he-IL"/>
        </w:rPr>
        <w:t xml:space="preserve">השלימו את הטבלה.</w:t>
      </w:r>
    </w:p>
    <w:p>
      <w:pPr>
        <w:bidi/>
        <w:spacing w:before="0" w:after="80"/>
        <w:jc w:val="both"/>
      </w:pPr>
      <w:r>
        <w:rPr>
          <w:rFonts w:ascii="Arial" w:hAnsi="Arial" w:cs="Arial"/>
          <w:color w:val="6B7280"/>
          <w:sz w:val="21"/>
          <w:szCs w:val="21"/>
          <w:rtl/>
          <w:lang w:val="en-US" w:bidi="ar-SA"/>
        </w:rPr>
        <w:t xml:space="preserve">أكمل الجدول.</w:t>
      </w:r>
    </w:p>
    <w:tbl>
      <w:tblPr>
        <w:tblStyle w:val="TableGrid"/>
        <w:tblW w:type="auto" w:w="0"/>
        <w:tblLook w:firstColumn="1" w:firstRow="1" w:lastColumn="0" w:lastRow="0" w:noHBand="0" w:noVBand="1" w:val="04A0"/>
      </w:tblPr>
      <w:tblGrid>
        <w:gridCol w:w="3326"/>
        <w:gridCol w:w="3326"/>
        <w:gridCol w:w="3326"/>
      </w:tblGrid>
      <w:tr>
        <w:tc>
          <w:tcPr>
            <w:tcW w:type="dxa" w:w="3326"/>
            <w:shd w:val="clear" w:color="auto" w:fill="047857"/>
          </w:tcPr>
          <w:p>
            <w:pPr>
              <w:spacing w:before="0" w:after="40"/>
              <w:jc w:val="both"/>
            </w:pPr>
            <w:r>
              <w:rPr>
                <w:b/>
                <w:bCs/>
                <w:color w:val="FFFFFF"/>
              </w:rPr>
              <w:t>+</w:t>
            </w:r>
          </w:p>
        </w:tc>
        <w:tc>
          <w:tcPr>
            <w:tcW w:type="dxa" w:w="3326"/>
            <w:shd w:val="clear" w:color="auto" w:fill="047857"/>
          </w:tcPr>
          <w:p>
            <w:pPr>
              <w:spacing w:before="0" w:after="40"/>
              <w:jc w:val="both"/>
            </w:pPr>
            <w:r>
              <w:rPr>
                <w:b/>
                <w:bCs/>
                <w:color w:val="FFFFFF"/>
              </w:rPr>
              <w:t>−</w:t>
            </w:r>
          </w:p>
        </w:tc>
        <w:tc>
          <w:tcPr>
            <w:tcW w:type="dxa" w:w="3326"/>
            <w:shd w:val="clear" w:color="auto" w:fill="047857"/>
          </w:tcPr>
          <w:p>
            <w:pPr>
              <w:spacing w:before="0" w:after="40"/>
              <w:jc w:val="both"/>
            </w:pPr>
            <w:r>
              <w:rPr>
                <w:b/>
                <w:bCs/>
                <w:color w:val="FFFFFF"/>
              </w:rPr>
              <w:t>?</w:t>
            </w:r>
          </w:p>
        </w:tc>
      </w:tr>
      <w:tr>
        <w:tc>
          <w:tcPr>
            <w:tcW w:type="dxa" w:w="3326"/>
          </w:tcPr>
          <w:p>
            <w:pPr>
              <w:spacing w:before="0" w:after="40"/>
              <w:jc w:val="both"/>
            </w:pPr>
            <w:r>
              <w:rPr/>
              <w:t>He reads.</w:t>
            </w:r>
          </w:p>
        </w:tc>
        <w:tc>
          <w:tcPr>
            <w:tcW w:type="dxa" w:w="3326"/>
          </w:tcPr>
          <w:p>
            <w:pPr>
              <w:spacing w:before="0" w:after="40"/>
              <w:jc w:val="both"/>
            </w:pPr>
            <w:r>
              <w:rPr/>
            </w:r>
          </w:p>
        </w:tc>
        <w:tc>
          <w:tcPr>
            <w:tcW w:type="dxa" w:w="3326"/>
          </w:tcPr>
          <w:p>
            <w:pPr>
              <w:spacing w:before="0" w:after="40"/>
              <w:jc w:val="both"/>
            </w:pPr>
            <w:r>
              <w:rPr/>
            </w:r>
          </w:p>
        </w:tc>
      </w:tr>
      <w:tr>
        <w:tc>
          <w:tcPr>
            <w:tcW w:type="dxa" w:w="3326"/>
          </w:tcPr>
          <w:p>
            <w:pPr>
              <w:spacing w:before="0" w:after="40"/>
              <w:jc w:val="both"/>
            </w:pPr>
            <w:r>
              <w:rPr/>
              <w:t>She swims.</w:t>
            </w:r>
          </w:p>
        </w:tc>
        <w:tc>
          <w:tcPr>
            <w:tcW w:type="dxa" w:w="3326"/>
          </w:tcPr>
          <w:p>
            <w:pPr>
              <w:spacing w:before="0" w:after="40"/>
              <w:jc w:val="both"/>
            </w:pPr>
            <w:r>
              <w:rPr/>
            </w:r>
          </w:p>
        </w:tc>
        <w:tc>
          <w:tcPr>
            <w:tcW w:type="dxa" w:w="3326"/>
          </w:tcPr>
          <w:p>
            <w:pPr>
              <w:spacing w:before="0" w:after="40"/>
              <w:jc w:val="both"/>
            </w:pPr>
            <w:r>
              <w:rPr/>
            </w:r>
          </w:p>
        </w:tc>
      </w:tr>
      <w:tr>
        <w:tc>
          <w:tcPr>
            <w:tcW w:type="dxa" w:w="3326"/>
          </w:tcPr>
          <w:p>
            <w:pPr>
              <w:spacing w:before="0" w:after="40"/>
              <w:jc w:val="both"/>
            </w:pPr>
            <w:r>
              <w:rPr/>
              <w:t>It works.</w:t>
            </w:r>
          </w:p>
        </w:tc>
        <w:tc>
          <w:tcPr>
            <w:tcW w:type="dxa" w:w="3326"/>
          </w:tcPr>
          <w:p>
            <w:pPr>
              <w:spacing w:before="0" w:after="40"/>
              <w:jc w:val="both"/>
            </w:pPr>
            <w:r>
              <w:rPr/>
            </w:r>
          </w:p>
        </w:tc>
        <w:tc>
          <w:tcPr>
            <w:tcW w:type="dxa" w:w="3326"/>
          </w:tcPr>
          <w:p>
            <w:pPr>
              <w:spacing w:before="0" w:after="40"/>
              <w:jc w:val="both"/>
            </w:pPr>
            <w:r>
              <w:rPr/>
            </w:r>
          </w:p>
        </w:tc>
      </w:tr>
      <w:tr>
        <w:tc>
          <w:tcPr>
            <w:tcW w:type="dxa" w:w="3326"/>
          </w:tcPr>
          <w:p>
            <w:pPr>
              <w:spacing w:before="0" w:after="40"/>
              <w:jc w:val="both"/>
            </w:pPr>
            <w:r>
              <w:rPr/>
              <w:t>They play.</w:t>
            </w:r>
          </w:p>
        </w:tc>
        <w:tc>
          <w:tcPr>
            <w:tcW w:type="dxa" w:w="3326"/>
          </w:tcPr>
          <w:p>
            <w:pPr>
              <w:spacing w:before="0" w:after="40"/>
              <w:jc w:val="both"/>
            </w:pPr>
            <w:r>
              <w:rPr/>
            </w:r>
          </w:p>
        </w:tc>
        <w:tc>
          <w:tcPr>
            <w:tcW w:type="dxa" w:w="3326"/>
          </w:tcPr>
          <w:p>
            <w:pPr>
              <w:spacing w:before="0" w:after="40"/>
              <w:jc w:val="both"/>
            </w:pPr>
            <w:r>
              <w:rPr/>
            </w:r>
          </w:p>
        </w:tc>
      </w:tr>
    </w:tbl>
    <w:p>
      <w:pPr>
        <w:spacing w:before="0" w:after="40"/>
        <w:jc w:val="both"/>
      </w:pPr>
    </w:p>
    <w:p>
      <w:pPr>
        <w:spacing w:before="160" w:after="20"/>
        <w:jc w:val="both"/>
      </w:pPr>
      <w:r>
        <w:rPr>
          <w:b/>
          <w:bCs/>
          <w:sz w:val="26"/>
          <w:szCs w:val="26"/>
        </w:rPr>
        <w:t>4. Do or Does? Sort the words.</w:t>
      </w:r>
    </w:p>
    <w:p>
      <w:pPr>
        <w:bidi/>
        <w:spacing w:before="0" w:after="0"/>
        <w:jc w:val="both"/>
      </w:pPr>
      <w:r>
        <w:rPr>
          <w:rFonts w:ascii="Arial" w:hAnsi="Arial" w:cs="Arial"/>
          <w:color w:val="6B7280"/>
          <w:sz w:val="20"/>
          <w:szCs w:val="20"/>
          <w:rtl/>
          <w:lang w:val="en-US" w:bidi="he-IL"/>
        </w:rPr>
        <w:t xml:space="preserve">‎Do‎ או ‎Does?‎ מיינו את המילים.</w:t>
      </w:r>
    </w:p>
    <w:p>
      <w:pPr>
        <w:bidi/>
        <w:spacing w:before="0" w:after="80"/>
        <w:jc w:val="both"/>
      </w:pPr>
      <w:r>
        <w:rPr>
          <w:rFonts w:ascii="Arial" w:hAnsi="Arial" w:cs="Arial"/>
          <w:color w:val="6B7280"/>
          <w:sz w:val="21"/>
          <w:szCs w:val="21"/>
          <w:rtl/>
          <w:lang w:val="en-US" w:bidi="ar-SA"/>
        </w:rPr>
        <w:t xml:space="preserve">‎Do‎ أم ‎Does‎؟ صنّف الكلمات.</w:t>
      </w:r>
    </w:p>
    <w:p>
      <w:pPr>
        <w:spacing w:before="0" w:after="80"/>
        <w:jc w:val="both"/>
      </w:pPr>
      <w:r>
        <w:rPr>
          <w:color w:val="047857"/>
          <w:sz w:val="24"/>
          <w:szCs w:val="24"/>
        </w:rPr>
        <w:t>Words: you  |  she  |  they  |  Tamar  |  we  |  the dog  |  my parents  |  it</w:t>
      </w:r>
    </w:p>
    <w:tbl>
      <w:tblPr>
        <w:tblStyle w:val="TableGrid"/>
        <w:tblW w:type="auto" w:w="0"/>
        <w:tblLook w:firstColumn="1" w:firstRow="1" w:lastColumn="0" w:lastRow="0" w:noHBand="0" w:noVBand="1" w:val="04A0"/>
      </w:tblPr>
      <w:tblGrid>
        <w:gridCol w:w="4989"/>
        <w:gridCol w:w="4989"/>
      </w:tblGrid>
      <w:tr>
        <w:tc>
          <w:tcPr>
            <w:tcW w:type="dxa" w:w="4989"/>
            <w:shd w:val="clear" w:color="auto" w:fill="047857"/>
          </w:tcPr>
          <w:p>
            <w:pPr>
              <w:spacing w:before="0" w:after="40"/>
              <w:jc w:val="both"/>
            </w:pPr>
            <w:r>
              <w:rPr>
                <w:b/>
                <w:bCs/>
                <w:color w:val="FFFFFF"/>
              </w:rPr>
              <w:t>Do</w:t>
            </w:r>
          </w:p>
        </w:tc>
        <w:tc>
          <w:tcPr>
            <w:tcW w:type="dxa" w:w="4989"/>
            <w:shd w:val="clear" w:color="auto" w:fill="047857"/>
          </w:tcPr>
          <w:p>
            <w:pPr>
              <w:spacing w:before="0" w:after="40"/>
              <w:jc w:val="both"/>
            </w:pPr>
            <w:r>
              <w:rPr>
                <w:b/>
                <w:bCs/>
                <w:color w:val="FFFFFF"/>
              </w:rPr>
              <w:t>Does</w:t>
            </w:r>
          </w:p>
        </w:tc>
      </w:tr>
      <w:tr>
        <w:tc>
          <w:tcPr>
            <w:tcW w:type="dxa" w:w="4989"/>
          </w:tcPr>
          <w:p>
            <w:pPr>
              <w:spacing w:before="0" w:after="40"/>
              <w:jc w:val="both"/>
            </w:pPr>
            <w:r>
              <w:rPr/>
              <w:br/>
              <w:br/>
              <w:br/>
            </w:r>
          </w:p>
        </w:tc>
        <w:tc>
          <w:tcPr>
            <w:tcW w:type="dxa" w:w="4989"/>
          </w:tcPr>
          <w:p>
            <w:pPr>
              <w:spacing w:before="0" w:after="40"/>
              <w:jc w:val="both"/>
            </w:pPr>
            <w:r>
              <w:rPr/>
              <w:br/>
              <w:br/>
              <w:br/>
            </w:r>
          </w:p>
        </w:tc>
      </w:tr>
    </w:tbl>
    <w:p>
      <w:pPr>
        <w:spacing w:before="0" w:after="40"/>
        <w:jc w:val="both"/>
      </w:pPr>
    </w:p>
    <w:p>
      <w:pPr>
        <w:spacing w:before="160" w:after="20"/>
        <w:jc w:val="both"/>
      </w:pPr>
      <w:r>
        <w:rPr>
          <w:b/>
          <w:bCs/>
          <w:sz w:val="26"/>
          <w:szCs w:val="26"/>
        </w:rPr>
        <w:t>5. Complete with a word from the bank.</w:t>
      </w:r>
    </w:p>
    <w:p>
      <w:pPr>
        <w:bidi/>
        <w:spacing w:before="0" w:after="0"/>
        <w:jc w:val="both"/>
      </w:pPr>
      <w:r>
        <w:rPr>
          <w:rFonts w:ascii="Arial" w:hAnsi="Arial" w:cs="Arial"/>
          <w:color w:val="6B7280"/>
          <w:sz w:val="20"/>
          <w:szCs w:val="20"/>
          <w:rtl/>
          <w:lang w:val="en-US" w:bidi="he-IL"/>
        </w:rPr>
        <w:t xml:space="preserve">השלימו במילה ממחסן המילים.</w:t>
      </w:r>
    </w:p>
    <w:p>
      <w:pPr>
        <w:bidi/>
        <w:spacing w:before="0" w:after="80"/>
        <w:jc w:val="both"/>
      </w:pPr>
      <w:r>
        <w:rPr>
          <w:rFonts w:ascii="Arial" w:hAnsi="Arial" w:cs="Arial"/>
          <w:color w:val="6B7280"/>
          <w:sz w:val="21"/>
          <w:szCs w:val="21"/>
          <w:rtl/>
          <w:lang w:val="en-US" w:bidi="ar-SA"/>
        </w:rPr>
        <w:t xml:space="preserve">أكمل بكلمة من بنك الكلمات.</w:t>
      </w:r>
    </w:p>
    <w:p>
      <w:pPr>
        <w:spacing w:before="0" w:after="80"/>
        <w:jc w:val="both"/>
      </w:pPr>
      <w:r>
        <w:rPr>
          <w:color w:val="047857"/>
          <w:sz w:val="24"/>
          <w:szCs w:val="24"/>
        </w:rPr>
        <w:t>Word bank: drinks  |  walks  |  lives  |  speaks  |  teaches  |  has</w:t>
      </w:r>
    </w:p>
    <w:p>
      <w:pPr>
        <w:spacing w:before="0" w:after="60"/>
        <w:jc w:val="both"/>
      </w:pPr>
      <w:r>
        <w:rPr/>
        <w:t>a. My grandma __________ in Eilat.</w:t>
      </w:r>
    </w:p>
    <w:p>
      <w:pPr>
        <w:spacing w:before="0" w:after="60"/>
        <w:jc w:val="both"/>
      </w:pPr>
      <w:r>
        <w:rPr/>
        <w:t>b. Mr. Levi __________ math at our school.</w:t>
      </w:r>
    </w:p>
    <w:p>
      <w:pPr>
        <w:spacing w:before="0" w:after="60"/>
        <w:jc w:val="both"/>
      </w:pPr>
      <w:r>
        <w:rPr/>
        <w:t>c. Shira __________ three languages.</w:t>
      </w:r>
    </w:p>
    <w:p>
      <w:pPr>
        <w:spacing w:before="0" w:after="60"/>
        <w:jc w:val="both"/>
      </w:pPr>
      <w:r>
        <w:rPr/>
        <w:t>d. Our dog __________ a long tail.</w:t>
      </w:r>
    </w:p>
    <w:p>
      <w:pPr>
        <w:spacing w:before="0" w:after="60"/>
        <w:jc w:val="both"/>
      </w:pPr>
      <w:r>
        <w:rPr/>
        <w:t>e. Daniel __________ milk every morning.</w:t>
      </w:r>
    </w:p>
    <w:p>
      <w:pPr>
        <w:spacing w:before="0" w:after="60"/>
        <w:jc w:val="both"/>
      </w:pPr>
      <w:r>
        <w:rPr/>
        <w:t>f. Ariel __________ to school with his friends.</w:t>
      </w:r>
    </w:p>
    <w:p>
      <w:pPr>
        <w:spacing w:before="160" w:after="20"/>
        <w:jc w:val="both"/>
      </w:pPr>
      <w:r>
        <w:rPr>
          <w:b/>
          <w:bCs/>
          <w:sz w:val="26"/>
          <w:szCs w:val="26"/>
        </w:rPr>
        <w:t>6. Choose the correct answer.</w:t>
      </w:r>
    </w:p>
    <w:p>
      <w:pPr>
        <w:bidi/>
        <w:spacing w:before="0" w:after="0"/>
        <w:jc w:val="both"/>
      </w:pPr>
      <w:r>
        <w:rPr>
          <w:rFonts w:ascii="Arial" w:hAnsi="Arial" w:cs="Arial"/>
          <w:color w:val="6B7280"/>
          <w:sz w:val="20"/>
          <w:szCs w:val="20"/>
          <w:rtl/>
          <w:lang w:val="en-US" w:bidi="he-IL"/>
        </w:rPr>
        <w:t xml:space="preserve">בחרו את התשובה הנכונה.</w:t>
      </w:r>
    </w:p>
    <w:p>
      <w:pPr>
        <w:bidi/>
        <w:spacing w:before="0" w:after="80"/>
        <w:jc w:val="both"/>
      </w:pPr>
      <w:r>
        <w:rPr>
          <w:rFonts w:ascii="Arial" w:hAnsi="Arial" w:cs="Arial"/>
          <w:color w:val="6B7280"/>
          <w:sz w:val="21"/>
          <w:szCs w:val="21"/>
          <w:rtl/>
          <w:lang w:val="en-US" w:bidi="ar-SA"/>
        </w:rPr>
        <w:t xml:space="preserve">اختر الإجابة الصحيحة.</w:t>
      </w:r>
    </w:p>
    <w:p>
      <w:pPr>
        <w:spacing w:before="0" w:after="20"/>
        <w:jc w:val="both"/>
      </w:pPr>
      <w:r>
        <w:rPr/>
        <w:t>a. Does Ben like pizza?</w:t>
      </w:r>
    </w:p>
    <w:p>
      <w:pPr>
        <w:spacing w:before="0" w:after="80"/>
        <w:jc w:val="both"/>
      </w:pPr>
      <w:r>
        <w:rPr/>
        <w:t xml:space="preserve">   ○ Yes, he likes.      ○ Yes, he does.      ○ Yes, he do.</w:t>
      </w:r>
    </w:p>
    <w:p>
      <w:pPr>
        <w:spacing w:before="0" w:after="20"/>
        <w:jc w:val="both"/>
      </w:pPr>
      <w:r>
        <w:rPr/>
        <w:t>b. Do you have a pet?</w:t>
      </w:r>
    </w:p>
    <w:p>
      <w:pPr>
        <w:spacing w:before="0" w:after="80"/>
        <w:jc w:val="both"/>
      </w:pPr>
      <w:r>
        <w:rPr/>
        <w:t xml:space="preserve">   ○ No, I don't.      ○ No, I doesn't.      ○ No, I not.</w:t>
      </w:r>
    </w:p>
    <w:p>
      <w:pPr>
        <w:spacing w:before="0" w:after="20"/>
        <w:jc w:val="both"/>
      </w:pPr>
      <w:r>
        <w:rPr/>
        <w:t>c. Does your mom work in a bank?</w:t>
      </w:r>
    </w:p>
    <w:p>
      <w:pPr>
        <w:spacing w:before="0" w:after="80"/>
        <w:jc w:val="both"/>
      </w:pPr>
      <w:r>
        <w:rPr/>
        <w:t xml:space="preserve">   ○ No, she don't.      ○ No, she isn't.      ○ No, she doesn't.</w:t>
      </w:r>
    </w:p>
    <w:p>
      <w:pPr>
        <w:spacing w:before="0" w:after="20"/>
        <w:jc w:val="both"/>
      </w:pPr>
      <w:r>
        <w:rPr/>
        <w:t>d. Do your friends play chess?</w:t>
      </w:r>
    </w:p>
    <w:p>
      <w:pPr>
        <w:spacing w:before="0" w:after="80"/>
        <w:jc w:val="both"/>
      </w:pPr>
      <w:r>
        <w:rPr/>
        <w:t xml:space="preserve">   ○ Yes, they do.      ○ Yes, they does.      ○ Yes, they plays.</w:t>
      </w:r>
    </w:p>
    <w:p>
      <w:pPr>
        <w:spacing w:before="160" w:after="20"/>
        <w:jc w:val="both"/>
      </w:pPr>
      <w:r>
        <w:rPr>
          <w:b/>
          <w:bCs/>
          <w:sz w:val="26"/>
          <w:szCs w:val="26"/>
        </w:rPr>
        <w:t>7. Find the mistake. Write the sentence correctly.</w:t>
      </w:r>
    </w:p>
    <w:p>
      <w:pPr>
        <w:bidi/>
        <w:spacing w:before="0" w:after="0"/>
        <w:jc w:val="both"/>
      </w:pPr>
      <w:r>
        <w:rPr>
          <w:rFonts w:ascii="Arial" w:hAnsi="Arial" w:cs="Arial"/>
          <w:color w:val="6B7280"/>
          <w:sz w:val="20"/>
          <w:szCs w:val="20"/>
          <w:rtl/>
          <w:lang w:val="en-US" w:bidi="he-IL"/>
        </w:rPr>
        <w:t xml:space="preserve">מצאו את הטעות. כתבו את המשפט נכון.</w:t>
      </w:r>
    </w:p>
    <w:p>
      <w:pPr>
        <w:bidi/>
        <w:spacing w:before="0" w:after="80"/>
        <w:jc w:val="both"/>
      </w:pPr>
      <w:r>
        <w:rPr>
          <w:rFonts w:ascii="Arial" w:hAnsi="Arial" w:cs="Arial"/>
          <w:color w:val="6B7280"/>
          <w:sz w:val="21"/>
          <w:szCs w:val="21"/>
          <w:rtl/>
          <w:lang w:val="en-US" w:bidi="ar-SA"/>
        </w:rPr>
        <w:t xml:space="preserve">جد الخطأ. اكتب الجملة بشكل صحيح.</w:t>
      </w:r>
    </w:p>
    <w:p>
      <w:pPr>
        <w:spacing w:before="0" w:after="100"/>
        <w:jc w:val="both"/>
      </w:pPr>
      <w:r>
        <w:rPr/>
        <w:t>a. He play tennis.</w:t>
      </w:r>
    </w:p>
    <w:p>
      <w:pPr>
        <w:spacing w:before="0" w:after="100"/>
        <w:jc w:val="both"/>
      </w:pPr>
      <w:r>
        <w:rPr/>
        <w:t>b. My sister watchs TV.</w:t>
      </w:r>
    </w:p>
    <w:p>
      <w:pPr>
        <w:spacing w:before="0" w:after="100"/>
        <w:jc w:val="both"/>
      </w:pPr>
      <w:r>
        <w:rPr/>
        <w:t>c. Tom don't like milk.</w:t>
      </w:r>
    </w:p>
    <w:p>
      <w:pPr>
        <w:spacing w:before="0" w:after="100"/>
        <w:jc w:val="both"/>
      </w:pPr>
      <w:r>
        <w:rPr/>
        <w:t>d. Does Maya likes dogs?</w:t>
      </w:r>
    </w:p>
    <w:p>
      <w:pPr>
        <w:spacing w:before="0" w:after="100"/>
        <w:jc w:val="both"/>
      </w:pPr>
      <w:r>
        <w:rPr/>
        <w:t>e. The baby crys a lot.</w:t>
      </w:r>
    </w:p>
    <w:p>
      <w:pPr>
        <w:spacing w:before="160" w:after="20"/>
        <w:jc w:val="both"/>
      </w:pPr>
      <w:r>
        <w:rPr>
          <w:b/>
          <w:bCs/>
          <w:sz w:val="26"/>
          <w:szCs w:val="26"/>
        </w:rPr>
        <w:t>8. True or False? Correct the false rules.</w:t>
      </w:r>
    </w:p>
    <w:p>
      <w:pPr>
        <w:bidi/>
        <w:spacing w:before="0" w:after="0"/>
        <w:jc w:val="both"/>
      </w:pPr>
      <w:r>
        <w:rPr>
          <w:rFonts w:ascii="Arial" w:hAnsi="Arial" w:cs="Arial"/>
          <w:color w:val="6B7280"/>
          <w:sz w:val="20"/>
          <w:szCs w:val="20"/>
          <w:rtl/>
          <w:lang w:val="en-US" w:bidi="he-IL"/>
        </w:rPr>
        <w:t xml:space="preserve">נכון או לא נכון? תקנו את הכללים הלא נכונים.</w:t>
      </w:r>
    </w:p>
    <w:p>
      <w:pPr>
        <w:bidi/>
        <w:spacing w:before="0" w:after="80"/>
        <w:jc w:val="both"/>
      </w:pPr>
      <w:r>
        <w:rPr>
          <w:rFonts w:ascii="Arial" w:hAnsi="Arial" w:cs="Arial"/>
          <w:color w:val="6B7280"/>
          <w:sz w:val="21"/>
          <w:szCs w:val="21"/>
          <w:rtl/>
          <w:lang w:val="en-US" w:bidi="ar-SA"/>
        </w:rPr>
        <w:t xml:space="preserve">صحيح أم خطأ؟ صحّح القواعد الخاطئة.</w:t>
      </w:r>
    </w:p>
    <w:p>
      <w:pPr>
        <w:spacing w:before="0" w:after="60"/>
        <w:jc w:val="both"/>
      </w:pPr>
      <w:r>
        <w:rPr/>
        <w:t>a. We add -es to verbs that end in -sh, -ch, -x and -o.      True / False</w:t>
      </w:r>
    </w:p>
    <w:p>
      <w:pPr>
        <w:spacing w:before="0" w:after="60"/>
        <w:jc w:val="both"/>
      </w:pPr>
      <w:r>
        <w:rPr/>
        <w:t>b. With he, she and it, we use don't.      True / False</w:t>
      </w:r>
    </w:p>
    <w:p>
      <w:pPr>
        <w:spacing w:before="0" w:after="60"/>
        <w:jc w:val="both"/>
      </w:pPr>
      <w:r>
        <w:rPr/>
        <w:t>c. In a question with does, the verb has no -s.      True / False</w:t>
      </w:r>
    </w:p>
    <w:p>
      <w:pPr>
        <w:spacing w:before="0" w:after="60"/>
        <w:jc w:val="both"/>
      </w:pPr>
      <w:r>
        <w:rPr/>
        <w:t>d. The he/she form of have is haves.      True / False</w:t>
      </w:r>
    </w:p>
    <w:p>
      <w:pPr>
        <w:spacing w:before="160" w:after="20"/>
        <w:jc w:val="both"/>
      </w:pPr>
      <w:r>
        <w:rPr>
          <w:b/>
          <w:bCs/>
          <w:sz w:val="26"/>
          <w:szCs w:val="26"/>
        </w:rPr>
        <w:t>9. Complete the questions with do or does.</w:t>
      </w:r>
    </w:p>
    <w:p>
      <w:pPr>
        <w:bidi/>
        <w:spacing w:before="0" w:after="0"/>
        <w:jc w:val="both"/>
      </w:pPr>
      <w:r>
        <w:rPr>
          <w:rFonts w:ascii="Arial" w:hAnsi="Arial" w:cs="Arial"/>
          <w:color w:val="6B7280"/>
          <w:sz w:val="20"/>
          <w:szCs w:val="20"/>
          <w:rtl/>
          <w:lang w:val="en-US" w:bidi="he-IL"/>
        </w:rPr>
        <w:t xml:space="preserve">השלימו את השאלות ב־‎do‎ או ב־‎does‎.</w:t>
      </w:r>
    </w:p>
    <w:p>
      <w:pPr>
        <w:bidi/>
        <w:spacing w:before="0" w:after="80"/>
        <w:jc w:val="both"/>
      </w:pPr>
      <w:r>
        <w:rPr>
          <w:rFonts w:ascii="Arial" w:hAnsi="Arial" w:cs="Arial"/>
          <w:color w:val="6B7280"/>
          <w:sz w:val="21"/>
          <w:szCs w:val="21"/>
          <w:rtl/>
          <w:lang w:val="en-US" w:bidi="ar-SA"/>
        </w:rPr>
        <w:t xml:space="preserve">أكمل الأسئلة بـ ‎do‎ أو ‎does‎.</w:t>
      </w:r>
    </w:p>
    <w:p>
      <w:pPr>
        <w:spacing w:before="0" w:after="60"/>
        <w:jc w:val="both"/>
      </w:pPr>
      <w:r>
        <w:rPr/>
        <w:t>a. Where __________ your uncle work?</w:t>
      </w:r>
    </w:p>
    <w:p>
      <w:pPr>
        <w:spacing w:before="0" w:after="60"/>
        <w:jc w:val="both"/>
      </w:pPr>
      <w:r>
        <w:rPr/>
        <w:t>b. What time __________ the film start?</w:t>
      </w:r>
    </w:p>
    <w:p>
      <w:pPr>
        <w:spacing w:before="0" w:after="60"/>
        <w:jc w:val="both"/>
      </w:pPr>
      <w:r>
        <w:rPr/>
        <w:t>c. What __________ your friends do on Fridays?</w:t>
      </w:r>
    </w:p>
    <w:p>
      <w:pPr>
        <w:spacing w:before="0" w:after="60"/>
        <w:jc w:val="both"/>
      </w:pPr>
      <w:r>
        <w:rPr/>
        <w:t>d. When __________ Yoav have his piano lesson?</w:t>
      </w:r>
    </w:p>
    <w:p>
      <w:pPr>
        <w:spacing w:before="0" w:after="60"/>
        <w:jc w:val="both"/>
      </w:pPr>
      <w:r>
        <w:rPr/>
        <w:t>e. Where __________ you buy your shoes?</w:t>
      </w:r>
    </w:p>
    <w:p>
      <w:pPr>
        <w:spacing w:before="160" w:after="20"/>
        <w:jc w:val="both"/>
      </w:pPr>
      <w:r>
        <w:rPr>
          <w:b/>
          <w:bCs/>
          <w:sz w:val="26"/>
          <w:szCs w:val="26"/>
        </w:rPr>
        <w:t>10. Write sentences about Tom's day.</w:t>
      </w:r>
    </w:p>
    <w:p>
      <w:pPr>
        <w:bidi/>
        <w:spacing w:before="0" w:after="0"/>
        <w:jc w:val="both"/>
      </w:pPr>
      <w:r>
        <w:rPr>
          <w:rFonts w:ascii="Arial" w:hAnsi="Arial" w:cs="Arial"/>
          <w:color w:val="6B7280"/>
          <w:sz w:val="20"/>
          <w:szCs w:val="20"/>
          <w:rtl/>
          <w:lang w:val="en-US" w:bidi="he-IL"/>
        </w:rPr>
        <w:t xml:space="preserve">כתבו משפטים על היום של ‎Tom‎.</w:t>
      </w:r>
    </w:p>
    <w:p>
      <w:pPr>
        <w:bidi/>
        <w:spacing w:before="0" w:after="80"/>
        <w:jc w:val="both"/>
      </w:pPr>
      <w:r>
        <w:rPr>
          <w:rFonts w:ascii="Arial" w:hAnsi="Arial" w:cs="Arial"/>
          <w:color w:val="6B7280"/>
          <w:sz w:val="21"/>
          <w:szCs w:val="21"/>
          <w:rtl/>
          <w:lang w:val="en-US" w:bidi="ar-SA"/>
        </w:rPr>
        <w:t xml:space="preserve">اكتب جملًا عن يوم ‎Tom‎.</w:t>
      </w:r>
    </w:p>
    <w:p>
      <w:pPr>
        <w:spacing w:before="0" w:after="100"/>
        <w:jc w:val="both"/>
      </w:pPr>
      <w:r>
        <w:rPr/>
        <w:t>a. 7:00 / get up</w:t>
      </w:r>
    </w:p>
    <w:p>
      <w:pPr>
        <w:spacing w:before="0" w:after="100"/>
        <w:jc w:val="both"/>
      </w:pPr>
      <w:r>
        <w:rPr/>
        <w:t>b. 7:30 / catch the bus</w:t>
      </w:r>
    </w:p>
    <w:p>
      <w:pPr>
        <w:spacing w:before="0" w:after="100"/>
        <w:jc w:val="both"/>
      </w:pPr>
      <w:r>
        <w:rPr/>
        <w:t>c. 1:00 / have lunch</w:t>
      </w:r>
    </w:p>
    <w:p>
      <w:pPr>
        <w:spacing w:before="0" w:after="100"/>
        <w:jc w:val="both"/>
      </w:pPr>
      <w:r>
        <w:rPr/>
        <w:t>d. 4:00 / do his homework</w:t>
      </w:r>
    </w:p>
    <w:p>
      <w:pPr>
        <w:spacing w:before="0" w:after="100"/>
        <w:jc w:val="both"/>
      </w:pPr>
      <w:r>
        <w:rPr/>
        <w:t>e. 8:00 / watch TV</w:t>
      </w:r>
    </w:p>
    <w:p>
      <w:pPr>
        <w:spacing w:before="120" w:after="40"/>
        <w:jc w:val="center"/>
      </w:pPr>
      <w:r>
        <w:rPr>
          <w:rFonts w:ascii="Arial Black" w:hAnsi="Arial Black" w:cs="Arial Black"/>
          <w:b/>
          <w:bCs/>
          <w:color w:val="047857"/>
          <w:sz w:val="30"/>
          <w:szCs w:val="30"/>
        </w:rPr>
        <w:t>Shira and Kiwi</w:t>
      </w:r>
    </w:p>
    <w:p>
      <w:pPr>
        <w:spacing w:before="0" w:after="80"/>
        <w:jc w:val="both"/>
      </w:pPr>
      <w:r>
        <w:rPr/>
        <w:t>Shira lives in Rehovot. She has a green parrot. His name is Kiwi. Kiwi is very smart. He knows ten words, and he says "Good morning!" every day. His favorite word is "pizza".</w:t>
      </w:r>
    </w:p>
    <w:p>
      <w:pPr>
        <w:spacing w:before="0" w:after="80"/>
        <w:jc w:val="both"/>
      </w:pPr>
      <w:r>
        <w:rPr/>
        <w:t>Kiwi lives in a big cage in the living room. He eats seeds and fruit, but he doesn't eat bread. Shira gives him fresh water every morning before school.</w:t>
      </w:r>
    </w:p>
    <w:p>
      <w:pPr>
        <w:spacing w:before="0" w:after="80"/>
        <w:jc w:val="both"/>
      </w:pPr>
      <w:r>
        <w:rPr/>
        <w:t>In the afternoon, Shira opens the cage. Kiwi flies around the room and sits on her shoulder. He likes music, and he sings when Shira plays the piano. Shira's brother, Ariel, doesn't like Kiwi very much, because Kiwi pulls his hair!</w:t>
      </w:r>
    </w:p>
    <w:p>
      <w:pPr>
        <w:spacing w:before="160" w:after="20"/>
        <w:jc w:val="both"/>
      </w:pPr>
      <w:r>
        <w:rPr>
          <w:b/>
          <w:bCs/>
          <w:sz w:val="26"/>
          <w:szCs w:val="26"/>
        </w:rPr>
        <w:t>11. Read "Shira and Kiwi". Choose the correct answer.</w:t>
      </w:r>
    </w:p>
    <w:p>
      <w:pPr>
        <w:bidi/>
        <w:spacing w:before="0" w:after="0"/>
        <w:jc w:val="both"/>
      </w:pPr>
      <w:r>
        <w:rPr>
          <w:rFonts w:ascii="Arial" w:hAnsi="Arial" w:cs="Arial"/>
          <w:color w:val="6B7280"/>
          <w:sz w:val="20"/>
          <w:szCs w:val="20"/>
          <w:rtl/>
          <w:lang w:val="en-US" w:bidi="he-IL"/>
        </w:rPr>
        <w:t xml:space="preserve">קראו את ‎"Shira and Kiwi"‎. בחרו את התשובה הנכונה.</w:t>
      </w:r>
    </w:p>
    <w:p>
      <w:pPr>
        <w:bidi/>
        <w:spacing w:before="0" w:after="80"/>
        <w:jc w:val="both"/>
      </w:pPr>
      <w:r>
        <w:rPr>
          <w:rFonts w:ascii="Arial" w:hAnsi="Arial" w:cs="Arial"/>
          <w:color w:val="6B7280"/>
          <w:sz w:val="21"/>
          <w:szCs w:val="21"/>
          <w:rtl/>
          <w:lang w:val="en-US" w:bidi="ar-SA"/>
        </w:rPr>
        <w:t xml:space="preserve">اقرأ ‎"Shira and Kiwi"‎. اختر الإجابة الصحيحة.</w:t>
      </w:r>
    </w:p>
    <w:p>
      <w:pPr>
        <w:spacing w:before="0" w:after="20"/>
        <w:jc w:val="both"/>
      </w:pPr>
      <w:r>
        <w:rPr/>
        <w:t>a. What is Kiwi?</w:t>
      </w:r>
    </w:p>
    <w:p>
      <w:pPr>
        <w:spacing w:before="0" w:after="80"/>
        <w:jc w:val="both"/>
      </w:pPr>
      <w:r>
        <w:rPr/>
        <w:t xml:space="preserve">   ○ a cat      ○ a parrot      ○ a dog</w:t>
      </w:r>
    </w:p>
    <w:p>
      <w:pPr>
        <w:spacing w:before="0" w:after="20"/>
        <w:jc w:val="both"/>
      </w:pPr>
      <w:r>
        <w:rPr/>
        <w:t>b. What does Kiwi say every day?</w:t>
      </w:r>
    </w:p>
    <w:p>
      <w:pPr>
        <w:spacing w:before="0" w:after="80"/>
        <w:jc w:val="both"/>
      </w:pPr>
      <w:r>
        <w:rPr/>
        <w:t xml:space="preserve">   ○ "Good morning!"      ○ "Hello, Ariel!"      ○ "I'm hungry!"</w:t>
      </w:r>
    </w:p>
    <w:p>
      <w:pPr>
        <w:spacing w:before="0" w:after="20"/>
        <w:jc w:val="both"/>
      </w:pPr>
      <w:r>
        <w:rPr/>
        <w:t>c. When does Kiwi sing?</w:t>
      </w:r>
    </w:p>
    <w:p>
      <w:pPr>
        <w:spacing w:before="0" w:after="80"/>
        <w:jc w:val="both"/>
      </w:pPr>
      <w:r>
        <w:rPr/>
        <w:t xml:space="preserve">   ○ when he eats      ○ when Shira plays the piano      ○ in the morning</w:t>
      </w:r>
    </w:p>
    <w:p>
      <w:pPr>
        <w:spacing w:before="0" w:after="20"/>
        <w:jc w:val="both"/>
      </w:pPr>
      <w:r>
        <w:rPr/>
        <w:t>d. Why doesn't Ariel like Kiwi very much?</w:t>
      </w:r>
    </w:p>
    <w:p>
      <w:pPr>
        <w:spacing w:before="0" w:after="80"/>
        <w:jc w:val="both"/>
      </w:pPr>
      <w:r>
        <w:rPr/>
        <w:t xml:space="preserve">   ○ Kiwi is noisy.      ○ Kiwi eats his bread.      ○ Kiwi pulls his hair.</w:t>
      </w:r>
    </w:p>
    <w:p>
      <w:pPr>
        <w:spacing w:before="160" w:after="20"/>
        <w:jc w:val="both"/>
      </w:pPr>
      <w:r>
        <w:rPr>
          <w:b/>
          <w:bCs/>
          <w:sz w:val="26"/>
          <w:szCs w:val="26"/>
        </w:rPr>
        <w:t>12. Complete the sentences about the text.</w:t>
      </w:r>
    </w:p>
    <w:p>
      <w:pPr>
        <w:bidi/>
        <w:spacing w:before="0" w:after="0"/>
        <w:jc w:val="both"/>
      </w:pPr>
      <w:r>
        <w:rPr>
          <w:rFonts w:ascii="Arial" w:hAnsi="Arial" w:cs="Arial"/>
          <w:color w:val="6B7280"/>
          <w:sz w:val="20"/>
          <w:szCs w:val="20"/>
          <w:rtl/>
          <w:lang w:val="en-US" w:bidi="he-IL"/>
        </w:rPr>
        <w:t xml:space="preserve">השלימו את המשפטים על הטקסט.</w:t>
      </w:r>
    </w:p>
    <w:p>
      <w:pPr>
        <w:bidi/>
        <w:spacing w:before="0" w:after="80"/>
        <w:jc w:val="both"/>
      </w:pPr>
      <w:r>
        <w:rPr>
          <w:rFonts w:ascii="Arial" w:hAnsi="Arial" w:cs="Arial"/>
          <w:color w:val="6B7280"/>
          <w:sz w:val="21"/>
          <w:szCs w:val="21"/>
          <w:rtl/>
          <w:lang w:val="en-US" w:bidi="ar-SA"/>
        </w:rPr>
        <w:t xml:space="preserve">أكمل الجمل حول النصّ.</w:t>
      </w:r>
    </w:p>
    <w:p>
      <w:pPr>
        <w:spacing w:before="0" w:after="60"/>
        <w:jc w:val="both"/>
      </w:pPr>
      <w:r>
        <w:rPr/>
        <w:t>a. Kiwi __________ ten words.</w:t>
      </w:r>
    </w:p>
    <w:p>
      <w:pPr>
        <w:spacing w:before="0" w:after="60"/>
        <w:jc w:val="both"/>
      </w:pPr>
      <w:r>
        <w:rPr/>
        <w:t>b. He __________ seeds and fruit.</w:t>
      </w:r>
    </w:p>
    <w:p>
      <w:pPr>
        <w:spacing w:before="0" w:after="60"/>
        <w:jc w:val="both"/>
      </w:pPr>
      <w:r>
        <w:rPr/>
        <w:t>c. Shira __________ him fresh water every morning.</w:t>
      </w:r>
    </w:p>
    <w:p>
      <w:pPr>
        <w:spacing w:before="0" w:after="60"/>
        <w:jc w:val="both"/>
      </w:pPr>
      <w:r>
        <w:rPr/>
        <w:t>d. In the afternoon, Kiwi __________ around the room.</w:t>
      </w:r>
    </w:p>
    <w:p>
      <w:pPr>
        <w:spacing w:before="160" w:after="20"/>
        <w:jc w:val="both"/>
      </w:pPr>
      <w:r>
        <w:rPr>
          <w:b/>
          <w:bCs/>
          <w:sz w:val="26"/>
          <w:szCs w:val="26"/>
        </w:rPr>
        <w:t>13. Write 3 questions with Does about a friend's pet or brother. Then write the answers.</w:t>
      </w:r>
    </w:p>
    <w:p>
      <w:pPr>
        <w:bidi/>
        <w:spacing w:before="0" w:after="0"/>
        <w:jc w:val="both"/>
      </w:pPr>
      <w:r>
        <w:rPr>
          <w:rFonts w:ascii="Arial" w:hAnsi="Arial" w:cs="Arial"/>
          <w:color w:val="6B7280"/>
          <w:sz w:val="20"/>
          <w:szCs w:val="20"/>
          <w:rtl/>
          <w:lang w:val="en-US" w:bidi="he-IL"/>
        </w:rPr>
        <w:t xml:space="preserve">כתבו 3 שאלות עם ‎Does‎ על חיית המחמד או על האח של חבר. אחר כך כתבו את התשובות.</w:t>
      </w:r>
    </w:p>
    <w:p>
      <w:pPr>
        <w:bidi/>
        <w:spacing w:before="0" w:after="80"/>
        <w:jc w:val="both"/>
      </w:pPr>
      <w:r>
        <w:rPr>
          <w:rFonts w:ascii="Arial" w:hAnsi="Arial" w:cs="Arial"/>
          <w:color w:val="6B7280"/>
          <w:sz w:val="21"/>
          <w:szCs w:val="21"/>
          <w:rtl/>
          <w:lang w:val="en-US" w:bidi="ar-SA"/>
        </w:rPr>
        <w:t xml:space="preserve">اكتب 3 أسئلة مع ‎Does‎ عن الحيوان الأليف لصديقك أو عن أخيه. ثمّ اكتب الإجابات.</w:t>
      </w:r>
    </w:p>
    <w:p>
      <w:pPr>
        <w:spacing w:before="0" w:after="80"/>
        <w:jc w:val="both"/>
      </w:pPr>
      <w:r>
        <w:rPr>
          <w:color w:val="99A3B5"/>
        </w:rPr>
        <w:t>________________________________________________________________________</w:t>
      </w:r>
    </w:p>
    <w:p>
      <w:pPr>
        <w:spacing w:before="0" w:after="80"/>
        <w:jc w:val="both"/>
      </w:pPr>
      <w:r>
        <w:rPr>
          <w:color w:val="99A3B5"/>
        </w:rPr>
        <w:t>________________________________________________________________________</w:t>
      </w:r>
    </w:p>
    <w:p>
      <w:pPr>
        <w:spacing w:before="0" w:after="80"/>
        <w:jc w:val="both"/>
      </w:pPr>
      <w:r>
        <w:rPr>
          <w:color w:val="99A3B5"/>
        </w:rPr>
        <w:t>________________________________________________________________________</w:t>
      </w:r>
    </w:p>
    <w:p>
      <w:pPr>
        <w:spacing w:before="0" w:after="80"/>
        <w:jc w:val="both"/>
      </w:pPr>
      <w:r>
        <w:rPr>
          <w:color w:val="99A3B5"/>
        </w:rPr>
        <w:t>________________________________________________________________________</w:t>
      </w:r>
    </w:p>
    <w:p>
      <w:pPr>
        <w:spacing w:before="0" w:after="80"/>
        <w:jc w:val="both"/>
      </w:pPr>
      <w:r>
        <w:br w:type="page"/>
      </w:r>
    </w:p>
    <w:p>
      <w:pPr>
        <w:spacing w:before="0" w:after="120"/>
        <w:jc w:val="both"/>
      </w:pPr>
      <w:r>
        <w:rPr>
          <w:rFonts w:ascii="Arial" w:hAnsi="Arial" w:cs="Arial"/>
          <w:color w:val="5B6476"/>
          <w:sz w:val="20"/>
          <w:szCs w:val="20"/>
        </w:rPr>
        <w:t>English · Grade 5   |   Unit 2</w:t>
      </w:r>
    </w:p>
    <w:p>
      <w:pPr>
        <w:spacing w:before="0" w:after="40"/>
        <w:jc w:val="both"/>
      </w:pPr>
      <w:r>
        <w:rPr>
          <w:rFonts w:ascii="Arial Black" w:hAnsi="Arial Black" w:cs="Arial Black"/>
          <w:b/>
          <w:bCs/>
          <w:color w:val="047857"/>
          <w:sz w:val="44"/>
          <w:szCs w:val="44"/>
        </w:rPr>
        <w:t>Unit 2: Present progressive: what is happening now?</w:t>
      </w:r>
    </w:p>
    <w:p>
      <w:pPr>
        <w:bidi/>
        <w:spacing w:before="0" w:after="0"/>
        <w:jc w:val="both"/>
      </w:pPr>
      <w:r>
        <w:rPr>
          <w:rFonts w:ascii="Arial" w:hAnsi="Arial" w:cs="Arial"/>
          <w:color w:val="6B7280"/>
          <w:sz w:val="22"/>
          <w:szCs w:val="22"/>
          <w:rtl/>
          <w:lang w:val="en-US" w:bidi="he-IL"/>
        </w:rPr>
        <w:t xml:space="preserve">‎Present progressive‎: מה קורה עכשיו?</w:t>
      </w:r>
    </w:p>
    <w:p>
      <w:pPr>
        <w:bidi/>
        <w:spacing w:before="0" w:after="120"/>
        <w:jc w:val="both"/>
      </w:pPr>
      <w:r>
        <w:rPr>
          <w:rFonts w:ascii="Arial" w:hAnsi="Arial" w:cs="Arial"/>
          <w:color w:val="6B7280"/>
          <w:sz w:val="23"/>
          <w:szCs w:val="23"/>
          <w:rtl/>
          <w:lang w:val="en-US" w:bidi="ar-SA"/>
        </w:rPr>
        <w:t xml:space="preserve">‎Present progressive‎: ماذا يحدث الآن؟</w:t>
      </w:r>
    </w:p>
    <w:p>
      <w:pPr>
        <w:spacing w:before="0" w:after="80"/>
        <w:jc w:val="center"/>
      </w:pPr>
      <w:r>
        <w:drawing>
          <wp:inline xmlns:a="http://schemas.openxmlformats.org/drawingml/2006/main" xmlns:pic="http://schemas.openxmlformats.org/drawingml/2006/picture">
            <wp:extent cx="3240000" cy="2160000"/>
            <wp:docPr id="9" name="Picture 9"/>
            <wp:cNvGraphicFramePr>
              <a:graphicFrameLocks noChangeAspect="1"/>
            </wp:cNvGraphicFramePr>
            <a:graphic>
              <a:graphicData uri="http://schemas.openxmlformats.org/drawingml/2006/picture">
                <pic:pic>
                  <pic:nvPicPr>
                    <pic:cNvPr id="0" name="english_g5_t02.jpg"/>
                    <pic:cNvPicPr/>
                  </pic:nvPicPr>
                  <pic:blipFill>
                    <a:blip r:embed="rId18"/>
                    <a:stretch>
                      <a:fillRect/>
                    </a:stretch>
                  </pic:blipFill>
                  <pic:spPr>
                    <a:xfrm>
                      <a:off x="0" y="0"/>
                      <a:ext cx="3240000" cy="2160000"/>
                    </a:xfrm>
                    <a:prstGeom prst="rect"/>
                  </pic:spPr>
                </pic:pic>
              </a:graphicData>
            </a:graphic>
          </wp:inline>
        </w:drawing>
      </w:r>
    </w:p>
    <w:p>
      <w:pPr>
        <w:spacing w:before="120" w:after="40"/>
        <w:jc w:val="both"/>
      </w:pPr>
      <w:r>
        <w:rPr>
          <w:rFonts w:ascii="Arial Black" w:hAnsi="Arial Black" w:cs="Arial Black"/>
          <w:b/>
          <w:bCs/>
          <w:color w:val="047857"/>
          <w:sz w:val="28"/>
          <w:szCs w:val="28"/>
        </w:rPr>
        <w:t>◆ The form</w:t>
      </w:r>
    </w:p>
    <w:p>
      <w:pPr>
        <w:bidi/>
        <w:spacing w:before="0" w:after="0"/>
        <w:jc w:val="both"/>
      </w:pPr>
      <w:r>
        <w:rPr>
          <w:rFonts w:ascii="Arial" w:hAnsi="Arial" w:cs="Arial"/>
          <w:color w:val="6B7280"/>
          <w:sz w:val="20"/>
          <w:szCs w:val="20"/>
          <w:rtl/>
          <w:lang w:val="en-US" w:bidi="he-IL"/>
        </w:rPr>
        <w:t xml:space="preserve">המבנה</w:t>
      </w:r>
    </w:p>
    <w:p>
      <w:pPr>
        <w:bidi/>
        <w:spacing w:before="0" w:after="40"/>
        <w:jc w:val="both"/>
      </w:pPr>
      <w:r>
        <w:rPr>
          <w:rFonts w:ascii="Arial" w:hAnsi="Arial" w:cs="Arial"/>
          <w:color w:val="6B7280"/>
          <w:sz w:val="21"/>
          <w:szCs w:val="21"/>
          <w:rtl/>
          <w:lang w:val="en-US" w:bidi="ar-SA"/>
        </w:rPr>
        <w:t xml:space="preserve">الصيغة</w:t>
      </w:r>
    </w:p>
    <w:tbl>
      <w:tblPr>
        <w:tblStyle w:val="TableGrid"/>
        <w:tblW w:type="auto" w:w="0"/>
        <w:tblLook w:firstColumn="1" w:firstRow="1" w:lastColumn="0" w:lastRow="0" w:noHBand="0" w:noVBand="1" w:val="04A0"/>
      </w:tblPr>
      <w:tblGrid>
        <w:gridCol w:w="3326"/>
        <w:gridCol w:w="3326"/>
        <w:gridCol w:w="3326"/>
      </w:tblGrid>
      <w:tr>
        <w:tc>
          <w:tcPr>
            <w:tcW w:type="dxa" w:w="3326"/>
            <w:shd w:val="clear" w:color="auto" w:fill="047857"/>
          </w:tcPr>
          <w:p>
            <w:pPr>
              <w:spacing w:before="0" w:after="40"/>
              <w:jc w:val="both"/>
            </w:pPr>
            <w:r>
              <w:rPr>
                <w:b/>
                <w:bCs/>
                <w:color w:val="FFFFFF"/>
              </w:rPr>
              <w:t>Subject</w:t>
            </w:r>
          </w:p>
        </w:tc>
        <w:tc>
          <w:tcPr>
            <w:tcW w:type="dxa" w:w="3326"/>
            <w:shd w:val="clear" w:color="auto" w:fill="047857"/>
          </w:tcPr>
          <w:p>
            <w:pPr>
              <w:spacing w:before="0" w:after="40"/>
              <w:jc w:val="both"/>
            </w:pPr>
            <w:r>
              <w:rPr>
                <w:b/>
                <w:bCs/>
                <w:color w:val="FFFFFF"/>
              </w:rPr>
              <w:t>be</w:t>
            </w:r>
          </w:p>
        </w:tc>
        <w:tc>
          <w:tcPr>
            <w:tcW w:type="dxa" w:w="3326"/>
            <w:shd w:val="clear" w:color="auto" w:fill="047857"/>
          </w:tcPr>
          <w:p>
            <w:pPr>
              <w:spacing w:before="0" w:after="40"/>
              <w:jc w:val="both"/>
            </w:pPr>
            <w:r>
              <w:rPr>
                <w:b/>
                <w:bCs/>
                <w:color w:val="FFFFFF"/>
              </w:rPr>
              <w:t>verb + ing</w:t>
            </w:r>
          </w:p>
        </w:tc>
      </w:tr>
      <w:tr>
        <w:tc>
          <w:tcPr>
            <w:tcW w:type="dxa" w:w="3326"/>
          </w:tcPr>
          <w:p>
            <w:pPr>
              <w:spacing w:before="0" w:after="40"/>
              <w:jc w:val="both"/>
            </w:pPr>
            <w:r>
              <w:rPr/>
              <w:t>I</w:t>
            </w:r>
          </w:p>
        </w:tc>
        <w:tc>
          <w:tcPr>
            <w:tcW w:type="dxa" w:w="3326"/>
          </w:tcPr>
          <w:p>
            <w:pPr>
              <w:spacing w:before="0" w:after="40"/>
              <w:jc w:val="both"/>
            </w:pPr>
            <w:r>
              <w:rPr/>
              <w:t>am ('m)</w:t>
            </w:r>
          </w:p>
        </w:tc>
        <w:tc>
          <w:tcPr>
            <w:tcW w:type="dxa" w:w="3326"/>
          </w:tcPr>
          <w:p>
            <w:pPr>
              <w:spacing w:before="0" w:after="40"/>
              <w:jc w:val="both"/>
            </w:pPr>
            <w:r>
              <w:rPr/>
              <w:t>playing</w:t>
            </w:r>
          </w:p>
        </w:tc>
      </w:tr>
      <w:tr>
        <w:tc>
          <w:tcPr>
            <w:tcW w:type="dxa" w:w="3326"/>
          </w:tcPr>
          <w:p>
            <w:pPr>
              <w:spacing w:before="0" w:after="40"/>
              <w:jc w:val="both"/>
            </w:pPr>
            <w:r>
              <w:rPr/>
              <w:t>he / she / it</w:t>
            </w:r>
          </w:p>
        </w:tc>
        <w:tc>
          <w:tcPr>
            <w:tcW w:type="dxa" w:w="3326"/>
          </w:tcPr>
          <w:p>
            <w:pPr>
              <w:spacing w:before="0" w:after="40"/>
              <w:jc w:val="both"/>
            </w:pPr>
            <w:r>
              <w:rPr/>
              <w:t>is ('s)</w:t>
            </w:r>
          </w:p>
        </w:tc>
        <w:tc>
          <w:tcPr>
            <w:tcW w:type="dxa" w:w="3326"/>
          </w:tcPr>
          <w:p>
            <w:pPr>
              <w:spacing w:before="0" w:after="40"/>
              <w:jc w:val="both"/>
            </w:pPr>
            <w:r>
              <w:rPr/>
              <w:t>playing</w:t>
            </w:r>
          </w:p>
        </w:tc>
      </w:tr>
      <w:tr>
        <w:tc>
          <w:tcPr>
            <w:tcW w:type="dxa" w:w="3326"/>
          </w:tcPr>
          <w:p>
            <w:pPr>
              <w:spacing w:before="0" w:after="40"/>
              <w:jc w:val="both"/>
            </w:pPr>
            <w:r>
              <w:rPr/>
              <w:t>you / we / they</w:t>
            </w:r>
          </w:p>
        </w:tc>
        <w:tc>
          <w:tcPr>
            <w:tcW w:type="dxa" w:w="3326"/>
          </w:tcPr>
          <w:p>
            <w:pPr>
              <w:spacing w:before="0" w:after="40"/>
              <w:jc w:val="both"/>
            </w:pPr>
            <w:r>
              <w:rPr/>
              <w:t>are ('re)</w:t>
            </w:r>
          </w:p>
        </w:tc>
        <w:tc>
          <w:tcPr>
            <w:tcW w:type="dxa" w:w="3326"/>
          </w:tcPr>
          <w:p>
            <w:pPr>
              <w:spacing w:before="0" w:after="40"/>
              <w:jc w:val="both"/>
            </w:pPr>
            <w:r>
              <w:rPr/>
              <w:t>playing</w:t>
            </w:r>
          </w:p>
        </w:tc>
      </w:tr>
    </w:tbl>
    <w:p>
      <w:pPr>
        <w:spacing w:before="0" w:after="40"/>
        <w:jc w:val="both"/>
      </w:pPr>
    </w:p>
    <w:p>
      <w:pPr>
        <w:spacing w:before="120" w:after="40"/>
        <w:jc w:val="both"/>
      </w:pPr>
      <w:r>
        <w:rPr>
          <w:rFonts w:ascii="Arial Black" w:hAnsi="Arial Black" w:cs="Arial Black"/>
          <w:b/>
          <w:bCs/>
          <w:color w:val="047857"/>
          <w:sz w:val="28"/>
          <w:szCs w:val="28"/>
        </w:rPr>
        <w:t>◆ Spelling</w:t>
      </w:r>
    </w:p>
    <w:p>
      <w:pPr>
        <w:bidi/>
        <w:spacing w:before="0" w:after="0"/>
        <w:jc w:val="both"/>
      </w:pPr>
      <w:r>
        <w:rPr>
          <w:rFonts w:ascii="Arial" w:hAnsi="Arial" w:cs="Arial"/>
          <w:color w:val="6B7280"/>
          <w:sz w:val="20"/>
          <w:szCs w:val="20"/>
          <w:rtl/>
          <w:lang w:val="en-US" w:bidi="he-IL"/>
        </w:rPr>
        <w:t xml:space="preserve">כתיב</w:t>
      </w:r>
    </w:p>
    <w:p>
      <w:pPr>
        <w:bidi/>
        <w:spacing w:before="0" w:after="40"/>
        <w:jc w:val="both"/>
      </w:pPr>
      <w:r>
        <w:rPr>
          <w:rFonts w:ascii="Arial" w:hAnsi="Arial" w:cs="Arial"/>
          <w:color w:val="6B7280"/>
          <w:sz w:val="21"/>
          <w:szCs w:val="21"/>
          <w:rtl/>
          <w:lang w:val="en-US" w:bidi="ar-SA"/>
        </w:rPr>
        <w:t xml:space="preserve">الإملاء</w:t>
      </w:r>
    </w:p>
    <w:p>
      <w:pPr>
        <w:spacing w:before="0" w:after="20"/>
        <w:jc w:val="both"/>
      </w:pPr>
      <w:r>
        <w:rPr/>
        <w:t>1. most verbs + ing: read, reading</w:t>
      </w:r>
    </w:p>
    <w:p>
      <w:pPr>
        <w:bidi/>
        <w:spacing w:before="0" w:after="0"/>
        <w:jc w:val="both"/>
      </w:pPr>
      <w:r>
        <w:rPr>
          <w:rFonts w:ascii="Arial" w:hAnsi="Arial" w:cs="Arial"/>
          <w:color w:val="6B7280"/>
          <w:sz w:val="20"/>
          <w:szCs w:val="20"/>
          <w:rtl/>
          <w:lang w:val="en-US" w:bidi="he-IL"/>
        </w:rPr>
        <w:t xml:space="preserve">רוב הפעלים ‎+ ing: read, reading‎</w:t>
      </w:r>
    </w:p>
    <w:p>
      <w:pPr>
        <w:bidi/>
        <w:spacing w:before="0" w:after="40"/>
        <w:jc w:val="both"/>
      </w:pPr>
      <w:r>
        <w:rPr>
          <w:rFonts w:ascii="Arial" w:hAnsi="Arial" w:cs="Arial"/>
          <w:color w:val="6B7280"/>
          <w:sz w:val="21"/>
          <w:szCs w:val="21"/>
          <w:rtl/>
          <w:lang w:val="en-US" w:bidi="ar-SA"/>
        </w:rPr>
        <w:t xml:space="preserve">معظم الأفعال ‎+ ing: read, reading‎</w:t>
      </w:r>
    </w:p>
    <w:p>
      <w:pPr>
        <w:spacing w:before="0" w:after="20"/>
        <w:jc w:val="both"/>
      </w:pPr>
      <w:r>
        <w:rPr/>
        <w:t>2. silent e: drop it: write, writing</w:t>
      </w:r>
    </w:p>
    <w:p>
      <w:pPr>
        <w:bidi/>
        <w:spacing w:before="0" w:after="0"/>
        <w:jc w:val="both"/>
      </w:pPr>
      <w:r>
        <w:rPr>
          <w:rFonts w:ascii="Arial" w:hAnsi="Arial" w:cs="Arial"/>
          <w:color w:val="6B7280"/>
          <w:sz w:val="20"/>
          <w:szCs w:val="20"/>
          <w:rtl/>
          <w:lang w:val="en-US" w:bidi="he-IL"/>
        </w:rPr>
        <w:t xml:space="preserve">‎e‎ שקטה: מורידים אותה: ‎write, writing‎</w:t>
      </w:r>
    </w:p>
    <w:p>
      <w:pPr>
        <w:bidi/>
        <w:spacing w:before="0" w:after="40"/>
        <w:jc w:val="both"/>
      </w:pPr>
      <w:r>
        <w:rPr>
          <w:rFonts w:ascii="Arial" w:hAnsi="Arial" w:cs="Arial"/>
          <w:color w:val="6B7280"/>
          <w:sz w:val="21"/>
          <w:szCs w:val="21"/>
          <w:rtl/>
          <w:lang w:val="en-US" w:bidi="ar-SA"/>
        </w:rPr>
        <w:t xml:space="preserve">‎e‎ صامتة: نحذفها: ‎write, writing‎</w:t>
      </w:r>
    </w:p>
    <w:p>
      <w:pPr>
        <w:spacing w:before="0" w:after="20"/>
        <w:jc w:val="both"/>
      </w:pPr>
      <w:r>
        <w:rPr/>
        <w:t>3. one vowel + one consonant: double it: swim, swimming</w:t>
      </w:r>
    </w:p>
    <w:p>
      <w:pPr>
        <w:bidi/>
        <w:spacing w:before="0" w:after="0"/>
        <w:jc w:val="both"/>
      </w:pPr>
      <w:r>
        <w:rPr>
          <w:rFonts w:ascii="Arial" w:hAnsi="Arial" w:cs="Arial"/>
          <w:color w:val="6B7280"/>
          <w:sz w:val="20"/>
          <w:szCs w:val="20"/>
          <w:rtl/>
          <w:lang w:val="en-US" w:bidi="he-IL"/>
        </w:rPr>
        <w:t xml:space="preserve">תנועה אחת + עיצור אחד: מכפילים אותו: ‎swim, swimming‎</w:t>
      </w:r>
    </w:p>
    <w:p>
      <w:pPr>
        <w:bidi/>
        <w:spacing w:before="0" w:after="40"/>
        <w:jc w:val="both"/>
      </w:pPr>
      <w:r>
        <w:rPr>
          <w:rFonts w:ascii="Arial" w:hAnsi="Arial" w:cs="Arial"/>
          <w:color w:val="6B7280"/>
          <w:sz w:val="21"/>
          <w:szCs w:val="21"/>
          <w:rtl/>
          <w:lang w:val="en-US" w:bidi="ar-SA"/>
        </w:rPr>
        <w:t xml:space="preserve">حرف علّة واحد + حرف ساكن واحد: نضاعفه: ‎swim, swimming‎</w:t>
      </w:r>
    </w:p>
    <w:p>
      <w:pPr>
        <w:spacing w:before="120" w:after="40"/>
        <w:jc w:val="both"/>
      </w:pPr>
      <w:r>
        <w:rPr>
          <w:rFonts w:ascii="Arial Black" w:hAnsi="Arial Black" w:cs="Arial Black"/>
          <w:b/>
          <w:bCs/>
          <w:color w:val="047857"/>
          <w:sz w:val="28"/>
          <w:szCs w:val="28"/>
        </w:rPr>
        <w:t>◆ Negatives and questions</w:t>
      </w:r>
    </w:p>
    <w:p>
      <w:pPr>
        <w:bidi/>
        <w:spacing w:before="0" w:after="0"/>
        <w:jc w:val="both"/>
      </w:pPr>
      <w:r>
        <w:rPr>
          <w:rFonts w:ascii="Arial" w:hAnsi="Arial" w:cs="Arial"/>
          <w:color w:val="6B7280"/>
          <w:sz w:val="20"/>
          <w:szCs w:val="20"/>
          <w:rtl/>
          <w:lang w:val="en-US" w:bidi="he-IL"/>
        </w:rPr>
        <w:t xml:space="preserve">שלילה ושאלות</w:t>
      </w:r>
    </w:p>
    <w:p>
      <w:pPr>
        <w:bidi/>
        <w:spacing w:before="0" w:after="40"/>
        <w:jc w:val="both"/>
      </w:pPr>
      <w:r>
        <w:rPr>
          <w:rFonts w:ascii="Arial" w:hAnsi="Arial" w:cs="Arial"/>
          <w:color w:val="6B7280"/>
          <w:sz w:val="21"/>
          <w:szCs w:val="21"/>
          <w:rtl/>
          <w:lang w:val="en-US" w:bidi="ar-SA"/>
        </w:rPr>
        <w:t xml:space="preserve">النفي والأسئلة</w:t>
      </w:r>
    </w:p>
    <w:p>
      <w:pPr>
        <w:spacing w:before="0" w:after="20"/>
        <w:jc w:val="both"/>
      </w:pPr>
      <w:r>
        <w:rPr/>
        <w:t>1. isn't / aren't / am not + -ing</w:t>
      </w:r>
    </w:p>
    <w:p>
      <w:pPr>
        <w:bidi/>
        <w:spacing w:before="0" w:after="0"/>
        <w:jc w:val="both"/>
      </w:pPr>
      <w:r>
        <w:rPr>
          <w:rFonts w:ascii="Arial" w:hAnsi="Arial" w:cs="Arial"/>
          <w:color w:val="6B7280"/>
          <w:sz w:val="20"/>
          <w:szCs w:val="20"/>
          <w:rtl/>
          <w:lang w:val="en-US" w:bidi="he-IL"/>
        </w:rPr>
        <w:t xml:space="preserve">שלילה: ‎isn't / aren't / am not + -ing‎</w:t>
      </w:r>
    </w:p>
    <w:p>
      <w:pPr>
        <w:bidi/>
        <w:spacing w:before="0" w:after="40"/>
        <w:jc w:val="both"/>
      </w:pPr>
      <w:r>
        <w:rPr>
          <w:rFonts w:ascii="Arial" w:hAnsi="Arial" w:cs="Arial"/>
          <w:color w:val="6B7280"/>
          <w:sz w:val="21"/>
          <w:szCs w:val="21"/>
          <w:rtl/>
          <w:lang w:val="en-US" w:bidi="ar-SA"/>
        </w:rPr>
        <w:t xml:space="preserve">النفي: ‎isn't / aren't / am not + -ing‎</w:t>
      </w:r>
    </w:p>
    <w:p>
      <w:pPr>
        <w:spacing w:before="0" w:after="20"/>
        <w:jc w:val="both"/>
      </w:pPr>
      <w:r>
        <w:rPr/>
        <w:t>2. Is / Are + subject + -ing?</w:t>
      </w:r>
    </w:p>
    <w:p>
      <w:pPr>
        <w:bidi/>
        <w:spacing w:before="0" w:after="0"/>
        <w:jc w:val="both"/>
      </w:pPr>
      <w:r>
        <w:rPr>
          <w:rFonts w:ascii="Arial" w:hAnsi="Arial" w:cs="Arial"/>
          <w:color w:val="6B7280"/>
          <w:sz w:val="20"/>
          <w:szCs w:val="20"/>
          <w:rtl/>
          <w:lang w:val="en-US" w:bidi="he-IL"/>
        </w:rPr>
        <w:t xml:space="preserve">‎Is / Are +‎ נושא ‎+ -ing?‎</w:t>
      </w:r>
    </w:p>
    <w:p>
      <w:pPr>
        <w:bidi/>
        <w:spacing w:before="0" w:after="40"/>
        <w:jc w:val="both"/>
      </w:pPr>
      <w:r>
        <w:rPr>
          <w:rFonts w:ascii="Arial" w:hAnsi="Arial" w:cs="Arial"/>
          <w:color w:val="6B7280"/>
          <w:sz w:val="21"/>
          <w:szCs w:val="21"/>
          <w:rtl/>
          <w:lang w:val="en-US" w:bidi="ar-SA"/>
        </w:rPr>
        <w:t xml:space="preserve">‎Is / Are +‎ الفاعل ‎+ -ing‎؟</w:t>
      </w:r>
    </w:p>
    <w:p>
      <w:pPr>
        <w:spacing w:before="0" w:after="20"/>
        <w:jc w:val="both"/>
      </w:pPr>
      <w:r>
        <w:rPr/>
        <w:t>3. Short answers: Yes, he is. No, they aren't.</w:t>
      </w:r>
    </w:p>
    <w:p>
      <w:pPr>
        <w:bidi/>
        <w:spacing w:before="0" w:after="0"/>
        <w:jc w:val="both"/>
      </w:pPr>
      <w:r>
        <w:rPr>
          <w:rFonts w:ascii="Arial" w:hAnsi="Arial" w:cs="Arial"/>
          <w:color w:val="6B7280"/>
          <w:sz w:val="20"/>
          <w:szCs w:val="20"/>
          <w:rtl/>
          <w:lang w:val="en-US" w:bidi="he-IL"/>
        </w:rPr>
        <w:t xml:space="preserve">תשובות קצרות: ‎Yes, he is.‎‏ ‎No, they aren't‎.</w:t>
      </w:r>
    </w:p>
    <w:p>
      <w:pPr>
        <w:bidi/>
        <w:spacing w:before="0" w:after="40"/>
        <w:jc w:val="both"/>
      </w:pPr>
      <w:r>
        <w:rPr>
          <w:rFonts w:ascii="Arial" w:hAnsi="Arial" w:cs="Arial"/>
          <w:color w:val="6B7280"/>
          <w:sz w:val="21"/>
          <w:szCs w:val="21"/>
          <w:rtl/>
          <w:lang w:val="en-US" w:bidi="ar-SA"/>
        </w:rPr>
        <w:t xml:space="preserve">إجابات قصيرة: ‎Yes, he is.‎‏ ‎No, they aren't‎.</w:t>
      </w:r>
    </w:p>
    <w:p>
      <w:pPr>
        <w:spacing w:before="0" w:after="0"/>
        <w:jc w:val="both"/>
      </w:pPr>
      <w:r>
        <w:rPr>
          <w:color w:val="5B6476"/>
          <w:sz w:val="22"/>
          <w:szCs w:val="22"/>
        </w:rPr>
        <w:t>Example:</w:t>
      </w:r>
    </w:p>
    <w:p>
      <w:pPr>
        <w:bidi/>
        <w:spacing w:before="0" w:after="0"/>
        <w:jc w:val="both"/>
      </w:pPr>
      <w:r>
        <w:rPr>
          <w:rFonts w:ascii="Arial" w:hAnsi="Arial" w:cs="Arial"/>
          <w:color w:val="6B7280"/>
          <w:sz w:val="20"/>
          <w:szCs w:val="20"/>
          <w:rtl/>
          <w:lang w:val="en-US" w:bidi="he-IL"/>
        </w:rPr>
        <w:t xml:space="preserve">דוגמה:</w:t>
      </w:r>
    </w:p>
    <w:p>
      <w:pPr>
        <w:bidi/>
        <w:spacing w:before="0" w:after="40"/>
        <w:jc w:val="both"/>
      </w:pPr>
      <w:r>
        <w:rPr>
          <w:rFonts w:ascii="Arial" w:hAnsi="Arial" w:cs="Arial"/>
          <w:color w:val="6B7280"/>
          <w:sz w:val="21"/>
          <w:szCs w:val="21"/>
          <w:rtl/>
          <w:lang w:val="en-US" w:bidi="ar-SA"/>
        </w:rPr>
        <w:t xml:space="preserve">مثال:</w:t>
      </w:r>
    </w:p>
    <w:p>
      <w:pPr>
        <w:spacing w:before="0" w:after="120"/>
        <w:jc w:val="both"/>
      </w:pPr>
      <w:r>
        <w:rPr>
          <w:color w:val="334055"/>
          <w:sz w:val="24"/>
          <w:szCs w:val="24"/>
        </w:rPr>
        <w:t>Is Noa singing? No, she isn't. She's dancing.</w:t>
      </w:r>
    </w:p>
    <w:p>
      <w:pPr>
        <w:spacing w:before="120" w:after="40"/>
        <w:jc w:val="both"/>
      </w:pPr>
      <w:r>
        <w:rPr>
          <w:rFonts w:ascii="Arial Black" w:hAnsi="Arial Black" w:cs="Arial Black"/>
          <w:b/>
          <w:bCs/>
          <w:color w:val="047857"/>
          <w:sz w:val="28"/>
          <w:szCs w:val="28"/>
        </w:rPr>
        <w:t>◆ Now or every day?</w:t>
      </w:r>
    </w:p>
    <w:p>
      <w:pPr>
        <w:bidi/>
        <w:spacing w:before="0" w:after="0"/>
        <w:jc w:val="both"/>
      </w:pPr>
      <w:r>
        <w:rPr>
          <w:rFonts w:ascii="Arial" w:hAnsi="Arial" w:cs="Arial"/>
          <w:color w:val="6B7280"/>
          <w:sz w:val="20"/>
          <w:szCs w:val="20"/>
          <w:rtl/>
          <w:lang w:val="en-US" w:bidi="he-IL"/>
        </w:rPr>
        <w:t xml:space="preserve">עכשיו או כל יום?</w:t>
      </w:r>
    </w:p>
    <w:p>
      <w:pPr>
        <w:bidi/>
        <w:spacing w:before="0" w:after="40"/>
        <w:jc w:val="both"/>
      </w:pPr>
      <w:r>
        <w:rPr>
          <w:rFonts w:ascii="Arial" w:hAnsi="Arial" w:cs="Arial"/>
          <w:color w:val="6B7280"/>
          <w:sz w:val="21"/>
          <w:szCs w:val="21"/>
          <w:rtl/>
          <w:lang w:val="en-US" w:bidi="ar-SA"/>
        </w:rPr>
        <w:t xml:space="preserve">الآن أم كلّ يوم؟</w:t>
      </w:r>
    </w:p>
    <w:p>
      <w:pPr>
        <w:spacing w:before="0" w:after="40"/>
        <w:jc w:val="both"/>
      </w:pPr>
      <w:r>
        <w:rPr/>
        <w:t>Now, right now, look! and listen! go with the present progressive. Every day, often and usually go with the present simple.</w:t>
      </w:r>
    </w:p>
    <w:p>
      <w:pPr>
        <w:bidi/>
        <w:spacing w:before="0" w:after="0"/>
        <w:jc w:val="both"/>
      </w:pPr>
      <w:r>
        <w:rPr>
          <w:rFonts w:ascii="Arial" w:hAnsi="Arial" w:cs="Arial"/>
          <w:color w:val="6B7280"/>
          <w:sz w:val="20"/>
          <w:szCs w:val="20"/>
          <w:rtl/>
          <w:lang w:val="en-US" w:bidi="he-IL"/>
        </w:rPr>
        <w:t xml:space="preserve">‎Now, right now, look!‎ ו־‎listen!‎ באים עם ‎present progressive.‎‏ ‎Every day, often‎ ו־‎usually‎ באים עם ‎present simple‎.</w:t>
      </w:r>
    </w:p>
    <w:p>
      <w:pPr>
        <w:bidi/>
        <w:spacing w:before="0" w:after="40"/>
        <w:jc w:val="both"/>
      </w:pPr>
      <w:r>
        <w:rPr>
          <w:rFonts w:ascii="Arial" w:hAnsi="Arial" w:cs="Arial"/>
          <w:color w:val="6B7280"/>
          <w:sz w:val="21"/>
          <w:szCs w:val="21"/>
          <w:rtl/>
          <w:lang w:val="en-US" w:bidi="ar-SA"/>
        </w:rPr>
        <w:t xml:space="preserve">‎Now‎ و‎right now‎ و‎look!‎ و‎listen!‎ تأتي مع ‎present progressive.‎‏ ‎Every day‎ و‎often‎ و‎usually‎ تأتي مع ‎present simple‎.</w:t>
      </w:r>
    </w:p>
    <w:p>
      <w:pPr>
        <w:spacing w:before="0" w:after="40"/>
        <w:jc w:val="center"/>
      </w:pPr>
      <w:r>
        <w:rPr>
          <w:rFonts w:ascii="Arial" w:hAnsi="Arial" w:cs="Arial"/>
          <w:sz w:val="20"/>
          <w:szCs w:val="20"/>
        </w:rPr>
        <w:t xml:space="preserve">🖼️ Picture words · </w:t>
      </w:r>
      <w:r>
        <w:rPr>
          <w:rFonts w:ascii="Arial" w:hAnsi="Arial" w:cs="Arial"/>
          <w:color w:val="1D2433"/>
          <w:sz w:val="20"/>
          <w:szCs w:val="20"/>
          <w:rtl/>
          <w:lang w:val="en-US" w:bidi="he-IL"/>
        </w:rPr>
        <w:t xml:space="preserve">מילים בתמונות</w:t>
      </w:r>
      <w:r>
        <w:rPr>
          <w:sz w:val="20"/>
          <w:szCs w:val="20"/>
        </w:rPr>
        <w:t>‎</w:t>
      </w:r>
      <w:r>
        <w:rPr>
          <w:rFonts w:ascii="Arial" w:hAnsi="Arial" w:cs="Arial"/>
          <w:sz w:val="20"/>
          <w:szCs w:val="20"/>
        </w:rPr>
        <w:t xml:space="preserve"> · </w:t>
      </w:r>
      <w:r>
        <w:rPr>
          <w:rFonts w:ascii="Arial" w:hAnsi="Arial" w:cs="Arial"/>
          <w:color w:val="1D2433"/>
          <w:sz w:val="20"/>
          <w:szCs w:val="20"/>
          <w:rtl/>
          <w:lang w:val="en-US" w:bidi="ar-SA"/>
        </w:rPr>
        <w:t xml:space="preserve">كلمات بالصّور</w:t>
      </w:r>
      <w:r>
        <w:rPr>
          <w:sz w:val="20"/>
          <w:szCs w:val="20"/>
        </w:rPr>
        <w:t>‎</w:t>
      </w:r>
    </w:p>
    <w:tbl>
      <w:tblPr>
        <w:tblStyle w:val="TableGrid"/>
        <w:tblW w:type="auto" w:w="0"/>
        <w:tblLook w:firstColumn="1" w:firstRow="1" w:lastColumn="0" w:lastRow="0" w:noHBand="0" w:noVBand="1" w:val="04A0"/>
      </w:tblPr>
      <w:tblGrid>
        <w:gridCol w:w="1663"/>
        <w:gridCol w:w="1663"/>
        <w:gridCol w:w="1663"/>
        <w:gridCol w:w="1663"/>
        <w:gridCol w:w="1663"/>
        <w:gridCol w:w="1663"/>
      </w:tblGrid>
      <w:tr>
        <w:tc>
          <w:tcPr>
            <w:tcW w:type="dxa" w:w="1663"/>
          </w:tcPr>
          <w:p>
            <w:pPr>
              <w:spacing w:before="0" w:after="0"/>
              <w:jc w:val="center"/>
            </w:pPr>
            <w:r>
              <w:drawing>
                <wp:inline xmlns:a="http://schemas.openxmlformats.org/drawingml/2006/main" xmlns:pic="http://schemas.openxmlformats.org/drawingml/2006/picture">
                  <wp:extent cx="468000" cy="365625"/>
                  <wp:docPr id="10" name="Picture 10"/>
                  <wp:cNvGraphicFramePr>
                    <a:graphicFrameLocks noChangeAspect="1"/>
                  </wp:cNvGraphicFramePr>
                  <a:graphic>
                    <a:graphicData uri="http://schemas.openxmlformats.org/drawingml/2006/picture">
                      <pic:pic>
                        <pic:nvPicPr>
                          <pic:cNvPr id="0" name="dog.png"/>
                          <pic:cNvPicPr/>
                        </pic:nvPicPr>
                        <pic:blipFill>
                          <a:blip r:embed="rId15"/>
                          <a:stretch>
                            <a:fillRect/>
                          </a:stretch>
                        </pic:blipFill>
                        <pic:spPr>
                          <a:xfrm>
                            <a:off x="0" y="0"/>
                            <a:ext cx="468000" cy="365625"/>
                          </a:xfrm>
                          <a:prstGeom prst="rect"/>
                        </pic:spPr>
                      </pic:pic>
                    </a:graphicData>
                  </a:graphic>
                </wp:inline>
              </w:drawing>
            </w:r>
          </w:p>
          <w:p>
            <w:pPr>
              <w:spacing w:before="0" w:after="0"/>
              <w:jc w:val="center"/>
            </w:pPr>
            <w:r>
              <w:rPr>
                <w:b/>
                <w:bCs/>
                <w:sz w:val="23"/>
                <w:szCs w:val="23"/>
              </w:rPr>
              <w:t>dog</w:t>
            </w:r>
          </w:p>
          <w:p>
            <w:pPr>
              <w:bidi/>
              <w:spacing w:before="0" w:after="0"/>
              <w:jc w:val="center"/>
            </w:pPr>
            <w:r>
              <w:rPr>
                <w:rFonts w:ascii="Arial" w:hAnsi="Arial" w:cs="Arial"/>
                <w:color w:val="6B7280"/>
                <w:sz w:val="17"/>
                <w:szCs w:val="17"/>
                <w:rtl/>
                <w:lang w:val="en-US" w:bidi="he-IL"/>
              </w:rPr>
              <w:t xml:space="preserve">כלב</w:t>
            </w:r>
          </w:p>
          <w:p>
            <w:pPr>
              <w:bidi/>
              <w:spacing w:before="0" w:after="0"/>
              <w:jc w:val="center"/>
            </w:pPr>
            <w:r>
              <w:rPr>
                <w:rFonts w:ascii="Arial" w:hAnsi="Arial" w:cs="Arial"/>
                <w:color w:val="6B7280"/>
                <w:sz w:val="17"/>
                <w:szCs w:val="17"/>
                <w:rtl/>
                <w:lang w:val="en-US" w:bidi="ar-SA"/>
              </w:rPr>
              <w:t xml:space="preserve">كلب</w:t>
            </w:r>
          </w:p>
        </w:tc>
        <w:tc>
          <w:tcPr>
            <w:tcW w:type="dxa" w:w="1663"/>
          </w:tcPr>
          <w:p>
            <w:pPr>
              <w:spacing w:before="0" w:after="0"/>
              <w:jc w:val="center"/>
            </w:pPr>
            <w:r>
              <w:drawing>
                <wp:inline xmlns:a="http://schemas.openxmlformats.org/drawingml/2006/main" xmlns:pic="http://schemas.openxmlformats.org/drawingml/2006/picture">
                  <wp:extent cx="468000" cy="336375"/>
                  <wp:docPr id="11" name="Picture 11"/>
                  <wp:cNvGraphicFramePr>
                    <a:graphicFrameLocks noChangeAspect="1"/>
                  </wp:cNvGraphicFramePr>
                  <a:graphic>
                    <a:graphicData uri="http://schemas.openxmlformats.org/drawingml/2006/picture">
                      <pic:pic>
                        <pic:nvPicPr>
                          <pic:cNvPr id="0" name="bike.png"/>
                          <pic:cNvPicPr/>
                        </pic:nvPicPr>
                        <pic:blipFill>
                          <a:blip r:embed="rId17"/>
                          <a:stretch>
                            <a:fillRect/>
                          </a:stretch>
                        </pic:blipFill>
                        <pic:spPr>
                          <a:xfrm>
                            <a:off x="0" y="0"/>
                            <a:ext cx="468000" cy="336375"/>
                          </a:xfrm>
                          <a:prstGeom prst="rect"/>
                        </pic:spPr>
                      </pic:pic>
                    </a:graphicData>
                  </a:graphic>
                </wp:inline>
              </w:drawing>
            </w:r>
          </w:p>
          <w:p>
            <w:pPr>
              <w:spacing w:before="0" w:after="0"/>
              <w:jc w:val="center"/>
            </w:pPr>
            <w:r>
              <w:rPr>
                <w:b/>
                <w:bCs/>
                <w:sz w:val="23"/>
                <w:szCs w:val="23"/>
              </w:rPr>
              <w:t>bike</w:t>
            </w:r>
          </w:p>
          <w:p>
            <w:pPr>
              <w:bidi/>
              <w:spacing w:before="0" w:after="0"/>
              <w:jc w:val="center"/>
            </w:pPr>
            <w:r>
              <w:rPr>
                <w:rFonts w:ascii="Arial" w:hAnsi="Arial" w:cs="Arial"/>
                <w:color w:val="6B7280"/>
                <w:sz w:val="17"/>
                <w:szCs w:val="17"/>
                <w:rtl/>
                <w:lang w:val="en-US" w:bidi="he-IL"/>
              </w:rPr>
              <w:t xml:space="preserve">אופניים</w:t>
            </w:r>
          </w:p>
          <w:p>
            <w:pPr>
              <w:bidi/>
              <w:spacing w:before="0" w:after="0"/>
              <w:jc w:val="center"/>
            </w:pPr>
            <w:r>
              <w:rPr>
                <w:rFonts w:ascii="Arial" w:hAnsi="Arial" w:cs="Arial"/>
                <w:color w:val="6B7280"/>
                <w:sz w:val="17"/>
                <w:szCs w:val="17"/>
                <w:rtl/>
                <w:lang w:val="en-US" w:bidi="ar-SA"/>
              </w:rPr>
              <w:t xml:space="preserve">دراجة</w:t>
            </w:r>
          </w:p>
        </w:tc>
        <w:tc>
          <w:tcPr>
            <w:tcW w:type="dxa" w:w="1663"/>
          </w:tcPr>
          <w:p>
            <w:pPr>
              <w:spacing w:before="0" w:after="0"/>
              <w:jc w:val="center"/>
            </w:pPr>
            <w:r>
              <w:drawing>
                <wp:inline xmlns:a="http://schemas.openxmlformats.org/drawingml/2006/main" xmlns:pic="http://schemas.openxmlformats.org/drawingml/2006/picture">
                  <wp:extent cx="468000" cy="607136"/>
                  <wp:docPr id="12" name="Picture 12"/>
                  <wp:cNvGraphicFramePr>
                    <a:graphicFrameLocks noChangeAspect="1"/>
                  </wp:cNvGraphicFramePr>
                  <a:graphic>
                    <a:graphicData uri="http://schemas.openxmlformats.org/drawingml/2006/picture">
                      <pic:pic>
                        <pic:nvPicPr>
                          <pic:cNvPr id="0" name="cake.png"/>
                          <pic:cNvPicPr/>
                        </pic:nvPicPr>
                        <pic:blipFill>
                          <a:blip r:embed="rId19"/>
                          <a:stretch>
                            <a:fillRect/>
                          </a:stretch>
                        </pic:blipFill>
                        <pic:spPr>
                          <a:xfrm>
                            <a:off x="0" y="0"/>
                            <a:ext cx="468000" cy="607136"/>
                          </a:xfrm>
                          <a:prstGeom prst="rect"/>
                        </pic:spPr>
                      </pic:pic>
                    </a:graphicData>
                  </a:graphic>
                </wp:inline>
              </w:drawing>
            </w:r>
          </w:p>
          <w:p>
            <w:pPr>
              <w:spacing w:before="0" w:after="0"/>
              <w:jc w:val="center"/>
            </w:pPr>
            <w:r>
              <w:rPr>
                <w:b/>
                <w:bCs/>
                <w:sz w:val="23"/>
                <w:szCs w:val="23"/>
              </w:rPr>
              <w:t>cake</w:t>
            </w:r>
          </w:p>
          <w:p>
            <w:pPr>
              <w:bidi/>
              <w:spacing w:before="0" w:after="0"/>
              <w:jc w:val="center"/>
            </w:pPr>
            <w:r>
              <w:rPr>
                <w:rFonts w:ascii="Arial" w:hAnsi="Arial" w:cs="Arial"/>
                <w:color w:val="6B7280"/>
                <w:sz w:val="17"/>
                <w:szCs w:val="17"/>
                <w:rtl/>
                <w:lang w:val="en-US" w:bidi="he-IL"/>
              </w:rPr>
              <w:t xml:space="preserve">עוגה</w:t>
            </w:r>
          </w:p>
          <w:p>
            <w:pPr>
              <w:bidi/>
              <w:spacing w:before="0" w:after="0"/>
              <w:jc w:val="center"/>
            </w:pPr>
            <w:r>
              <w:rPr>
                <w:rFonts w:ascii="Arial" w:hAnsi="Arial" w:cs="Arial"/>
                <w:color w:val="6B7280"/>
                <w:sz w:val="17"/>
                <w:szCs w:val="17"/>
                <w:rtl/>
                <w:lang w:val="en-US" w:bidi="ar-SA"/>
              </w:rPr>
              <w:t xml:space="preserve">كعكة</w:t>
            </w:r>
          </w:p>
        </w:tc>
        <w:tc>
          <w:tcPr>
            <w:tcW w:type="dxa" w:w="1663"/>
          </w:tcPr>
          <w:p>
            <w:pPr>
              <w:spacing w:before="0" w:after="0"/>
              <w:jc w:val="center"/>
            </w:pPr>
            <w:r>
              <w:drawing>
                <wp:inline xmlns:a="http://schemas.openxmlformats.org/drawingml/2006/main" xmlns:pic="http://schemas.openxmlformats.org/drawingml/2006/picture">
                  <wp:extent cx="468000" cy="385125"/>
                  <wp:docPr id="13" name="Picture 13"/>
                  <wp:cNvGraphicFramePr>
                    <a:graphicFrameLocks noChangeAspect="1"/>
                  </wp:cNvGraphicFramePr>
                  <a:graphic>
                    <a:graphicData uri="http://schemas.openxmlformats.org/drawingml/2006/picture">
                      <pic:pic>
                        <pic:nvPicPr>
                          <pic:cNvPr id="0" name="hat.png"/>
                          <pic:cNvPicPr/>
                        </pic:nvPicPr>
                        <pic:blipFill>
                          <a:blip r:embed="rId20"/>
                          <a:stretch>
                            <a:fillRect/>
                          </a:stretch>
                        </pic:blipFill>
                        <pic:spPr>
                          <a:xfrm>
                            <a:off x="0" y="0"/>
                            <a:ext cx="468000" cy="385125"/>
                          </a:xfrm>
                          <a:prstGeom prst="rect"/>
                        </pic:spPr>
                      </pic:pic>
                    </a:graphicData>
                  </a:graphic>
                </wp:inline>
              </w:drawing>
            </w:r>
          </w:p>
          <w:p>
            <w:pPr>
              <w:spacing w:before="0" w:after="0"/>
              <w:jc w:val="center"/>
            </w:pPr>
            <w:r>
              <w:rPr>
                <w:b/>
                <w:bCs/>
                <w:sz w:val="23"/>
                <w:szCs w:val="23"/>
              </w:rPr>
              <w:t>hat</w:t>
            </w:r>
          </w:p>
          <w:p>
            <w:pPr>
              <w:bidi/>
              <w:spacing w:before="0" w:after="0"/>
              <w:jc w:val="center"/>
            </w:pPr>
            <w:r>
              <w:rPr>
                <w:rFonts w:ascii="Arial" w:hAnsi="Arial" w:cs="Arial"/>
                <w:color w:val="6B7280"/>
                <w:sz w:val="17"/>
                <w:szCs w:val="17"/>
                <w:rtl/>
                <w:lang w:val="en-US" w:bidi="he-IL"/>
              </w:rPr>
              <w:t xml:space="preserve">כובע</w:t>
            </w:r>
          </w:p>
          <w:p>
            <w:pPr>
              <w:bidi/>
              <w:spacing w:before="0" w:after="0"/>
              <w:jc w:val="center"/>
            </w:pPr>
            <w:r>
              <w:rPr>
                <w:rFonts w:ascii="Arial" w:hAnsi="Arial" w:cs="Arial"/>
                <w:color w:val="6B7280"/>
                <w:sz w:val="17"/>
                <w:szCs w:val="17"/>
                <w:rtl/>
                <w:lang w:val="en-US" w:bidi="ar-SA"/>
              </w:rPr>
              <w:t xml:space="preserve">قبعة</w:t>
            </w:r>
          </w:p>
        </w:tc>
        <w:tc>
          <w:tcPr>
            <w:tcW w:type="dxa" w:w="1663"/>
          </w:tcPr>
          <w:p>
            <w:pPr>
              <w:spacing w:before="0" w:after="0"/>
              <w:jc w:val="center"/>
            </w:pPr>
            <w:r>
              <w:drawing>
                <wp:inline xmlns:a="http://schemas.openxmlformats.org/drawingml/2006/main" xmlns:pic="http://schemas.openxmlformats.org/drawingml/2006/picture">
                  <wp:extent cx="468000" cy="499200"/>
                  <wp:docPr id="14" name="Picture 14"/>
                  <wp:cNvGraphicFramePr>
                    <a:graphicFrameLocks noChangeAspect="1"/>
                  </wp:cNvGraphicFramePr>
                  <a:graphic>
                    <a:graphicData uri="http://schemas.openxmlformats.org/drawingml/2006/picture">
                      <pic:pic>
                        <pic:nvPicPr>
                          <pic:cNvPr id="0" name="beach.png"/>
                          <pic:cNvPicPr/>
                        </pic:nvPicPr>
                        <pic:blipFill>
                          <a:blip r:embed="rId21"/>
                          <a:stretch>
                            <a:fillRect/>
                          </a:stretch>
                        </pic:blipFill>
                        <pic:spPr>
                          <a:xfrm>
                            <a:off x="0" y="0"/>
                            <a:ext cx="468000" cy="499200"/>
                          </a:xfrm>
                          <a:prstGeom prst="rect"/>
                        </pic:spPr>
                      </pic:pic>
                    </a:graphicData>
                  </a:graphic>
                </wp:inline>
              </w:drawing>
            </w:r>
          </w:p>
          <w:p>
            <w:pPr>
              <w:spacing w:before="0" w:after="0"/>
              <w:jc w:val="center"/>
            </w:pPr>
            <w:r>
              <w:rPr>
                <w:b/>
                <w:bCs/>
                <w:sz w:val="23"/>
                <w:szCs w:val="23"/>
              </w:rPr>
              <w:t>beach</w:t>
            </w:r>
          </w:p>
          <w:p>
            <w:pPr>
              <w:bidi/>
              <w:spacing w:before="0" w:after="0"/>
              <w:jc w:val="center"/>
            </w:pPr>
            <w:r>
              <w:rPr>
                <w:rFonts w:ascii="Arial" w:hAnsi="Arial" w:cs="Arial"/>
                <w:color w:val="6B7280"/>
                <w:sz w:val="17"/>
                <w:szCs w:val="17"/>
                <w:rtl/>
                <w:lang w:val="en-US" w:bidi="he-IL"/>
              </w:rPr>
              <w:t xml:space="preserve">חוף ים</w:t>
            </w:r>
          </w:p>
          <w:p>
            <w:pPr>
              <w:bidi/>
              <w:spacing w:before="0" w:after="0"/>
              <w:jc w:val="center"/>
            </w:pPr>
            <w:r>
              <w:rPr>
                <w:rFonts w:ascii="Arial" w:hAnsi="Arial" w:cs="Arial"/>
                <w:color w:val="6B7280"/>
                <w:sz w:val="17"/>
                <w:szCs w:val="17"/>
                <w:rtl/>
                <w:lang w:val="en-US" w:bidi="ar-SA"/>
              </w:rPr>
              <w:t xml:space="preserve">شاطئ</w:t>
            </w:r>
          </w:p>
        </w:tc>
        <w:tc>
          <w:tcPr>
            <w:tcW w:type="dxa" w:w="1663"/>
          </w:tcPr>
          <w:p>
            <w:pPr>
              <w:spacing w:before="0" w:after="0"/>
              <w:jc w:val="center"/>
            </w:pPr>
            <w:r>
              <w:drawing>
                <wp:inline xmlns:a="http://schemas.openxmlformats.org/drawingml/2006/main" xmlns:pic="http://schemas.openxmlformats.org/drawingml/2006/picture">
                  <wp:extent cx="468000" cy="419250"/>
                  <wp:docPr id="15" name="Picture 15"/>
                  <wp:cNvGraphicFramePr>
                    <a:graphicFrameLocks noChangeAspect="1"/>
                  </wp:cNvGraphicFramePr>
                  <a:graphic>
                    <a:graphicData uri="http://schemas.openxmlformats.org/drawingml/2006/picture">
                      <pic:pic>
                        <pic:nvPicPr>
                          <pic:cNvPr id="0" name="cat.png"/>
                          <pic:cNvPicPr/>
                        </pic:nvPicPr>
                        <pic:blipFill>
                          <a:blip r:embed="rId14"/>
                          <a:stretch>
                            <a:fillRect/>
                          </a:stretch>
                        </pic:blipFill>
                        <pic:spPr>
                          <a:xfrm>
                            <a:off x="0" y="0"/>
                            <a:ext cx="468000" cy="419250"/>
                          </a:xfrm>
                          <a:prstGeom prst="rect"/>
                        </pic:spPr>
                      </pic:pic>
                    </a:graphicData>
                  </a:graphic>
                </wp:inline>
              </w:drawing>
            </w:r>
          </w:p>
          <w:p>
            <w:pPr>
              <w:spacing w:before="0" w:after="0"/>
              <w:jc w:val="center"/>
            </w:pPr>
            <w:r>
              <w:rPr>
                <w:b/>
                <w:bCs/>
                <w:sz w:val="23"/>
                <w:szCs w:val="23"/>
              </w:rPr>
              <w:t>cat</w:t>
            </w:r>
          </w:p>
          <w:p>
            <w:pPr>
              <w:bidi/>
              <w:spacing w:before="0" w:after="0"/>
              <w:jc w:val="center"/>
            </w:pPr>
            <w:r>
              <w:rPr>
                <w:rFonts w:ascii="Arial" w:hAnsi="Arial" w:cs="Arial"/>
                <w:color w:val="6B7280"/>
                <w:sz w:val="17"/>
                <w:szCs w:val="17"/>
                <w:rtl/>
                <w:lang w:val="en-US" w:bidi="he-IL"/>
              </w:rPr>
              <w:t xml:space="preserve">חתול</w:t>
            </w:r>
          </w:p>
          <w:p>
            <w:pPr>
              <w:bidi/>
              <w:spacing w:before="0" w:after="0"/>
              <w:jc w:val="center"/>
            </w:pPr>
            <w:r>
              <w:rPr>
                <w:rFonts w:ascii="Arial" w:hAnsi="Arial" w:cs="Arial"/>
                <w:color w:val="6B7280"/>
                <w:sz w:val="17"/>
                <w:szCs w:val="17"/>
                <w:rtl/>
                <w:lang w:val="en-US" w:bidi="ar-SA"/>
              </w:rPr>
              <w:t xml:space="preserve">قطة</w:t>
            </w:r>
          </w:p>
        </w:tc>
      </w:tr>
    </w:tbl>
    <w:p>
      <w:pPr>
        <w:spacing w:before="0" w:after="80"/>
        <w:jc w:val="both"/>
      </w:pPr>
    </w:p>
    <w:p>
      <w:pPr>
        <w:spacing w:before="160" w:after="20"/>
        <w:jc w:val="both"/>
      </w:pPr>
      <w:r>
        <w:rPr>
          <w:b/>
          <w:bCs/>
          <w:sz w:val="26"/>
          <w:szCs w:val="26"/>
        </w:rPr>
        <w:t>1. Match.</w:t>
      </w:r>
    </w:p>
    <w:p>
      <w:pPr>
        <w:bidi/>
        <w:spacing w:before="0" w:after="0"/>
        <w:jc w:val="both"/>
      </w:pPr>
      <w:r>
        <w:rPr>
          <w:rFonts w:ascii="Arial" w:hAnsi="Arial" w:cs="Arial"/>
          <w:color w:val="6B7280"/>
          <w:sz w:val="20"/>
          <w:szCs w:val="20"/>
          <w:rtl/>
          <w:lang w:val="en-US" w:bidi="he-IL"/>
        </w:rPr>
        <w:t xml:space="preserve">התאימו.</w:t>
      </w:r>
    </w:p>
    <w:p>
      <w:pPr>
        <w:bidi/>
        <w:spacing w:before="0" w:after="80"/>
        <w:jc w:val="both"/>
      </w:pPr>
      <w:r>
        <w:rPr>
          <w:rFonts w:ascii="Arial" w:hAnsi="Arial" w:cs="Arial"/>
          <w:color w:val="6B7280"/>
          <w:sz w:val="21"/>
          <w:szCs w:val="21"/>
          <w:rtl/>
          <w:lang w:val="en-US" w:bidi="ar-SA"/>
        </w:rPr>
        <w:t xml:space="preserve">صل.</w:t>
      </w:r>
    </w:p>
    <w:tbl>
      <w:tblPr>
        <w:tblStyle w:val="TableGrid"/>
        <w:tblW w:type="auto" w:w="0"/>
        <w:tblLook w:firstColumn="1" w:firstRow="1" w:lastColumn="0" w:lastRow="0" w:noHBand="0" w:noVBand="1" w:val="04A0"/>
      </w:tblPr>
      <w:tblGrid>
        <w:gridCol w:w="4989"/>
        <w:gridCol w:w="4989"/>
      </w:tblGrid>
      <w:tr>
        <w:tc>
          <w:tcPr>
            <w:tcW w:type="dxa" w:w="4989"/>
            <w:shd w:val="clear" w:color="auto" w:fill="047857"/>
          </w:tcPr>
          <w:p>
            <w:pPr>
              <w:spacing w:before="0" w:after="40"/>
              <w:jc w:val="both"/>
            </w:pPr>
            <w:r>
              <w:rPr>
                <w:b/>
                <w:bCs/>
                <w:color w:val="FFFFFF"/>
              </w:rPr>
              <w:t>Column A</w:t>
            </w:r>
          </w:p>
        </w:tc>
        <w:tc>
          <w:tcPr>
            <w:tcW w:type="dxa" w:w="4989"/>
            <w:shd w:val="clear" w:color="auto" w:fill="047857"/>
          </w:tcPr>
          <w:p>
            <w:pPr>
              <w:spacing w:before="0" w:after="40"/>
              <w:jc w:val="both"/>
            </w:pPr>
            <w:r>
              <w:rPr>
                <w:b/>
                <w:bCs/>
                <w:color w:val="FFFFFF"/>
              </w:rPr>
              <w:t>Column B</w:t>
            </w:r>
          </w:p>
        </w:tc>
      </w:tr>
      <w:tr>
        <w:tc>
          <w:tcPr>
            <w:tcW w:type="dxa" w:w="4989"/>
          </w:tcPr>
          <w:p>
            <w:pPr>
              <w:spacing w:before="0" w:after="40"/>
              <w:jc w:val="both"/>
            </w:pPr>
            <w:r>
              <w:rPr/>
              <w:t>1. brush</w:t>
            </w:r>
          </w:p>
        </w:tc>
        <w:tc>
          <w:tcPr>
            <w:tcW w:type="dxa" w:w="4989"/>
          </w:tcPr>
          <w:p>
            <w:pPr>
              <w:spacing w:before="0" w:after="40"/>
              <w:jc w:val="both"/>
            </w:pPr>
            <w:r>
              <w:rPr/>
              <w:t>[   ] the dog</w:t>
            </w:r>
          </w:p>
        </w:tc>
      </w:tr>
      <w:tr>
        <w:tc>
          <w:tcPr>
            <w:tcW w:type="dxa" w:w="4989"/>
          </w:tcPr>
          <w:p>
            <w:pPr>
              <w:spacing w:before="0" w:after="40"/>
              <w:jc w:val="both"/>
            </w:pPr>
            <w:r>
              <w:rPr/>
              <w:t>2. wash</w:t>
            </w:r>
          </w:p>
        </w:tc>
        <w:tc>
          <w:tcPr>
            <w:tcW w:type="dxa" w:w="4989"/>
          </w:tcPr>
          <w:p>
            <w:pPr>
              <w:spacing w:before="0" w:after="40"/>
              <w:jc w:val="both"/>
            </w:pPr>
            <w:r>
              <w:rPr/>
              <w:t>[   ] a kite</w:t>
            </w:r>
          </w:p>
        </w:tc>
      </w:tr>
      <w:tr>
        <w:tc>
          <w:tcPr>
            <w:tcW w:type="dxa" w:w="4989"/>
          </w:tcPr>
          <w:p>
            <w:pPr>
              <w:spacing w:before="0" w:after="40"/>
              <w:jc w:val="both"/>
            </w:pPr>
            <w:r>
              <w:rPr/>
              <w:t>3. water</w:t>
            </w:r>
          </w:p>
        </w:tc>
        <w:tc>
          <w:tcPr>
            <w:tcW w:type="dxa" w:w="4989"/>
          </w:tcPr>
          <w:p>
            <w:pPr>
              <w:spacing w:before="0" w:after="40"/>
              <w:jc w:val="both"/>
            </w:pPr>
            <w:r>
              <w:rPr/>
              <w:t>[   ] the floor</w:t>
            </w:r>
          </w:p>
        </w:tc>
      </w:tr>
      <w:tr>
        <w:tc>
          <w:tcPr>
            <w:tcW w:type="dxa" w:w="4989"/>
          </w:tcPr>
          <w:p>
            <w:pPr>
              <w:spacing w:before="0" w:after="40"/>
              <w:jc w:val="both"/>
            </w:pPr>
            <w:r>
              <w:rPr/>
              <w:t>4. walk</w:t>
            </w:r>
          </w:p>
        </w:tc>
        <w:tc>
          <w:tcPr>
            <w:tcW w:type="dxa" w:w="4989"/>
          </w:tcPr>
          <w:p>
            <w:pPr>
              <w:spacing w:before="0" w:after="40"/>
              <w:jc w:val="both"/>
            </w:pPr>
            <w:r>
              <w:rPr/>
              <w:t>[   ] a tree</w:t>
            </w:r>
          </w:p>
        </w:tc>
      </w:tr>
      <w:tr>
        <w:tc>
          <w:tcPr>
            <w:tcW w:type="dxa" w:w="4989"/>
          </w:tcPr>
          <w:p>
            <w:pPr>
              <w:spacing w:before="0" w:after="40"/>
              <w:jc w:val="both"/>
            </w:pPr>
            <w:r>
              <w:rPr/>
              <w:t>5. fly</w:t>
            </w:r>
          </w:p>
        </w:tc>
        <w:tc>
          <w:tcPr>
            <w:tcW w:type="dxa" w:w="4989"/>
          </w:tcPr>
          <w:p>
            <w:pPr>
              <w:spacing w:before="0" w:after="40"/>
              <w:jc w:val="both"/>
            </w:pPr>
            <w:r>
              <w:rPr/>
              <w:t>[   ] the dishes</w:t>
            </w:r>
          </w:p>
        </w:tc>
      </w:tr>
      <w:tr>
        <w:tc>
          <w:tcPr>
            <w:tcW w:type="dxa" w:w="4989"/>
          </w:tcPr>
          <w:p>
            <w:pPr>
              <w:spacing w:before="0" w:after="40"/>
              <w:jc w:val="both"/>
            </w:pPr>
            <w:r>
              <w:rPr/>
              <w:t>6. climb</w:t>
            </w:r>
          </w:p>
        </w:tc>
        <w:tc>
          <w:tcPr>
            <w:tcW w:type="dxa" w:w="4989"/>
          </w:tcPr>
          <w:p>
            <w:pPr>
              <w:spacing w:before="0" w:after="40"/>
              <w:jc w:val="both"/>
            </w:pPr>
            <w:r>
              <w:rPr/>
              <w:t>[   ] the plants</w:t>
            </w:r>
          </w:p>
        </w:tc>
      </w:tr>
    </w:tbl>
    <w:p>
      <w:pPr>
        <w:spacing w:before="0" w:after="40"/>
        <w:jc w:val="both"/>
      </w:pPr>
    </w:p>
    <w:p>
      <w:pPr>
        <w:spacing w:before="160" w:after="20"/>
        <w:jc w:val="both"/>
      </w:pPr>
      <w:r>
        <w:rPr>
          <w:b/>
          <w:bCs/>
          <w:sz w:val="26"/>
          <w:szCs w:val="26"/>
        </w:rPr>
        <w:t>2. Add -ing. Be careful with the spelling!</w:t>
      </w:r>
    </w:p>
    <w:p>
      <w:pPr>
        <w:bidi/>
        <w:spacing w:before="0" w:after="0"/>
        <w:jc w:val="both"/>
      </w:pPr>
      <w:r>
        <w:rPr>
          <w:rFonts w:ascii="Arial" w:hAnsi="Arial" w:cs="Arial"/>
          <w:color w:val="6B7280"/>
          <w:sz w:val="20"/>
          <w:szCs w:val="20"/>
          <w:rtl/>
          <w:lang w:val="en-US" w:bidi="he-IL"/>
        </w:rPr>
        <w:t xml:space="preserve">הוסיפו -‎ing‎. שימו לב לכתיב!</w:t>
      </w:r>
    </w:p>
    <w:p>
      <w:pPr>
        <w:bidi/>
        <w:spacing w:before="0" w:after="80"/>
        <w:jc w:val="both"/>
      </w:pPr>
      <w:r>
        <w:rPr>
          <w:rFonts w:ascii="Arial" w:hAnsi="Arial" w:cs="Arial"/>
          <w:color w:val="6B7280"/>
          <w:sz w:val="21"/>
          <w:szCs w:val="21"/>
          <w:rtl/>
          <w:lang w:val="en-US" w:bidi="ar-SA"/>
        </w:rPr>
        <w:t xml:space="preserve">أضف -‎ing‎. انتبه إلى الإملاء!</w:t>
      </w:r>
    </w:p>
    <w:p>
      <w:pPr>
        <w:spacing w:before="0" w:after="60"/>
        <w:jc w:val="both"/>
      </w:pPr>
      <w:r>
        <w:rPr/>
        <w:t>a. She is cut__________ the bread.</w:t>
      </w:r>
    </w:p>
    <w:p>
      <w:pPr>
        <w:spacing w:before="0" w:after="60"/>
        <w:jc w:val="both"/>
      </w:pPr>
      <w:r>
        <w:rPr/>
        <w:t>b. They are danc__________ at the party.</w:t>
      </w:r>
    </w:p>
    <w:p>
      <w:pPr>
        <w:spacing w:before="0" w:after="60"/>
        <w:jc w:val="both"/>
      </w:pPr>
      <w:r>
        <w:rPr/>
        <w:t>c. He is shop__________ at the mall.</w:t>
      </w:r>
    </w:p>
    <w:p>
      <w:pPr>
        <w:spacing w:before="0" w:after="60"/>
        <w:jc w:val="both"/>
      </w:pPr>
      <w:r>
        <w:rPr/>
        <w:t>d. I am drink__________ water.</w:t>
      </w:r>
    </w:p>
    <w:p>
      <w:pPr>
        <w:spacing w:before="0" w:after="60"/>
        <w:jc w:val="both"/>
      </w:pPr>
      <w:r>
        <w:rPr/>
        <w:t>e. We are com__________ home now.</w:t>
      </w:r>
    </w:p>
    <w:p>
      <w:pPr>
        <w:spacing w:before="0" w:after="60"/>
        <w:jc w:val="both"/>
      </w:pPr>
      <w:r>
        <w:rPr/>
        <w:t>f. The baby is cry__________.</w:t>
      </w:r>
    </w:p>
    <w:p>
      <w:pPr>
        <w:spacing w:before="160" w:after="20"/>
        <w:jc w:val="both"/>
      </w:pPr>
      <w:r>
        <w:rPr>
          <w:b/>
          <w:bCs/>
          <w:sz w:val="26"/>
          <w:szCs w:val="26"/>
        </w:rPr>
        <w:t>3. Complete the table.</w:t>
      </w:r>
    </w:p>
    <w:p>
      <w:pPr>
        <w:bidi/>
        <w:spacing w:before="0" w:after="0"/>
        <w:jc w:val="both"/>
      </w:pPr>
      <w:r>
        <w:rPr>
          <w:rFonts w:ascii="Arial" w:hAnsi="Arial" w:cs="Arial"/>
          <w:color w:val="6B7280"/>
          <w:sz w:val="20"/>
          <w:szCs w:val="20"/>
          <w:rtl/>
          <w:lang w:val="en-US" w:bidi="he-IL"/>
        </w:rPr>
        <w:t xml:space="preserve">השלימו את הטבלה.</w:t>
      </w:r>
    </w:p>
    <w:p>
      <w:pPr>
        <w:bidi/>
        <w:spacing w:before="0" w:after="80"/>
        <w:jc w:val="both"/>
      </w:pPr>
      <w:r>
        <w:rPr>
          <w:rFonts w:ascii="Arial" w:hAnsi="Arial" w:cs="Arial"/>
          <w:color w:val="6B7280"/>
          <w:sz w:val="21"/>
          <w:szCs w:val="21"/>
          <w:rtl/>
          <w:lang w:val="en-US" w:bidi="ar-SA"/>
        </w:rPr>
        <w:t xml:space="preserve">أكمل الجدول.</w:t>
      </w:r>
    </w:p>
    <w:tbl>
      <w:tblPr>
        <w:tblStyle w:val="TableGrid"/>
        <w:tblW w:type="auto" w:w="0"/>
        <w:tblLook w:firstColumn="1" w:firstRow="1" w:lastColumn="0" w:lastRow="0" w:noHBand="0" w:noVBand="1" w:val="04A0"/>
      </w:tblPr>
      <w:tblGrid>
        <w:gridCol w:w="3326"/>
        <w:gridCol w:w="3326"/>
        <w:gridCol w:w="3326"/>
      </w:tblGrid>
      <w:tr>
        <w:tc>
          <w:tcPr>
            <w:tcW w:type="dxa" w:w="3326"/>
            <w:shd w:val="clear" w:color="auto" w:fill="047857"/>
          </w:tcPr>
          <w:p>
            <w:pPr>
              <w:spacing w:before="0" w:after="40"/>
              <w:jc w:val="both"/>
            </w:pPr>
            <w:r>
              <w:rPr>
                <w:b/>
                <w:bCs/>
                <w:color w:val="FFFFFF"/>
              </w:rPr>
              <w:t>+</w:t>
            </w:r>
          </w:p>
        </w:tc>
        <w:tc>
          <w:tcPr>
            <w:tcW w:type="dxa" w:w="3326"/>
            <w:shd w:val="clear" w:color="auto" w:fill="047857"/>
          </w:tcPr>
          <w:p>
            <w:pPr>
              <w:spacing w:before="0" w:after="40"/>
              <w:jc w:val="both"/>
            </w:pPr>
            <w:r>
              <w:rPr>
                <w:b/>
                <w:bCs/>
                <w:color w:val="FFFFFF"/>
              </w:rPr>
              <w:t>−</w:t>
            </w:r>
          </w:p>
        </w:tc>
        <w:tc>
          <w:tcPr>
            <w:tcW w:type="dxa" w:w="3326"/>
            <w:shd w:val="clear" w:color="auto" w:fill="047857"/>
          </w:tcPr>
          <w:p>
            <w:pPr>
              <w:spacing w:before="0" w:after="40"/>
              <w:jc w:val="both"/>
            </w:pPr>
            <w:r>
              <w:rPr>
                <w:b/>
                <w:bCs/>
                <w:color w:val="FFFFFF"/>
              </w:rPr>
              <w:t>?</w:t>
            </w:r>
          </w:p>
        </w:tc>
      </w:tr>
      <w:tr>
        <w:tc>
          <w:tcPr>
            <w:tcW w:type="dxa" w:w="3326"/>
          </w:tcPr>
          <w:p>
            <w:pPr>
              <w:spacing w:before="0" w:after="40"/>
              <w:jc w:val="both"/>
            </w:pPr>
            <w:r>
              <w:rPr/>
              <w:t>She is reading.</w:t>
            </w:r>
          </w:p>
        </w:tc>
        <w:tc>
          <w:tcPr>
            <w:tcW w:type="dxa" w:w="3326"/>
          </w:tcPr>
          <w:p>
            <w:pPr>
              <w:spacing w:before="0" w:after="40"/>
              <w:jc w:val="both"/>
            </w:pPr>
            <w:r>
              <w:rPr/>
            </w:r>
          </w:p>
        </w:tc>
        <w:tc>
          <w:tcPr>
            <w:tcW w:type="dxa" w:w="3326"/>
          </w:tcPr>
          <w:p>
            <w:pPr>
              <w:spacing w:before="0" w:after="40"/>
              <w:jc w:val="both"/>
            </w:pPr>
            <w:r>
              <w:rPr/>
            </w:r>
          </w:p>
        </w:tc>
      </w:tr>
      <w:tr>
        <w:tc>
          <w:tcPr>
            <w:tcW w:type="dxa" w:w="3326"/>
          </w:tcPr>
          <w:p>
            <w:pPr>
              <w:spacing w:before="0" w:after="40"/>
              <w:jc w:val="both"/>
            </w:pPr>
            <w:r>
              <w:rPr/>
              <w:t>They are running.</w:t>
            </w:r>
          </w:p>
        </w:tc>
        <w:tc>
          <w:tcPr>
            <w:tcW w:type="dxa" w:w="3326"/>
          </w:tcPr>
          <w:p>
            <w:pPr>
              <w:spacing w:before="0" w:after="40"/>
              <w:jc w:val="both"/>
            </w:pPr>
            <w:r>
              <w:rPr/>
            </w:r>
          </w:p>
        </w:tc>
        <w:tc>
          <w:tcPr>
            <w:tcW w:type="dxa" w:w="3326"/>
          </w:tcPr>
          <w:p>
            <w:pPr>
              <w:spacing w:before="0" w:after="40"/>
              <w:jc w:val="both"/>
            </w:pPr>
            <w:r>
              <w:rPr/>
            </w:r>
          </w:p>
        </w:tc>
      </w:tr>
      <w:tr>
        <w:tc>
          <w:tcPr>
            <w:tcW w:type="dxa" w:w="3326"/>
          </w:tcPr>
          <w:p>
            <w:pPr>
              <w:spacing w:before="0" w:after="40"/>
              <w:jc w:val="both"/>
            </w:pPr>
            <w:r>
              <w:rPr/>
              <w:t>He is eating.</w:t>
            </w:r>
          </w:p>
        </w:tc>
        <w:tc>
          <w:tcPr>
            <w:tcW w:type="dxa" w:w="3326"/>
          </w:tcPr>
          <w:p>
            <w:pPr>
              <w:spacing w:before="0" w:after="40"/>
              <w:jc w:val="both"/>
            </w:pPr>
            <w:r>
              <w:rPr/>
            </w:r>
          </w:p>
        </w:tc>
        <w:tc>
          <w:tcPr>
            <w:tcW w:type="dxa" w:w="3326"/>
          </w:tcPr>
          <w:p>
            <w:pPr>
              <w:spacing w:before="0" w:after="40"/>
              <w:jc w:val="both"/>
            </w:pPr>
            <w:r>
              <w:rPr/>
            </w:r>
          </w:p>
        </w:tc>
      </w:tr>
      <w:tr>
        <w:tc>
          <w:tcPr>
            <w:tcW w:type="dxa" w:w="3326"/>
          </w:tcPr>
          <w:p>
            <w:pPr>
              <w:spacing w:before="0" w:after="40"/>
              <w:jc w:val="both"/>
            </w:pPr>
            <w:r>
              <w:rPr/>
              <w:t>You are working.</w:t>
            </w:r>
          </w:p>
        </w:tc>
        <w:tc>
          <w:tcPr>
            <w:tcW w:type="dxa" w:w="3326"/>
          </w:tcPr>
          <w:p>
            <w:pPr>
              <w:spacing w:before="0" w:after="40"/>
              <w:jc w:val="both"/>
            </w:pPr>
            <w:r>
              <w:rPr/>
            </w:r>
          </w:p>
        </w:tc>
        <w:tc>
          <w:tcPr>
            <w:tcW w:type="dxa" w:w="3326"/>
          </w:tcPr>
          <w:p>
            <w:pPr>
              <w:spacing w:before="0" w:after="40"/>
              <w:jc w:val="both"/>
            </w:pPr>
            <w:r>
              <w:rPr/>
            </w:r>
          </w:p>
        </w:tc>
      </w:tr>
    </w:tbl>
    <w:p>
      <w:pPr>
        <w:spacing w:before="0" w:after="40"/>
        <w:jc w:val="both"/>
      </w:pPr>
    </w:p>
    <w:p>
      <w:pPr>
        <w:spacing w:before="160" w:after="20"/>
        <w:jc w:val="both"/>
      </w:pPr>
      <w:r>
        <w:rPr>
          <w:b/>
          <w:bCs/>
          <w:sz w:val="26"/>
          <w:szCs w:val="26"/>
        </w:rPr>
        <w:t>4. Sort the words: is or are?</w:t>
      </w:r>
    </w:p>
    <w:p>
      <w:pPr>
        <w:bidi/>
        <w:spacing w:before="0" w:after="0"/>
        <w:jc w:val="both"/>
      </w:pPr>
      <w:r>
        <w:rPr>
          <w:rFonts w:ascii="Arial" w:hAnsi="Arial" w:cs="Arial"/>
          <w:color w:val="6B7280"/>
          <w:sz w:val="20"/>
          <w:szCs w:val="20"/>
          <w:rtl/>
          <w:lang w:val="en-US" w:bidi="he-IL"/>
        </w:rPr>
        <w:t xml:space="preserve">מיינו את המילים: ‎is‎ או ‎are?‎</w:t>
      </w:r>
    </w:p>
    <w:p>
      <w:pPr>
        <w:bidi/>
        <w:spacing w:before="0" w:after="80"/>
        <w:jc w:val="both"/>
      </w:pPr>
      <w:r>
        <w:rPr>
          <w:rFonts w:ascii="Arial" w:hAnsi="Arial" w:cs="Arial"/>
          <w:color w:val="6B7280"/>
          <w:sz w:val="21"/>
          <w:szCs w:val="21"/>
          <w:rtl/>
          <w:lang w:val="en-US" w:bidi="ar-SA"/>
        </w:rPr>
        <w:t xml:space="preserve">صنّف الكلمات: ‎is‎ أم ‎are‎؟</w:t>
      </w:r>
    </w:p>
    <w:p>
      <w:pPr>
        <w:spacing w:before="0" w:after="80"/>
        <w:jc w:val="both"/>
      </w:pPr>
      <w:r>
        <w:rPr>
          <w:color w:val="047857"/>
          <w:sz w:val="24"/>
          <w:szCs w:val="24"/>
        </w:rPr>
        <w:t>Words: Noam  |  the children  |  my sister  |  we  |  it  |  you  |  Ben and Tom  |  the dog</w:t>
      </w:r>
    </w:p>
    <w:tbl>
      <w:tblPr>
        <w:tblStyle w:val="TableGrid"/>
        <w:tblW w:type="auto" w:w="0"/>
        <w:tblLook w:firstColumn="1" w:firstRow="1" w:lastColumn="0" w:lastRow="0" w:noHBand="0" w:noVBand="1" w:val="04A0"/>
      </w:tblPr>
      <w:tblGrid>
        <w:gridCol w:w="4989"/>
        <w:gridCol w:w="4989"/>
      </w:tblGrid>
      <w:tr>
        <w:tc>
          <w:tcPr>
            <w:tcW w:type="dxa" w:w="4989"/>
            <w:shd w:val="clear" w:color="auto" w:fill="047857"/>
          </w:tcPr>
          <w:p>
            <w:pPr>
              <w:spacing w:before="0" w:after="40"/>
              <w:jc w:val="both"/>
            </w:pPr>
            <w:r>
              <w:rPr>
                <w:b/>
                <w:bCs/>
                <w:color w:val="FFFFFF"/>
              </w:rPr>
              <w:t>is</w:t>
            </w:r>
          </w:p>
        </w:tc>
        <w:tc>
          <w:tcPr>
            <w:tcW w:type="dxa" w:w="4989"/>
            <w:shd w:val="clear" w:color="auto" w:fill="047857"/>
          </w:tcPr>
          <w:p>
            <w:pPr>
              <w:spacing w:before="0" w:after="40"/>
              <w:jc w:val="both"/>
            </w:pPr>
            <w:r>
              <w:rPr>
                <w:b/>
                <w:bCs/>
                <w:color w:val="FFFFFF"/>
              </w:rPr>
              <w:t>are</w:t>
            </w:r>
          </w:p>
        </w:tc>
      </w:tr>
      <w:tr>
        <w:tc>
          <w:tcPr>
            <w:tcW w:type="dxa" w:w="4989"/>
          </w:tcPr>
          <w:p>
            <w:pPr>
              <w:spacing w:before="0" w:after="40"/>
              <w:jc w:val="both"/>
            </w:pPr>
            <w:r>
              <w:rPr/>
              <w:br/>
              <w:br/>
              <w:br/>
            </w:r>
          </w:p>
        </w:tc>
        <w:tc>
          <w:tcPr>
            <w:tcW w:type="dxa" w:w="4989"/>
          </w:tcPr>
          <w:p>
            <w:pPr>
              <w:spacing w:before="0" w:after="40"/>
              <w:jc w:val="both"/>
            </w:pPr>
            <w:r>
              <w:rPr/>
              <w:br/>
              <w:br/>
              <w:br/>
            </w:r>
          </w:p>
        </w:tc>
      </w:tr>
    </w:tbl>
    <w:p>
      <w:pPr>
        <w:spacing w:before="0" w:after="40"/>
        <w:jc w:val="both"/>
      </w:pPr>
    </w:p>
    <w:p>
      <w:pPr>
        <w:spacing w:before="160" w:after="20"/>
        <w:jc w:val="both"/>
      </w:pPr>
      <w:r>
        <w:rPr>
          <w:b/>
          <w:bCs/>
          <w:sz w:val="26"/>
          <w:szCs w:val="26"/>
        </w:rPr>
        <w:t>5. Complete with a verb from the bank. Use the present progressive.</w:t>
      </w:r>
    </w:p>
    <w:p>
      <w:pPr>
        <w:bidi/>
        <w:spacing w:before="0" w:after="0"/>
        <w:jc w:val="both"/>
      </w:pPr>
      <w:r>
        <w:rPr>
          <w:rFonts w:ascii="Arial" w:hAnsi="Arial" w:cs="Arial"/>
          <w:color w:val="6B7280"/>
          <w:sz w:val="20"/>
          <w:szCs w:val="20"/>
          <w:rtl/>
          <w:lang w:val="en-US" w:bidi="he-IL"/>
        </w:rPr>
        <w:t xml:space="preserve">השלימו בפועל ממחסן המילים. השתמשו ב־‎present progressive‎.</w:t>
      </w:r>
    </w:p>
    <w:p>
      <w:pPr>
        <w:bidi/>
        <w:spacing w:before="0" w:after="80"/>
        <w:jc w:val="both"/>
      </w:pPr>
      <w:r>
        <w:rPr>
          <w:rFonts w:ascii="Arial" w:hAnsi="Arial" w:cs="Arial"/>
          <w:color w:val="6B7280"/>
          <w:sz w:val="21"/>
          <w:szCs w:val="21"/>
          <w:rtl/>
          <w:lang w:val="en-US" w:bidi="ar-SA"/>
        </w:rPr>
        <w:t xml:space="preserve">أكمل بفعل من بنك الكلمات. استعمل ‎present progressive‎.</w:t>
      </w:r>
    </w:p>
    <w:p>
      <w:pPr>
        <w:spacing w:before="0" w:after="80"/>
        <w:jc w:val="both"/>
      </w:pPr>
      <w:r>
        <w:rPr>
          <w:color w:val="047857"/>
          <w:sz w:val="24"/>
          <w:szCs w:val="24"/>
        </w:rPr>
        <w:t>Word bank: paint  |  sleep  |  fly  |  eat  |  clean  |  wait</w:t>
      </w:r>
    </w:p>
    <w:p>
      <w:pPr>
        <w:spacing w:before="0" w:after="60"/>
        <w:jc w:val="both"/>
      </w:pPr>
      <w:r>
        <w:rPr/>
        <w:t>a. The baby __________ in her room.</w:t>
      </w:r>
    </w:p>
    <w:p>
      <w:pPr>
        <w:spacing w:before="0" w:after="60"/>
        <w:jc w:val="both"/>
      </w:pPr>
      <w:r>
        <w:rPr/>
        <w:t>b. Look! Two planes __________ over the city.</w:t>
      </w:r>
    </w:p>
    <w:p>
      <w:pPr>
        <w:spacing w:before="0" w:after="60"/>
        <w:jc w:val="both"/>
      </w:pPr>
      <w:r>
        <w:rPr/>
        <w:t>c. Grandpa __________ the fence white.</w:t>
      </w:r>
    </w:p>
    <w:p>
      <w:pPr>
        <w:spacing w:before="0" w:after="60"/>
        <w:jc w:val="both"/>
      </w:pPr>
      <w:r>
        <w:rPr/>
        <w:t>d. We __________ for the teacher.</w:t>
      </w:r>
    </w:p>
    <w:p>
      <w:pPr>
        <w:spacing w:before="0" w:after="60"/>
        <w:jc w:val="both"/>
      </w:pPr>
      <w:r>
        <w:rPr/>
        <w:t>e. I __________ a sandwich.</w:t>
      </w:r>
    </w:p>
    <w:p>
      <w:pPr>
        <w:spacing w:before="0" w:after="60"/>
        <w:jc w:val="both"/>
      </w:pPr>
      <w:r>
        <w:rPr/>
        <w:t>f. Mom __________ the windows.</w:t>
      </w:r>
    </w:p>
    <w:p>
      <w:pPr>
        <w:spacing w:before="160" w:after="20"/>
        <w:jc w:val="both"/>
      </w:pPr>
      <w:r>
        <w:rPr>
          <w:b/>
          <w:bCs/>
          <w:sz w:val="26"/>
          <w:szCs w:val="26"/>
        </w:rPr>
        <w:t>6. Find the mistake. Write the sentence correctly.</w:t>
      </w:r>
    </w:p>
    <w:p>
      <w:pPr>
        <w:bidi/>
        <w:spacing w:before="0" w:after="0"/>
        <w:jc w:val="both"/>
      </w:pPr>
      <w:r>
        <w:rPr>
          <w:rFonts w:ascii="Arial" w:hAnsi="Arial" w:cs="Arial"/>
          <w:color w:val="6B7280"/>
          <w:sz w:val="20"/>
          <w:szCs w:val="20"/>
          <w:rtl/>
          <w:lang w:val="en-US" w:bidi="he-IL"/>
        </w:rPr>
        <w:t xml:space="preserve">מצאו את הטעות. כתבו את המשפט נכון.</w:t>
      </w:r>
    </w:p>
    <w:p>
      <w:pPr>
        <w:bidi/>
        <w:spacing w:before="0" w:after="80"/>
        <w:jc w:val="both"/>
      </w:pPr>
      <w:r>
        <w:rPr>
          <w:rFonts w:ascii="Arial" w:hAnsi="Arial" w:cs="Arial"/>
          <w:color w:val="6B7280"/>
          <w:sz w:val="21"/>
          <w:szCs w:val="21"/>
          <w:rtl/>
          <w:lang w:val="en-US" w:bidi="ar-SA"/>
        </w:rPr>
        <w:t xml:space="preserve">جد الخطأ. اكتب الجملة بشكل صحيح.</w:t>
      </w:r>
    </w:p>
    <w:p>
      <w:pPr>
        <w:spacing w:before="0" w:after="100"/>
        <w:jc w:val="both"/>
      </w:pPr>
      <w:r>
        <w:rPr/>
        <w:t>a. She is swiming.</w:t>
      </w:r>
    </w:p>
    <w:p>
      <w:pPr>
        <w:spacing w:before="0" w:after="100"/>
        <w:jc w:val="both"/>
      </w:pPr>
      <w:r>
        <w:rPr/>
        <w:t>b. They is playing.</w:t>
      </w:r>
    </w:p>
    <w:p>
      <w:pPr>
        <w:spacing w:before="0" w:after="100"/>
        <w:jc w:val="both"/>
      </w:pPr>
      <w:r>
        <w:rPr/>
        <w:t>c. I am write a story.</w:t>
      </w:r>
    </w:p>
    <w:p>
      <w:pPr>
        <w:spacing w:before="0" w:after="100"/>
        <w:jc w:val="both"/>
      </w:pPr>
      <w:r>
        <w:rPr/>
        <w:t>d. He not is working.</w:t>
      </w:r>
    </w:p>
    <w:p>
      <w:pPr>
        <w:spacing w:before="0" w:after="100"/>
        <w:jc w:val="both"/>
      </w:pPr>
      <w:r>
        <w:rPr/>
        <w:t>e. Are he sleeping?</w:t>
      </w:r>
    </w:p>
    <w:p>
      <w:pPr>
        <w:spacing w:before="160" w:after="20"/>
        <w:jc w:val="both"/>
      </w:pPr>
      <w:r>
        <w:rPr>
          <w:b/>
          <w:bCs/>
          <w:sz w:val="26"/>
          <w:szCs w:val="26"/>
        </w:rPr>
        <w:t>7. Complete the questions with What, Where or Who.</w:t>
      </w:r>
    </w:p>
    <w:p>
      <w:pPr>
        <w:bidi/>
        <w:spacing w:before="0" w:after="0"/>
        <w:jc w:val="both"/>
      </w:pPr>
      <w:r>
        <w:rPr>
          <w:rFonts w:ascii="Arial" w:hAnsi="Arial" w:cs="Arial"/>
          <w:color w:val="6B7280"/>
          <w:sz w:val="20"/>
          <w:szCs w:val="20"/>
          <w:rtl/>
          <w:lang w:val="en-US" w:bidi="he-IL"/>
        </w:rPr>
        <w:t xml:space="preserve">השלימו את השאלות ב־‎What‎, ב־‎Where‎ או ב־‎Who‎.</w:t>
      </w:r>
    </w:p>
    <w:p>
      <w:pPr>
        <w:bidi/>
        <w:spacing w:before="0" w:after="80"/>
        <w:jc w:val="both"/>
      </w:pPr>
      <w:r>
        <w:rPr>
          <w:rFonts w:ascii="Arial" w:hAnsi="Arial" w:cs="Arial"/>
          <w:color w:val="6B7280"/>
          <w:sz w:val="21"/>
          <w:szCs w:val="21"/>
          <w:rtl/>
          <w:lang w:val="en-US" w:bidi="ar-SA"/>
        </w:rPr>
        <w:t xml:space="preserve">أكمل الأسئلة بـ ‎What‎ أو ‎Where‎ أو ‎Who‎.</w:t>
      </w:r>
    </w:p>
    <w:p>
      <w:pPr>
        <w:spacing w:before="0" w:after="60"/>
        <w:jc w:val="both"/>
      </w:pPr>
      <w:r>
        <w:rPr/>
        <w:t>a. __________ is Noa doing? She's painting.</w:t>
      </w:r>
    </w:p>
    <w:p>
      <w:pPr>
        <w:spacing w:before="0" w:after="60"/>
        <w:jc w:val="both"/>
      </w:pPr>
      <w:r>
        <w:rPr/>
        <w:t>b. __________ are the boys going? To the park.</w:t>
      </w:r>
    </w:p>
    <w:p>
      <w:pPr>
        <w:spacing w:before="0" w:after="60"/>
        <w:jc w:val="both"/>
      </w:pPr>
      <w:r>
        <w:rPr/>
        <w:t>c. __________ is singing? Shira is singing.</w:t>
      </w:r>
    </w:p>
    <w:p>
      <w:pPr>
        <w:spacing w:before="0" w:after="60"/>
        <w:jc w:val="both"/>
      </w:pPr>
      <w:r>
        <w:rPr/>
        <w:t>d. __________ are you eating? A banana.</w:t>
      </w:r>
    </w:p>
    <w:p>
      <w:pPr>
        <w:spacing w:before="0" w:after="60"/>
        <w:jc w:val="both"/>
      </w:pPr>
      <w:r>
        <w:rPr/>
        <w:t>e. __________ is Dad sitting? In the garden.</w:t>
      </w:r>
    </w:p>
    <w:p>
      <w:pPr>
        <w:spacing w:before="160" w:after="20"/>
        <w:jc w:val="both"/>
      </w:pPr>
      <w:r>
        <w:rPr>
          <w:b/>
          <w:bCs/>
          <w:sz w:val="26"/>
          <w:szCs w:val="26"/>
        </w:rPr>
        <w:t>8. Present simple or present progressive? Circle the correct form.</w:t>
      </w:r>
    </w:p>
    <w:p>
      <w:pPr>
        <w:bidi/>
        <w:spacing w:before="0" w:after="0"/>
        <w:jc w:val="both"/>
      </w:pPr>
      <w:r>
        <w:rPr>
          <w:rFonts w:ascii="Arial" w:hAnsi="Arial" w:cs="Arial"/>
          <w:color w:val="6B7280"/>
          <w:sz w:val="20"/>
          <w:szCs w:val="20"/>
          <w:rtl/>
          <w:lang w:val="en-US" w:bidi="he-IL"/>
        </w:rPr>
        <w:t xml:space="preserve">‎present simple‎ או ‎present progressive?‎ הקיפו את הצורה הנכונה.</w:t>
      </w:r>
    </w:p>
    <w:p>
      <w:pPr>
        <w:bidi/>
        <w:spacing w:before="0" w:after="80"/>
        <w:jc w:val="both"/>
      </w:pPr>
      <w:r>
        <w:rPr>
          <w:rFonts w:ascii="Arial" w:hAnsi="Arial" w:cs="Arial"/>
          <w:color w:val="6B7280"/>
          <w:sz w:val="21"/>
          <w:szCs w:val="21"/>
          <w:rtl/>
          <w:lang w:val="en-US" w:bidi="ar-SA"/>
        </w:rPr>
        <w:t xml:space="preserve">‎present simple‎ أم ‎present progressive‎؟ ضع دائرة حول الصيغة الصحيحة.</w:t>
      </w:r>
    </w:p>
    <w:p>
      <w:pPr>
        <w:spacing w:before="0" w:after="20"/>
        <w:jc w:val="both"/>
      </w:pPr>
      <w:r>
        <w:rPr/>
        <w:t>a. Ben ___ to school every day.</w:t>
      </w:r>
    </w:p>
    <w:p>
      <w:pPr>
        <w:spacing w:before="0" w:after="80"/>
        <w:jc w:val="both"/>
      </w:pPr>
      <w:r>
        <w:rPr/>
        <w:t xml:space="preserve">   ○ walks      ○ is walking</w:t>
      </w:r>
    </w:p>
    <w:p>
      <w:pPr>
        <w:spacing w:before="0" w:after="20"/>
        <w:jc w:val="both"/>
      </w:pPr>
      <w:r>
        <w:rPr/>
        <w:t>b. Shh! The baby ___.</w:t>
      </w:r>
    </w:p>
    <w:p>
      <w:pPr>
        <w:spacing w:before="0" w:after="80"/>
        <w:jc w:val="both"/>
      </w:pPr>
      <w:r>
        <w:rPr/>
        <w:t xml:space="preserve">   ○ sleeps      ○ is sleeping</w:t>
      </w:r>
    </w:p>
    <w:p>
      <w:pPr>
        <w:spacing w:before="0" w:after="20"/>
        <w:jc w:val="both"/>
      </w:pPr>
      <w:r>
        <w:rPr/>
        <w:t>c. Look! Omer ___ a tree.</w:t>
      </w:r>
    </w:p>
    <w:p>
      <w:pPr>
        <w:spacing w:before="0" w:after="80"/>
        <w:jc w:val="both"/>
      </w:pPr>
      <w:r>
        <w:rPr/>
        <w:t xml:space="preserve">   ○ climbs      ○ is climbing</w:t>
      </w:r>
    </w:p>
    <w:p>
      <w:pPr>
        <w:spacing w:before="0" w:after="20"/>
        <w:jc w:val="both"/>
      </w:pPr>
      <w:r>
        <w:rPr/>
        <w:t>d. We often ___ pizza on Fridays.</w:t>
      </w:r>
    </w:p>
    <w:p>
      <w:pPr>
        <w:spacing w:before="0" w:after="80"/>
        <w:jc w:val="both"/>
      </w:pPr>
      <w:r>
        <w:rPr/>
        <w:t xml:space="preserve">   ○ eat      ○ are eating</w:t>
      </w:r>
    </w:p>
    <w:p>
      <w:pPr>
        <w:spacing w:before="0" w:after="20"/>
        <w:jc w:val="both"/>
      </w:pPr>
      <w:r>
        <w:rPr/>
        <w:t>e. Right now, I ___ to music.</w:t>
      </w:r>
    </w:p>
    <w:p>
      <w:pPr>
        <w:spacing w:before="0" w:after="80"/>
        <w:jc w:val="both"/>
      </w:pPr>
      <w:r>
        <w:rPr/>
        <w:t xml:space="preserve">   ○ listen      ○ am listening</w:t>
      </w:r>
    </w:p>
    <w:p>
      <w:pPr>
        <w:spacing w:before="160" w:after="20"/>
        <w:jc w:val="both"/>
      </w:pPr>
      <w:r>
        <w:rPr>
          <w:b/>
          <w:bCs/>
          <w:sz w:val="26"/>
          <w:szCs w:val="26"/>
        </w:rPr>
        <w:t>9. True or False? Correct the false rules.</w:t>
      </w:r>
    </w:p>
    <w:p>
      <w:pPr>
        <w:bidi/>
        <w:spacing w:before="0" w:after="0"/>
        <w:jc w:val="both"/>
      </w:pPr>
      <w:r>
        <w:rPr>
          <w:rFonts w:ascii="Arial" w:hAnsi="Arial" w:cs="Arial"/>
          <w:color w:val="6B7280"/>
          <w:sz w:val="20"/>
          <w:szCs w:val="20"/>
          <w:rtl/>
          <w:lang w:val="en-US" w:bidi="he-IL"/>
        </w:rPr>
        <w:t xml:space="preserve">נכון או לא נכון? תקנו את הכללים הלא נכונים.</w:t>
      </w:r>
    </w:p>
    <w:p>
      <w:pPr>
        <w:bidi/>
        <w:spacing w:before="0" w:after="80"/>
        <w:jc w:val="both"/>
      </w:pPr>
      <w:r>
        <w:rPr>
          <w:rFonts w:ascii="Arial" w:hAnsi="Arial" w:cs="Arial"/>
          <w:color w:val="6B7280"/>
          <w:sz w:val="21"/>
          <w:szCs w:val="21"/>
          <w:rtl/>
          <w:lang w:val="en-US" w:bidi="ar-SA"/>
        </w:rPr>
        <w:t xml:space="preserve">صحيح أم خطأ؟ صحّح القواعد الخاطئة.</w:t>
      </w:r>
    </w:p>
    <w:p>
      <w:pPr>
        <w:spacing w:before="0" w:after="60"/>
        <w:jc w:val="both"/>
      </w:pPr>
      <w:r>
        <w:rPr/>
        <w:t>a. We use the present progressive for things happening now.      True / False</w:t>
      </w:r>
    </w:p>
    <w:p>
      <w:pPr>
        <w:spacing w:before="0" w:after="60"/>
        <w:jc w:val="both"/>
      </w:pPr>
      <w:r>
        <w:rPr/>
        <w:t>b. The -ing form of run is runing.      True / False</w:t>
      </w:r>
    </w:p>
    <w:p>
      <w:pPr>
        <w:spacing w:before="0" w:after="60"/>
        <w:jc w:val="both"/>
      </w:pPr>
      <w:r>
        <w:rPr/>
        <w:t>c. The -ing form of make is making.      True / False</w:t>
      </w:r>
    </w:p>
    <w:p>
      <w:pPr>
        <w:spacing w:before="0" w:after="60"/>
        <w:jc w:val="both"/>
      </w:pPr>
      <w:r>
        <w:rPr/>
        <w:t>d. With they, we use is: They is eating.      True / False</w:t>
      </w:r>
    </w:p>
    <w:p>
      <w:pPr>
        <w:spacing w:before="120" w:after="40"/>
        <w:jc w:val="center"/>
      </w:pPr>
      <w:r>
        <w:rPr>
          <w:rFonts w:ascii="Arial Black" w:hAnsi="Arial Black" w:cs="Arial Black"/>
          <w:b/>
          <w:bCs/>
          <w:color w:val="047857"/>
          <w:sz w:val="30"/>
          <w:szCs w:val="30"/>
        </w:rPr>
        <w:t>A Phone Call</w:t>
      </w:r>
    </w:p>
    <w:p>
      <w:pPr>
        <w:spacing w:before="0" w:after="80"/>
        <w:jc w:val="both"/>
      </w:pPr>
      <w:r>
        <w:rPr/>
        <w:t>It's Friday afternoon, and it's a little cloudy outside. Tamar is calling her friend Noa.</w:t>
      </w:r>
    </w:p>
    <w:p>
      <w:pPr>
        <w:spacing w:before="0" w:after="80"/>
        <w:jc w:val="both"/>
      </w:pPr>
      <w:r>
        <w:rPr/>
        <w:t>"Hi, Noa! What are you doing?" "Hi, Tamar! I'm helping my mom. We're making a cake for Grandpa's birthday. It's a chocolate cake!" "Yum! Is your brother helping too?" "No, he isn't. Ariel is sitting in his room. He's playing on his computer, as usual. And what are you doing?"</w:t>
      </w:r>
    </w:p>
    <w:p>
      <w:pPr>
        <w:spacing w:before="0" w:after="80"/>
        <w:jc w:val="both"/>
      </w:pPr>
      <w:r>
        <w:rPr/>
        <w:t>"I'm sitting on the balcony. I'm drawing a picture of the street. A man is walking with three dogs, and two kids are riding their bikes. Oh! It's starting to rain! I'm going inside. Bye, Noa!"</w:t>
      </w:r>
    </w:p>
    <w:p>
      <w:pPr>
        <w:spacing w:before="160" w:after="20"/>
        <w:jc w:val="both"/>
      </w:pPr>
      <w:r>
        <w:rPr>
          <w:b/>
          <w:bCs/>
          <w:sz w:val="26"/>
          <w:szCs w:val="26"/>
        </w:rPr>
        <w:t>10. Read "A Phone Call". Write True or False. Correct the false sentences.</w:t>
      </w:r>
    </w:p>
    <w:p>
      <w:pPr>
        <w:bidi/>
        <w:spacing w:before="0" w:after="0"/>
        <w:jc w:val="both"/>
      </w:pPr>
      <w:r>
        <w:rPr>
          <w:rFonts w:ascii="Arial" w:hAnsi="Arial" w:cs="Arial"/>
          <w:color w:val="6B7280"/>
          <w:sz w:val="20"/>
          <w:szCs w:val="20"/>
          <w:rtl/>
          <w:lang w:val="en-US" w:bidi="he-IL"/>
        </w:rPr>
        <w:t xml:space="preserve">קראו את ‎"A Phone Call"‎. כתבו ‎True‎ או ‎False‎. תקנו את המשפטים הלא נכונים.</w:t>
      </w:r>
    </w:p>
    <w:p>
      <w:pPr>
        <w:bidi/>
        <w:spacing w:before="0" w:after="80"/>
        <w:jc w:val="both"/>
      </w:pPr>
      <w:r>
        <w:rPr>
          <w:rFonts w:ascii="Arial" w:hAnsi="Arial" w:cs="Arial"/>
          <w:color w:val="6B7280"/>
          <w:sz w:val="21"/>
          <w:szCs w:val="21"/>
          <w:rtl/>
          <w:lang w:val="en-US" w:bidi="ar-SA"/>
        </w:rPr>
        <w:t xml:space="preserve">اقرأ ‎"A Phone Call"‎. اكتب ‎True‎ أو ‎False‎. صحّح الجمل الخاطئة.</w:t>
      </w:r>
    </w:p>
    <w:p>
      <w:pPr>
        <w:spacing w:before="0" w:after="60"/>
        <w:jc w:val="both"/>
      </w:pPr>
      <w:r>
        <w:rPr/>
        <w:t>a. Noa is helping her dad.      True / False</w:t>
      </w:r>
    </w:p>
    <w:p>
      <w:pPr>
        <w:spacing w:before="0" w:after="60"/>
        <w:jc w:val="both"/>
      </w:pPr>
      <w:r>
        <w:rPr/>
        <w:t>b. They are making a cake for Grandpa.      True / False</w:t>
      </w:r>
    </w:p>
    <w:p>
      <w:pPr>
        <w:spacing w:before="0" w:after="60"/>
        <w:jc w:val="both"/>
      </w:pPr>
      <w:r>
        <w:rPr/>
        <w:t>c. Ariel is helping in the kitchen.      True / False</w:t>
      </w:r>
    </w:p>
    <w:p>
      <w:pPr>
        <w:spacing w:before="0" w:after="60"/>
        <w:jc w:val="both"/>
      </w:pPr>
      <w:r>
        <w:rPr/>
        <w:t>d. Tamar is drawing on the balcony.      True / False</w:t>
      </w:r>
    </w:p>
    <w:p>
      <w:pPr>
        <w:spacing w:before="160" w:after="20"/>
        <w:jc w:val="both"/>
      </w:pPr>
      <w:r>
        <w:rPr>
          <w:b/>
          <w:bCs/>
          <w:sz w:val="26"/>
          <w:szCs w:val="26"/>
        </w:rPr>
        <w:t>11. Answer the questions about the text.</w:t>
      </w:r>
    </w:p>
    <w:p>
      <w:pPr>
        <w:bidi/>
        <w:spacing w:before="0" w:after="0"/>
        <w:jc w:val="both"/>
      </w:pPr>
      <w:r>
        <w:rPr>
          <w:rFonts w:ascii="Arial" w:hAnsi="Arial" w:cs="Arial"/>
          <w:color w:val="6B7280"/>
          <w:sz w:val="20"/>
          <w:szCs w:val="20"/>
          <w:rtl/>
          <w:lang w:val="en-US" w:bidi="he-IL"/>
        </w:rPr>
        <w:t xml:space="preserve">ענו על השאלות על הטקסט.</w:t>
      </w:r>
    </w:p>
    <w:p>
      <w:pPr>
        <w:bidi/>
        <w:spacing w:before="0" w:after="80"/>
        <w:jc w:val="both"/>
      </w:pPr>
      <w:r>
        <w:rPr>
          <w:rFonts w:ascii="Arial" w:hAnsi="Arial" w:cs="Arial"/>
          <w:color w:val="6B7280"/>
          <w:sz w:val="21"/>
          <w:szCs w:val="21"/>
          <w:rtl/>
          <w:lang w:val="en-US" w:bidi="ar-SA"/>
        </w:rPr>
        <w:t xml:space="preserve">أجب عن الأسئلة حول النصّ.</w:t>
      </w:r>
    </w:p>
    <w:p>
      <w:pPr>
        <w:spacing w:before="0" w:after="100"/>
        <w:jc w:val="both"/>
      </w:pPr>
      <w:r>
        <w:rPr/>
        <w:t>a. What kind of cake are they making?</w:t>
      </w:r>
    </w:p>
    <w:p>
      <w:pPr>
        <w:spacing w:before="0" w:after="100"/>
        <w:jc w:val="both"/>
      </w:pPr>
      <w:r>
        <w:rPr/>
        <w:t>b. Where is Ariel sitting?</w:t>
      </w:r>
    </w:p>
    <w:p>
      <w:pPr>
        <w:spacing w:before="0" w:after="100"/>
        <w:jc w:val="both"/>
      </w:pPr>
      <w:r>
        <w:rPr/>
        <w:t>c. What is the man doing?</w:t>
      </w:r>
    </w:p>
    <w:p>
      <w:pPr>
        <w:spacing w:before="0" w:after="100"/>
        <w:jc w:val="both"/>
      </w:pPr>
      <w:r>
        <w:rPr/>
        <w:t>d. Why is Tamar going inside?</w:t>
      </w:r>
    </w:p>
    <w:p>
      <w:pPr>
        <w:spacing w:before="160" w:after="20"/>
        <w:jc w:val="both"/>
      </w:pPr>
      <w:r>
        <w:rPr>
          <w:b/>
          <w:bCs/>
          <w:sz w:val="26"/>
          <w:szCs w:val="26"/>
        </w:rPr>
        <w:t>12. It's Saturday morning. What are the people in your family doing now? Write 4 sentences.</w:t>
      </w:r>
    </w:p>
    <w:p>
      <w:pPr>
        <w:bidi/>
        <w:spacing w:before="0" w:after="0"/>
        <w:jc w:val="both"/>
      </w:pPr>
      <w:r>
        <w:rPr>
          <w:rFonts w:ascii="Arial" w:hAnsi="Arial" w:cs="Arial"/>
          <w:color w:val="6B7280"/>
          <w:sz w:val="20"/>
          <w:szCs w:val="20"/>
          <w:rtl/>
          <w:lang w:val="en-US" w:bidi="he-IL"/>
        </w:rPr>
        <w:t xml:space="preserve">שבת בבוקר. מה עושים עכשיו בני המשפחה שלכם? כתבו 4 משפטים.</w:t>
      </w:r>
    </w:p>
    <w:p>
      <w:pPr>
        <w:bidi/>
        <w:spacing w:before="0" w:after="80"/>
        <w:jc w:val="both"/>
      </w:pPr>
      <w:r>
        <w:rPr>
          <w:rFonts w:ascii="Arial" w:hAnsi="Arial" w:cs="Arial"/>
          <w:color w:val="6B7280"/>
          <w:sz w:val="21"/>
          <w:szCs w:val="21"/>
          <w:rtl/>
          <w:lang w:val="en-US" w:bidi="ar-SA"/>
        </w:rPr>
        <w:t xml:space="preserve">إنّه صباح يوم السبت. ماذا يفعل أفراد عائلتك الآن؟ اكتب 4 جمل.</w:t>
      </w:r>
    </w:p>
    <w:p>
      <w:pPr>
        <w:spacing w:before="0" w:after="80"/>
        <w:jc w:val="both"/>
      </w:pPr>
      <w:r>
        <w:rPr>
          <w:color w:val="99A3B5"/>
        </w:rPr>
        <w:t>________________________________________________________________________</w:t>
      </w:r>
    </w:p>
    <w:p>
      <w:pPr>
        <w:spacing w:before="0" w:after="80"/>
        <w:jc w:val="both"/>
      </w:pPr>
      <w:r>
        <w:rPr>
          <w:color w:val="99A3B5"/>
        </w:rPr>
        <w:t>________________________________________________________________________</w:t>
      </w:r>
    </w:p>
    <w:p>
      <w:pPr>
        <w:spacing w:before="0" w:after="80"/>
        <w:jc w:val="both"/>
      </w:pPr>
      <w:r>
        <w:rPr>
          <w:color w:val="99A3B5"/>
        </w:rPr>
        <w:t>________________________________________________________________________</w:t>
      </w:r>
    </w:p>
    <w:p>
      <w:pPr>
        <w:spacing w:before="0" w:after="80"/>
        <w:jc w:val="both"/>
      </w:pPr>
      <w:r>
        <w:rPr>
          <w:color w:val="99A3B5"/>
        </w:rPr>
        <w:t>________________________________________________________________________</w:t>
      </w:r>
    </w:p>
    <w:p>
      <w:pPr>
        <w:spacing w:before="0" w:after="80"/>
        <w:jc w:val="both"/>
      </w:pPr>
      <w:r>
        <w:br w:type="page"/>
      </w:r>
    </w:p>
    <w:p>
      <w:pPr>
        <w:spacing w:before="0" w:after="120"/>
        <w:jc w:val="both"/>
      </w:pPr>
      <w:r>
        <w:rPr>
          <w:rFonts w:ascii="Arial" w:hAnsi="Arial" w:cs="Arial"/>
          <w:color w:val="5B6476"/>
          <w:sz w:val="20"/>
          <w:szCs w:val="20"/>
        </w:rPr>
        <w:t>English · Grade 5   |   Unit 3</w:t>
      </w:r>
    </w:p>
    <w:p>
      <w:pPr>
        <w:spacing w:before="0" w:after="40"/>
        <w:jc w:val="both"/>
      </w:pPr>
      <w:r>
        <w:rPr>
          <w:rFonts w:ascii="Arial Black" w:hAnsi="Arial Black" w:cs="Arial Black"/>
          <w:b/>
          <w:bCs/>
          <w:color w:val="047857"/>
          <w:sz w:val="44"/>
          <w:szCs w:val="44"/>
        </w:rPr>
        <w:t>Unit 3: Articles a, an, the and plural nouns</w:t>
      </w:r>
    </w:p>
    <w:p>
      <w:pPr>
        <w:bidi/>
        <w:spacing w:before="0" w:after="0"/>
        <w:jc w:val="both"/>
      </w:pPr>
      <w:r>
        <w:rPr>
          <w:rFonts w:ascii="Arial" w:hAnsi="Arial" w:cs="Arial"/>
          <w:color w:val="6B7280"/>
          <w:sz w:val="22"/>
          <w:szCs w:val="22"/>
          <w:rtl/>
          <w:lang w:val="en-US" w:bidi="he-IL"/>
        </w:rPr>
        <w:t xml:space="preserve">מילות היידוע ‎a, an, the‎ ושמות עצם ברבים</w:t>
      </w:r>
    </w:p>
    <w:p>
      <w:pPr>
        <w:bidi/>
        <w:spacing w:before="0" w:after="120"/>
        <w:jc w:val="both"/>
      </w:pPr>
      <w:r>
        <w:rPr>
          <w:rFonts w:ascii="Arial" w:hAnsi="Arial" w:cs="Arial"/>
          <w:color w:val="6B7280"/>
          <w:sz w:val="23"/>
          <w:szCs w:val="23"/>
          <w:rtl/>
          <w:lang w:val="en-US" w:bidi="ar-SA"/>
        </w:rPr>
        <w:t xml:space="preserve">أدوات التعريف والتنكير ‎a‎ و‎an‎ و‎the‎، والأسماء في الجمع</w:t>
      </w:r>
    </w:p>
    <w:p>
      <w:pPr>
        <w:spacing w:before="0" w:after="80"/>
        <w:jc w:val="center"/>
      </w:pPr>
      <w:r>
        <w:drawing>
          <wp:inline xmlns:a="http://schemas.openxmlformats.org/drawingml/2006/main" xmlns:pic="http://schemas.openxmlformats.org/drawingml/2006/picture">
            <wp:extent cx="3240000" cy="2160000"/>
            <wp:docPr id="16" name="Picture 16"/>
            <wp:cNvGraphicFramePr>
              <a:graphicFrameLocks noChangeAspect="1"/>
            </wp:cNvGraphicFramePr>
            <a:graphic>
              <a:graphicData uri="http://schemas.openxmlformats.org/drawingml/2006/picture">
                <pic:pic>
                  <pic:nvPicPr>
                    <pic:cNvPr id="0" name="english_g5_t03.jpg"/>
                    <pic:cNvPicPr/>
                  </pic:nvPicPr>
                  <pic:blipFill>
                    <a:blip r:embed="rId22"/>
                    <a:stretch>
                      <a:fillRect/>
                    </a:stretch>
                  </pic:blipFill>
                  <pic:spPr>
                    <a:xfrm>
                      <a:off x="0" y="0"/>
                      <a:ext cx="3240000" cy="2160000"/>
                    </a:xfrm>
                    <a:prstGeom prst="rect"/>
                  </pic:spPr>
                </pic:pic>
              </a:graphicData>
            </a:graphic>
          </wp:inline>
        </w:drawing>
      </w:r>
    </w:p>
    <w:p>
      <w:pPr>
        <w:spacing w:before="120" w:after="40"/>
        <w:jc w:val="both"/>
      </w:pPr>
      <w:r>
        <w:rPr>
          <w:rFonts w:ascii="Arial Black" w:hAnsi="Arial Black" w:cs="Arial Black"/>
          <w:b/>
          <w:bCs/>
          <w:color w:val="047857"/>
          <w:sz w:val="28"/>
          <w:szCs w:val="28"/>
        </w:rPr>
        <w:t>◆ a, an, the</w:t>
      </w:r>
    </w:p>
    <w:tbl>
      <w:tblPr>
        <w:tblStyle w:val="TableGrid"/>
        <w:tblW w:type="auto" w:w="0"/>
        <w:tblLook w:firstColumn="1" w:firstRow="1" w:lastColumn="0" w:lastRow="0" w:noHBand="0" w:noVBand="1" w:val="04A0"/>
      </w:tblPr>
      <w:tblGrid>
        <w:gridCol w:w="3326"/>
        <w:gridCol w:w="3326"/>
        <w:gridCol w:w="3326"/>
      </w:tblGrid>
      <w:tr>
        <w:tc>
          <w:tcPr>
            <w:tcW w:type="dxa" w:w="3326"/>
            <w:shd w:val="clear" w:color="auto" w:fill="047857"/>
          </w:tcPr>
          <w:p>
            <w:pPr>
              <w:spacing w:before="0" w:after="40"/>
              <w:jc w:val="both"/>
            </w:pPr>
            <w:r>
              <w:rPr>
                <w:b/>
                <w:bCs/>
                <w:color w:val="FFFFFF"/>
              </w:rPr>
              <w:t>Word</w:t>
            </w:r>
          </w:p>
        </w:tc>
        <w:tc>
          <w:tcPr>
            <w:tcW w:type="dxa" w:w="3326"/>
            <w:shd w:val="clear" w:color="auto" w:fill="047857"/>
          </w:tcPr>
          <w:p>
            <w:pPr>
              <w:spacing w:before="0" w:after="40"/>
              <w:jc w:val="both"/>
            </w:pPr>
            <w:r>
              <w:rPr>
                <w:b/>
                <w:bCs/>
                <w:color w:val="FFFFFF"/>
              </w:rPr>
              <w:t>When?</w:t>
            </w:r>
          </w:p>
        </w:tc>
        <w:tc>
          <w:tcPr>
            <w:tcW w:type="dxa" w:w="3326"/>
            <w:shd w:val="clear" w:color="auto" w:fill="047857"/>
          </w:tcPr>
          <w:p>
            <w:pPr>
              <w:spacing w:before="0" w:after="40"/>
              <w:jc w:val="both"/>
            </w:pPr>
            <w:r>
              <w:rPr>
                <w:b/>
                <w:bCs/>
                <w:color w:val="FFFFFF"/>
              </w:rPr>
              <w:t>Example</w:t>
            </w:r>
          </w:p>
        </w:tc>
      </w:tr>
      <w:tr>
        <w:tc>
          <w:tcPr>
            <w:tcW w:type="dxa" w:w="3326"/>
          </w:tcPr>
          <w:p>
            <w:pPr>
              <w:spacing w:before="0" w:after="40"/>
              <w:jc w:val="both"/>
            </w:pPr>
            <w:r>
              <w:rPr/>
              <w:t>a</w:t>
            </w:r>
          </w:p>
        </w:tc>
        <w:tc>
          <w:tcPr>
            <w:tcW w:type="dxa" w:w="3326"/>
          </w:tcPr>
          <w:p>
            <w:pPr>
              <w:spacing w:before="0" w:after="40"/>
              <w:jc w:val="both"/>
            </w:pPr>
            <w:r>
              <w:rPr/>
              <w:t>one thing, consonant sound</w:t>
            </w:r>
          </w:p>
        </w:tc>
        <w:tc>
          <w:tcPr>
            <w:tcW w:type="dxa" w:w="3326"/>
          </w:tcPr>
          <w:p>
            <w:pPr>
              <w:spacing w:before="0" w:after="40"/>
              <w:jc w:val="both"/>
            </w:pPr>
            <w:r>
              <w:rPr/>
              <w:t>a bag, a uniform</w:t>
            </w:r>
          </w:p>
        </w:tc>
      </w:tr>
      <w:tr>
        <w:tc>
          <w:tcPr>
            <w:tcW w:type="dxa" w:w="3326"/>
          </w:tcPr>
          <w:p>
            <w:pPr>
              <w:spacing w:before="0" w:after="40"/>
              <w:jc w:val="both"/>
            </w:pPr>
            <w:r>
              <w:rPr/>
              <w:t>an</w:t>
            </w:r>
          </w:p>
        </w:tc>
        <w:tc>
          <w:tcPr>
            <w:tcW w:type="dxa" w:w="3326"/>
          </w:tcPr>
          <w:p>
            <w:pPr>
              <w:spacing w:before="0" w:after="40"/>
              <w:jc w:val="both"/>
            </w:pPr>
            <w:r>
              <w:rPr/>
              <w:t>one thing, vowel sound</w:t>
            </w:r>
          </w:p>
        </w:tc>
        <w:tc>
          <w:tcPr>
            <w:tcW w:type="dxa" w:w="3326"/>
          </w:tcPr>
          <w:p>
            <w:pPr>
              <w:spacing w:before="0" w:after="40"/>
              <w:jc w:val="both"/>
            </w:pPr>
            <w:r>
              <w:rPr/>
              <w:t>an egg, an hour</w:t>
            </w:r>
          </w:p>
        </w:tc>
      </w:tr>
      <w:tr>
        <w:tc>
          <w:tcPr>
            <w:tcW w:type="dxa" w:w="3326"/>
          </w:tcPr>
          <w:p>
            <w:pPr>
              <w:spacing w:before="0" w:after="40"/>
              <w:jc w:val="both"/>
            </w:pPr>
            <w:r>
              <w:rPr/>
              <w:t>the</w:t>
            </w:r>
          </w:p>
        </w:tc>
        <w:tc>
          <w:tcPr>
            <w:tcW w:type="dxa" w:w="3326"/>
          </w:tcPr>
          <w:p>
            <w:pPr>
              <w:spacing w:before="0" w:after="40"/>
              <w:jc w:val="both"/>
            </w:pPr>
            <w:r>
              <w:rPr/>
              <w:t>we know which one / second time</w:t>
            </w:r>
          </w:p>
        </w:tc>
        <w:tc>
          <w:tcPr>
            <w:tcW w:type="dxa" w:w="3326"/>
          </w:tcPr>
          <w:p>
            <w:pPr>
              <w:spacing w:before="0" w:after="40"/>
              <w:jc w:val="both"/>
            </w:pPr>
            <w:r>
              <w:rPr/>
              <w:t>the sun; The bag is red.</w:t>
            </w:r>
          </w:p>
        </w:tc>
      </w:tr>
    </w:tbl>
    <w:p>
      <w:pPr>
        <w:spacing w:before="0" w:after="40"/>
        <w:jc w:val="both"/>
      </w:pPr>
    </w:p>
    <w:p>
      <w:pPr>
        <w:spacing w:before="120" w:after="40"/>
        <w:jc w:val="both"/>
      </w:pPr>
      <w:r>
        <w:rPr>
          <w:rFonts w:ascii="Arial Black" w:hAnsi="Arial Black" w:cs="Arial Black"/>
          <w:b/>
          <w:bCs/>
          <w:color w:val="047857"/>
          <w:sz w:val="28"/>
          <w:szCs w:val="28"/>
        </w:rPr>
        <w:t>◆ Regular plurals</w:t>
      </w:r>
    </w:p>
    <w:p>
      <w:pPr>
        <w:bidi/>
        <w:spacing w:before="0" w:after="0"/>
        <w:jc w:val="both"/>
      </w:pPr>
      <w:r>
        <w:rPr>
          <w:rFonts w:ascii="Arial" w:hAnsi="Arial" w:cs="Arial"/>
          <w:color w:val="6B7280"/>
          <w:sz w:val="20"/>
          <w:szCs w:val="20"/>
          <w:rtl/>
          <w:lang w:val="en-US" w:bidi="he-IL"/>
        </w:rPr>
        <w:t xml:space="preserve">צורות רבים רגילות</w:t>
      </w:r>
    </w:p>
    <w:p>
      <w:pPr>
        <w:bidi/>
        <w:spacing w:before="0" w:after="40"/>
        <w:jc w:val="both"/>
      </w:pPr>
      <w:r>
        <w:rPr>
          <w:rFonts w:ascii="Arial" w:hAnsi="Arial" w:cs="Arial"/>
          <w:color w:val="6B7280"/>
          <w:sz w:val="21"/>
          <w:szCs w:val="21"/>
          <w:rtl/>
          <w:lang w:val="en-US" w:bidi="ar-SA"/>
        </w:rPr>
        <w:t xml:space="preserve">الجموع المنتظمة</w:t>
      </w:r>
    </w:p>
    <w:p>
      <w:pPr>
        <w:spacing w:before="0" w:after="20"/>
        <w:jc w:val="both"/>
      </w:pPr>
      <w:r>
        <w:rPr/>
        <w:t>1. most nouns + s: book, books</w:t>
      </w:r>
    </w:p>
    <w:p>
      <w:pPr>
        <w:bidi/>
        <w:spacing w:before="0" w:after="0"/>
        <w:jc w:val="both"/>
      </w:pPr>
      <w:r>
        <w:rPr>
          <w:rFonts w:ascii="Arial" w:hAnsi="Arial" w:cs="Arial"/>
          <w:color w:val="6B7280"/>
          <w:sz w:val="20"/>
          <w:szCs w:val="20"/>
          <w:rtl/>
          <w:lang w:val="en-US" w:bidi="he-IL"/>
        </w:rPr>
        <w:t xml:space="preserve">רוב שמות העצם ‎+ s: book, books‎</w:t>
      </w:r>
    </w:p>
    <w:p>
      <w:pPr>
        <w:bidi/>
        <w:spacing w:before="0" w:after="40"/>
        <w:jc w:val="both"/>
      </w:pPr>
      <w:r>
        <w:rPr>
          <w:rFonts w:ascii="Arial" w:hAnsi="Arial" w:cs="Arial"/>
          <w:color w:val="6B7280"/>
          <w:sz w:val="21"/>
          <w:szCs w:val="21"/>
          <w:rtl/>
          <w:lang w:val="en-US" w:bidi="ar-SA"/>
        </w:rPr>
        <w:t xml:space="preserve">معظم الأسماء ‎+ s: book, books‎</w:t>
      </w:r>
    </w:p>
    <w:p>
      <w:pPr>
        <w:spacing w:before="0" w:after="20"/>
        <w:jc w:val="both"/>
      </w:pPr>
      <w:r>
        <w:rPr/>
        <w:t>2. -s, -sh, -ch, -x + es: bus, buses</w:t>
      </w:r>
    </w:p>
    <w:p>
      <w:pPr>
        <w:bidi/>
        <w:spacing w:before="0" w:after="0"/>
        <w:jc w:val="both"/>
      </w:pPr>
      <w:r>
        <w:rPr>
          <w:rFonts w:ascii="Arial" w:hAnsi="Arial" w:cs="Arial"/>
          <w:color w:val="6B7280"/>
          <w:sz w:val="20"/>
          <w:szCs w:val="20"/>
          <w:rtl/>
          <w:lang w:val="en-US" w:bidi="he-IL"/>
        </w:rPr>
        <w:t xml:space="preserve">אחרי -‎s, -sh, -ch, -x‎ מוסיפים ‎es: bus, buses‎</w:t>
      </w:r>
    </w:p>
    <w:p>
      <w:pPr>
        <w:bidi/>
        <w:spacing w:before="0" w:after="40"/>
        <w:jc w:val="both"/>
      </w:pPr>
      <w:r>
        <w:rPr>
          <w:rFonts w:ascii="Arial" w:hAnsi="Arial" w:cs="Arial"/>
          <w:color w:val="6B7280"/>
          <w:sz w:val="21"/>
          <w:szCs w:val="21"/>
          <w:rtl/>
          <w:lang w:val="en-US" w:bidi="ar-SA"/>
        </w:rPr>
        <w:t xml:space="preserve">بعد -‎s‎ و-‎sh‎ و-‎ch‎ و-‎x‎ نضيف ‎es: bus, buses‎</w:t>
      </w:r>
    </w:p>
    <w:p>
      <w:pPr>
        <w:spacing w:before="0" w:after="20"/>
        <w:jc w:val="both"/>
      </w:pPr>
      <w:r>
        <w:rPr/>
        <w:t>3. consonant + y: city, cities</w:t>
      </w:r>
    </w:p>
    <w:p>
      <w:pPr>
        <w:bidi/>
        <w:spacing w:before="0" w:after="0"/>
        <w:jc w:val="both"/>
      </w:pPr>
      <w:r>
        <w:rPr>
          <w:rFonts w:ascii="Arial" w:hAnsi="Arial" w:cs="Arial"/>
          <w:color w:val="6B7280"/>
          <w:sz w:val="20"/>
          <w:szCs w:val="20"/>
          <w:rtl/>
          <w:lang w:val="en-US" w:bidi="he-IL"/>
        </w:rPr>
        <w:t xml:space="preserve">עיצור ‎+ y: city, cities‎</w:t>
      </w:r>
    </w:p>
    <w:p>
      <w:pPr>
        <w:bidi/>
        <w:spacing w:before="0" w:after="40"/>
        <w:jc w:val="both"/>
      </w:pPr>
      <w:r>
        <w:rPr>
          <w:rFonts w:ascii="Arial" w:hAnsi="Arial" w:cs="Arial"/>
          <w:color w:val="6B7280"/>
          <w:sz w:val="21"/>
          <w:szCs w:val="21"/>
          <w:rtl/>
          <w:lang w:val="en-US" w:bidi="ar-SA"/>
        </w:rPr>
        <w:t xml:space="preserve">حرف ساكن ‎+ y: city, cities‎</w:t>
      </w:r>
    </w:p>
    <w:p>
      <w:pPr>
        <w:spacing w:before="120" w:after="40"/>
        <w:jc w:val="both"/>
      </w:pPr>
      <w:r>
        <w:rPr>
          <w:rFonts w:ascii="Arial Black" w:hAnsi="Arial Black" w:cs="Arial Black"/>
          <w:b/>
          <w:bCs/>
          <w:color w:val="047857"/>
          <w:sz w:val="28"/>
          <w:szCs w:val="28"/>
        </w:rPr>
        <w:t>◆ Special plurals</w:t>
      </w:r>
    </w:p>
    <w:p>
      <w:pPr>
        <w:bidi/>
        <w:spacing w:before="0" w:after="0"/>
        <w:jc w:val="both"/>
      </w:pPr>
      <w:r>
        <w:rPr>
          <w:rFonts w:ascii="Arial" w:hAnsi="Arial" w:cs="Arial"/>
          <w:color w:val="6B7280"/>
          <w:sz w:val="20"/>
          <w:szCs w:val="20"/>
          <w:rtl/>
          <w:lang w:val="en-US" w:bidi="he-IL"/>
        </w:rPr>
        <w:t xml:space="preserve">צורות רבים מיוחדות</w:t>
      </w:r>
    </w:p>
    <w:p>
      <w:pPr>
        <w:bidi/>
        <w:spacing w:before="0" w:after="40"/>
        <w:jc w:val="both"/>
      </w:pPr>
      <w:r>
        <w:rPr>
          <w:rFonts w:ascii="Arial" w:hAnsi="Arial" w:cs="Arial"/>
          <w:color w:val="6B7280"/>
          <w:sz w:val="21"/>
          <w:szCs w:val="21"/>
          <w:rtl/>
          <w:lang w:val="en-US" w:bidi="ar-SA"/>
        </w:rPr>
        <w:t xml:space="preserve">جموع خاصّة</w:t>
      </w:r>
    </w:p>
    <w:p>
      <w:pPr>
        <w:spacing w:before="0" w:after="40"/>
        <w:jc w:val="both"/>
      </w:pPr>
      <w:r>
        <w:rPr/>
        <w:t>man, men · woman, women · child, children · foot, feet · tooth, teeth · mouse, mice · person, people</w:t>
      </w:r>
    </w:p>
    <w:p>
      <w:pPr>
        <w:spacing w:before="0" w:after="40"/>
        <w:jc w:val="center"/>
      </w:pPr>
      <w:r>
        <w:rPr>
          <w:rFonts w:ascii="Arial" w:hAnsi="Arial" w:cs="Arial"/>
          <w:sz w:val="20"/>
          <w:szCs w:val="20"/>
        </w:rPr>
        <w:t xml:space="preserve">🖼️ Picture words · </w:t>
      </w:r>
      <w:r>
        <w:rPr>
          <w:rFonts w:ascii="Arial" w:hAnsi="Arial" w:cs="Arial"/>
          <w:color w:val="1D2433"/>
          <w:sz w:val="20"/>
          <w:szCs w:val="20"/>
          <w:rtl/>
          <w:lang w:val="en-US" w:bidi="he-IL"/>
        </w:rPr>
        <w:t xml:space="preserve">מילים בתמונות</w:t>
      </w:r>
      <w:r>
        <w:rPr>
          <w:sz w:val="20"/>
          <w:szCs w:val="20"/>
        </w:rPr>
        <w:t>‎</w:t>
      </w:r>
      <w:r>
        <w:rPr>
          <w:rFonts w:ascii="Arial" w:hAnsi="Arial" w:cs="Arial"/>
          <w:sz w:val="20"/>
          <w:szCs w:val="20"/>
        </w:rPr>
        <w:t xml:space="preserve"> · </w:t>
      </w:r>
      <w:r>
        <w:rPr>
          <w:rFonts w:ascii="Arial" w:hAnsi="Arial" w:cs="Arial"/>
          <w:color w:val="1D2433"/>
          <w:sz w:val="20"/>
          <w:szCs w:val="20"/>
          <w:rtl/>
          <w:lang w:val="en-US" w:bidi="ar-SA"/>
        </w:rPr>
        <w:t xml:space="preserve">كلمات بالصّور</w:t>
      </w:r>
      <w:r>
        <w:rPr>
          <w:sz w:val="20"/>
          <w:szCs w:val="20"/>
        </w:rPr>
        <w:t>‎</w:t>
      </w:r>
    </w:p>
    <w:tbl>
      <w:tblPr>
        <w:tblStyle w:val="TableGrid"/>
        <w:tblW w:type="auto" w:w="0"/>
        <w:tblLook w:firstColumn="1" w:firstRow="1" w:lastColumn="0" w:lastRow="0" w:noHBand="0" w:noVBand="1" w:val="04A0"/>
      </w:tblPr>
      <w:tblGrid>
        <w:gridCol w:w="1663"/>
        <w:gridCol w:w="1663"/>
        <w:gridCol w:w="1663"/>
        <w:gridCol w:w="1663"/>
        <w:gridCol w:w="1663"/>
        <w:gridCol w:w="1663"/>
      </w:tblGrid>
      <w:tr>
        <w:tc>
          <w:tcPr>
            <w:tcW w:type="dxa" w:w="1663"/>
          </w:tcPr>
          <w:p>
            <w:pPr>
              <w:spacing w:before="0" w:after="0"/>
              <w:jc w:val="center"/>
            </w:pPr>
            <w:r>
              <w:drawing>
                <wp:inline xmlns:a="http://schemas.openxmlformats.org/drawingml/2006/main" xmlns:pic="http://schemas.openxmlformats.org/drawingml/2006/picture">
                  <wp:extent cx="468000" cy="316875"/>
                  <wp:docPr id="17" name="Picture 17"/>
                  <wp:cNvGraphicFramePr>
                    <a:graphicFrameLocks noChangeAspect="1"/>
                  </wp:cNvGraphicFramePr>
                  <a:graphic>
                    <a:graphicData uri="http://schemas.openxmlformats.org/drawingml/2006/picture">
                      <pic:pic>
                        <pic:nvPicPr>
                          <pic:cNvPr id="0" name="bus.png"/>
                          <pic:cNvPicPr/>
                        </pic:nvPicPr>
                        <pic:blipFill>
                          <a:blip r:embed="rId13"/>
                          <a:stretch>
                            <a:fillRect/>
                          </a:stretch>
                        </pic:blipFill>
                        <pic:spPr>
                          <a:xfrm>
                            <a:off x="0" y="0"/>
                            <a:ext cx="468000" cy="316875"/>
                          </a:xfrm>
                          <a:prstGeom prst="rect"/>
                        </pic:spPr>
                      </pic:pic>
                    </a:graphicData>
                  </a:graphic>
                </wp:inline>
              </w:drawing>
            </w:r>
          </w:p>
          <w:p>
            <w:pPr>
              <w:spacing w:before="0" w:after="0"/>
              <w:jc w:val="center"/>
            </w:pPr>
            <w:r>
              <w:rPr>
                <w:b/>
                <w:bCs/>
                <w:sz w:val="23"/>
                <w:szCs w:val="23"/>
              </w:rPr>
              <w:t>bus</w:t>
            </w:r>
          </w:p>
          <w:p>
            <w:pPr>
              <w:bidi/>
              <w:spacing w:before="0" w:after="0"/>
              <w:jc w:val="center"/>
            </w:pPr>
            <w:r>
              <w:rPr>
                <w:rFonts w:ascii="Arial" w:hAnsi="Arial" w:cs="Arial"/>
                <w:color w:val="6B7280"/>
                <w:sz w:val="17"/>
                <w:szCs w:val="17"/>
                <w:rtl/>
                <w:lang w:val="en-US" w:bidi="he-IL"/>
              </w:rPr>
              <w:t xml:space="preserve">אוטובוס</w:t>
            </w:r>
          </w:p>
          <w:p>
            <w:pPr>
              <w:bidi/>
              <w:spacing w:before="0" w:after="0"/>
              <w:jc w:val="center"/>
            </w:pPr>
            <w:r>
              <w:rPr>
                <w:rFonts w:ascii="Arial" w:hAnsi="Arial" w:cs="Arial"/>
                <w:color w:val="6B7280"/>
                <w:sz w:val="17"/>
                <w:szCs w:val="17"/>
                <w:rtl/>
                <w:lang w:val="en-US" w:bidi="ar-SA"/>
              </w:rPr>
              <w:t xml:space="preserve">حافلة</w:t>
            </w:r>
          </w:p>
        </w:tc>
        <w:tc>
          <w:tcPr>
            <w:tcW w:type="dxa" w:w="1663"/>
          </w:tcPr>
          <w:p>
            <w:pPr>
              <w:spacing w:before="0" w:after="0"/>
              <w:jc w:val="center"/>
            </w:pPr>
            <w:r>
              <w:drawing>
                <wp:inline xmlns:a="http://schemas.openxmlformats.org/drawingml/2006/main" xmlns:pic="http://schemas.openxmlformats.org/drawingml/2006/picture">
                  <wp:extent cx="468000" cy="499200"/>
                  <wp:docPr id="18" name="Picture 18"/>
                  <wp:cNvGraphicFramePr>
                    <a:graphicFrameLocks noChangeAspect="1"/>
                  </wp:cNvGraphicFramePr>
                  <a:graphic>
                    <a:graphicData uri="http://schemas.openxmlformats.org/drawingml/2006/picture">
                      <pic:pic>
                        <pic:nvPicPr>
                          <pic:cNvPr id="0" name="box.png"/>
                          <pic:cNvPicPr/>
                        </pic:nvPicPr>
                        <pic:blipFill>
                          <a:blip r:embed="rId23"/>
                          <a:stretch>
                            <a:fillRect/>
                          </a:stretch>
                        </pic:blipFill>
                        <pic:spPr>
                          <a:xfrm>
                            <a:off x="0" y="0"/>
                            <a:ext cx="468000" cy="499200"/>
                          </a:xfrm>
                          <a:prstGeom prst="rect"/>
                        </pic:spPr>
                      </pic:pic>
                    </a:graphicData>
                  </a:graphic>
                </wp:inline>
              </w:drawing>
            </w:r>
          </w:p>
          <w:p>
            <w:pPr>
              <w:spacing w:before="0" w:after="0"/>
              <w:jc w:val="center"/>
            </w:pPr>
            <w:r>
              <w:rPr>
                <w:b/>
                <w:bCs/>
                <w:sz w:val="23"/>
                <w:szCs w:val="23"/>
              </w:rPr>
              <w:t>box</w:t>
            </w:r>
          </w:p>
          <w:p>
            <w:pPr>
              <w:bidi/>
              <w:spacing w:before="0" w:after="0"/>
              <w:jc w:val="center"/>
            </w:pPr>
            <w:r>
              <w:rPr>
                <w:rFonts w:ascii="Arial" w:hAnsi="Arial" w:cs="Arial"/>
                <w:color w:val="6B7280"/>
                <w:sz w:val="17"/>
                <w:szCs w:val="17"/>
                <w:rtl/>
                <w:lang w:val="en-US" w:bidi="he-IL"/>
              </w:rPr>
              <w:t xml:space="preserve">קופסה</w:t>
            </w:r>
          </w:p>
          <w:p>
            <w:pPr>
              <w:bidi/>
              <w:spacing w:before="0" w:after="0"/>
              <w:jc w:val="center"/>
            </w:pPr>
            <w:r>
              <w:rPr>
                <w:rFonts w:ascii="Arial" w:hAnsi="Arial" w:cs="Arial"/>
                <w:color w:val="6B7280"/>
                <w:sz w:val="17"/>
                <w:szCs w:val="17"/>
                <w:rtl/>
                <w:lang w:val="en-US" w:bidi="ar-SA"/>
              </w:rPr>
              <w:t xml:space="preserve">صندوق</w:t>
            </w:r>
          </w:p>
        </w:tc>
        <w:tc>
          <w:tcPr>
            <w:tcW w:type="dxa" w:w="1663"/>
          </w:tcPr>
          <w:p>
            <w:pPr>
              <w:spacing w:before="0" w:after="0"/>
              <w:jc w:val="center"/>
            </w:pPr>
            <w:r>
              <w:drawing>
                <wp:inline xmlns:a="http://schemas.openxmlformats.org/drawingml/2006/main" xmlns:pic="http://schemas.openxmlformats.org/drawingml/2006/picture">
                  <wp:extent cx="468000" cy="331500"/>
                  <wp:docPr id="19" name="Picture 19"/>
                  <wp:cNvGraphicFramePr>
                    <a:graphicFrameLocks noChangeAspect="1"/>
                  </wp:cNvGraphicFramePr>
                  <a:graphic>
                    <a:graphicData uri="http://schemas.openxmlformats.org/drawingml/2006/picture">
                      <pic:pic>
                        <pic:nvPicPr>
                          <pic:cNvPr id="0" name="book.png"/>
                          <pic:cNvPicPr/>
                        </pic:nvPicPr>
                        <pic:blipFill>
                          <a:blip r:embed="rId24"/>
                          <a:stretch>
                            <a:fillRect/>
                          </a:stretch>
                        </pic:blipFill>
                        <pic:spPr>
                          <a:xfrm>
                            <a:off x="0" y="0"/>
                            <a:ext cx="468000" cy="331500"/>
                          </a:xfrm>
                          <a:prstGeom prst="rect"/>
                        </pic:spPr>
                      </pic:pic>
                    </a:graphicData>
                  </a:graphic>
                </wp:inline>
              </w:drawing>
            </w:r>
          </w:p>
          <w:p>
            <w:pPr>
              <w:spacing w:before="0" w:after="0"/>
              <w:jc w:val="center"/>
            </w:pPr>
            <w:r>
              <w:rPr>
                <w:b/>
                <w:bCs/>
                <w:sz w:val="23"/>
                <w:szCs w:val="23"/>
              </w:rPr>
              <w:t>book</w:t>
            </w:r>
          </w:p>
          <w:p>
            <w:pPr>
              <w:bidi/>
              <w:spacing w:before="0" w:after="0"/>
              <w:jc w:val="center"/>
            </w:pPr>
            <w:r>
              <w:rPr>
                <w:rFonts w:ascii="Arial" w:hAnsi="Arial" w:cs="Arial"/>
                <w:color w:val="6B7280"/>
                <w:sz w:val="17"/>
                <w:szCs w:val="17"/>
                <w:rtl/>
                <w:lang w:val="en-US" w:bidi="he-IL"/>
              </w:rPr>
              <w:t xml:space="preserve">ספר</w:t>
            </w:r>
          </w:p>
          <w:p>
            <w:pPr>
              <w:bidi/>
              <w:spacing w:before="0" w:after="0"/>
              <w:jc w:val="center"/>
            </w:pPr>
            <w:r>
              <w:rPr>
                <w:rFonts w:ascii="Arial" w:hAnsi="Arial" w:cs="Arial"/>
                <w:color w:val="6B7280"/>
                <w:sz w:val="17"/>
                <w:szCs w:val="17"/>
                <w:rtl/>
                <w:lang w:val="en-US" w:bidi="ar-SA"/>
              </w:rPr>
              <w:t xml:space="preserve">كتاب</w:t>
            </w:r>
          </w:p>
        </w:tc>
        <w:tc>
          <w:tcPr>
            <w:tcW w:type="dxa" w:w="1663"/>
          </w:tcPr>
          <w:p>
            <w:pPr>
              <w:spacing w:before="0" w:after="0"/>
              <w:jc w:val="center"/>
            </w:pPr>
            <w:r>
              <w:drawing>
                <wp:inline xmlns:a="http://schemas.openxmlformats.org/drawingml/2006/main" xmlns:pic="http://schemas.openxmlformats.org/drawingml/2006/picture">
                  <wp:extent cx="468000" cy="424125"/>
                  <wp:docPr id="20" name="Picture 20"/>
                  <wp:cNvGraphicFramePr>
                    <a:graphicFrameLocks noChangeAspect="1"/>
                  </wp:cNvGraphicFramePr>
                  <a:graphic>
                    <a:graphicData uri="http://schemas.openxmlformats.org/drawingml/2006/picture">
                      <pic:pic>
                        <pic:nvPicPr>
                          <pic:cNvPr id="0" name="elephant.png"/>
                          <pic:cNvPicPr/>
                        </pic:nvPicPr>
                        <pic:blipFill>
                          <a:blip r:embed="rId25"/>
                          <a:stretch>
                            <a:fillRect/>
                          </a:stretch>
                        </pic:blipFill>
                        <pic:spPr>
                          <a:xfrm>
                            <a:off x="0" y="0"/>
                            <a:ext cx="468000" cy="424125"/>
                          </a:xfrm>
                          <a:prstGeom prst="rect"/>
                        </pic:spPr>
                      </pic:pic>
                    </a:graphicData>
                  </a:graphic>
                </wp:inline>
              </w:drawing>
            </w:r>
          </w:p>
          <w:p>
            <w:pPr>
              <w:spacing w:before="0" w:after="0"/>
              <w:jc w:val="center"/>
            </w:pPr>
            <w:r>
              <w:rPr>
                <w:b/>
                <w:bCs/>
                <w:sz w:val="23"/>
                <w:szCs w:val="23"/>
              </w:rPr>
              <w:t>elephant</w:t>
            </w:r>
          </w:p>
          <w:p>
            <w:pPr>
              <w:bidi/>
              <w:spacing w:before="0" w:after="0"/>
              <w:jc w:val="center"/>
            </w:pPr>
            <w:r>
              <w:rPr>
                <w:rFonts w:ascii="Arial" w:hAnsi="Arial" w:cs="Arial"/>
                <w:color w:val="6B7280"/>
                <w:sz w:val="17"/>
                <w:szCs w:val="17"/>
                <w:rtl/>
                <w:lang w:val="en-US" w:bidi="he-IL"/>
              </w:rPr>
              <w:t xml:space="preserve">פיל</w:t>
            </w:r>
          </w:p>
          <w:p>
            <w:pPr>
              <w:bidi/>
              <w:spacing w:before="0" w:after="0"/>
              <w:jc w:val="center"/>
            </w:pPr>
            <w:r>
              <w:rPr>
                <w:rFonts w:ascii="Arial" w:hAnsi="Arial" w:cs="Arial"/>
                <w:color w:val="6B7280"/>
                <w:sz w:val="17"/>
                <w:szCs w:val="17"/>
                <w:rtl/>
                <w:lang w:val="en-US" w:bidi="ar-SA"/>
              </w:rPr>
              <w:t xml:space="preserve">فيل</w:t>
            </w:r>
          </w:p>
        </w:tc>
        <w:tc>
          <w:tcPr>
            <w:tcW w:type="dxa" w:w="1663"/>
          </w:tcPr>
          <w:p>
            <w:pPr>
              <w:spacing w:before="0" w:after="0"/>
              <w:jc w:val="center"/>
            </w:pPr>
            <w:r>
              <w:drawing>
                <wp:inline xmlns:a="http://schemas.openxmlformats.org/drawingml/2006/main" xmlns:pic="http://schemas.openxmlformats.org/drawingml/2006/picture">
                  <wp:extent cx="468000" cy="419250"/>
                  <wp:docPr id="21" name="Picture 21"/>
                  <wp:cNvGraphicFramePr>
                    <a:graphicFrameLocks noChangeAspect="1"/>
                  </wp:cNvGraphicFramePr>
                  <a:graphic>
                    <a:graphicData uri="http://schemas.openxmlformats.org/drawingml/2006/picture">
                      <pic:pic>
                        <pic:nvPicPr>
                          <pic:cNvPr id="0" name="cat.png"/>
                          <pic:cNvPicPr/>
                        </pic:nvPicPr>
                        <pic:blipFill>
                          <a:blip r:embed="rId14"/>
                          <a:stretch>
                            <a:fillRect/>
                          </a:stretch>
                        </pic:blipFill>
                        <pic:spPr>
                          <a:xfrm>
                            <a:off x="0" y="0"/>
                            <a:ext cx="468000" cy="419250"/>
                          </a:xfrm>
                          <a:prstGeom prst="rect"/>
                        </pic:spPr>
                      </pic:pic>
                    </a:graphicData>
                  </a:graphic>
                </wp:inline>
              </w:drawing>
            </w:r>
          </w:p>
          <w:p>
            <w:pPr>
              <w:spacing w:before="0" w:after="0"/>
              <w:jc w:val="center"/>
            </w:pPr>
            <w:r>
              <w:rPr>
                <w:b/>
                <w:bCs/>
                <w:sz w:val="23"/>
                <w:szCs w:val="23"/>
              </w:rPr>
              <w:t>cat</w:t>
            </w:r>
          </w:p>
          <w:p>
            <w:pPr>
              <w:bidi/>
              <w:spacing w:before="0" w:after="0"/>
              <w:jc w:val="center"/>
            </w:pPr>
            <w:r>
              <w:rPr>
                <w:rFonts w:ascii="Arial" w:hAnsi="Arial" w:cs="Arial"/>
                <w:color w:val="6B7280"/>
                <w:sz w:val="17"/>
                <w:szCs w:val="17"/>
                <w:rtl/>
                <w:lang w:val="en-US" w:bidi="he-IL"/>
              </w:rPr>
              <w:t xml:space="preserve">חתול</w:t>
            </w:r>
          </w:p>
          <w:p>
            <w:pPr>
              <w:bidi/>
              <w:spacing w:before="0" w:after="0"/>
              <w:jc w:val="center"/>
            </w:pPr>
            <w:r>
              <w:rPr>
                <w:rFonts w:ascii="Arial" w:hAnsi="Arial" w:cs="Arial"/>
                <w:color w:val="6B7280"/>
                <w:sz w:val="17"/>
                <w:szCs w:val="17"/>
                <w:rtl/>
                <w:lang w:val="en-US" w:bidi="ar-SA"/>
              </w:rPr>
              <w:t xml:space="preserve">قطة</w:t>
            </w:r>
          </w:p>
        </w:tc>
        <w:tc>
          <w:tcPr>
            <w:tcW w:type="dxa" w:w="1663"/>
          </w:tcPr>
          <w:p>
            <w:pPr>
              <w:spacing w:before="0" w:after="0"/>
              <w:jc w:val="center"/>
            </w:pPr>
            <w:r>
              <w:drawing>
                <wp:inline xmlns:a="http://schemas.openxmlformats.org/drawingml/2006/main" xmlns:pic="http://schemas.openxmlformats.org/drawingml/2006/picture">
                  <wp:extent cx="468000" cy="365625"/>
                  <wp:docPr id="22" name="Picture 22"/>
                  <wp:cNvGraphicFramePr>
                    <a:graphicFrameLocks noChangeAspect="1"/>
                  </wp:cNvGraphicFramePr>
                  <a:graphic>
                    <a:graphicData uri="http://schemas.openxmlformats.org/drawingml/2006/picture">
                      <pic:pic>
                        <pic:nvPicPr>
                          <pic:cNvPr id="0" name="dog.png"/>
                          <pic:cNvPicPr/>
                        </pic:nvPicPr>
                        <pic:blipFill>
                          <a:blip r:embed="rId15"/>
                          <a:stretch>
                            <a:fillRect/>
                          </a:stretch>
                        </pic:blipFill>
                        <pic:spPr>
                          <a:xfrm>
                            <a:off x="0" y="0"/>
                            <a:ext cx="468000" cy="365625"/>
                          </a:xfrm>
                          <a:prstGeom prst="rect"/>
                        </pic:spPr>
                      </pic:pic>
                    </a:graphicData>
                  </a:graphic>
                </wp:inline>
              </w:drawing>
            </w:r>
          </w:p>
          <w:p>
            <w:pPr>
              <w:spacing w:before="0" w:after="0"/>
              <w:jc w:val="center"/>
            </w:pPr>
            <w:r>
              <w:rPr>
                <w:b/>
                <w:bCs/>
                <w:sz w:val="23"/>
                <w:szCs w:val="23"/>
              </w:rPr>
              <w:t>dog</w:t>
            </w:r>
          </w:p>
          <w:p>
            <w:pPr>
              <w:bidi/>
              <w:spacing w:before="0" w:after="0"/>
              <w:jc w:val="center"/>
            </w:pPr>
            <w:r>
              <w:rPr>
                <w:rFonts w:ascii="Arial" w:hAnsi="Arial" w:cs="Arial"/>
                <w:color w:val="6B7280"/>
                <w:sz w:val="17"/>
                <w:szCs w:val="17"/>
                <w:rtl/>
                <w:lang w:val="en-US" w:bidi="he-IL"/>
              </w:rPr>
              <w:t xml:space="preserve">כלב</w:t>
            </w:r>
          </w:p>
          <w:p>
            <w:pPr>
              <w:bidi/>
              <w:spacing w:before="0" w:after="0"/>
              <w:jc w:val="center"/>
            </w:pPr>
            <w:r>
              <w:rPr>
                <w:rFonts w:ascii="Arial" w:hAnsi="Arial" w:cs="Arial"/>
                <w:color w:val="6B7280"/>
                <w:sz w:val="17"/>
                <w:szCs w:val="17"/>
                <w:rtl/>
                <w:lang w:val="en-US" w:bidi="ar-SA"/>
              </w:rPr>
              <w:t xml:space="preserve">كلب</w:t>
            </w:r>
          </w:p>
        </w:tc>
      </w:tr>
    </w:tbl>
    <w:p>
      <w:pPr>
        <w:spacing w:before="0" w:after="80"/>
        <w:jc w:val="both"/>
      </w:pPr>
    </w:p>
    <w:p>
      <w:pPr>
        <w:spacing w:before="160" w:after="20"/>
        <w:jc w:val="both"/>
      </w:pPr>
      <w:r>
        <w:rPr>
          <w:b/>
          <w:bCs/>
          <w:sz w:val="26"/>
          <w:szCs w:val="26"/>
        </w:rPr>
        <w:t>1. Complete with a or an.</w:t>
      </w:r>
    </w:p>
    <w:p>
      <w:pPr>
        <w:bidi/>
        <w:spacing w:before="0" w:after="0"/>
        <w:jc w:val="both"/>
      </w:pPr>
      <w:r>
        <w:rPr>
          <w:rFonts w:ascii="Arial" w:hAnsi="Arial" w:cs="Arial"/>
          <w:color w:val="6B7280"/>
          <w:sz w:val="20"/>
          <w:szCs w:val="20"/>
          <w:rtl/>
          <w:lang w:val="en-US" w:bidi="he-IL"/>
        </w:rPr>
        <w:t xml:space="preserve">השלימו ב־‎a‎ או ב־‎an‎.</w:t>
      </w:r>
    </w:p>
    <w:p>
      <w:pPr>
        <w:bidi/>
        <w:spacing w:before="0" w:after="80"/>
        <w:jc w:val="both"/>
      </w:pPr>
      <w:r>
        <w:rPr>
          <w:rFonts w:ascii="Arial" w:hAnsi="Arial" w:cs="Arial"/>
          <w:color w:val="6B7280"/>
          <w:sz w:val="21"/>
          <w:szCs w:val="21"/>
          <w:rtl/>
          <w:lang w:val="en-US" w:bidi="ar-SA"/>
        </w:rPr>
        <w:t xml:space="preserve">أكمل بـ ‎a‎ أو ‎an‎.</w:t>
      </w:r>
    </w:p>
    <w:p>
      <w:pPr>
        <w:spacing w:before="0" w:after="60"/>
        <w:jc w:val="both"/>
      </w:pPr>
      <w:r>
        <w:rPr/>
        <w:t>a. __________ elephant</w:t>
      </w:r>
    </w:p>
    <w:p>
      <w:pPr>
        <w:spacing w:before="0" w:after="60"/>
        <w:jc w:val="both"/>
      </w:pPr>
      <w:r>
        <w:rPr/>
        <w:t>b. __________ letter</w:t>
      </w:r>
    </w:p>
    <w:p>
      <w:pPr>
        <w:spacing w:before="0" w:after="60"/>
        <w:jc w:val="both"/>
      </w:pPr>
      <w:r>
        <w:rPr/>
        <w:t>c. __________ old man</w:t>
      </w:r>
    </w:p>
    <w:p>
      <w:pPr>
        <w:spacing w:before="0" w:after="60"/>
        <w:jc w:val="both"/>
      </w:pPr>
      <w:r>
        <w:rPr/>
        <w:t>d. __________ idea</w:t>
      </w:r>
    </w:p>
    <w:p>
      <w:pPr>
        <w:spacing w:before="0" w:after="60"/>
        <w:jc w:val="both"/>
      </w:pPr>
      <w:r>
        <w:rPr/>
        <w:t>e. __________ T-shirt</w:t>
      </w:r>
    </w:p>
    <w:p>
      <w:pPr>
        <w:spacing w:before="0" w:after="60"/>
        <w:jc w:val="both"/>
      </w:pPr>
      <w:r>
        <w:rPr/>
        <w:t>f. __________ armchair</w:t>
      </w:r>
    </w:p>
    <w:p>
      <w:pPr>
        <w:spacing w:before="160" w:after="20"/>
        <w:jc w:val="both"/>
      </w:pPr>
      <w:r>
        <w:rPr>
          <w:b/>
          <w:bCs/>
          <w:sz w:val="26"/>
          <w:szCs w:val="26"/>
        </w:rPr>
        <w:t>2. Match the singular to the plural.</w:t>
      </w:r>
    </w:p>
    <w:p>
      <w:pPr>
        <w:bidi/>
        <w:spacing w:before="0" w:after="0"/>
        <w:jc w:val="both"/>
      </w:pPr>
      <w:r>
        <w:rPr>
          <w:rFonts w:ascii="Arial" w:hAnsi="Arial" w:cs="Arial"/>
          <w:color w:val="6B7280"/>
          <w:sz w:val="20"/>
          <w:szCs w:val="20"/>
          <w:rtl/>
          <w:lang w:val="en-US" w:bidi="he-IL"/>
        </w:rPr>
        <w:t xml:space="preserve">התאימו את היחיד לרבים.</w:t>
      </w:r>
    </w:p>
    <w:p>
      <w:pPr>
        <w:bidi/>
        <w:spacing w:before="0" w:after="80"/>
        <w:jc w:val="both"/>
      </w:pPr>
      <w:r>
        <w:rPr>
          <w:rFonts w:ascii="Arial" w:hAnsi="Arial" w:cs="Arial"/>
          <w:color w:val="6B7280"/>
          <w:sz w:val="21"/>
          <w:szCs w:val="21"/>
          <w:rtl/>
          <w:lang w:val="en-US" w:bidi="ar-SA"/>
        </w:rPr>
        <w:t xml:space="preserve">صل المفرد بالجمع.</w:t>
      </w:r>
    </w:p>
    <w:tbl>
      <w:tblPr>
        <w:tblStyle w:val="TableGrid"/>
        <w:tblW w:type="auto" w:w="0"/>
        <w:tblLook w:firstColumn="1" w:firstRow="1" w:lastColumn="0" w:lastRow="0" w:noHBand="0" w:noVBand="1" w:val="04A0"/>
      </w:tblPr>
      <w:tblGrid>
        <w:gridCol w:w="4989"/>
        <w:gridCol w:w="4989"/>
      </w:tblGrid>
      <w:tr>
        <w:tc>
          <w:tcPr>
            <w:tcW w:type="dxa" w:w="4989"/>
            <w:shd w:val="clear" w:color="auto" w:fill="047857"/>
          </w:tcPr>
          <w:p>
            <w:pPr>
              <w:spacing w:before="0" w:after="40"/>
              <w:jc w:val="both"/>
            </w:pPr>
            <w:r>
              <w:rPr>
                <w:b/>
                <w:bCs/>
                <w:color w:val="FFFFFF"/>
              </w:rPr>
              <w:t>Column A</w:t>
            </w:r>
          </w:p>
        </w:tc>
        <w:tc>
          <w:tcPr>
            <w:tcW w:type="dxa" w:w="4989"/>
            <w:shd w:val="clear" w:color="auto" w:fill="047857"/>
          </w:tcPr>
          <w:p>
            <w:pPr>
              <w:spacing w:before="0" w:after="40"/>
              <w:jc w:val="both"/>
            </w:pPr>
            <w:r>
              <w:rPr>
                <w:b/>
                <w:bCs/>
                <w:color w:val="FFFFFF"/>
              </w:rPr>
              <w:t>Column B</w:t>
            </w:r>
          </w:p>
        </w:tc>
      </w:tr>
      <w:tr>
        <w:tc>
          <w:tcPr>
            <w:tcW w:type="dxa" w:w="4989"/>
          </w:tcPr>
          <w:p>
            <w:pPr>
              <w:spacing w:before="0" w:after="40"/>
              <w:jc w:val="both"/>
            </w:pPr>
            <w:r>
              <w:rPr/>
              <w:t>1. leaf</w:t>
            </w:r>
          </w:p>
        </w:tc>
        <w:tc>
          <w:tcPr>
            <w:tcW w:type="dxa" w:w="4989"/>
          </w:tcPr>
          <w:p>
            <w:pPr>
              <w:spacing w:before="0" w:after="40"/>
              <w:jc w:val="both"/>
            </w:pPr>
            <w:r>
              <w:rPr/>
              <w:t>[   ] families</w:t>
            </w:r>
          </w:p>
        </w:tc>
      </w:tr>
      <w:tr>
        <w:tc>
          <w:tcPr>
            <w:tcW w:type="dxa" w:w="4989"/>
          </w:tcPr>
          <w:p>
            <w:pPr>
              <w:spacing w:before="0" w:after="40"/>
              <w:jc w:val="both"/>
            </w:pPr>
            <w:r>
              <w:rPr/>
              <w:t>2. knife</w:t>
            </w:r>
          </w:p>
        </w:tc>
        <w:tc>
          <w:tcPr>
            <w:tcW w:type="dxa" w:w="4989"/>
          </w:tcPr>
          <w:p>
            <w:pPr>
              <w:spacing w:before="0" w:after="40"/>
              <w:jc w:val="both"/>
            </w:pPr>
            <w:r>
              <w:rPr/>
              <w:t>[   ] dresses</w:t>
            </w:r>
          </w:p>
        </w:tc>
      </w:tr>
      <w:tr>
        <w:tc>
          <w:tcPr>
            <w:tcW w:type="dxa" w:w="4989"/>
          </w:tcPr>
          <w:p>
            <w:pPr>
              <w:spacing w:before="0" w:after="40"/>
              <w:jc w:val="both"/>
            </w:pPr>
            <w:r>
              <w:rPr/>
              <w:t>3. person</w:t>
            </w:r>
          </w:p>
        </w:tc>
        <w:tc>
          <w:tcPr>
            <w:tcW w:type="dxa" w:w="4989"/>
          </w:tcPr>
          <w:p>
            <w:pPr>
              <w:spacing w:before="0" w:after="40"/>
              <w:jc w:val="both"/>
            </w:pPr>
            <w:r>
              <w:rPr/>
              <w:t>[   ] leaves</w:t>
            </w:r>
          </w:p>
        </w:tc>
      </w:tr>
      <w:tr>
        <w:tc>
          <w:tcPr>
            <w:tcW w:type="dxa" w:w="4989"/>
          </w:tcPr>
          <w:p>
            <w:pPr>
              <w:spacing w:before="0" w:after="40"/>
              <w:jc w:val="both"/>
            </w:pPr>
            <w:r>
              <w:rPr/>
              <w:t>4. glass</w:t>
            </w:r>
          </w:p>
        </w:tc>
        <w:tc>
          <w:tcPr>
            <w:tcW w:type="dxa" w:w="4989"/>
          </w:tcPr>
          <w:p>
            <w:pPr>
              <w:spacing w:before="0" w:after="40"/>
              <w:jc w:val="both"/>
            </w:pPr>
            <w:r>
              <w:rPr/>
              <w:t>[   ] people</w:t>
            </w:r>
          </w:p>
        </w:tc>
      </w:tr>
      <w:tr>
        <w:tc>
          <w:tcPr>
            <w:tcW w:type="dxa" w:w="4989"/>
          </w:tcPr>
          <w:p>
            <w:pPr>
              <w:spacing w:before="0" w:after="40"/>
              <w:jc w:val="both"/>
            </w:pPr>
            <w:r>
              <w:rPr/>
              <w:t>5. dress</w:t>
            </w:r>
          </w:p>
        </w:tc>
        <w:tc>
          <w:tcPr>
            <w:tcW w:type="dxa" w:w="4989"/>
          </w:tcPr>
          <w:p>
            <w:pPr>
              <w:spacing w:before="0" w:after="40"/>
              <w:jc w:val="both"/>
            </w:pPr>
            <w:r>
              <w:rPr/>
              <w:t>[   ] knives</w:t>
            </w:r>
          </w:p>
        </w:tc>
      </w:tr>
      <w:tr>
        <w:tc>
          <w:tcPr>
            <w:tcW w:type="dxa" w:w="4989"/>
          </w:tcPr>
          <w:p>
            <w:pPr>
              <w:spacing w:before="0" w:after="40"/>
              <w:jc w:val="both"/>
            </w:pPr>
            <w:r>
              <w:rPr/>
              <w:t>6. family</w:t>
            </w:r>
          </w:p>
        </w:tc>
        <w:tc>
          <w:tcPr>
            <w:tcW w:type="dxa" w:w="4989"/>
          </w:tcPr>
          <w:p>
            <w:pPr>
              <w:spacing w:before="0" w:after="40"/>
              <w:jc w:val="both"/>
            </w:pPr>
            <w:r>
              <w:rPr/>
              <w:t>[   ] glasses</w:t>
            </w:r>
          </w:p>
        </w:tc>
      </w:tr>
    </w:tbl>
    <w:p>
      <w:pPr>
        <w:spacing w:before="0" w:after="40"/>
        <w:jc w:val="both"/>
      </w:pPr>
    </w:p>
    <w:p>
      <w:pPr>
        <w:spacing w:before="160" w:after="20"/>
        <w:jc w:val="both"/>
      </w:pPr>
      <w:r>
        <w:rPr>
          <w:b/>
          <w:bCs/>
          <w:sz w:val="26"/>
          <w:szCs w:val="26"/>
        </w:rPr>
        <w:t>3. Complete the table.</w:t>
      </w:r>
    </w:p>
    <w:p>
      <w:pPr>
        <w:bidi/>
        <w:spacing w:before="0" w:after="0"/>
        <w:jc w:val="both"/>
      </w:pPr>
      <w:r>
        <w:rPr>
          <w:rFonts w:ascii="Arial" w:hAnsi="Arial" w:cs="Arial"/>
          <w:color w:val="6B7280"/>
          <w:sz w:val="20"/>
          <w:szCs w:val="20"/>
          <w:rtl/>
          <w:lang w:val="en-US" w:bidi="he-IL"/>
        </w:rPr>
        <w:t xml:space="preserve">השלימו את הטבלה.</w:t>
      </w:r>
    </w:p>
    <w:p>
      <w:pPr>
        <w:bidi/>
        <w:spacing w:before="0" w:after="80"/>
        <w:jc w:val="both"/>
      </w:pPr>
      <w:r>
        <w:rPr>
          <w:rFonts w:ascii="Arial" w:hAnsi="Arial" w:cs="Arial"/>
          <w:color w:val="6B7280"/>
          <w:sz w:val="21"/>
          <w:szCs w:val="21"/>
          <w:rtl/>
          <w:lang w:val="en-US" w:bidi="ar-SA"/>
        </w:rPr>
        <w:t xml:space="preserve">أكمل الجدول.</w:t>
      </w:r>
    </w:p>
    <w:tbl>
      <w:tblPr>
        <w:tblStyle w:val="TableGrid"/>
        <w:tblW w:type="auto" w:w="0"/>
        <w:tblLook w:firstColumn="1" w:firstRow="1" w:lastColumn="0" w:lastRow="0" w:noHBand="0" w:noVBand="1" w:val="04A0"/>
      </w:tblPr>
      <w:tblGrid>
        <w:gridCol w:w="4989"/>
        <w:gridCol w:w="4989"/>
      </w:tblGrid>
      <w:tr>
        <w:tc>
          <w:tcPr>
            <w:tcW w:type="dxa" w:w="4989"/>
            <w:shd w:val="clear" w:color="auto" w:fill="047857"/>
          </w:tcPr>
          <w:p>
            <w:pPr>
              <w:spacing w:before="0" w:after="40"/>
              <w:jc w:val="both"/>
            </w:pPr>
            <w:r>
              <w:rPr>
                <w:b/>
                <w:bCs/>
                <w:color w:val="FFFFFF"/>
              </w:rPr>
              <w:t>singular</w:t>
            </w:r>
          </w:p>
        </w:tc>
        <w:tc>
          <w:tcPr>
            <w:tcW w:type="dxa" w:w="4989"/>
            <w:shd w:val="clear" w:color="auto" w:fill="047857"/>
          </w:tcPr>
          <w:p>
            <w:pPr>
              <w:spacing w:before="0" w:after="40"/>
              <w:jc w:val="both"/>
            </w:pPr>
            <w:r>
              <w:rPr>
                <w:b/>
                <w:bCs/>
                <w:color w:val="FFFFFF"/>
              </w:rPr>
              <w:t>plural</w:t>
            </w:r>
          </w:p>
        </w:tc>
      </w:tr>
      <w:tr>
        <w:tc>
          <w:tcPr>
            <w:tcW w:type="dxa" w:w="4989"/>
          </w:tcPr>
          <w:p>
            <w:pPr>
              <w:spacing w:before="0" w:after="40"/>
              <w:jc w:val="both"/>
            </w:pPr>
            <w:r>
              <w:rPr/>
            </w:r>
          </w:p>
        </w:tc>
        <w:tc>
          <w:tcPr>
            <w:tcW w:type="dxa" w:w="4989"/>
          </w:tcPr>
          <w:p>
            <w:pPr>
              <w:spacing w:before="0" w:after="40"/>
              <w:jc w:val="both"/>
            </w:pPr>
            <w:r>
              <w:rPr/>
              <w:t>dishes</w:t>
            </w:r>
          </w:p>
        </w:tc>
      </w:tr>
      <w:tr>
        <w:tc>
          <w:tcPr>
            <w:tcW w:type="dxa" w:w="4989"/>
          </w:tcPr>
          <w:p>
            <w:pPr>
              <w:spacing w:before="0" w:after="40"/>
              <w:jc w:val="both"/>
            </w:pPr>
            <w:r>
              <w:rPr/>
              <w:t>lady</w:t>
            </w:r>
          </w:p>
        </w:tc>
        <w:tc>
          <w:tcPr>
            <w:tcW w:type="dxa" w:w="4989"/>
          </w:tcPr>
          <w:p>
            <w:pPr>
              <w:spacing w:before="0" w:after="40"/>
              <w:jc w:val="both"/>
            </w:pPr>
            <w:r>
              <w:rPr/>
            </w:r>
          </w:p>
        </w:tc>
      </w:tr>
      <w:tr>
        <w:tc>
          <w:tcPr>
            <w:tcW w:type="dxa" w:w="4989"/>
          </w:tcPr>
          <w:p>
            <w:pPr>
              <w:spacing w:before="0" w:after="40"/>
              <w:jc w:val="both"/>
            </w:pPr>
            <w:r>
              <w:rPr/>
            </w:r>
          </w:p>
        </w:tc>
        <w:tc>
          <w:tcPr>
            <w:tcW w:type="dxa" w:w="4989"/>
          </w:tcPr>
          <w:p>
            <w:pPr>
              <w:spacing w:before="0" w:after="40"/>
              <w:jc w:val="both"/>
            </w:pPr>
            <w:r>
              <w:rPr/>
              <w:t>keys</w:t>
            </w:r>
          </w:p>
        </w:tc>
      </w:tr>
      <w:tr>
        <w:tc>
          <w:tcPr>
            <w:tcW w:type="dxa" w:w="4989"/>
          </w:tcPr>
          <w:p>
            <w:pPr>
              <w:spacing w:before="0" w:after="40"/>
              <w:jc w:val="both"/>
            </w:pPr>
            <w:r>
              <w:rPr/>
              <w:t>sandwich</w:t>
            </w:r>
          </w:p>
        </w:tc>
        <w:tc>
          <w:tcPr>
            <w:tcW w:type="dxa" w:w="4989"/>
          </w:tcPr>
          <w:p>
            <w:pPr>
              <w:spacing w:before="0" w:after="40"/>
              <w:jc w:val="both"/>
            </w:pPr>
            <w:r>
              <w:rPr/>
            </w:r>
          </w:p>
        </w:tc>
      </w:tr>
      <w:tr>
        <w:tc>
          <w:tcPr>
            <w:tcW w:type="dxa" w:w="4989"/>
          </w:tcPr>
          <w:p>
            <w:pPr>
              <w:spacing w:before="0" w:after="40"/>
              <w:jc w:val="both"/>
            </w:pPr>
            <w:r>
              <w:rPr/>
            </w:r>
          </w:p>
        </w:tc>
        <w:tc>
          <w:tcPr>
            <w:tcW w:type="dxa" w:w="4989"/>
          </w:tcPr>
          <w:p>
            <w:pPr>
              <w:spacing w:before="0" w:after="40"/>
              <w:jc w:val="both"/>
            </w:pPr>
            <w:r>
              <w:rPr/>
              <w:t>feet</w:t>
            </w:r>
          </w:p>
        </w:tc>
      </w:tr>
      <w:tr>
        <w:tc>
          <w:tcPr>
            <w:tcW w:type="dxa" w:w="4989"/>
          </w:tcPr>
          <w:p>
            <w:pPr>
              <w:spacing w:before="0" w:after="40"/>
              <w:jc w:val="both"/>
            </w:pPr>
            <w:r>
              <w:rPr/>
              <w:t>potato</w:t>
            </w:r>
          </w:p>
        </w:tc>
        <w:tc>
          <w:tcPr>
            <w:tcW w:type="dxa" w:w="4989"/>
          </w:tcPr>
          <w:p>
            <w:pPr>
              <w:spacing w:before="0" w:after="40"/>
              <w:jc w:val="both"/>
            </w:pPr>
            <w:r>
              <w:rPr/>
            </w:r>
          </w:p>
        </w:tc>
      </w:tr>
    </w:tbl>
    <w:p>
      <w:pPr>
        <w:spacing w:before="0" w:after="40"/>
        <w:jc w:val="both"/>
      </w:pPr>
    </w:p>
    <w:p>
      <w:pPr>
        <w:spacing w:before="160" w:after="20"/>
        <w:jc w:val="both"/>
      </w:pPr>
      <w:r>
        <w:rPr>
          <w:b/>
          <w:bCs/>
          <w:sz w:val="26"/>
          <w:szCs w:val="26"/>
        </w:rPr>
        <w:t>4. Regular or special plural? Sort.</w:t>
      </w:r>
    </w:p>
    <w:p>
      <w:pPr>
        <w:bidi/>
        <w:spacing w:before="0" w:after="0"/>
        <w:jc w:val="both"/>
      </w:pPr>
      <w:r>
        <w:rPr>
          <w:rFonts w:ascii="Arial" w:hAnsi="Arial" w:cs="Arial"/>
          <w:color w:val="6B7280"/>
          <w:sz w:val="20"/>
          <w:szCs w:val="20"/>
          <w:rtl/>
          <w:lang w:val="en-US" w:bidi="he-IL"/>
        </w:rPr>
        <w:t xml:space="preserve">רבים רגיל או מיוחד? מיינו.</w:t>
      </w:r>
    </w:p>
    <w:p>
      <w:pPr>
        <w:bidi/>
        <w:spacing w:before="0" w:after="80"/>
        <w:jc w:val="both"/>
      </w:pPr>
      <w:r>
        <w:rPr>
          <w:rFonts w:ascii="Arial" w:hAnsi="Arial" w:cs="Arial"/>
          <w:color w:val="6B7280"/>
          <w:sz w:val="21"/>
          <w:szCs w:val="21"/>
          <w:rtl/>
          <w:lang w:val="en-US" w:bidi="ar-SA"/>
        </w:rPr>
        <w:t xml:space="preserve">جمع منتظم أم خاصّ؟ صنّف.</w:t>
      </w:r>
    </w:p>
    <w:p>
      <w:pPr>
        <w:spacing w:before="0" w:after="80"/>
        <w:jc w:val="both"/>
      </w:pPr>
      <w:r>
        <w:rPr>
          <w:color w:val="047857"/>
          <w:sz w:val="24"/>
          <w:szCs w:val="24"/>
        </w:rPr>
        <w:t>Words: girls  |  men  |  buses  |  teeth  |  cities  |  children  |  women  |  toys</w:t>
      </w:r>
    </w:p>
    <w:tbl>
      <w:tblPr>
        <w:tblStyle w:val="TableGrid"/>
        <w:tblW w:type="auto" w:w="0"/>
        <w:tblLook w:firstColumn="1" w:firstRow="1" w:lastColumn="0" w:lastRow="0" w:noHBand="0" w:noVBand="1" w:val="04A0"/>
      </w:tblPr>
      <w:tblGrid>
        <w:gridCol w:w="4989"/>
        <w:gridCol w:w="4989"/>
      </w:tblGrid>
      <w:tr>
        <w:tc>
          <w:tcPr>
            <w:tcW w:type="dxa" w:w="4989"/>
            <w:shd w:val="clear" w:color="auto" w:fill="047857"/>
          </w:tcPr>
          <w:p>
            <w:pPr>
              <w:spacing w:before="0" w:after="40"/>
              <w:jc w:val="both"/>
            </w:pPr>
            <w:r>
              <w:rPr>
                <w:b/>
                <w:bCs/>
                <w:color w:val="FFFFFF"/>
              </w:rPr>
              <w:t>regular</w:t>
            </w:r>
          </w:p>
        </w:tc>
        <w:tc>
          <w:tcPr>
            <w:tcW w:type="dxa" w:w="4989"/>
            <w:shd w:val="clear" w:color="auto" w:fill="047857"/>
          </w:tcPr>
          <w:p>
            <w:pPr>
              <w:spacing w:before="0" w:after="40"/>
              <w:jc w:val="both"/>
            </w:pPr>
            <w:r>
              <w:rPr>
                <w:b/>
                <w:bCs/>
                <w:color w:val="FFFFFF"/>
              </w:rPr>
              <w:t>special</w:t>
            </w:r>
          </w:p>
        </w:tc>
      </w:tr>
      <w:tr>
        <w:tc>
          <w:tcPr>
            <w:tcW w:type="dxa" w:w="4989"/>
          </w:tcPr>
          <w:p>
            <w:pPr>
              <w:spacing w:before="0" w:after="40"/>
              <w:jc w:val="both"/>
            </w:pPr>
            <w:r>
              <w:rPr/>
              <w:br/>
              <w:br/>
              <w:br/>
            </w:r>
          </w:p>
        </w:tc>
        <w:tc>
          <w:tcPr>
            <w:tcW w:type="dxa" w:w="4989"/>
          </w:tcPr>
          <w:p>
            <w:pPr>
              <w:spacing w:before="0" w:after="40"/>
              <w:jc w:val="both"/>
            </w:pPr>
            <w:r>
              <w:rPr/>
              <w:br/>
              <w:br/>
              <w:br/>
            </w:r>
          </w:p>
        </w:tc>
      </w:tr>
    </w:tbl>
    <w:p>
      <w:pPr>
        <w:spacing w:before="0" w:after="40"/>
        <w:jc w:val="both"/>
      </w:pPr>
    </w:p>
    <w:p>
      <w:pPr>
        <w:spacing w:before="160" w:after="20"/>
        <w:jc w:val="both"/>
      </w:pPr>
      <w:r>
        <w:rPr>
          <w:b/>
          <w:bCs/>
          <w:sz w:val="26"/>
          <w:szCs w:val="26"/>
        </w:rPr>
        <w:t>5. Complete with the plural of the word in brackets.</w:t>
      </w:r>
    </w:p>
    <w:p>
      <w:pPr>
        <w:bidi/>
        <w:spacing w:before="0" w:after="0"/>
        <w:jc w:val="both"/>
      </w:pPr>
      <w:r>
        <w:rPr>
          <w:rFonts w:ascii="Arial" w:hAnsi="Arial" w:cs="Arial"/>
          <w:color w:val="6B7280"/>
          <w:sz w:val="20"/>
          <w:szCs w:val="20"/>
          <w:rtl/>
          <w:lang w:val="en-US" w:bidi="he-IL"/>
        </w:rPr>
        <w:t xml:space="preserve">השלימו בצורת הרבים של המילה שבסוגריים.</w:t>
      </w:r>
    </w:p>
    <w:p>
      <w:pPr>
        <w:bidi/>
        <w:spacing w:before="0" w:after="80"/>
        <w:jc w:val="both"/>
      </w:pPr>
      <w:r>
        <w:rPr>
          <w:rFonts w:ascii="Arial" w:hAnsi="Arial" w:cs="Arial"/>
          <w:color w:val="6B7280"/>
          <w:sz w:val="21"/>
          <w:szCs w:val="21"/>
          <w:rtl/>
          <w:lang w:val="en-US" w:bidi="ar-SA"/>
        </w:rPr>
        <w:t xml:space="preserve">أكمل بصيغة الجمع للكلمة التي بين القوسين.</w:t>
      </w:r>
    </w:p>
    <w:p>
      <w:pPr>
        <w:spacing w:before="0" w:after="60"/>
        <w:jc w:val="both"/>
      </w:pPr>
      <w:r>
        <w:rPr/>
        <w:t>a. There are thirty __________ in my class. (child)</w:t>
      </w:r>
    </w:p>
    <w:p>
      <w:pPr>
        <w:spacing w:before="0" w:after="60"/>
        <w:jc w:val="both"/>
      </w:pPr>
      <w:r>
        <w:rPr/>
        <w:t>b. My dad has two __________. (watch)</w:t>
      </w:r>
    </w:p>
    <w:p>
      <w:pPr>
        <w:spacing w:before="0" w:after="60"/>
        <w:jc w:val="both"/>
      </w:pPr>
      <w:r>
        <w:rPr/>
        <w:t>c. We saw four __________ on the farm. (sheep)</w:t>
      </w:r>
    </w:p>
    <w:p>
      <w:pPr>
        <w:spacing w:before="0" w:after="60"/>
        <w:jc w:val="both"/>
      </w:pPr>
      <w:r>
        <w:rPr/>
        <w:t>d. I brush my __________ twice a day. (tooth)</w:t>
      </w:r>
    </w:p>
    <w:p>
      <w:pPr>
        <w:spacing w:before="0" w:after="60"/>
        <w:jc w:val="both"/>
      </w:pPr>
      <w:r>
        <w:rPr/>
        <w:t>e. The __________ are playing in the snow. (boy)</w:t>
      </w:r>
    </w:p>
    <w:p>
      <w:pPr>
        <w:spacing w:before="0" w:after="60"/>
        <w:jc w:val="both"/>
      </w:pPr>
      <w:r>
        <w:rPr/>
        <w:t>f. There are many __________ in Israel. (city)</w:t>
      </w:r>
    </w:p>
    <w:p>
      <w:pPr>
        <w:spacing w:before="160" w:after="20"/>
        <w:jc w:val="both"/>
      </w:pPr>
      <w:r>
        <w:rPr>
          <w:b/>
          <w:bCs/>
          <w:sz w:val="26"/>
          <w:szCs w:val="26"/>
        </w:rPr>
        <w:t>6. Choose a, an, the or – (no word).</w:t>
      </w:r>
    </w:p>
    <w:p>
      <w:pPr>
        <w:bidi/>
        <w:spacing w:before="0" w:after="0"/>
        <w:jc w:val="both"/>
      </w:pPr>
      <w:r>
        <w:rPr>
          <w:rFonts w:ascii="Arial" w:hAnsi="Arial" w:cs="Arial"/>
          <w:color w:val="6B7280"/>
          <w:sz w:val="20"/>
          <w:szCs w:val="20"/>
          <w:rtl/>
          <w:lang w:val="en-US" w:bidi="he-IL"/>
        </w:rPr>
        <w:t xml:space="preserve">בחרו ‎a, an, the‎ או – (בלי מילה).</w:t>
      </w:r>
    </w:p>
    <w:p>
      <w:pPr>
        <w:bidi/>
        <w:spacing w:before="0" w:after="80"/>
        <w:jc w:val="both"/>
      </w:pPr>
      <w:r>
        <w:rPr>
          <w:rFonts w:ascii="Arial" w:hAnsi="Arial" w:cs="Arial"/>
          <w:color w:val="6B7280"/>
          <w:sz w:val="21"/>
          <w:szCs w:val="21"/>
          <w:rtl/>
          <w:lang w:val="en-US" w:bidi="ar-SA"/>
        </w:rPr>
        <w:t xml:space="preserve">اختر ‎a‎ أو ‎an‎ أو ‎the‎ أو – (بدون كلمة).</w:t>
      </w:r>
    </w:p>
    <w:p>
      <w:pPr>
        <w:spacing w:before="0" w:after="20"/>
        <w:jc w:val="both"/>
      </w:pPr>
      <w:r>
        <w:rPr/>
        <w:t>a. I play ___ basketball on Mondays.</w:t>
      </w:r>
    </w:p>
    <w:p>
      <w:pPr>
        <w:spacing w:before="0" w:after="80"/>
        <w:jc w:val="both"/>
      </w:pPr>
      <w:r>
        <w:rPr/>
        <w:t xml:space="preserve">   ○ a      ○ the      ○ –</w:t>
      </w:r>
    </w:p>
    <w:p>
      <w:pPr>
        <w:spacing w:before="0" w:after="20"/>
        <w:jc w:val="both"/>
      </w:pPr>
      <w:r>
        <w:rPr/>
        <w:t>b. Can you close ___ door, please?</w:t>
      </w:r>
    </w:p>
    <w:p>
      <w:pPr>
        <w:spacing w:before="0" w:after="80"/>
        <w:jc w:val="both"/>
      </w:pPr>
      <w:r>
        <w:rPr/>
        <w:t xml:space="preserve">   ○ the      ○ an      ○ a</w:t>
      </w:r>
    </w:p>
    <w:p>
      <w:pPr>
        <w:spacing w:before="0" w:after="20"/>
        <w:jc w:val="both"/>
      </w:pPr>
      <w:r>
        <w:rPr/>
        <w:t>c. My mom is ___ doctor.</w:t>
      </w:r>
    </w:p>
    <w:p>
      <w:pPr>
        <w:spacing w:before="0" w:after="80"/>
        <w:jc w:val="both"/>
      </w:pPr>
      <w:r>
        <w:rPr/>
        <w:t xml:space="preserve">   ○ an      ○ a      ○ the</w:t>
      </w:r>
    </w:p>
    <w:p>
      <w:pPr>
        <w:spacing w:before="0" w:after="20"/>
        <w:jc w:val="both"/>
      </w:pPr>
      <w:r>
        <w:rPr/>
        <w:t>d. ___ moon is bright tonight.</w:t>
      </w:r>
    </w:p>
    <w:p>
      <w:pPr>
        <w:spacing w:before="0" w:after="80"/>
        <w:jc w:val="both"/>
      </w:pPr>
      <w:r>
        <w:rPr/>
        <w:t xml:space="preserve">   ○ A      ○ An      ○ The</w:t>
      </w:r>
    </w:p>
    <w:p>
      <w:pPr>
        <w:spacing w:before="160" w:after="20"/>
        <w:jc w:val="both"/>
      </w:pPr>
      <w:r>
        <w:rPr>
          <w:b/>
          <w:bCs/>
          <w:sz w:val="26"/>
          <w:szCs w:val="26"/>
        </w:rPr>
        <w:t>7. Complete the story with a, an or the.</w:t>
      </w:r>
    </w:p>
    <w:p>
      <w:pPr>
        <w:bidi/>
        <w:spacing w:before="0" w:after="0"/>
        <w:jc w:val="both"/>
      </w:pPr>
      <w:r>
        <w:rPr>
          <w:rFonts w:ascii="Arial" w:hAnsi="Arial" w:cs="Arial"/>
          <w:color w:val="6B7280"/>
          <w:sz w:val="20"/>
          <w:szCs w:val="20"/>
          <w:rtl/>
          <w:lang w:val="en-US" w:bidi="he-IL"/>
        </w:rPr>
        <w:t xml:space="preserve">השלימו את הסיפור ב־‎a‎, ב־‎an‎ או ב־‎the‎.</w:t>
      </w:r>
    </w:p>
    <w:p>
      <w:pPr>
        <w:bidi/>
        <w:spacing w:before="0" w:after="80"/>
        <w:jc w:val="both"/>
      </w:pPr>
      <w:r>
        <w:rPr>
          <w:rFonts w:ascii="Arial" w:hAnsi="Arial" w:cs="Arial"/>
          <w:color w:val="6B7280"/>
          <w:sz w:val="21"/>
          <w:szCs w:val="21"/>
          <w:rtl/>
          <w:lang w:val="en-US" w:bidi="ar-SA"/>
        </w:rPr>
        <w:t xml:space="preserve">أكمل القصّة بـ ‎a‎ أو ‎an‎ أو ‎the‎.</w:t>
      </w:r>
    </w:p>
    <w:p>
      <w:pPr>
        <w:spacing w:before="0" w:after="60"/>
        <w:jc w:val="both"/>
      </w:pPr>
      <w:r>
        <w:rPr/>
        <w:t>a. Itay has __________ dog and a cat.</w:t>
      </w:r>
    </w:p>
    <w:p>
      <w:pPr>
        <w:spacing w:before="0" w:after="60"/>
        <w:jc w:val="both"/>
      </w:pPr>
      <w:r>
        <w:rPr/>
        <w:t>b. __________ dog is called Max.</w:t>
      </w:r>
    </w:p>
    <w:p>
      <w:pPr>
        <w:spacing w:before="0" w:after="60"/>
        <w:jc w:val="both"/>
      </w:pPr>
      <w:r>
        <w:rPr/>
        <w:t>c. Max has __________ old ball.</w:t>
      </w:r>
    </w:p>
    <w:p>
      <w:pPr>
        <w:spacing w:before="0" w:after="60"/>
        <w:jc w:val="both"/>
      </w:pPr>
      <w:r>
        <w:rPr/>
        <w:t>d. He plays with the ball in __________ garden every day.</w:t>
      </w:r>
    </w:p>
    <w:p>
      <w:pPr>
        <w:spacing w:before="0" w:after="60"/>
        <w:jc w:val="both"/>
      </w:pPr>
      <w:r>
        <w:rPr/>
        <w:t>e. Itay also has __________ aquarium with fish.</w:t>
      </w:r>
    </w:p>
    <w:p>
      <w:pPr>
        <w:spacing w:before="160" w:after="20"/>
        <w:jc w:val="both"/>
      </w:pPr>
      <w:r>
        <w:rPr>
          <w:b/>
          <w:bCs/>
          <w:sz w:val="26"/>
          <w:szCs w:val="26"/>
        </w:rPr>
        <w:t>8. Find the mistake. Write the sentence correctly.</w:t>
      </w:r>
    </w:p>
    <w:p>
      <w:pPr>
        <w:bidi/>
        <w:spacing w:before="0" w:after="0"/>
        <w:jc w:val="both"/>
      </w:pPr>
      <w:r>
        <w:rPr>
          <w:rFonts w:ascii="Arial" w:hAnsi="Arial" w:cs="Arial"/>
          <w:color w:val="6B7280"/>
          <w:sz w:val="20"/>
          <w:szCs w:val="20"/>
          <w:rtl/>
          <w:lang w:val="en-US" w:bidi="he-IL"/>
        </w:rPr>
        <w:t xml:space="preserve">מצאו את הטעות. כתבו את המשפט נכון.</w:t>
      </w:r>
    </w:p>
    <w:p>
      <w:pPr>
        <w:bidi/>
        <w:spacing w:before="0" w:after="80"/>
        <w:jc w:val="both"/>
      </w:pPr>
      <w:r>
        <w:rPr>
          <w:rFonts w:ascii="Arial" w:hAnsi="Arial" w:cs="Arial"/>
          <w:color w:val="6B7280"/>
          <w:sz w:val="21"/>
          <w:szCs w:val="21"/>
          <w:rtl/>
          <w:lang w:val="en-US" w:bidi="ar-SA"/>
        </w:rPr>
        <w:t xml:space="preserve">جد الخطأ. اكتب الجملة بشكل صحيح.</w:t>
      </w:r>
    </w:p>
    <w:p>
      <w:pPr>
        <w:spacing w:before="0" w:after="100"/>
        <w:jc w:val="both"/>
      </w:pPr>
      <w:r>
        <w:rPr/>
        <w:t>a. I see two mouses.</w:t>
      </w:r>
    </w:p>
    <w:p>
      <w:pPr>
        <w:spacing w:before="0" w:after="100"/>
        <w:jc w:val="both"/>
      </w:pPr>
      <w:r>
        <w:rPr/>
        <w:t>b. She has a umbrella.</w:t>
      </w:r>
    </w:p>
    <w:p>
      <w:pPr>
        <w:spacing w:before="0" w:after="100"/>
        <w:jc w:val="both"/>
      </w:pPr>
      <w:r>
        <w:rPr/>
        <w:t>c. The mans are tall.</w:t>
      </w:r>
    </w:p>
    <w:p>
      <w:pPr>
        <w:spacing w:before="0" w:after="100"/>
        <w:jc w:val="both"/>
      </w:pPr>
      <w:r>
        <w:rPr/>
        <w:t>d. There are three boxs.</w:t>
      </w:r>
    </w:p>
    <w:p>
      <w:pPr>
        <w:spacing w:before="0" w:after="100"/>
        <w:jc w:val="both"/>
      </w:pPr>
      <w:r>
        <w:rPr/>
        <w:t>e. He is a honest boy.</w:t>
      </w:r>
    </w:p>
    <w:p>
      <w:pPr>
        <w:spacing w:before="160" w:after="20"/>
        <w:jc w:val="both"/>
      </w:pPr>
      <w:r>
        <w:rPr>
          <w:b/>
          <w:bCs/>
          <w:sz w:val="26"/>
          <w:szCs w:val="26"/>
        </w:rPr>
        <w:t>9. True or False? Correct the false rules.</w:t>
      </w:r>
    </w:p>
    <w:p>
      <w:pPr>
        <w:bidi/>
        <w:spacing w:before="0" w:after="0"/>
        <w:jc w:val="both"/>
      </w:pPr>
      <w:r>
        <w:rPr>
          <w:rFonts w:ascii="Arial" w:hAnsi="Arial" w:cs="Arial"/>
          <w:color w:val="6B7280"/>
          <w:sz w:val="20"/>
          <w:szCs w:val="20"/>
          <w:rtl/>
          <w:lang w:val="en-US" w:bidi="he-IL"/>
        </w:rPr>
        <w:t xml:space="preserve">נכון או לא נכון? תקנו את הכללים הלא נכונים.</w:t>
      </w:r>
    </w:p>
    <w:p>
      <w:pPr>
        <w:bidi/>
        <w:spacing w:before="0" w:after="80"/>
        <w:jc w:val="both"/>
      </w:pPr>
      <w:r>
        <w:rPr>
          <w:rFonts w:ascii="Arial" w:hAnsi="Arial" w:cs="Arial"/>
          <w:color w:val="6B7280"/>
          <w:sz w:val="21"/>
          <w:szCs w:val="21"/>
          <w:rtl/>
          <w:lang w:val="en-US" w:bidi="ar-SA"/>
        </w:rPr>
        <w:t xml:space="preserve">صحيح أم خطأ؟ صحّح القواعد الخاطئة.</w:t>
      </w:r>
    </w:p>
    <w:p>
      <w:pPr>
        <w:spacing w:before="0" w:after="60"/>
        <w:jc w:val="both"/>
      </w:pPr>
      <w:r>
        <w:rPr/>
        <w:t>a. We use an before a vowel sound.      True / False</w:t>
      </w:r>
    </w:p>
    <w:p>
      <w:pPr>
        <w:spacing w:before="0" w:after="60"/>
        <w:jc w:val="both"/>
      </w:pPr>
      <w:r>
        <w:rPr/>
        <w:t>b. The plural of child is childs.      True / False</w:t>
      </w:r>
    </w:p>
    <w:p>
      <w:pPr>
        <w:spacing w:before="0" w:after="60"/>
        <w:jc w:val="both"/>
      </w:pPr>
      <w:r>
        <w:rPr/>
        <w:t>c. We say the sun and the sea.      True / False</w:t>
      </w:r>
    </w:p>
    <w:p>
      <w:pPr>
        <w:spacing w:before="0" w:after="60"/>
        <w:jc w:val="both"/>
      </w:pPr>
      <w:r>
        <w:rPr/>
        <w:t>d. The plural of baby is babys.      True / False</w:t>
      </w:r>
    </w:p>
    <w:p>
      <w:pPr>
        <w:spacing w:before="120" w:after="40"/>
        <w:jc w:val="center"/>
      </w:pPr>
      <w:r>
        <w:rPr>
          <w:rFonts w:ascii="Arial Black" w:hAnsi="Arial Black" w:cs="Arial Black"/>
          <w:b/>
          <w:bCs/>
          <w:color w:val="047857"/>
          <w:sz w:val="30"/>
          <w:szCs w:val="30"/>
        </w:rPr>
        <w:t>Our Class Trip</w:t>
      </w:r>
    </w:p>
    <w:p>
      <w:pPr>
        <w:spacing w:before="0" w:after="80"/>
        <w:jc w:val="both"/>
      </w:pPr>
      <w:r>
        <w:rPr/>
        <w:t>Today is a special day. Our class is on a trip to a farm in the Galilee. There are forty children and three teachers on the bus.</w:t>
      </w:r>
    </w:p>
    <w:p>
      <w:pPr>
        <w:spacing w:before="0" w:after="80"/>
        <w:jc w:val="both"/>
      </w:pPr>
      <w:r>
        <w:rPr/>
        <w:t>The farmer shows us the animals. There are cows, goats, sheep and a lot of chickens. We feed the goats, and I hold a baby chick in my hands. It is soft and yellow!</w:t>
      </w:r>
    </w:p>
    <w:p>
      <w:pPr>
        <w:spacing w:before="0" w:after="80"/>
        <w:jc w:val="both"/>
      </w:pPr>
      <w:r>
        <w:rPr/>
        <w:t>Then we pick strawberries. I put twenty strawberries in a box, but I eat five of them! At lunchtime, we sit under the trees and eat sandwiches. It's a great day, and everybody is tired on the bus home.</w:t>
      </w:r>
    </w:p>
    <w:p>
      <w:pPr>
        <w:spacing w:before="160" w:after="20"/>
        <w:jc w:val="both"/>
      </w:pPr>
      <w:r>
        <w:rPr>
          <w:b/>
          <w:bCs/>
          <w:sz w:val="26"/>
          <w:szCs w:val="26"/>
        </w:rPr>
        <w:t>10. Read "Our Class Trip". Choose the correct answer.</w:t>
      </w:r>
    </w:p>
    <w:p>
      <w:pPr>
        <w:bidi/>
        <w:spacing w:before="0" w:after="0"/>
        <w:jc w:val="both"/>
      </w:pPr>
      <w:r>
        <w:rPr>
          <w:rFonts w:ascii="Arial" w:hAnsi="Arial" w:cs="Arial"/>
          <w:color w:val="6B7280"/>
          <w:sz w:val="20"/>
          <w:szCs w:val="20"/>
          <w:rtl/>
          <w:lang w:val="en-US" w:bidi="he-IL"/>
        </w:rPr>
        <w:t xml:space="preserve">קראו את ‎"Our Class Trip"‎. בחרו את התשובה הנכונה.</w:t>
      </w:r>
    </w:p>
    <w:p>
      <w:pPr>
        <w:bidi/>
        <w:spacing w:before="0" w:after="80"/>
        <w:jc w:val="both"/>
      </w:pPr>
      <w:r>
        <w:rPr>
          <w:rFonts w:ascii="Arial" w:hAnsi="Arial" w:cs="Arial"/>
          <w:color w:val="6B7280"/>
          <w:sz w:val="21"/>
          <w:szCs w:val="21"/>
          <w:rtl/>
          <w:lang w:val="en-US" w:bidi="ar-SA"/>
        </w:rPr>
        <w:t xml:space="preserve">اقرأ ‎"Our Class Trip"‎. اختر الإجابة الصحيحة.</w:t>
      </w:r>
    </w:p>
    <w:p>
      <w:pPr>
        <w:spacing w:before="0" w:after="20"/>
        <w:jc w:val="both"/>
      </w:pPr>
      <w:r>
        <w:rPr/>
        <w:t>a. Where is the class today?</w:t>
      </w:r>
    </w:p>
    <w:p>
      <w:pPr>
        <w:spacing w:before="0" w:after="80"/>
        <w:jc w:val="both"/>
      </w:pPr>
      <w:r>
        <w:rPr/>
        <w:t xml:space="preserve">   ○ at a zoo      ○ on a farm      ○ at a beach</w:t>
      </w:r>
    </w:p>
    <w:p>
      <w:pPr>
        <w:spacing w:before="0" w:after="20"/>
        <w:jc w:val="both"/>
      </w:pPr>
      <w:r>
        <w:rPr/>
        <w:t>b. How many teachers are on the bus?</w:t>
      </w:r>
    </w:p>
    <w:p>
      <w:pPr>
        <w:spacing w:before="0" w:after="80"/>
        <w:jc w:val="both"/>
      </w:pPr>
      <w:r>
        <w:rPr/>
        <w:t xml:space="preserve">   ○ three      ○ forty      ○ five</w:t>
      </w:r>
    </w:p>
    <w:p>
      <w:pPr>
        <w:spacing w:before="0" w:after="20"/>
        <w:jc w:val="both"/>
      </w:pPr>
      <w:r>
        <w:rPr/>
        <w:t>c. What do the children feed?</w:t>
      </w:r>
    </w:p>
    <w:p>
      <w:pPr>
        <w:spacing w:before="0" w:after="80"/>
        <w:jc w:val="both"/>
      </w:pPr>
      <w:r>
        <w:rPr/>
        <w:t xml:space="preserve">   ○ the cows      ○ the chickens      ○ the goats</w:t>
      </w:r>
    </w:p>
    <w:p>
      <w:pPr>
        <w:spacing w:before="160" w:after="20"/>
        <w:jc w:val="both"/>
      </w:pPr>
      <w:r>
        <w:rPr>
          <w:b/>
          <w:bCs/>
          <w:sz w:val="26"/>
          <w:szCs w:val="26"/>
        </w:rPr>
        <w:t>11. Find the plurals in the text and complete.</w:t>
      </w:r>
    </w:p>
    <w:p>
      <w:pPr>
        <w:bidi/>
        <w:spacing w:before="0" w:after="0"/>
        <w:jc w:val="both"/>
      </w:pPr>
      <w:r>
        <w:rPr>
          <w:rFonts w:ascii="Arial" w:hAnsi="Arial" w:cs="Arial"/>
          <w:color w:val="6B7280"/>
          <w:sz w:val="20"/>
          <w:szCs w:val="20"/>
          <w:rtl/>
          <w:lang w:val="en-US" w:bidi="he-IL"/>
        </w:rPr>
        <w:t xml:space="preserve">מצאו בטקסט את צורות הרבים והשלימו.</w:t>
      </w:r>
    </w:p>
    <w:p>
      <w:pPr>
        <w:bidi/>
        <w:spacing w:before="0" w:after="80"/>
        <w:jc w:val="both"/>
      </w:pPr>
      <w:r>
        <w:rPr>
          <w:rFonts w:ascii="Arial" w:hAnsi="Arial" w:cs="Arial"/>
          <w:color w:val="6B7280"/>
          <w:sz w:val="21"/>
          <w:szCs w:val="21"/>
          <w:rtl/>
          <w:lang w:val="en-US" w:bidi="ar-SA"/>
        </w:rPr>
        <w:t xml:space="preserve">جد صيغ الجمع في النصّ وأكمل.</w:t>
      </w:r>
    </w:p>
    <w:p>
      <w:pPr>
        <w:spacing w:before="0" w:after="60"/>
        <w:jc w:val="both"/>
      </w:pPr>
      <w:r>
        <w:rPr/>
        <w:t>a. There are forty __________ on the bus.</w:t>
      </w:r>
    </w:p>
    <w:p>
      <w:pPr>
        <w:spacing w:before="0" w:after="60"/>
        <w:jc w:val="both"/>
      </w:pPr>
      <w:r>
        <w:rPr/>
        <w:t>b. There are cows, goats, __________ and chickens.</w:t>
      </w:r>
    </w:p>
    <w:p>
      <w:pPr>
        <w:spacing w:before="0" w:after="60"/>
        <w:jc w:val="both"/>
      </w:pPr>
      <w:r>
        <w:rPr/>
        <w:t>c. We pick __________.</w:t>
      </w:r>
    </w:p>
    <w:p>
      <w:pPr>
        <w:spacing w:before="0" w:after="60"/>
        <w:jc w:val="both"/>
      </w:pPr>
      <w:r>
        <w:rPr/>
        <w:t>d. We sit under the __________.</w:t>
      </w:r>
    </w:p>
    <w:p>
      <w:pPr>
        <w:spacing w:before="160" w:after="20"/>
        <w:jc w:val="both"/>
      </w:pPr>
      <w:r>
        <w:rPr>
          <w:b/>
          <w:bCs/>
          <w:sz w:val="26"/>
          <w:szCs w:val="26"/>
        </w:rPr>
        <w:t>12. Imagine you are at a zoo. Write 4 sentences about the animals you see. Use a, an, the and plurals.</w:t>
      </w:r>
    </w:p>
    <w:p>
      <w:pPr>
        <w:bidi/>
        <w:spacing w:before="0" w:after="0"/>
        <w:jc w:val="both"/>
      </w:pPr>
      <w:r>
        <w:rPr>
          <w:rFonts w:ascii="Arial" w:hAnsi="Arial" w:cs="Arial"/>
          <w:color w:val="6B7280"/>
          <w:sz w:val="20"/>
          <w:szCs w:val="20"/>
          <w:rtl/>
          <w:lang w:val="en-US" w:bidi="he-IL"/>
        </w:rPr>
        <w:t xml:space="preserve">דמיינו שאתם בגן חיות. כתבו 4 משפטים על החיות שאתם רואים. השתמשו ב־‎a, an, the‎ ובצורות רבים.</w:t>
      </w:r>
    </w:p>
    <w:p>
      <w:pPr>
        <w:bidi/>
        <w:spacing w:before="0" w:after="80"/>
        <w:jc w:val="both"/>
      </w:pPr>
      <w:r>
        <w:rPr>
          <w:rFonts w:ascii="Arial" w:hAnsi="Arial" w:cs="Arial"/>
          <w:color w:val="6B7280"/>
          <w:sz w:val="21"/>
          <w:szCs w:val="21"/>
          <w:rtl/>
          <w:lang w:val="en-US" w:bidi="ar-SA"/>
        </w:rPr>
        <w:t xml:space="preserve">تخيّل أنّك في حديقة الحيوانات. اكتب 4 جمل عن الحيوانات التي تراها. استعمل ‎a‎ و‎an‎ و‎the‎ وصيغ الجمع.</w:t>
      </w:r>
    </w:p>
    <w:p>
      <w:pPr>
        <w:spacing w:before="0" w:after="80"/>
        <w:jc w:val="both"/>
      </w:pPr>
      <w:r>
        <w:rPr>
          <w:color w:val="99A3B5"/>
        </w:rPr>
        <w:t>________________________________________________________________________</w:t>
      </w:r>
    </w:p>
    <w:p>
      <w:pPr>
        <w:spacing w:before="0" w:after="80"/>
        <w:jc w:val="both"/>
      </w:pPr>
      <w:r>
        <w:rPr>
          <w:color w:val="99A3B5"/>
        </w:rPr>
        <w:t>________________________________________________________________________</w:t>
      </w:r>
    </w:p>
    <w:p>
      <w:pPr>
        <w:spacing w:before="0" w:after="80"/>
        <w:jc w:val="both"/>
      </w:pPr>
      <w:r>
        <w:rPr>
          <w:color w:val="99A3B5"/>
        </w:rPr>
        <w:t>________________________________________________________________________</w:t>
      </w:r>
    </w:p>
    <w:p>
      <w:pPr>
        <w:spacing w:before="0" w:after="80"/>
        <w:jc w:val="both"/>
      </w:pPr>
      <w:r>
        <w:rPr>
          <w:color w:val="99A3B5"/>
        </w:rPr>
        <w:t>________________________________________________________________________</w:t>
      </w:r>
    </w:p>
    <w:p>
      <w:pPr>
        <w:spacing w:before="0" w:after="80"/>
        <w:jc w:val="both"/>
      </w:pPr>
      <w:r>
        <w:br w:type="page"/>
      </w:r>
    </w:p>
    <w:p>
      <w:pPr>
        <w:spacing w:before="0" w:after="120"/>
        <w:jc w:val="both"/>
      </w:pPr>
      <w:r>
        <w:rPr>
          <w:rFonts w:ascii="Arial" w:hAnsi="Arial" w:cs="Arial"/>
          <w:color w:val="5B6476"/>
          <w:sz w:val="20"/>
          <w:szCs w:val="20"/>
        </w:rPr>
        <w:t>English · Grade 5   |   Unit 4</w:t>
      </w:r>
    </w:p>
    <w:p>
      <w:pPr>
        <w:spacing w:before="0" w:after="40"/>
        <w:jc w:val="both"/>
      </w:pPr>
      <w:r>
        <w:rPr>
          <w:rFonts w:ascii="Arial Black" w:hAnsi="Arial Black" w:cs="Arial Black"/>
          <w:b/>
          <w:bCs/>
          <w:color w:val="047857"/>
          <w:sz w:val="44"/>
          <w:szCs w:val="44"/>
        </w:rPr>
        <w:t>Unit 4: Past simple of "to be": was and were</w:t>
      </w:r>
    </w:p>
    <w:p>
      <w:pPr>
        <w:bidi/>
        <w:spacing w:before="0" w:after="0"/>
        <w:jc w:val="both"/>
      </w:pPr>
      <w:r>
        <w:rPr>
          <w:rFonts w:ascii="Arial" w:hAnsi="Arial" w:cs="Arial"/>
          <w:color w:val="6B7280"/>
          <w:sz w:val="22"/>
          <w:szCs w:val="22"/>
          <w:rtl/>
          <w:lang w:val="en-US" w:bidi="he-IL"/>
        </w:rPr>
        <w:t xml:space="preserve">‎past simple‎ של ‎"to be": was‎ ו־‎were‎</w:t>
      </w:r>
    </w:p>
    <w:p>
      <w:pPr>
        <w:bidi/>
        <w:spacing w:before="0" w:after="120"/>
        <w:jc w:val="both"/>
      </w:pPr>
      <w:r>
        <w:rPr>
          <w:rFonts w:ascii="Arial" w:hAnsi="Arial" w:cs="Arial"/>
          <w:color w:val="6B7280"/>
          <w:sz w:val="23"/>
          <w:szCs w:val="23"/>
          <w:rtl/>
          <w:lang w:val="en-US" w:bidi="ar-SA"/>
        </w:rPr>
        <w:t xml:space="preserve">‎past simple‎ لـ ‎"to be": was‎ و‎were‎</w:t>
      </w:r>
    </w:p>
    <w:p>
      <w:pPr>
        <w:spacing w:before="0" w:after="80"/>
        <w:jc w:val="center"/>
      </w:pPr>
      <w:r>
        <w:drawing>
          <wp:inline xmlns:a="http://schemas.openxmlformats.org/drawingml/2006/main" xmlns:pic="http://schemas.openxmlformats.org/drawingml/2006/picture">
            <wp:extent cx="3240000" cy="2160000"/>
            <wp:docPr id="23" name="Picture 23"/>
            <wp:cNvGraphicFramePr>
              <a:graphicFrameLocks noChangeAspect="1"/>
            </wp:cNvGraphicFramePr>
            <a:graphic>
              <a:graphicData uri="http://schemas.openxmlformats.org/drawingml/2006/picture">
                <pic:pic>
                  <pic:nvPicPr>
                    <pic:cNvPr id="0" name="english_g5_t04.jpg"/>
                    <pic:cNvPicPr/>
                  </pic:nvPicPr>
                  <pic:blipFill>
                    <a:blip r:embed="rId26"/>
                    <a:stretch>
                      <a:fillRect/>
                    </a:stretch>
                  </pic:blipFill>
                  <pic:spPr>
                    <a:xfrm>
                      <a:off x="0" y="0"/>
                      <a:ext cx="3240000" cy="2160000"/>
                    </a:xfrm>
                    <a:prstGeom prst="rect"/>
                  </pic:spPr>
                </pic:pic>
              </a:graphicData>
            </a:graphic>
          </wp:inline>
        </w:drawing>
      </w:r>
    </w:p>
    <w:p>
      <w:pPr>
        <w:spacing w:before="120" w:after="40"/>
        <w:jc w:val="both"/>
      </w:pPr>
      <w:r>
        <w:rPr>
          <w:rFonts w:ascii="Arial Black" w:hAnsi="Arial Black" w:cs="Arial Black"/>
          <w:b/>
          <w:bCs/>
          <w:color w:val="047857"/>
          <w:sz w:val="28"/>
          <w:szCs w:val="28"/>
        </w:rPr>
        <w:t>◆ Now and in the past</w:t>
      </w:r>
    </w:p>
    <w:p>
      <w:pPr>
        <w:bidi/>
        <w:spacing w:before="0" w:after="0"/>
        <w:jc w:val="both"/>
      </w:pPr>
      <w:r>
        <w:rPr>
          <w:rFonts w:ascii="Arial" w:hAnsi="Arial" w:cs="Arial"/>
          <w:color w:val="6B7280"/>
          <w:sz w:val="20"/>
          <w:szCs w:val="20"/>
          <w:rtl/>
          <w:lang w:val="en-US" w:bidi="he-IL"/>
        </w:rPr>
        <w:t xml:space="preserve">עכשיו ובעבר</w:t>
      </w:r>
    </w:p>
    <w:p>
      <w:pPr>
        <w:bidi/>
        <w:spacing w:before="0" w:after="40"/>
        <w:jc w:val="both"/>
      </w:pPr>
      <w:r>
        <w:rPr>
          <w:rFonts w:ascii="Arial" w:hAnsi="Arial" w:cs="Arial"/>
          <w:color w:val="6B7280"/>
          <w:sz w:val="21"/>
          <w:szCs w:val="21"/>
          <w:rtl/>
          <w:lang w:val="en-US" w:bidi="ar-SA"/>
        </w:rPr>
        <w:t xml:space="preserve">الآن وفي الماضي</w:t>
      </w:r>
    </w:p>
    <w:tbl>
      <w:tblPr>
        <w:tblStyle w:val="TableGrid"/>
        <w:tblW w:type="auto" w:w="0"/>
        <w:tblLook w:firstColumn="1" w:firstRow="1" w:lastColumn="0" w:lastRow="0" w:noHBand="0" w:noVBand="1" w:val="04A0"/>
      </w:tblPr>
      <w:tblGrid>
        <w:gridCol w:w="3326"/>
        <w:gridCol w:w="3326"/>
        <w:gridCol w:w="3326"/>
      </w:tblGrid>
      <w:tr>
        <w:tc>
          <w:tcPr>
            <w:tcW w:type="dxa" w:w="3326"/>
            <w:shd w:val="clear" w:color="auto" w:fill="047857"/>
          </w:tcPr>
          <w:p>
            <w:pPr>
              <w:spacing w:before="0" w:after="40"/>
              <w:jc w:val="both"/>
            </w:pPr>
            <w:r>
              <w:rPr>
                <w:b/>
                <w:bCs/>
                <w:color w:val="FFFFFF"/>
              </w:rPr>
              <w:t>Subject</w:t>
            </w:r>
          </w:p>
        </w:tc>
        <w:tc>
          <w:tcPr>
            <w:tcW w:type="dxa" w:w="3326"/>
            <w:shd w:val="clear" w:color="auto" w:fill="047857"/>
          </w:tcPr>
          <w:p>
            <w:pPr>
              <w:spacing w:before="0" w:after="40"/>
              <w:jc w:val="both"/>
            </w:pPr>
            <w:r>
              <w:rPr>
                <w:b/>
                <w:bCs/>
                <w:color w:val="FFFFFF"/>
              </w:rPr>
              <w:t>Present</w:t>
            </w:r>
          </w:p>
        </w:tc>
        <w:tc>
          <w:tcPr>
            <w:tcW w:type="dxa" w:w="3326"/>
            <w:shd w:val="clear" w:color="auto" w:fill="047857"/>
          </w:tcPr>
          <w:p>
            <w:pPr>
              <w:spacing w:before="0" w:after="40"/>
              <w:jc w:val="both"/>
            </w:pPr>
            <w:r>
              <w:rPr>
                <w:b/>
                <w:bCs/>
                <w:color w:val="FFFFFF"/>
              </w:rPr>
              <w:t>Past</w:t>
            </w:r>
          </w:p>
        </w:tc>
      </w:tr>
      <w:tr>
        <w:tc>
          <w:tcPr>
            <w:tcW w:type="dxa" w:w="3326"/>
          </w:tcPr>
          <w:p>
            <w:pPr>
              <w:spacing w:before="0" w:after="40"/>
              <w:jc w:val="both"/>
            </w:pPr>
            <w:r>
              <w:rPr/>
              <w:t>I</w:t>
            </w:r>
          </w:p>
        </w:tc>
        <w:tc>
          <w:tcPr>
            <w:tcW w:type="dxa" w:w="3326"/>
          </w:tcPr>
          <w:p>
            <w:pPr>
              <w:spacing w:before="0" w:after="40"/>
              <w:jc w:val="both"/>
            </w:pPr>
            <w:r>
              <w:rPr/>
              <w:t>am</w:t>
            </w:r>
          </w:p>
        </w:tc>
        <w:tc>
          <w:tcPr>
            <w:tcW w:type="dxa" w:w="3326"/>
          </w:tcPr>
          <w:p>
            <w:pPr>
              <w:spacing w:before="0" w:after="40"/>
              <w:jc w:val="both"/>
            </w:pPr>
            <w:r>
              <w:rPr/>
              <w:t>was</w:t>
            </w:r>
          </w:p>
        </w:tc>
      </w:tr>
      <w:tr>
        <w:tc>
          <w:tcPr>
            <w:tcW w:type="dxa" w:w="3326"/>
          </w:tcPr>
          <w:p>
            <w:pPr>
              <w:spacing w:before="0" w:after="40"/>
              <w:jc w:val="both"/>
            </w:pPr>
            <w:r>
              <w:rPr/>
              <w:t>he / she / it</w:t>
            </w:r>
          </w:p>
        </w:tc>
        <w:tc>
          <w:tcPr>
            <w:tcW w:type="dxa" w:w="3326"/>
          </w:tcPr>
          <w:p>
            <w:pPr>
              <w:spacing w:before="0" w:after="40"/>
              <w:jc w:val="both"/>
            </w:pPr>
            <w:r>
              <w:rPr/>
              <w:t>is</w:t>
            </w:r>
          </w:p>
        </w:tc>
        <w:tc>
          <w:tcPr>
            <w:tcW w:type="dxa" w:w="3326"/>
          </w:tcPr>
          <w:p>
            <w:pPr>
              <w:spacing w:before="0" w:after="40"/>
              <w:jc w:val="both"/>
            </w:pPr>
            <w:r>
              <w:rPr/>
              <w:t>was</w:t>
            </w:r>
          </w:p>
        </w:tc>
      </w:tr>
      <w:tr>
        <w:tc>
          <w:tcPr>
            <w:tcW w:type="dxa" w:w="3326"/>
          </w:tcPr>
          <w:p>
            <w:pPr>
              <w:spacing w:before="0" w:after="40"/>
              <w:jc w:val="both"/>
            </w:pPr>
            <w:r>
              <w:rPr/>
              <w:t>you / we / they</w:t>
            </w:r>
          </w:p>
        </w:tc>
        <w:tc>
          <w:tcPr>
            <w:tcW w:type="dxa" w:w="3326"/>
          </w:tcPr>
          <w:p>
            <w:pPr>
              <w:spacing w:before="0" w:after="40"/>
              <w:jc w:val="both"/>
            </w:pPr>
            <w:r>
              <w:rPr/>
              <w:t>are</w:t>
            </w:r>
          </w:p>
        </w:tc>
        <w:tc>
          <w:tcPr>
            <w:tcW w:type="dxa" w:w="3326"/>
          </w:tcPr>
          <w:p>
            <w:pPr>
              <w:spacing w:before="0" w:after="40"/>
              <w:jc w:val="both"/>
            </w:pPr>
            <w:r>
              <w:rPr/>
              <w:t>were</w:t>
            </w:r>
          </w:p>
        </w:tc>
      </w:tr>
    </w:tbl>
    <w:p>
      <w:pPr>
        <w:spacing w:before="0" w:after="40"/>
        <w:jc w:val="both"/>
      </w:pPr>
    </w:p>
    <w:p>
      <w:pPr>
        <w:spacing w:before="120" w:after="40"/>
        <w:jc w:val="both"/>
      </w:pPr>
      <w:r>
        <w:rPr>
          <w:rFonts w:ascii="Arial Black" w:hAnsi="Arial Black" w:cs="Arial Black"/>
          <w:b/>
          <w:bCs/>
          <w:color w:val="047857"/>
          <w:sz w:val="28"/>
          <w:szCs w:val="28"/>
        </w:rPr>
        <w:t>◆ Negatives and questions</w:t>
      </w:r>
    </w:p>
    <w:p>
      <w:pPr>
        <w:bidi/>
        <w:spacing w:before="0" w:after="0"/>
        <w:jc w:val="both"/>
      </w:pPr>
      <w:r>
        <w:rPr>
          <w:rFonts w:ascii="Arial" w:hAnsi="Arial" w:cs="Arial"/>
          <w:color w:val="6B7280"/>
          <w:sz w:val="20"/>
          <w:szCs w:val="20"/>
          <w:rtl/>
          <w:lang w:val="en-US" w:bidi="he-IL"/>
        </w:rPr>
        <w:t xml:space="preserve">שלילה ושאלות</w:t>
      </w:r>
    </w:p>
    <w:p>
      <w:pPr>
        <w:bidi/>
        <w:spacing w:before="0" w:after="40"/>
        <w:jc w:val="both"/>
      </w:pPr>
      <w:r>
        <w:rPr>
          <w:rFonts w:ascii="Arial" w:hAnsi="Arial" w:cs="Arial"/>
          <w:color w:val="6B7280"/>
          <w:sz w:val="21"/>
          <w:szCs w:val="21"/>
          <w:rtl/>
          <w:lang w:val="en-US" w:bidi="ar-SA"/>
        </w:rPr>
        <w:t xml:space="preserve">النفي والأسئلة</w:t>
      </w:r>
    </w:p>
    <w:p>
      <w:pPr>
        <w:spacing w:before="0" w:after="20"/>
        <w:jc w:val="both"/>
      </w:pPr>
      <w:r>
        <w:rPr/>
        <w:t>1. wasn't = was not; weren't = were not</w:t>
      </w:r>
    </w:p>
    <w:p>
      <w:pPr>
        <w:bidi/>
        <w:spacing w:before="0" w:after="0"/>
        <w:jc w:val="both"/>
      </w:pPr>
      <w:r>
        <w:rPr>
          <w:rFonts w:ascii="Arial" w:hAnsi="Arial" w:cs="Arial"/>
          <w:color w:val="6B7280"/>
          <w:sz w:val="20"/>
          <w:szCs w:val="20"/>
          <w:rtl/>
          <w:lang w:val="en-US" w:bidi="he-IL"/>
        </w:rPr>
        <w:t xml:space="preserve">צורות מקוצרות: ‎wasn't = was not; weren't = were not‎</w:t>
      </w:r>
    </w:p>
    <w:p>
      <w:pPr>
        <w:bidi/>
        <w:spacing w:before="0" w:after="40"/>
        <w:jc w:val="both"/>
      </w:pPr>
      <w:r>
        <w:rPr>
          <w:rFonts w:ascii="Arial" w:hAnsi="Arial" w:cs="Arial"/>
          <w:color w:val="6B7280"/>
          <w:sz w:val="21"/>
          <w:szCs w:val="21"/>
          <w:rtl/>
          <w:lang w:val="en-US" w:bidi="ar-SA"/>
        </w:rPr>
        <w:t xml:space="preserve">الصيغ المختصرة: ‎wasn't = was not‎؛ ‎weren't = were not‎</w:t>
      </w:r>
    </w:p>
    <w:p>
      <w:pPr>
        <w:spacing w:before="0" w:after="20"/>
        <w:jc w:val="both"/>
      </w:pPr>
      <w:r>
        <w:rPr/>
        <w:t>2. Was / Were + subject ...?</w:t>
      </w:r>
    </w:p>
    <w:p>
      <w:pPr>
        <w:bidi/>
        <w:spacing w:before="0" w:after="0"/>
        <w:jc w:val="both"/>
      </w:pPr>
      <w:r>
        <w:rPr>
          <w:rFonts w:ascii="Arial" w:hAnsi="Arial" w:cs="Arial"/>
          <w:color w:val="6B7280"/>
          <w:sz w:val="20"/>
          <w:szCs w:val="20"/>
          <w:rtl/>
          <w:lang w:val="en-US" w:bidi="he-IL"/>
        </w:rPr>
        <w:t xml:space="preserve">‎Was / Were +‎ נושא ...?</w:t>
      </w:r>
    </w:p>
    <w:p>
      <w:pPr>
        <w:bidi/>
        <w:spacing w:before="0" w:after="40"/>
        <w:jc w:val="both"/>
      </w:pPr>
      <w:r>
        <w:rPr>
          <w:rFonts w:ascii="Arial" w:hAnsi="Arial" w:cs="Arial"/>
          <w:color w:val="6B7280"/>
          <w:sz w:val="21"/>
          <w:szCs w:val="21"/>
          <w:rtl/>
          <w:lang w:val="en-US" w:bidi="ar-SA"/>
        </w:rPr>
        <w:t xml:space="preserve">‎Was / Were +‎ الفاعل ...؟</w:t>
      </w:r>
    </w:p>
    <w:p>
      <w:pPr>
        <w:spacing w:before="0" w:after="20"/>
        <w:jc w:val="both"/>
      </w:pPr>
      <w:r>
        <w:rPr/>
        <w:t>3. Short answers: Yes, he was. No, we weren't.</w:t>
      </w:r>
    </w:p>
    <w:p>
      <w:pPr>
        <w:bidi/>
        <w:spacing w:before="0" w:after="0"/>
        <w:jc w:val="both"/>
      </w:pPr>
      <w:r>
        <w:rPr>
          <w:rFonts w:ascii="Arial" w:hAnsi="Arial" w:cs="Arial"/>
          <w:color w:val="6B7280"/>
          <w:sz w:val="20"/>
          <w:szCs w:val="20"/>
          <w:rtl/>
          <w:lang w:val="en-US" w:bidi="he-IL"/>
        </w:rPr>
        <w:t xml:space="preserve">תשובות קצרות: ‎Yes, he was.‎‏ ‎No, we weren't‎.</w:t>
      </w:r>
    </w:p>
    <w:p>
      <w:pPr>
        <w:bidi/>
        <w:spacing w:before="0" w:after="40"/>
        <w:jc w:val="both"/>
      </w:pPr>
      <w:r>
        <w:rPr>
          <w:rFonts w:ascii="Arial" w:hAnsi="Arial" w:cs="Arial"/>
          <w:color w:val="6B7280"/>
          <w:sz w:val="21"/>
          <w:szCs w:val="21"/>
          <w:rtl/>
          <w:lang w:val="en-US" w:bidi="ar-SA"/>
        </w:rPr>
        <w:t xml:space="preserve">إجابات قصيرة: ‎Yes, he was.‎‏ ‎No, we weren't‎.</w:t>
      </w:r>
    </w:p>
    <w:p>
      <w:pPr>
        <w:spacing w:before="0" w:after="0"/>
        <w:jc w:val="both"/>
      </w:pPr>
      <w:r>
        <w:rPr>
          <w:color w:val="5B6476"/>
          <w:sz w:val="22"/>
          <w:szCs w:val="22"/>
        </w:rPr>
        <w:t>Example:</w:t>
      </w:r>
    </w:p>
    <w:p>
      <w:pPr>
        <w:bidi/>
        <w:spacing w:before="0" w:after="0"/>
        <w:jc w:val="both"/>
      </w:pPr>
      <w:r>
        <w:rPr>
          <w:rFonts w:ascii="Arial" w:hAnsi="Arial" w:cs="Arial"/>
          <w:color w:val="6B7280"/>
          <w:sz w:val="20"/>
          <w:szCs w:val="20"/>
          <w:rtl/>
          <w:lang w:val="en-US" w:bidi="he-IL"/>
        </w:rPr>
        <w:t xml:space="preserve">דוגמה:</w:t>
      </w:r>
    </w:p>
    <w:p>
      <w:pPr>
        <w:bidi/>
        <w:spacing w:before="0" w:after="40"/>
        <w:jc w:val="both"/>
      </w:pPr>
      <w:r>
        <w:rPr>
          <w:rFonts w:ascii="Arial" w:hAnsi="Arial" w:cs="Arial"/>
          <w:color w:val="6B7280"/>
          <w:sz w:val="21"/>
          <w:szCs w:val="21"/>
          <w:rtl/>
          <w:lang w:val="en-US" w:bidi="ar-SA"/>
        </w:rPr>
        <w:t xml:space="preserve">مثال:</w:t>
      </w:r>
    </w:p>
    <w:p>
      <w:pPr>
        <w:spacing w:before="0" w:after="120"/>
        <w:jc w:val="both"/>
      </w:pPr>
      <w:r>
        <w:rPr>
          <w:color w:val="334055"/>
          <w:sz w:val="24"/>
          <w:szCs w:val="24"/>
        </w:rPr>
        <w:t>Was it hot? No, it wasn't.</w:t>
      </w:r>
    </w:p>
    <w:p>
      <w:pPr>
        <w:spacing w:before="120" w:after="40"/>
        <w:jc w:val="both"/>
      </w:pPr>
      <w:r>
        <w:rPr>
          <w:rFonts w:ascii="Arial Black" w:hAnsi="Arial Black" w:cs="Arial Black"/>
          <w:b/>
          <w:bCs/>
          <w:color w:val="047857"/>
          <w:sz w:val="28"/>
          <w:szCs w:val="28"/>
        </w:rPr>
        <w:t>◆ Wh-questions</w:t>
      </w:r>
    </w:p>
    <w:p>
      <w:pPr>
        <w:bidi/>
        <w:spacing w:before="0" w:after="0"/>
        <w:jc w:val="both"/>
      </w:pPr>
      <w:r>
        <w:rPr>
          <w:rFonts w:ascii="Arial" w:hAnsi="Arial" w:cs="Arial"/>
          <w:color w:val="6B7280"/>
          <w:sz w:val="20"/>
          <w:szCs w:val="20"/>
          <w:rtl/>
          <w:lang w:val="en-US" w:bidi="he-IL"/>
        </w:rPr>
        <w:t xml:space="preserve">שאלות ‎Wh‎</w:t>
      </w:r>
    </w:p>
    <w:p>
      <w:pPr>
        <w:bidi/>
        <w:spacing w:before="0" w:after="40"/>
        <w:jc w:val="both"/>
      </w:pPr>
      <w:r>
        <w:rPr>
          <w:rFonts w:ascii="Arial" w:hAnsi="Arial" w:cs="Arial"/>
          <w:color w:val="6B7280"/>
          <w:sz w:val="21"/>
          <w:szCs w:val="21"/>
          <w:rtl/>
          <w:lang w:val="en-US" w:bidi="ar-SA"/>
        </w:rPr>
        <w:t xml:space="preserve">أسئلة ‎Wh‎</w:t>
      </w:r>
    </w:p>
    <w:p>
      <w:pPr>
        <w:spacing w:before="0" w:after="20"/>
        <w:jc w:val="both"/>
      </w:pPr>
      <w:r>
        <w:rPr/>
        <w:t>1. Where were you?</w:t>
      </w:r>
    </w:p>
    <w:p>
      <w:pPr>
        <w:spacing w:before="0" w:after="20"/>
        <w:jc w:val="both"/>
      </w:pPr>
      <w:r>
        <w:rPr/>
        <w:t>2. Who was at the party?</w:t>
      </w:r>
    </w:p>
    <w:p>
      <w:pPr>
        <w:spacing w:before="0" w:after="20"/>
        <w:jc w:val="both"/>
      </w:pPr>
      <w:r>
        <w:rPr/>
        <w:t>3. How was your day?</w:t>
      </w:r>
    </w:p>
    <w:p>
      <w:pPr>
        <w:spacing w:before="120" w:after="40"/>
        <w:jc w:val="both"/>
      </w:pPr>
      <w:r>
        <w:rPr>
          <w:rFonts w:ascii="Arial Black" w:hAnsi="Arial Black" w:cs="Arial Black"/>
          <w:b/>
          <w:bCs/>
          <w:color w:val="047857"/>
          <w:sz w:val="28"/>
          <w:szCs w:val="28"/>
        </w:rPr>
        <w:t>◆ Time words</w:t>
      </w:r>
    </w:p>
    <w:p>
      <w:pPr>
        <w:bidi/>
        <w:spacing w:before="0" w:after="0"/>
        <w:jc w:val="both"/>
      </w:pPr>
      <w:r>
        <w:rPr>
          <w:rFonts w:ascii="Arial" w:hAnsi="Arial" w:cs="Arial"/>
          <w:color w:val="6B7280"/>
          <w:sz w:val="20"/>
          <w:szCs w:val="20"/>
          <w:rtl/>
          <w:lang w:val="en-US" w:bidi="he-IL"/>
        </w:rPr>
        <w:t xml:space="preserve">מילות זמן</w:t>
      </w:r>
    </w:p>
    <w:p>
      <w:pPr>
        <w:bidi/>
        <w:spacing w:before="0" w:after="40"/>
        <w:jc w:val="both"/>
      </w:pPr>
      <w:r>
        <w:rPr>
          <w:rFonts w:ascii="Arial" w:hAnsi="Arial" w:cs="Arial"/>
          <w:color w:val="6B7280"/>
          <w:sz w:val="21"/>
          <w:szCs w:val="21"/>
          <w:rtl/>
          <w:lang w:val="en-US" w:bidi="ar-SA"/>
        </w:rPr>
        <w:t xml:space="preserve">كلمات الزمن</w:t>
      </w:r>
    </w:p>
    <w:p>
      <w:pPr>
        <w:spacing w:before="0" w:after="40"/>
        <w:jc w:val="both"/>
      </w:pPr>
      <w:r>
        <w:rPr/>
        <w:t>yesterday · last night · last week · last year · two days ago · in 2020</w:t>
      </w:r>
    </w:p>
    <w:p>
      <w:pPr>
        <w:spacing w:before="0" w:after="40"/>
        <w:jc w:val="center"/>
      </w:pPr>
      <w:r>
        <w:rPr>
          <w:rFonts w:ascii="Arial" w:hAnsi="Arial" w:cs="Arial"/>
          <w:sz w:val="20"/>
          <w:szCs w:val="20"/>
        </w:rPr>
        <w:t xml:space="preserve">🖼️ Picture words · </w:t>
      </w:r>
      <w:r>
        <w:rPr>
          <w:rFonts w:ascii="Arial" w:hAnsi="Arial" w:cs="Arial"/>
          <w:color w:val="1D2433"/>
          <w:sz w:val="20"/>
          <w:szCs w:val="20"/>
          <w:rtl/>
          <w:lang w:val="en-US" w:bidi="he-IL"/>
        </w:rPr>
        <w:t xml:space="preserve">מילים בתמונות</w:t>
      </w:r>
      <w:r>
        <w:rPr>
          <w:sz w:val="20"/>
          <w:szCs w:val="20"/>
        </w:rPr>
        <w:t>‎</w:t>
      </w:r>
      <w:r>
        <w:rPr>
          <w:rFonts w:ascii="Arial" w:hAnsi="Arial" w:cs="Arial"/>
          <w:sz w:val="20"/>
          <w:szCs w:val="20"/>
        </w:rPr>
        <w:t xml:space="preserve"> · </w:t>
      </w:r>
      <w:r>
        <w:rPr>
          <w:rFonts w:ascii="Arial" w:hAnsi="Arial" w:cs="Arial"/>
          <w:color w:val="1D2433"/>
          <w:sz w:val="20"/>
          <w:szCs w:val="20"/>
          <w:rtl/>
          <w:lang w:val="en-US" w:bidi="ar-SA"/>
        </w:rPr>
        <w:t xml:space="preserve">كلمات بالصّور</w:t>
      </w:r>
      <w:r>
        <w:rPr>
          <w:sz w:val="20"/>
          <w:szCs w:val="20"/>
        </w:rPr>
        <w:t>‎</w:t>
      </w:r>
    </w:p>
    <w:tbl>
      <w:tblPr>
        <w:tblStyle w:val="TableGrid"/>
        <w:tblW w:type="auto" w:w="0"/>
        <w:tblLook w:firstColumn="1" w:firstRow="1" w:lastColumn="0" w:lastRow="0" w:noHBand="0" w:noVBand="1" w:val="04A0"/>
      </w:tblPr>
      <w:tblGrid>
        <w:gridCol w:w="1663"/>
        <w:gridCol w:w="1663"/>
        <w:gridCol w:w="1663"/>
        <w:gridCol w:w="1663"/>
        <w:gridCol w:w="1663"/>
        <w:gridCol w:w="1663"/>
      </w:tblGrid>
      <w:tr>
        <w:tc>
          <w:tcPr>
            <w:tcW w:type="dxa" w:w="1663"/>
          </w:tcPr>
          <w:p>
            <w:pPr>
              <w:spacing w:before="0" w:after="0"/>
              <w:jc w:val="center"/>
            </w:pPr>
            <w:r>
              <w:drawing>
                <wp:inline xmlns:a="http://schemas.openxmlformats.org/drawingml/2006/main" xmlns:pic="http://schemas.openxmlformats.org/drawingml/2006/picture">
                  <wp:extent cx="468000" cy="409500"/>
                  <wp:docPr id="24" name="Picture 24"/>
                  <wp:cNvGraphicFramePr>
                    <a:graphicFrameLocks noChangeAspect="1"/>
                  </wp:cNvGraphicFramePr>
                  <a:graphic>
                    <a:graphicData uri="http://schemas.openxmlformats.org/drawingml/2006/picture">
                      <pic:pic>
                        <pic:nvPicPr>
                          <pic:cNvPr id="0" name="school.png"/>
                          <pic:cNvPicPr/>
                        </pic:nvPicPr>
                        <pic:blipFill>
                          <a:blip r:embed="rId12"/>
                          <a:stretch>
                            <a:fillRect/>
                          </a:stretch>
                        </pic:blipFill>
                        <pic:spPr>
                          <a:xfrm>
                            <a:off x="0" y="0"/>
                            <a:ext cx="468000" cy="409500"/>
                          </a:xfrm>
                          <a:prstGeom prst="rect"/>
                        </pic:spPr>
                      </pic:pic>
                    </a:graphicData>
                  </a:graphic>
                </wp:inline>
              </w:drawing>
            </w:r>
          </w:p>
          <w:p>
            <w:pPr>
              <w:spacing w:before="0" w:after="0"/>
              <w:jc w:val="center"/>
            </w:pPr>
            <w:r>
              <w:rPr>
                <w:b/>
                <w:bCs/>
                <w:sz w:val="23"/>
                <w:szCs w:val="23"/>
              </w:rPr>
              <w:t>school</w:t>
            </w:r>
          </w:p>
          <w:p>
            <w:pPr>
              <w:bidi/>
              <w:spacing w:before="0" w:after="0"/>
              <w:jc w:val="center"/>
            </w:pPr>
            <w:r>
              <w:rPr>
                <w:rFonts w:ascii="Arial" w:hAnsi="Arial" w:cs="Arial"/>
                <w:color w:val="6B7280"/>
                <w:sz w:val="17"/>
                <w:szCs w:val="17"/>
                <w:rtl/>
                <w:lang w:val="en-US" w:bidi="he-IL"/>
              </w:rPr>
              <w:t xml:space="preserve">בית ספר</w:t>
            </w:r>
          </w:p>
          <w:p>
            <w:pPr>
              <w:bidi/>
              <w:spacing w:before="0" w:after="0"/>
              <w:jc w:val="center"/>
            </w:pPr>
            <w:r>
              <w:rPr>
                <w:rFonts w:ascii="Arial" w:hAnsi="Arial" w:cs="Arial"/>
                <w:color w:val="6B7280"/>
                <w:sz w:val="17"/>
                <w:szCs w:val="17"/>
                <w:rtl/>
                <w:lang w:val="en-US" w:bidi="ar-SA"/>
              </w:rPr>
              <w:t xml:space="preserve">مدرسة</w:t>
            </w:r>
          </w:p>
        </w:tc>
        <w:tc>
          <w:tcPr>
            <w:tcW w:type="dxa" w:w="1663"/>
          </w:tcPr>
          <w:p>
            <w:pPr>
              <w:spacing w:before="0" w:after="0"/>
              <w:jc w:val="center"/>
            </w:pPr>
            <w:r>
              <w:drawing>
                <wp:inline xmlns:a="http://schemas.openxmlformats.org/drawingml/2006/main" xmlns:pic="http://schemas.openxmlformats.org/drawingml/2006/picture">
                  <wp:extent cx="468000" cy="468000"/>
                  <wp:docPr id="25" name="Picture 25"/>
                  <wp:cNvGraphicFramePr>
                    <a:graphicFrameLocks noChangeAspect="1"/>
                  </wp:cNvGraphicFramePr>
                  <a:graphic>
                    <a:graphicData uri="http://schemas.openxmlformats.org/drawingml/2006/picture">
                      <pic:pic>
                        <pic:nvPicPr>
                          <pic:cNvPr id="0" name="park.png"/>
                          <pic:cNvPicPr/>
                        </pic:nvPicPr>
                        <pic:blipFill>
                          <a:blip r:embed="rId27"/>
                          <a:stretch>
                            <a:fillRect/>
                          </a:stretch>
                        </pic:blipFill>
                        <pic:spPr>
                          <a:xfrm>
                            <a:off x="0" y="0"/>
                            <a:ext cx="468000" cy="468000"/>
                          </a:xfrm>
                          <a:prstGeom prst="rect"/>
                        </pic:spPr>
                      </pic:pic>
                    </a:graphicData>
                  </a:graphic>
                </wp:inline>
              </w:drawing>
            </w:r>
          </w:p>
          <w:p>
            <w:pPr>
              <w:spacing w:before="0" w:after="0"/>
              <w:jc w:val="center"/>
            </w:pPr>
            <w:r>
              <w:rPr>
                <w:b/>
                <w:bCs/>
                <w:sz w:val="23"/>
                <w:szCs w:val="23"/>
              </w:rPr>
              <w:t>park</w:t>
            </w:r>
          </w:p>
          <w:p>
            <w:pPr>
              <w:bidi/>
              <w:spacing w:before="0" w:after="0"/>
              <w:jc w:val="center"/>
            </w:pPr>
            <w:r>
              <w:rPr>
                <w:rFonts w:ascii="Arial" w:hAnsi="Arial" w:cs="Arial"/>
                <w:color w:val="6B7280"/>
                <w:sz w:val="17"/>
                <w:szCs w:val="17"/>
                <w:rtl/>
                <w:lang w:val="en-US" w:bidi="he-IL"/>
              </w:rPr>
              <w:t xml:space="preserve">פארק</w:t>
            </w:r>
          </w:p>
          <w:p>
            <w:pPr>
              <w:bidi/>
              <w:spacing w:before="0" w:after="0"/>
              <w:jc w:val="center"/>
            </w:pPr>
            <w:r>
              <w:rPr>
                <w:rFonts w:ascii="Arial" w:hAnsi="Arial" w:cs="Arial"/>
                <w:color w:val="6B7280"/>
                <w:sz w:val="17"/>
                <w:szCs w:val="17"/>
                <w:rtl/>
                <w:lang w:val="en-US" w:bidi="ar-SA"/>
              </w:rPr>
              <w:t xml:space="preserve">حديقة عامة</w:t>
            </w:r>
          </w:p>
        </w:tc>
        <w:tc>
          <w:tcPr>
            <w:tcW w:type="dxa" w:w="1663"/>
          </w:tcPr>
          <w:p>
            <w:pPr>
              <w:spacing w:before="0" w:after="0"/>
              <w:jc w:val="center"/>
            </w:pPr>
            <w:r>
              <w:drawing>
                <wp:inline xmlns:a="http://schemas.openxmlformats.org/drawingml/2006/main" xmlns:pic="http://schemas.openxmlformats.org/drawingml/2006/picture">
                  <wp:extent cx="468000" cy="499200"/>
                  <wp:docPr id="26" name="Picture 26"/>
                  <wp:cNvGraphicFramePr>
                    <a:graphicFrameLocks noChangeAspect="1"/>
                  </wp:cNvGraphicFramePr>
                  <a:graphic>
                    <a:graphicData uri="http://schemas.openxmlformats.org/drawingml/2006/picture">
                      <pic:pic>
                        <pic:nvPicPr>
                          <pic:cNvPr id="0" name="beach.png"/>
                          <pic:cNvPicPr/>
                        </pic:nvPicPr>
                        <pic:blipFill>
                          <a:blip r:embed="rId21"/>
                          <a:stretch>
                            <a:fillRect/>
                          </a:stretch>
                        </pic:blipFill>
                        <pic:spPr>
                          <a:xfrm>
                            <a:off x="0" y="0"/>
                            <a:ext cx="468000" cy="499200"/>
                          </a:xfrm>
                          <a:prstGeom prst="rect"/>
                        </pic:spPr>
                      </pic:pic>
                    </a:graphicData>
                  </a:graphic>
                </wp:inline>
              </w:drawing>
            </w:r>
          </w:p>
          <w:p>
            <w:pPr>
              <w:spacing w:before="0" w:after="0"/>
              <w:jc w:val="center"/>
            </w:pPr>
            <w:r>
              <w:rPr>
                <w:b/>
                <w:bCs/>
                <w:sz w:val="23"/>
                <w:szCs w:val="23"/>
              </w:rPr>
              <w:t>beach</w:t>
            </w:r>
          </w:p>
          <w:p>
            <w:pPr>
              <w:bidi/>
              <w:spacing w:before="0" w:after="0"/>
              <w:jc w:val="center"/>
            </w:pPr>
            <w:r>
              <w:rPr>
                <w:rFonts w:ascii="Arial" w:hAnsi="Arial" w:cs="Arial"/>
                <w:color w:val="6B7280"/>
                <w:sz w:val="17"/>
                <w:szCs w:val="17"/>
                <w:rtl/>
                <w:lang w:val="en-US" w:bidi="he-IL"/>
              </w:rPr>
              <w:t xml:space="preserve">חוף ים</w:t>
            </w:r>
          </w:p>
          <w:p>
            <w:pPr>
              <w:bidi/>
              <w:spacing w:before="0" w:after="0"/>
              <w:jc w:val="center"/>
            </w:pPr>
            <w:r>
              <w:rPr>
                <w:rFonts w:ascii="Arial" w:hAnsi="Arial" w:cs="Arial"/>
                <w:color w:val="6B7280"/>
                <w:sz w:val="17"/>
                <w:szCs w:val="17"/>
                <w:rtl/>
                <w:lang w:val="en-US" w:bidi="ar-SA"/>
              </w:rPr>
              <w:t xml:space="preserve">شاطئ</w:t>
            </w:r>
          </w:p>
        </w:tc>
        <w:tc>
          <w:tcPr>
            <w:tcW w:type="dxa" w:w="1663"/>
          </w:tcPr>
          <w:p>
            <w:pPr>
              <w:spacing w:before="0" w:after="0"/>
              <w:jc w:val="center"/>
            </w:pPr>
            <w:r>
              <w:drawing>
                <wp:inline xmlns:a="http://schemas.openxmlformats.org/drawingml/2006/main" xmlns:pic="http://schemas.openxmlformats.org/drawingml/2006/picture">
                  <wp:extent cx="468000" cy="419250"/>
                  <wp:docPr id="27" name="Picture 27"/>
                  <wp:cNvGraphicFramePr>
                    <a:graphicFrameLocks noChangeAspect="1"/>
                  </wp:cNvGraphicFramePr>
                  <a:graphic>
                    <a:graphicData uri="http://schemas.openxmlformats.org/drawingml/2006/picture">
                      <pic:pic>
                        <pic:nvPicPr>
                          <pic:cNvPr id="0" name="cat.png"/>
                          <pic:cNvPicPr/>
                        </pic:nvPicPr>
                        <pic:blipFill>
                          <a:blip r:embed="rId14"/>
                          <a:stretch>
                            <a:fillRect/>
                          </a:stretch>
                        </pic:blipFill>
                        <pic:spPr>
                          <a:xfrm>
                            <a:off x="0" y="0"/>
                            <a:ext cx="468000" cy="419250"/>
                          </a:xfrm>
                          <a:prstGeom prst="rect"/>
                        </pic:spPr>
                      </pic:pic>
                    </a:graphicData>
                  </a:graphic>
                </wp:inline>
              </w:drawing>
            </w:r>
          </w:p>
          <w:p>
            <w:pPr>
              <w:spacing w:before="0" w:after="0"/>
              <w:jc w:val="center"/>
            </w:pPr>
            <w:r>
              <w:rPr>
                <w:b/>
                <w:bCs/>
                <w:sz w:val="23"/>
                <w:szCs w:val="23"/>
              </w:rPr>
              <w:t>cat</w:t>
            </w:r>
          </w:p>
          <w:p>
            <w:pPr>
              <w:bidi/>
              <w:spacing w:before="0" w:after="0"/>
              <w:jc w:val="center"/>
            </w:pPr>
            <w:r>
              <w:rPr>
                <w:rFonts w:ascii="Arial" w:hAnsi="Arial" w:cs="Arial"/>
                <w:color w:val="6B7280"/>
                <w:sz w:val="17"/>
                <w:szCs w:val="17"/>
                <w:rtl/>
                <w:lang w:val="en-US" w:bidi="he-IL"/>
              </w:rPr>
              <w:t xml:space="preserve">חתול</w:t>
            </w:r>
          </w:p>
          <w:p>
            <w:pPr>
              <w:bidi/>
              <w:spacing w:before="0" w:after="0"/>
              <w:jc w:val="center"/>
            </w:pPr>
            <w:r>
              <w:rPr>
                <w:rFonts w:ascii="Arial" w:hAnsi="Arial" w:cs="Arial"/>
                <w:color w:val="6B7280"/>
                <w:sz w:val="17"/>
                <w:szCs w:val="17"/>
                <w:rtl/>
                <w:lang w:val="en-US" w:bidi="ar-SA"/>
              </w:rPr>
              <w:t xml:space="preserve">قطة</w:t>
            </w:r>
          </w:p>
        </w:tc>
        <w:tc>
          <w:tcPr>
            <w:tcW w:type="dxa" w:w="1663"/>
          </w:tcPr>
          <w:p>
            <w:pPr>
              <w:spacing w:before="0" w:after="0"/>
              <w:jc w:val="center"/>
            </w:pPr>
            <w:r>
              <w:drawing>
                <wp:inline xmlns:a="http://schemas.openxmlformats.org/drawingml/2006/main" xmlns:pic="http://schemas.openxmlformats.org/drawingml/2006/picture">
                  <wp:extent cx="468000" cy="607136"/>
                  <wp:docPr id="28" name="Picture 28"/>
                  <wp:cNvGraphicFramePr>
                    <a:graphicFrameLocks noChangeAspect="1"/>
                  </wp:cNvGraphicFramePr>
                  <a:graphic>
                    <a:graphicData uri="http://schemas.openxmlformats.org/drawingml/2006/picture">
                      <pic:pic>
                        <pic:nvPicPr>
                          <pic:cNvPr id="0" name="cake.png"/>
                          <pic:cNvPicPr/>
                        </pic:nvPicPr>
                        <pic:blipFill>
                          <a:blip r:embed="rId19"/>
                          <a:stretch>
                            <a:fillRect/>
                          </a:stretch>
                        </pic:blipFill>
                        <pic:spPr>
                          <a:xfrm>
                            <a:off x="0" y="0"/>
                            <a:ext cx="468000" cy="607136"/>
                          </a:xfrm>
                          <a:prstGeom prst="rect"/>
                        </pic:spPr>
                      </pic:pic>
                    </a:graphicData>
                  </a:graphic>
                </wp:inline>
              </w:drawing>
            </w:r>
          </w:p>
          <w:p>
            <w:pPr>
              <w:spacing w:before="0" w:after="0"/>
              <w:jc w:val="center"/>
            </w:pPr>
            <w:r>
              <w:rPr>
                <w:b/>
                <w:bCs/>
                <w:sz w:val="23"/>
                <w:szCs w:val="23"/>
              </w:rPr>
              <w:t>cake</w:t>
            </w:r>
          </w:p>
          <w:p>
            <w:pPr>
              <w:bidi/>
              <w:spacing w:before="0" w:after="0"/>
              <w:jc w:val="center"/>
            </w:pPr>
            <w:r>
              <w:rPr>
                <w:rFonts w:ascii="Arial" w:hAnsi="Arial" w:cs="Arial"/>
                <w:color w:val="6B7280"/>
                <w:sz w:val="17"/>
                <w:szCs w:val="17"/>
                <w:rtl/>
                <w:lang w:val="en-US" w:bidi="he-IL"/>
              </w:rPr>
              <w:t xml:space="preserve">עוגה</w:t>
            </w:r>
          </w:p>
          <w:p>
            <w:pPr>
              <w:bidi/>
              <w:spacing w:before="0" w:after="0"/>
              <w:jc w:val="center"/>
            </w:pPr>
            <w:r>
              <w:rPr>
                <w:rFonts w:ascii="Arial" w:hAnsi="Arial" w:cs="Arial"/>
                <w:color w:val="6B7280"/>
                <w:sz w:val="17"/>
                <w:szCs w:val="17"/>
                <w:rtl/>
                <w:lang w:val="en-US" w:bidi="ar-SA"/>
              </w:rPr>
              <w:t xml:space="preserve">كعكة</w:t>
            </w:r>
          </w:p>
        </w:tc>
        <w:tc>
          <w:tcPr>
            <w:tcW w:type="dxa" w:w="1663"/>
          </w:tcPr>
          <w:p>
            <w:pPr>
              <w:spacing w:before="0" w:after="0"/>
              <w:jc w:val="center"/>
            </w:pPr>
            <w:r>
              <w:drawing>
                <wp:inline xmlns:a="http://schemas.openxmlformats.org/drawingml/2006/main" xmlns:pic="http://schemas.openxmlformats.org/drawingml/2006/picture">
                  <wp:extent cx="468000" cy="463125"/>
                  <wp:docPr id="29" name="Picture 29"/>
                  <wp:cNvGraphicFramePr>
                    <a:graphicFrameLocks noChangeAspect="1"/>
                  </wp:cNvGraphicFramePr>
                  <a:graphic>
                    <a:graphicData uri="http://schemas.openxmlformats.org/drawingml/2006/picture">
                      <pic:pic>
                        <pic:nvPicPr>
                          <pic:cNvPr id="0" name="ball.png"/>
                          <pic:cNvPicPr/>
                        </pic:nvPicPr>
                        <pic:blipFill>
                          <a:blip r:embed="rId28"/>
                          <a:stretch>
                            <a:fillRect/>
                          </a:stretch>
                        </pic:blipFill>
                        <pic:spPr>
                          <a:xfrm>
                            <a:off x="0" y="0"/>
                            <a:ext cx="468000" cy="463125"/>
                          </a:xfrm>
                          <a:prstGeom prst="rect"/>
                        </pic:spPr>
                      </pic:pic>
                    </a:graphicData>
                  </a:graphic>
                </wp:inline>
              </w:drawing>
            </w:r>
          </w:p>
          <w:p>
            <w:pPr>
              <w:spacing w:before="0" w:after="0"/>
              <w:jc w:val="center"/>
            </w:pPr>
            <w:r>
              <w:rPr>
                <w:b/>
                <w:bCs/>
                <w:sz w:val="23"/>
                <w:szCs w:val="23"/>
              </w:rPr>
              <w:t>ball</w:t>
            </w:r>
          </w:p>
          <w:p>
            <w:pPr>
              <w:bidi/>
              <w:spacing w:before="0" w:after="0"/>
              <w:jc w:val="center"/>
            </w:pPr>
            <w:r>
              <w:rPr>
                <w:rFonts w:ascii="Arial" w:hAnsi="Arial" w:cs="Arial"/>
                <w:color w:val="6B7280"/>
                <w:sz w:val="17"/>
                <w:szCs w:val="17"/>
                <w:rtl/>
                <w:lang w:val="en-US" w:bidi="he-IL"/>
              </w:rPr>
              <w:t xml:space="preserve">כדור</w:t>
            </w:r>
          </w:p>
          <w:p>
            <w:pPr>
              <w:bidi/>
              <w:spacing w:before="0" w:after="0"/>
              <w:jc w:val="center"/>
            </w:pPr>
            <w:r>
              <w:rPr>
                <w:rFonts w:ascii="Arial" w:hAnsi="Arial" w:cs="Arial"/>
                <w:color w:val="6B7280"/>
                <w:sz w:val="17"/>
                <w:szCs w:val="17"/>
                <w:rtl/>
                <w:lang w:val="en-US" w:bidi="ar-SA"/>
              </w:rPr>
              <w:t xml:space="preserve">كرة</w:t>
            </w:r>
          </w:p>
        </w:tc>
      </w:tr>
    </w:tbl>
    <w:p>
      <w:pPr>
        <w:spacing w:before="0" w:after="80"/>
        <w:jc w:val="both"/>
      </w:pPr>
    </w:p>
    <w:p>
      <w:pPr>
        <w:spacing w:before="160" w:after="20"/>
        <w:jc w:val="both"/>
      </w:pPr>
      <w:r>
        <w:rPr>
          <w:b/>
          <w:bCs/>
          <w:sz w:val="26"/>
          <w:szCs w:val="26"/>
        </w:rPr>
        <w:t>1. Match the time words to the same meaning.</w:t>
      </w:r>
    </w:p>
    <w:p>
      <w:pPr>
        <w:bidi/>
        <w:spacing w:before="0" w:after="0"/>
        <w:jc w:val="both"/>
      </w:pPr>
      <w:r>
        <w:rPr>
          <w:rFonts w:ascii="Arial" w:hAnsi="Arial" w:cs="Arial"/>
          <w:color w:val="6B7280"/>
          <w:sz w:val="20"/>
          <w:szCs w:val="20"/>
          <w:rtl/>
          <w:lang w:val="en-US" w:bidi="he-IL"/>
        </w:rPr>
        <w:t xml:space="preserve">התאימו בין מילות הזמן שיש להן אותה משמעות.</w:t>
      </w:r>
    </w:p>
    <w:p>
      <w:pPr>
        <w:bidi/>
        <w:spacing w:before="0" w:after="80"/>
        <w:jc w:val="both"/>
      </w:pPr>
      <w:r>
        <w:rPr>
          <w:rFonts w:ascii="Arial" w:hAnsi="Arial" w:cs="Arial"/>
          <w:color w:val="6B7280"/>
          <w:sz w:val="21"/>
          <w:szCs w:val="21"/>
          <w:rtl/>
          <w:lang w:val="en-US" w:bidi="ar-SA"/>
        </w:rPr>
        <w:t xml:space="preserve">صِل كلمات الزمن التي لها المعنى نفسه.</w:t>
      </w:r>
    </w:p>
    <w:tbl>
      <w:tblPr>
        <w:tblStyle w:val="TableGrid"/>
        <w:tblW w:type="auto" w:w="0"/>
        <w:tblLook w:firstColumn="1" w:firstRow="1" w:lastColumn="0" w:lastRow="0" w:noHBand="0" w:noVBand="1" w:val="04A0"/>
      </w:tblPr>
      <w:tblGrid>
        <w:gridCol w:w="4989"/>
        <w:gridCol w:w="4989"/>
      </w:tblGrid>
      <w:tr>
        <w:tc>
          <w:tcPr>
            <w:tcW w:type="dxa" w:w="4989"/>
            <w:shd w:val="clear" w:color="auto" w:fill="047857"/>
          </w:tcPr>
          <w:p>
            <w:pPr>
              <w:spacing w:before="0" w:after="40"/>
              <w:jc w:val="both"/>
            </w:pPr>
            <w:r>
              <w:rPr>
                <w:b/>
                <w:bCs/>
                <w:color w:val="FFFFFF"/>
              </w:rPr>
              <w:t>Column A</w:t>
            </w:r>
          </w:p>
        </w:tc>
        <w:tc>
          <w:tcPr>
            <w:tcW w:type="dxa" w:w="4989"/>
            <w:shd w:val="clear" w:color="auto" w:fill="047857"/>
          </w:tcPr>
          <w:p>
            <w:pPr>
              <w:spacing w:before="0" w:after="40"/>
              <w:jc w:val="both"/>
            </w:pPr>
            <w:r>
              <w:rPr>
                <w:b/>
                <w:bCs/>
                <w:color w:val="FFFFFF"/>
              </w:rPr>
              <w:t>Column B</w:t>
            </w:r>
          </w:p>
        </w:tc>
      </w:tr>
      <w:tr>
        <w:tc>
          <w:tcPr>
            <w:tcW w:type="dxa" w:w="4989"/>
          </w:tcPr>
          <w:p>
            <w:pPr>
              <w:spacing w:before="0" w:after="40"/>
              <w:jc w:val="both"/>
            </w:pPr>
            <w:r>
              <w:rPr/>
              <w:t>1. yesterday</w:t>
            </w:r>
          </w:p>
        </w:tc>
        <w:tc>
          <w:tcPr>
            <w:tcW w:type="dxa" w:w="4989"/>
          </w:tcPr>
          <w:p>
            <w:pPr>
              <w:spacing w:before="0" w:after="40"/>
              <w:jc w:val="both"/>
            </w:pPr>
            <w:r>
              <w:rPr/>
              <w:t>[   ] the summer before this year</w:t>
            </w:r>
          </w:p>
        </w:tc>
      </w:tr>
      <w:tr>
        <w:tc>
          <w:tcPr>
            <w:tcW w:type="dxa" w:w="4989"/>
          </w:tcPr>
          <w:p>
            <w:pPr>
              <w:spacing w:before="0" w:after="40"/>
              <w:jc w:val="both"/>
            </w:pPr>
            <w:r>
              <w:rPr/>
              <w:t>2. last night</w:t>
            </w:r>
          </w:p>
        </w:tc>
        <w:tc>
          <w:tcPr>
            <w:tcW w:type="dxa" w:w="4989"/>
          </w:tcPr>
          <w:p>
            <w:pPr>
              <w:spacing w:before="0" w:after="40"/>
              <w:jc w:val="both"/>
            </w:pPr>
            <w:r>
              <w:rPr/>
              <w:t>[   ] the night before today</w:t>
            </w:r>
          </w:p>
        </w:tc>
      </w:tr>
      <w:tr>
        <w:tc>
          <w:tcPr>
            <w:tcW w:type="dxa" w:w="4989"/>
          </w:tcPr>
          <w:p>
            <w:pPr>
              <w:spacing w:before="0" w:after="40"/>
              <w:jc w:val="both"/>
            </w:pPr>
            <w:r>
              <w:rPr/>
              <w:t>3. last week</w:t>
            </w:r>
          </w:p>
        </w:tc>
        <w:tc>
          <w:tcPr>
            <w:tcW w:type="dxa" w:w="4989"/>
          </w:tcPr>
          <w:p>
            <w:pPr>
              <w:spacing w:before="0" w:after="40"/>
              <w:jc w:val="both"/>
            </w:pPr>
            <w:r>
              <w:rPr/>
              <w:t>[   ] the day before today</w:t>
            </w:r>
          </w:p>
        </w:tc>
      </w:tr>
      <w:tr>
        <w:tc>
          <w:tcPr>
            <w:tcW w:type="dxa" w:w="4989"/>
          </w:tcPr>
          <w:p>
            <w:pPr>
              <w:spacing w:before="0" w:after="40"/>
              <w:jc w:val="both"/>
            </w:pPr>
            <w:r>
              <w:rPr/>
              <w:t>4. two days ago</w:t>
            </w:r>
          </w:p>
        </w:tc>
        <w:tc>
          <w:tcPr>
            <w:tcW w:type="dxa" w:w="4989"/>
          </w:tcPr>
          <w:p>
            <w:pPr>
              <w:spacing w:before="0" w:after="40"/>
              <w:jc w:val="both"/>
            </w:pPr>
            <w:r>
              <w:rPr/>
              <w:t>[   ] the day before yesterday</w:t>
            </w:r>
          </w:p>
        </w:tc>
      </w:tr>
      <w:tr>
        <w:tc>
          <w:tcPr>
            <w:tcW w:type="dxa" w:w="4989"/>
          </w:tcPr>
          <w:p>
            <w:pPr>
              <w:spacing w:before="0" w:after="40"/>
              <w:jc w:val="both"/>
            </w:pPr>
            <w:r>
              <w:rPr/>
              <w:t>5. last summer</w:t>
            </w:r>
          </w:p>
        </w:tc>
        <w:tc>
          <w:tcPr>
            <w:tcW w:type="dxa" w:w="4989"/>
          </w:tcPr>
          <w:p>
            <w:pPr>
              <w:spacing w:before="0" w:after="40"/>
              <w:jc w:val="both"/>
            </w:pPr>
            <w:r>
              <w:rPr/>
              <w:t>[   ] the week before this week</w:t>
            </w:r>
          </w:p>
        </w:tc>
      </w:tr>
    </w:tbl>
    <w:p>
      <w:pPr>
        <w:spacing w:before="0" w:after="40"/>
        <w:jc w:val="both"/>
      </w:pPr>
    </w:p>
    <w:p>
      <w:pPr>
        <w:spacing w:before="160" w:after="20"/>
        <w:jc w:val="both"/>
      </w:pPr>
      <w:r>
        <w:rPr>
          <w:b/>
          <w:bCs/>
          <w:sz w:val="26"/>
          <w:szCs w:val="26"/>
        </w:rPr>
        <w:t>2. Complete with was or were.</w:t>
      </w:r>
    </w:p>
    <w:p>
      <w:pPr>
        <w:bidi/>
        <w:spacing w:before="0" w:after="0"/>
        <w:jc w:val="both"/>
      </w:pPr>
      <w:r>
        <w:rPr>
          <w:rFonts w:ascii="Arial" w:hAnsi="Arial" w:cs="Arial"/>
          <w:color w:val="6B7280"/>
          <w:sz w:val="20"/>
          <w:szCs w:val="20"/>
          <w:rtl/>
          <w:lang w:val="en-US" w:bidi="he-IL"/>
        </w:rPr>
        <w:t xml:space="preserve">השלימו ב־‎was‎ או ב־‎were‎.</w:t>
      </w:r>
    </w:p>
    <w:p>
      <w:pPr>
        <w:bidi/>
        <w:spacing w:before="0" w:after="80"/>
        <w:jc w:val="both"/>
      </w:pPr>
      <w:r>
        <w:rPr>
          <w:rFonts w:ascii="Arial" w:hAnsi="Arial" w:cs="Arial"/>
          <w:color w:val="6B7280"/>
          <w:sz w:val="21"/>
          <w:szCs w:val="21"/>
          <w:rtl/>
          <w:lang w:val="en-US" w:bidi="ar-SA"/>
        </w:rPr>
        <w:t xml:space="preserve">أكمل بـ ‎was‎ أو ‎were‎.</w:t>
      </w:r>
    </w:p>
    <w:p>
      <w:pPr>
        <w:spacing w:before="0" w:after="60"/>
        <w:jc w:val="both"/>
      </w:pPr>
      <w:r>
        <w:rPr/>
        <w:t>a. The museum __________ very interesting.</w:t>
      </w:r>
    </w:p>
    <w:p>
      <w:pPr>
        <w:spacing w:before="0" w:after="60"/>
        <w:jc w:val="both"/>
      </w:pPr>
      <w:r>
        <w:rPr/>
        <w:t>b. Dad and I __________ at the soccer game.</w:t>
      </w:r>
    </w:p>
    <w:p>
      <w:pPr>
        <w:spacing w:before="0" w:after="60"/>
        <w:jc w:val="both"/>
      </w:pPr>
      <w:r>
        <w:rPr/>
        <w:t>c. It __________ a long day.</w:t>
      </w:r>
    </w:p>
    <w:p>
      <w:pPr>
        <w:spacing w:before="0" w:after="60"/>
        <w:jc w:val="both"/>
      </w:pPr>
      <w:r>
        <w:rPr/>
        <w:t>d. The students __________ in the library.</w:t>
      </w:r>
    </w:p>
    <w:p>
      <w:pPr>
        <w:spacing w:before="0" w:after="60"/>
        <w:jc w:val="both"/>
      </w:pPr>
      <w:r>
        <w:rPr/>
        <w:t>e. My dog __________ in the garden all day.</w:t>
      </w:r>
    </w:p>
    <w:p>
      <w:pPr>
        <w:spacing w:before="0" w:after="60"/>
        <w:jc w:val="both"/>
      </w:pPr>
      <w:r>
        <w:rPr/>
        <w:t>f. Where __________ your shoes?</w:t>
      </w:r>
    </w:p>
    <w:p>
      <w:pPr>
        <w:spacing w:before="160" w:after="20"/>
        <w:jc w:val="both"/>
      </w:pPr>
      <w:r>
        <w:rPr>
          <w:b/>
          <w:bCs/>
          <w:sz w:val="26"/>
          <w:szCs w:val="26"/>
        </w:rPr>
        <w:t>3. Complete the table.</w:t>
      </w:r>
    </w:p>
    <w:p>
      <w:pPr>
        <w:bidi/>
        <w:spacing w:before="0" w:after="0"/>
        <w:jc w:val="both"/>
      </w:pPr>
      <w:r>
        <w:rPr>
          <w:rFonts w:ascii="Arial" w:hAnsi="Arial" w:cs="Arial"/>
          <w:color w:val="6B7280"/>
          <w:sz w:val="20"/>
          <w:szCs w:val="20"/>
          <w:rtl/>
          <w:lang w:val="en-US" w:bidi="he-IL"/>
        </w:rPr>
        <w:t xml:space="preserve">השלימו את הטבלה.</w:t>
      </w:r>
    </w:p>
    <w:p>
      <w:pPr>
        <w:bidi/>
        <w:spacing w:before="0" w:after="80"/>
        <w:jc w:val="both"/>
      </w:pPr>
      <w:r>
        <w:rPr>
          <w:rFonts w:ascii="Arial" w:hAnsi="Arial" w:cs="Arial"/>
          <w:color w:val="6B7280"/>
          <w:sz w:val="21"/>
          <w:szCs w:val="21"/>
          <w:rtl/>
          <w:lang w:val="en-US" w:bidi="ar-SA"/>
        </w:rPr>
        <w:t xml:space="preserve">أكمل الجدول.</w:t>
      </w:r>
    </w:p>
    <w:tbl>
      <w:tblPr>
        <w:tblStyle w:val="TableGrid"/>
        <w:tblW w:type="auto" w:w="0"/>
        <w:tblLook w:firstColumn="1" w:firstRow="1" w:lastColumn="0" w:lastRow="0" w:noHBand="0" w:noVBand="1" w:val="04A0"/>
      </w:tblPr>
      <w:tblGrid>
        <w:gridCol w:w="3326"/>
        <w:gridCol w:w="3326"/>
        <w:gridCol w:w="3326"/>
      </w:tblGrid>
      <w:tr>
        <w:tc>
          <w:tcPr>
            <w:tcW w:type="dxa" w:w="3326"/>
            <w:shd w:val="clear" w:color="auto" w:fill="047857"/>
          </w:tcPr>
          <w:p>
            <w:pPr>
              <w:spacing w:before="0" w:after="40"/>
              <w:jc w:val="both"/>
            </w:pPr>
            <w:r>
              <w:rPr>
                <w:b/>
                <w:bCs/>
                <w:color w:val="FFFFFF"/>
              </w:rPr>
              <w:t>+</w:t>
            </w:r>
          </w:p>
        </w:tc>
        <w:tc>
          <w:tcPr>
            <w:tcW w:type="dxa" w:w="3326"/>
            <w:shd w:val="clear" w:color="auto" w:fill="047857"/>
          </w:tcPr>
          <w:p>
            <w:pPr>
              <w:spacing w:before="0" w:after="40"/>
              <w:jc w:val="both"/>
            </w:pPr>
            <w:r>
              <w:rPr>
                <w:b/>
                <w:bCs/>
                <w:color w:val="FFFFFF"/>
              </w:rPr>
              <w:t>−</w:t>
            </w:r>
          </w:p>
        </w:tc>
        <w:tc>
          <w:tcPr>
            <w:tcW w:type="dxa" w:w="3326"/>
            <w:shd w:val="clear" w:color="auto" w:fill="047857"/>
          </w:tcPr>
          <w:p>
            <w:pPr>
              <w:spacing w:before="0" w:after="40"/>
              <w:jc w:val="both"/>
            </w:pPr>
            <w:r>
              <w:rPr>
                <w:b/>
                <w:bCs/>
                <w:color w:val="FFFFFF"/>
              </w:rPr>
              <w:t>?</w:t>
            </w:r>
          </w:p>
        </w:tc>
      </w:tr>
      <w:tr>
        <w:tc>
          <w:tcPr>
            <w:tcW w:type="dxa" w:w="3326"/>
          </w:tcPr>
          <w:p>
            <w:pPr>
              <w:spacing w:before="0" w:after="40"/>
              <w:jc w:val="both"/>
            </w:pPr>
            <w:r>
              <w:rPr/>
              <w:t>He was at home.</w:t>
            </w:r>
          </w:p>
        </w:tc>
        <w:tc>
          <w:tcPr>
            <w:tcW w:type="dxa" w:w="3326"/>
          </w:tcPr>
          <w:p>
            <w:pPr>
              <w:spacing w:before="0" w:after="40"/>
              <w:jc w:val="both"/>
            </w:pPr>
            <w:r>
              <w:rPr/>
            </w:r>
          </w:p>
        </w:tc>
        <w:tc>
          <w:tcPr>
            <w:tcW w:type="dxa" w:w="3326"/>
          </w:tcPr>
          <w:p>
            <w:pPr>
              <w:spacing w:before="0" w:after="40"/>
              <w:jc w:val="both"/>
            </w:pPr>
            <w:r>
              <w:rPr/>
            </w:r>
          </w:p>
        </w:tc>
      </w:tr>
      <w:tr>
        <w:tc>
          <w:tcPr>
            <w:tcW w:type="dxa" w:w="3326"/>
          </w:tcPr>
          <w:p>
            <w:pPr>
              <w:spacing w:before="0" w:after="40"/>
              <w:jc w:val="both"/>
            </w:pPr>
            <w:r>
              <w:rPr/>
              <w:t>They were hungry.</w:t>
            </w:r>
          </w:p>
        </w:tc>
        <w:tc>
          <w:tcPr>
            <w:tcW w:type="dxa" w:w="3326"/>
          </w:tcPr>
          <w:p>
            <w:pPr>
              <w:spacing w:before="0" w:after="40"/>
              <w:jc w:val="both"/>
            </w:pPr>
            <w:r>
              <w:rPr/>
            </w:r>
          </w:p>
        </w:tc>
        <w:tc>
          <w:tcPr>
            <w:tcW w:type="dxa" w:w="3326"/>
          </w:tcPr>
          <w:p>
            <w:pPr>
              <w:spacing w:before="0" w:after="40"/>
              <w:jc w:val="both"/>
            </w:pPr>
            <w:r>
              <w:rPr/>
            </w:r>
          </w:p>
        </w:tc>
      </w:tr>
      <w:tr>
        <w:tc>
          <w:tcPr>
            <w:tcW w:type="dxa" w:w="3326"/>
          </w:tcPr>
          <w:p>
            <w:pPr>
              <w:spacing w:before="0" w:after="40"/>
              <w:jc w:val="both"/>
            </w:pPr>
            <w:r>
              <w:rPr/>
              <w:t>It was easy.</w:t>
            </w:r>
          </w:p>
        </w:tc>
        <w:tc>
          <w:tcPr>
            <w:tcW w:type="dxa" w:w="3326"/>
          </w:tcPr>
          <w:p>
            <w:pPr>
              <w:spacing w:before="0" w:after="40"/>
              <w:jc w:val="both"/>
            </w:pPr>
            <w:r>
              <w:rPr/>
            </w:r>
          </w:p>
        </w:tc>
        <w:tc>
          <w:tcPr>
            <w:tcW w:type="dxa" w:w="3326"/>
          </w:tcPr>
          <w:p>
            <w:pPr>
              <w:spacing w:before="0" w:after="40"/>
              <w:jc w:val="both"/>
            </w:pPr>
            <w:r>
              <w:rPr/>
            </w:r>
          </w:p>
        </w:tc>
      </w:tr>
      <w:tr>
        <w:tc>
          <w:tcPr>
            <w:tcW w:type="dxa" w:w="3326"/>
          </w:tcPr>
          <w:p>
            <w:pPr>
              <w:spacing w:before="0" w:after="40"/>
              <w:jc w:val="both"/>
            </w:pPr>
            <w:r>
              <w:rPr/>
              <w:t>You were late.</w:t>
            </w:r>
          </w:p>
        </w:tc>
        <w:tc>
          <w:tcPr>
            <w:tcW w:type="dxa" w:w="3326"/>
          </w:tcPr>
          <w:p>
            <w:pPr>
              <w:spacing w:before="0" w:after="40"/>
              <w:jc w:val="both"/>
            </w:pPr>
            <w:r>
              <w:rPr/>
            </w:r>
          </w:p>
        </w:tc>
        <w:tc>
          <w:tcPr>
            <w:tcW w:type="dxa" w:w="3326"/>
          </w:tcPr>
          <w:p>
            <w:pPr>
              <w:spacing w:before="0" w:after="40"/>
              <w:jc w:val="both"/>
            </w:pPr>
            <w:r>
              <w:rPr/>
            </w:r>
          </w:p>
        </w:tc>
      </w:tr>
    </w:tbl>
    <w:p>
      <w:pPr>
        <w:spacing w:before="0" w:after="40"/>
        <w:jc w:val="both"/>
      </w:pPr>
    </w:p>
    <w:p>
      <w:pPr>
        <w:spacing w:before="160" w:after="20"/>
        <w:jc w:val="both"/>
      </w:pPr>
      <w:r>
        <w:rPr>
          <w:b/>
          <w:bCs/>
          <w:sz w:val="26"/>
          <w:szCs w:val="26"/>
        </w:rPr>
        <w:t>4. Present or past? Sort the words.</w:t>
      </w:r>
    </w:p>
    <w:p>
      <w:pPr>
        <w:bidi/>
        <w:spacing w:before="0" w:after="0"/>
        <w:jc w:val="both"/>
      </w:pPr>
      <w:r>
        <w:rPr>
          <w:rFonts w:ascii="Arial" w:hAnsi="Arial" w:cs="Arial"/>
          <w:color w:val="6B7280"/>
          <w:sz w:val="20"/>
          <w:szCs w:val="20"/>
          <w:rtl/>
          <w:lang w:val="en-US" w:bidi="he-IL"/>
        </w:rPr>
        <w:t xml:space="preserve">הווה או עבר? מיינו את המילים.</w:t>
      </w:r>
    </w:p>
    <w:p>
      <w:pPr>
        <w:bidi/>
        <w:spacing w:before="0" w:after="80"/>
        <w:jc w:val="both"/>
      </w:pPr>
      <w:r>
        <w:rPr>
          <w:rFonts w:ascii="Arial" w:hAnsi="Arial" w:cs="Arial"/>
          <w:color w:val="6B7280"/>
          <w:sz w:val="21"/>
          <w:szCs w:val="21"/>
          <w:rtl/>
          <w:lang w:val="en-US" w:bidi="ar-SA"/>
        </w:rPr>
        <w:t xml:space="preserve">حاضر أم ماضٍ؟ صنّف الكلمات.</w:t>
      </w:r>
    </w:p>
    <w:p>
      <w:pPr>
        <w:spacing w:before="0" w:after="80"/>
        <w:jc w:val="both"/>
      </w:pPr>
      <w:r>
        <w:rPr>
          <w:color w:val="047857"/>
          <w:sz w:val="24"/>
          <w:szCs w:val="24"/>
        </w:rPr>
        <w:t>Words: am  |  was  |  is  |  were  |  are  |  wasn't  |  isn't  |  weren't</w:t>
      </w:r>
    </w:p>
    <w:tbl>
      <w:tblPr>
        <w:tblStyle w:val="TableGrid"/>
        <w:tblW w:type="auto" w:w="0"/>
        <w:tblLook w:firstColumn="1" w:firstRow="1" w:lastColumn="0" w:lastRow="0" w:noHBand="0" w:noVBand="1" w:val="04A0"/>
      </w:tblPr>
      <w:tblGrid>
        <w:gridCol w:w="4989"/>
        <w:gridCol w:w="4989"/>
      </w:tblGrid>
      <w:tr>
        <w:tc>
          <w:tcPr>
            <w:tcW w:type="dxa" w:w="4989"/>
            <w:shd w:val="clear" w:color="auto" w:fill="047857"/>
          </w:tcPr>
          <w:p>
            <w:pPr>
              <w:spacing w:before="0" w:after="40"/>
              <w:jc w:val="both"/>
            </w:pPr>
            <w:r>
              <w:rPr>
                <w:b/>
                <w:bCs/>
                <w:color w:val="FFFFFF"/>
              </w:rPr>
              <w:t>present</w:t>
            </w:r>
          </w:p>
        </w:tc>
        <w:tc>
          <w:tcPr>
            <w:tcW w:type="dxa" w:w="4989"/>
            <w:shd w:val="clear" w:color="auto" w:fill="047857"/>
          </w:tcPr>
          <w:p>
            <w:pPr>
              <w:spacing w:before="0" w:after="40"/>
              <w:jc w:val="both"/>
            </w:pPr>
            <w:r>
              <w:rPr>
                <w:b/>
                <w:bCs/>
                <w:color w:val="FFFFFF"/>
              </w:rPr>
              <w:t>past</w:t>
            </w:r>
          </w:p>
        </w:tc>
      </w:tr>
      <w:tr>
        <w:tc>
          <w:tcPr>
            <w:tcW w:type="dxa" w:w="4989"/>
          </w:tcPr>
          <w:p>
            <w:pPr>
              <w:spacing w:before="0" w:after="40"/>
              <w:jc w:val="both"/>
            </w:pPr>
            <w:r>
              <w:rPr/>
              <w:br/>
              <w:br/>
              <w:br/>
            </w:r>
          </w:p>
        </w:tc>
        <w:tc>
          <w:tcPr>
            <w:tcW w:type="dxa" w:w="4989"/>
          </w:tcPr>
          <w:p>
            <w:pPr>
              <w:spacing w:before="0" w:after="40"/>
              <w:jc w:val="both"/>
            </w:pPr>
            <w:r>
              <w:rPr/>
              <w:br/>
              <w:br/>
              <w:br/>
            </w:r>
          </w:p>
        </w:tc>
      </w:tr>
    </w:tbl>
    <w:p>
      <w:pPr>
        <w:spacing w:before="0" w:after="40"/>
        <w:jc w:val="both"/>
      </w:pPr>
    </w:p>
    <w:p>
      <w:pPr>
        <w:spacing w:before="160" w:after="20"/>
        <w:jc w:val="both"/>
      </w:pPr>
      <w:r>
        <w:rPr>
          <w:b/>
          <w:bCs/>
          <w:sz w:val="26"/>
          <w:szCs w:val="26"/>
        </w:rPr>
        <w:t>5. Complete with a word from the bank.</w:t>
      </w:r>
    </w:p>
    <w:p>
      <w:pPr>
        <w:bidi/>
        <w:spacing w:before="0" w:after="0"/>
        <w:jc w:val="both"/>
      </w:pPr>
      <w:r>
        <w:rPr>
          <w:rFonts w:ascii="Arial" w:hAnsi="Arial" w:cs="Arial"/>
          <w:color w:val="6B7280"/>
          <w:sz w:val="20"/>
          <w:szCs w:val="20"/>
          <w:rtl/>
          <w:lang w:val="en-US" w:bidi="he-IL"/>
        </w:rPr>
        <w:t xml:space="preserve">השלימו במילה ממחסן המילים.</w:t>
      </w:r>
    </w:p>
    <w:p>
      <w:pPr>
        <w:bidi/>
        <w:spacing w:before="0" w:after="80"/>
        <w:jc w:val="both"/>
      </w:pPr>
      <w:r>
        <w:rPr>
          <w:rFonts w:ascii="Arial" w:hAnsi="Arial" w:cs="Arial"/>
          <w:color w:val="6B7280"/>
          <w:sz w:val="21"/>
          <w:szCs w:val="21"/>
          <w:rtl/>
          <w:lang w:val="en-US" w:bidi="ar-SA"/>
        </w:rPr>
        <w:t xml:space="preserve">أكمل بكلمة من بنك الكلمات.</w:t>
      </w:r>
    </w:p>
    <w:p>
      <w:pPr>
        <w:spacing w:before="0" w:after="80"/>
        <w:jc w:val="both"/>
      </w:pPr>
      <w:r>
        <w:rPr>
          <w:color w:val="047857"/>
          <w:sz w:val="24"/>
          <w:szCs w:val="24"/>
        </w:rPr>
        <w:t>Word bank: was  |  were  |  wasn't  |  weren't  |  Was  |  Were</w:t>
      </w:r>
    </w:p>
    <w:p>
      <w:pPr>
        <w:spacing w:before="0" w:after="60"/>
        <w:jc w:val="both"/>
      </w:pPr>
      <w:r>
        <w:rPr/>
        <w:t>a. __________ you at the concert? Yes, I was.</w:t>
      </w:r>
    </w:p>
    <w:p>
      <w:pPr>
        <w:spacing w:before="0" w:after="60"/>
        <w:jc w:val="both"/>
      </w:pPr>
      <w:r>
        <w:rPr/>
        <w:t>b. The bus __________ on time. It was late.</w:t>
      </w:r>
    </w:p>
    <w:p>
      <w:pPr>
        <w:spacing w:before="0" w:after="60"/>
        <w:jc w:val="both"/>
      </w:pPr>
      <w:r>
        <w:rPr/>
        <w:t>c. We __________ in the classroom. We were outside.</w:t>
      </w:r>
    </w:p>
    <w:p>
      <w:pPr>
        <w:spacing w:before="0" w:after="60"/>
        <w:jc w:val="both"/>
      </w:pPr>
      <w:r>
        <w:rPr/>
        <w:t>d. __________ the soup hot? Yes, it was.</w:t>
      </w:r>
    </w:p>
    <w:p>
      <w:pPr>
        <w:spacing w:before="0" w:after="60"/>
        <w:jc w:val="both"/>
      </w:pPr>
      <w:r>
        <w:rPr/>
        <w:t>e. My grandma __________ a teacher in the past.</w:t>
      </w:r>
    </w:p>
    <w:p>
      <w:pPr>
        <w:spacing w:before="0" w:after="60"/>
        <w:jc w:val="both"/>
      </w:pPr>
      <w:r>
        <w:rPr/>
        <w:t>f. The kids __________ very excited about the trip.</w:t>
      </w:r>
    </w:p>
    <w:p>
      <w:pPr>
        <w:spacing w:before="160" w:after="20"/>
        <w:jc w:val="both"/>
      </w:pPr>
      <w:r>
        <w:rPr>
          <w:b/>
          <w:bCs/>
          <w:sz w:val="26"/>
          <w:szCs w:val="26"/>
        </w:rPr>
        <w:t>6. Change the sentences to the past. Use yesterday.</w:t>
      </w:r>
    </w:p>
    <w:p>
      <w:pPr>
        <w:bidi/>
        <w:spacing w:before="0" w:after="0"/>
        <w:jc w:val="both"/>
      </w:pPr>
      <w:r>
        <w:rPr>
          <w:rFonts w:ascii="Arial" w:hAnsi="Arial" w:cs="Arial"/>
          <w:color w:val="6B7280"/>
          <w:sz w:val="20"/>
          <w:szCs w:val="20"/>
          <w:rtl/>
          <w:lang w:val="en-US" w:bidi="he-IL"/>
        </w:rPr>
        <w:t xml:space="preserve">הפכו את המשפטים לעבר. השתמשו ב־‎yesterday‎.</w:t>
      </w:r>
    </w:p>
    <w:p>
      <w:pPr>
        <w:bidi/>
        <w:spacing w:before="0" w:after="80"/>
        <w:jc w:val="both"/>
      </w:pPr>
      <w:r>
        <w:rPr>
          <w:rFonts w:ascii="Arial" w:hAnsi="Arial" w:cs="Arial"/>
          <w:color w:val="6B7280"/>
          <w:sz w:val="21"/>
          <w:szCs w:val="21"/>
          <w:rtl/>
          <w:lang w:val="en-US" w:bidi="ar-SA"/>
        </w:rPr>
        <w:t xml:space="preserve">حوّل الجمل إلى الماضي. استعمل ‎yesterday‎.</w:t>
      </w:r>
    </w:p>
    <w:p>
      <w:pPr>
        <w:spacing w:before="0" w:after="100"/>
        <w:jc w:val="both"/>
      </w:pPr>
      <w:r>
        <w:rPr/>
        <w:t>a. I am at the dentist.</w:t>
      </w:r>
    </w:p>
    <w:p>
      <w:pPr>
        <w:spacing w:before="0" w:after="100"/>
        <w:jc w:val="both"/>
      </w:pPr>
      <w:r>
        <w:rPr/>
        <w:t>b. The weather is rainy.</w:t>
      </w:r>
    </w:p>
    <w:p>
      <w:pPr>
        <w:spacing w:before="0" w:after="100"/>
        <w:jc w:val="both"/>
      </w:pPr>
      <w:r>
        <w:rPr/>
        <w:t>c. Ben and Noam are at the swimming pool.</w:t>
      </w:r>
    </w:p>
    <w:p>
      <w:pPr>
        <w:spacing w:before="0" w:after="100"/>
        <w:jc w:val="both"/>
      </w:pPr>
      <w:r>
        <w:rPr/>
        <w:t>d. My cat isn't hungry.</w:t>
      </w:r>
    </w:p>
    <w:p>
      <w:pPr>
        <w:spacing w:before="160" w:after="20"/>
        <w:jc w:val="both"/>
      </w:pPr>
      <w:r>
        <w:rPr>
          <w:b/>
          <w:bCs/>
          <w:sz w:val="26"/>
          <w:szCs w:val="26"/>
        </w:rPr>
        <w:t>7. Circle the correct question word.</w:t>
      </w:r>
    </w:p>
    <w:p>
      <w:pPr>
        <w:bidi/>
        <w:spacing w:before="0" w:after="0"/>
        <w:jc w:val="both"/>
      </w:pPr>
      <w:r>
        <w:rPr>
          <w:rFonts w:ascii="Arial" w:hAnsi="Arial" w:cs="Arial"/>
          <w:color w:val="6B7280"/>
          <w:sz w:val="20"/>
          <w:szCs w:val="20"/>
          <w:rtl/>
          <w:lang w:val="en-US" w:bidi="he-IL"/>
        </w:rPr>
        <w:t xml:space="preserve">הקיפו את מילת השאלה הנכונה.</w:t>
      </w:r>
    </w:p>
    <w:p>
      <w:pPr>
        <w:bidi/>
        <w:spacing w:before="0" w:after="80"/>
        <w:jc w:val="both"/>
      </w:pPr>
      <w:r>
        <w:rPr>
          <w:rFonts w:ascii="Arial" w:hAnsi="Arial" w:cs="Arial"/>
          <w:color w:val="6B7280"/>
          <w:sz w:val="21"/>
          <w:szCs w:val="21"/>
          <w:rtl/>
          <w:lang w:val="en-US" w:bidi="ar-SA"/>
        </w:rPr>
        <w:t xml:space="preserve">ضع دائرة حول أداة الاستفهام الصحيحة.</w:t>
      </w:r>
    </w:p>
    <w:p>
      <w:pPr>
        <w:spacing w:before="0" w:after="20"/>
        <w:jc w:val="both"/>
      </w:pPr>
      <w:r>
        <w:rPr/>
        <w:t>a. ___ was your teacher? Mr. Cohen.</w:t>
      </w:r>
    </w:p>
    <w:p>
      <w:pPr>
        <w:spacing w:before="0" w:after="80"/>
        <w:jc w:val="both"/>
      </w:pPr>
      <w:r>
        <w:rPr/>
        <w:t xml:space="preserve">   ○ Where      ○ Who      ○ How</w:t>
      </w:r>
    </w:p>
    <w:p>
      <w:pPr>
        <w:spacing w:before="0" w:after="20"/>
        <w:jc w:val="both"/>
      </w:pPr>
      <w:r>
        <w:rPr/>
        <w:t>b. ___ were you on Friday? At the beach.</w:t>
      </w:r>
    </w:p>
    <w:p>
      <w:pPr>
        <w:spacing w:before="0" w:after="80"/>
        <w:jc w:val="both"/>
      </w:pPr>
      <w:r>
        <w:rPr/>
        <w:t xml:space="preserve">   ○ Where      ○ Who      ○ What</w:t>
      </w:r>
    </w:p>
    <w:p>
      <w:pPr>
        <w:spacing w:before="0" w:after="20"/>
        <w:jc w:val="both"/>
      </w:pPr>
      <w:r>
        <w:rPr/>
        <w:t>c. ___ was the test? It was hard.</w:t>
      </w:r>
    </w:p>
    <w:p>
      <w:pPr>
        <w:spacing w:before="0" w:after="80"/>
        <w:jc w:val="both"/>
      </w:pPr>
      <w:r>
        <w:rPr/>
        <w:t xml:space="preserve">   ○ Who      ○ When      ○ How</w:t>
      </w:r>
    </w:p>
    <w:p>
      <w:pPr>
        <w:spacing w:before="0" w:after="20"/>
        <w:jc w:val="both"/>
      </w:pPr>
      <w:r>
        <w:rPr/>
        <w:t>d. ___ was the party? On Monday.</w:t>
      </w:r>
    </w:p>
    <w:p>
      <w:pPr>
        <w:spacing w:before="0" w:after="80"/>
        <w:jc w:val="both"/>
      </w:pPr>
      <w:r>
        <w:rPr/>
        <w:t xml:space="preserve">   ○ When      ○ Who      ○ Where</w:t>
      </w:r>
    </w:p>
    <w:p>
      <w:pPr>
        <w:spacing w:before="160" w:after="20"/>
        <w:jc w:val="both"/>
      </w:pPr>
      <w:r>
        <w:rPr>
          <w:b/>
          <w:bCs/>
          <w:sz w:val="26"/>
          <w:szCs w:val="26"/>
        </w:rPr>
        <w:t>8. Find the mistake. Write the sentence correctly.</w:t>
      </w:r>
    </w:p>
    <w:p>
      <w:pPr>
        <w:bidi/>
        <w:spacing w:before="0" w:after="0"/>
        <w:jc w:val="both"/>
      </w:pPr>
      <w:r>
        <w:rPr>
          <w:rFonts w:ascii="Arial" w:hAnsi="Arial" w:cs="Arial"/>
          <w:color w:val="6B7280"/>
          <w:sz w:val="20"/>
          <w:szCs w:val="20"/>
          <w:rtl/>
          <w:lang w:val="en-US" w:bidi="he-IL"/>
        </w:rPr>
        <w:t xml:space="preserve">מצאו את הטעות. כתבו את המשפט נכון.</w:t>
      </w:r>
    </w:p>
    <w:p>
      <w:pPr>
        <w:bidi/>
        <w:spacing w:before="0" w:after="80"/>
        <w:jc w:val="both"/>
      </w:pPr>
      <w:r>
        <w:rPr>
          <w:rFonts w:ascii="Arial" w:hAnsi="Arial" w:cs="Arial"/>
          <w:color w:val="6B7280"/>
          <w:sz w:val="21"/>
          <w:szCs w:val="21"/>
          <w:rtl/>
          <w:lang w:val="en-US" w:bidi="ar-SA"/>
        </w:rPr>
        <w:t xml:space="preserve">جد الخطأ. اكتب الجملة بشكل صحيح.</w:t>
      </w:r>
    </w:p>
    <w:p>
      <w:pPr>
        <w:spacing w:before="0" w:after="100"/>
        <w:jc w:val="both"/>
      </w:pPr>
      <w:r>
        <w:rPr/>
        <w:t>a. We was at the zoo.</w:t>
      </w:r>
    </w:p>
    <w:p>
      <w:pPr>
        <w:spacing w:before="0" w:after="100"/>
        <w:jc w:val="both"/>
      </w:pPr>
      <w:r>
        <w:rPr/>
        <w:t>b. Were Tom at school?</w:t>
      </w:r>
    </w:p>
    <w:p>
      <w:pPr>
        <w:spacing w:before="0" w:after="100"/>
        <w:jc w:val="both"/>
      </w:pPr>
      <w:r>
        <w:rPr/>
        <w:t>c. The children wasn't tired.</w:t>
      </w:r>
    </w:p>
    <w:p>
      <w:pPr>
        <w:spacing w:before="0" w:after="100"/>
        <w:jc w:val="both"/>
      </w:pPr>
      <w:r>
        <w:rPr/>
        <w:t>d. I were very happy.</w:t>
      </w:r>
    </w:p>
    <w:p>
      <w:pPr>
        <w:spacing w:before="0" w:after="100"/>
        <w:jc w:val="both"/>
      </w:pPr>
      <w:r>
        <w:rPr/>
        <w:t>e. It weren't my fault.</w:t>
      </w:r>
    </w:p>
    <w:p>
      <w:pPr>
        <w:spacing w:before="160" w:after="20"/>
        <w:jc w:val="both"/>
      </w:pPr>
      <w:r>
        <w:rPr>
          <w:b/>
          <w:bCs/>
          <w:sz w:val="26"/>
          <w:szCs w:val="26"/>
        </w:rPr>
        <w:t>9. True or False? Correct the false rules.</w:t>
      </w:r>
    </w:p>
    <w:p>
      <w:pPr>
        <w:bidi/>
        <w:spacing w:before="0" w:after="0"/>
        <w:jc w:val="both"/>
      </w:pPr>
      <w:r>
        <w:rPr>
          <w:rFonts w:ascii="Arial" w:hAnsi="Arial" w:cs="Arial"/>
          <w:color w:val="6B7280"/>
          <w:sz w:val="20"/>
          <w:szCs w:val="20"/>
          <w:rtl/>
          <w:lang w:val="en-US" w:bidi="he-IL"/>
        </w:rPr>
        <w:t xml:space="preserve">נכון או לא נכון? תקנו את הכללים הלא נכונים.</w:t>
      </w:r>
    </w:p>
    <w:p>
      <w:pPr>
        <w:bidi/>
        <w:spacing w:before="0" w:after="80"/>
        <w:jc w:val="both"/>
      </w:pPr>
      <w:r>
        <w:rPr>
          <w:rFonts w:ascii="Arial" w:hAnsi="Arial" w:cs="Arial"/>
          <w:color w:val="6B7280"/>
          <w:sz w:val="21"/>
          <w:szCs w:val="21"/>
          <w:rtl/>
          <w:lang w:val="en-US" w:bidi="ar-SA"/>
        </w:rPr>
        <w:t xml:space="preserve">صحيح أم خطأ؟ صحّح القواعد الخاطئة.</w:t>
      </w:r>
    </w:p>
    <w:p>
      <w:pPr>
        <w:spacing w:before="0" w:after="60"/>
        <w:jc w:val="both"/>
      </w:pPr>
      <w:r>
        <w:rPr/>
        <w:t>a. We use were with I.      True / False</w:t>
      </w:r>
    </w:p>
    <w:p>
      <w:pPr>
        <w:spacing w:before="0" w:after="60"/>
        <w:jc w:val="both"/>
      </w:pPr>
      <w:r>
        <w:rPr/>
        <w:t>b. We use were with you, we and they.      True / False</w:t>
      </w:r>
    </w:p>
    <w:p>
      <w:pPr>
        <w:spacing w:before="0" w:after="60"/>
        <w:jc w:val="both"/>
      </w:pPr>
      <w:r>
        <w:rPr/>
        <w:t>c. Weren't is short for were not.      True / False</w:t>
      </w:r>
    </w:p>
    <w:p>
      <w:pPr>
        <w:spacing w:before="0" w:after="60"/>
        <w:jc w:val="both"/>
      </w:pPr>
      <w:r>
        <w:rPr/>
        <w:t>d. The past of is is were.      True / False</w:t>
      </w:r>
    </w:p>
    <w:p>
      <w:pPr>
        <w:spacing w:before="120" w:after="40"/>
        <w:jc w:val="center"/>
      </w:pPr>
      <w:r>
        <w:rPr>
          <w:rFonts w:ascii="Arial Black" w:hAnsi="Arial Black" w:cs="Arial Black"/>
          <w:b/>
          <w:bCs/>
          <w:color w:val="047857"/>
          <w:sz w:val="30"/>
          <w:szCs w:val="30"/>
        </w:rPr>
        <w:t>A Rainy Day</w:t>
      </w:r>
    </w:p>
    <w:p>
      <w:pPr>
        <w:spacing w:before="0" w:after="80"/>
        <w:jc w:val="both"/>
      </w:pPr>
      <w:r>
        <w:rPr/>
        <w:t>Yesterday was a strange day in Jerusalem. In the morning, the sky was blue and the sun was warm. Ariel and his friend Tom were in the park with their bikes.</w:t>
      </w:r>
    </w:p>
    <w:p>
      <w:pPr>
        <w:spacing w:before="0" w:after="80"/>
        <w:jc w:val="both"/>
      </w:pPr>
      <w:r>
        <w:rPr/>
        <w:t>At twelve o'clock, the sky was gray. Suddenly, there was a lot of rain! The boys weren't ready. Their jackets were at home, and they were very wet and cold.</w:t>
      </w:r>
    </w:p>
    <w:p>
      <w:pPr>
        <w:spacing w:before="0" w:after="80"/>
        <w:jc w:val="both"/>
      </w:pPr>
      <w:r>
        <w:rPr/>
        <w:t>Luckily, Tom's uncle was in his car near the park. "Quick, get in!" he said. Ten minutes later, the boys were at Tom's house. Tom's mom was in the kitchen. There was hot chocolate on the table for everyone. "It was a great adventure!" said Ariel.</w:t>
      </w:r>
    </w:p>
    <w:p>
      <w:pPr>
        <w:spacing w:before="160" w:after="20"/>
        <w:jc w:val="both"/>
      </w:pPr>
      <w:r>
        <w:rPr>
          <w:b/>
          <w:bCs/>
          <w:sz w:val="26"/>
          <w:szCs w:val="26"/>
        </w:rPr>
        <w:t>10. Read "A Rainy Day". Write True or False. Correct the false sentences.</w:t>
      </w:r>
    </w:p>
    <w:p>
      <w:pPr>
        <w:bidi/>
        <w:spacing w:before="0" w:after="0"/>
        <w:jc w:val="both"/>
      </w:pPr>
      <w:r>
        <w:rPr>
          <w:rFonts w:ascii="Arial" w:hAnsi="Arial" w:cs="Arial"/>
          <w:color w:val="6B7280"/>
          <w:sz w:val="20"/>
          <w:szCs w:val="20"/>
          <w:rtl/>
          <w:lang w:val="en-US" w:bidi="he-IL"/>
        </w:rPr>
        <w:t xml:space="preserve">קראו את ‎"A Rainy Day"‎. כתבו ‎True‎ או ‎False‎. תקנו את המשפטים הלא נכונים.</w:t>
      </w:r>
    </w:p>
    <w:p>
      <w:pPr>
        <w:bidi/>
        <w:spacing w:before="0" w:after="80"/>
        <w:jc w:val="both"/>
      </w:pPr>
      <w:r>
        <w:rPr>
          <w:rFonts w:ascii="Arial" w:hAnsi="Arial" w:cs="Arial"/>
          <w:color w:val="6B7280"/>
          <w:sz w:val="21"/>
          <w:szCs w:val="21"/>
          <w:rtl/>
          <w:lang w:val="en-US" w:bidi="ar-SA"/>
        </w:rPr>
        <w:t xml:space="preserve">اقرأ ‎"A Rainy Day"‎. اكتب ‎True‎ أو ‎False‎. صحّح الجمل الخاطئة.</w:t>
      </w:r>
    </w:p>
    <w:p>
      <w:pPr>
        <w:spacing w:before="0" w:after="60"/>
        <w:jc w:val="both"/>
      </w:pPr>
      <w:r>
        <w:rPr/>
        <w:t>a. In the morning, the sky was gray.      True / False</w:t>
      </w:r>
    </w:p>
    <w:p>
      <w:pPr>
        <w:spacing w:before="0" w:after="60"/>
        <w:jc w:val="both"/>
      </w:pPr>
      <w:r>
        <w:rPr/>
        <w:t>b. The boys' jackets were at home.      True / False</w:t>
      </w:r>
    </w:p>
    <w:p>
      <w:pPr>
        <w:spacing w:before="0" w:after="60"/>
        <w:jc w:val="both"/>
      </w:pPr>
      <w:r>
        <w:rPr/>
        <w:t>c. Tom's uncle was in his car near the park.      True / False</w:t>
      </w:r>
    </w:p>
    <w:p>
      <w:pPr>
        <w:spacing w:before="0" w:after="60"/>
        <w:jc w:val="both"/>
      </w:pPr>
      <w:r>
        <w:rPr/>
        <w:t>d. There was soup on the table.      True / False</w:t>
      </w:r>
    </w:p>
    <w:p>
      <w:pPr>
        <w:spacing w:before="160" w:after="20"/>
        <w:jc w:val="both"/>
      </w:pPr>
      <w:r>
        <w:rPr>
          <w:b/>
          <w:bCs/>
          <w:sz w:val="26"/>
          <w:szCs w:val="26"/>
        </w:rPr>
        <w:t>11. Answer the questions about the text.</w:t>
      </w:r>
    </w:p>
    <w:p>
      <w:pPr>
        <w:bidi/>
        <w:spacing w:before="0" w:after="0"/>
        <w:jc w:val="both"/>
      </w:pPr>
      <w:r>
        <w:rPr>
          <w:rFonts w:ascii="Arial" w:hAnsi="Arial" w:cs="Arial"/>
          <w:color w:val="6B7280"/>
          <w:sz w:val="20"/>
          <w:szCs w:val="20"/>
          <w:rtl/>
          <w:lang w:val="en-US" w:bidi="he-IL"/>
        </w:rPr>
        <w:t xml:space="preserve">ענו על השאלות על הטקסט.</w:t>
      </w:r>
    </w:p>
    <w:p>
      <w:pPr>
        <w:bidi/>
        <w:spacing w:before="0" w:after="80"/>
        <w:jc w:val="both"/>
      </w:pPr>
      <w:r>
        <w:rPr>
          <w:rFonts w:ascii="Arial" w:hAnsi="Arial" w:cs="Arial"/>
          <w:color w:val="6B7280"/>
          <w:sz w:val="21"/>
          <w:szCs w:val="21"/>
          <w:rtl/>
          <w:lang w:val="en-US" w:bidi="ar-SA"/>
        </w:rPr>
        <w:t xml:space="preserve">أجب عن الأسئلة حول النصّ.</w:t>
      </w:r>
    </w:p>
    <w:p>
      <w:pPr>
        <w:spacing w:before="0" w:after="100"/>
        <w:jc w:val="both"/>
      </w:pPr>
      <w:r>
        <w:rPr/>
        <w:t>a. Where were Ariel and Tom in the morning?</w:t>
      </w:r>
    </w:p>
    <w:p>
      <w:pPr>
        <w:spacing w:before="0" w:after="100"/>
        <w:jc w:val="both"/>
      </w:pPr>
      <w:r>
        <w:rPr/>
        <w:t>b. Why were the boys wet and cold?</w:t>
      </w:r>
    </w:p>
    <w:p>
      <w:pPr>
        <w:spacing w:before="0" w:after="100"/>
        <w:jc w:val="both"/>
      </w:pPr>
      <w:r>
        <w:rPr/>
        <w:t>c. Who was in the kitchen?</w:t>
      </w:r>
    </w:p>
    <w:p>
      <w:pPr>
        <w:spacing w:before="160" w:after="20"/>
        <w:jc w:val="both"/>
      </w:pPr>
      <w:r>
        <w:rPr>
          <w:b/>
          <w:bCs/>
          <w:sz w:val="26"/>
          <w:szCs w:val="26"/>
        </w:rPr>
        <w:t>12. Where were you last weekend? Who was with you? How was it? Write 4 sentences.</w:t>
      </w:r>
    </w:p>
    <w:p>
      <w:pPr>
        <w:bidi/>
        <w:spacing w:before="0" w:after="0"/>
        <w:jc w:val="both"/>
      </w:pPr>
      <w:r>
        <w:rPr>
          <w:rFonts w:ascii="Arial" w:hAnsi="Arial" w:cs="Arial"/>
          <w:color w:val="6B7280"/>
          <w:sz w:val="20"/>
          <w:szCs w:val="20"/>
          <w:rtl/>
          <w:lang w:val="en-US" w:bidi="he-IL"/>
        </w:rPr>
        <w:t xml:space="preserve">איפה הייתם בסוף השבוע שעבר? מי היה איתכם? איך היה? כתבו 4 משפטים.</w:t>
      </w:r>
    </w:p>
    <w:p>
      <w:pPr>
        <w:bidi/>
        <w:spacing w:before="0" w:after="80"/>
        <w:jc w:val="both"/>
      </w:pPr>
      <w:r>
        <w:rPr>
          <w:rFonts w:ascii="Arial" w:hAnsi="Arial" w:cs="Arial"/>
          <w:color w:val="6B7280"/>
          <w:sz w:val="21"/>
          <w:szCs w:val="21"/>
          <w:rtl/>
          <w:lang w:val="en-US" w:bidi="ar-SA"/>
        </w:rPr>
        <w:t xml:space="preserve">أين كنت في نهاية الأسبوع الماضي؟ مَن كان معك؟ كيف كان؟ اكتب 4 جمل.</w:t>
      </w:r>
    </w:p>
    <w:p>
      <w:pPr>
        <w:spacing w:before="0" w:after="80"/>
        <w:jc w:val="both"/>
      </w:pPr>
      <w:r>
        <w:rPr>
          <w:color w:val="99A3B5"/>
        </w:rPr>
        <w:t>________________________________________________________________________</w:t>
      </w:r>
    </w:p>
    <w:p>
      <w:pPr>
        <w:spacing w:before="0" w:after="80"/>
        <w:jc w:val="both"/>
      </w:pPr>
      <w:r>
        <w:rPr>
          <w:color w:val="99A3B5"/>
        </w:rPr>
        <w:t>________________________________________________________________________</w:t>
      </w:r>
    </w:p>
    <w:p>
      <w:pPr>
        <w:spacing w:before="0" w:after="80"/>
        <w:jc w:val="both"/>
      </w:pPr>
      <w:r>
        <w:rPr>
          <w:color w:val="99A3B5"/>
        </w:rPr>
        <w:t>________________________________________________________________________</w:t>
      </w:r>
    </w:p>
    <w:p>
      <w:pPr>
        <w:spacing w:before="0" w:after="80"/>
        <w:jc w:val="both"/>
      </w:pPr>
      <w:r>
        <w:rPr>
          <w:color w:val="99A3B5"/>
        </w:rPr>
        <w:t>________________________________________________________________________</w:t>
      </w:r>
    </w:p>
    <w:p>
      <w:pPr>
        <w:spacing w:before="0" w:after="80"/>
        <w:jc w:val="both"/>
      </w:pPr>
      <w:r>
        <w:br w:type="page"/>
      </w:r>
    </w:p>
    <w:p>
      <w:pPr>
        <w:spacing w:before="0" w:after="120"/>
        <w:jc w:val="both"/>
      </w:pPr>
      <w:r>
        <w:rPr>
          <w:rFonts w:ascii="Arial" w:hAnsi="Arial" w:cs="Arial"/>
          <w:color w:val="5B6476"/>
          <w:sz w:val="20"/>
          <w:szCs w:val="20"/>
        </w:rPr>
        <w:t>English · Grade 5   |   Unit 5</w:t>
      </w:r>
    </w:p>
    <w:p>
      <w:pPr>
        <w:spacing w:before="0" w:after="40"/>
        <w:jc w:val="both"/>
      </w:pPr>
      <w:r>
        <w:rPr>
          <w:rFonts w:ascii="Arial Black" w:hAnsi="Arial Black" w:cs="Arial Black"/>
          <w:b/>
          <w:bCs/>
          <w:color w:val="047857"/>
          <w:sz w:val="44"/>
          <w:szCs w:val="44"/>
        </w:rPr>
        <w:t>Unit 5: Past simple: regular and irregular verbs</w:t>
      </w:r>
    </w:p>
    <w:p>
      <w:pPr>
        <w:bidi/>
        <w:spacing w:before="0" w:after="0"/>
        <w:jc w:val="both"/>
      </w:pPr>
      <w:r>
        <w:rPr>
          <w:rFonts w:ascii="Arial" w:hAnsi="Arial" w:cs="Arial"/>
          <w:color w:val="6B7280"/>
          <w:sz w:val="22"/>
          <w:szCs w:val="22"/>
          <w:rtl/>
          <w:lang w:val="en-US" w:bidi="he-IL"/>
        </w:rPr>
        <w:t xml:space="preserve">‎past simple‎: פעלים רגילים ויוצאי דופן</w:t>
      </w:r>
    </w:p>
    <w:p>
      <w:pPr>
        <w:bidi/>
        <w:spacing w:before="0" w:after="120"/>
        <w:jc w:val="both"/>
      </w:pPr>
      <w:r>
        <w:rPr>
          <w:rFonts w:ascii="Arial" w:hAnsi="Arial" w:cs="Arial"/>
          <w:color w:val="6B7280"/>
          <w:sz w:val="23"/>
          <w:szCs w:val="23"/>
          <w:rtl/>
          <w:lang w:val="en-US" w:bidi="ar-SA"/>
        </w:rPr>
        <w:t xml:space="preserve">‎past simple‎: الأفعال المنتظمة والشاذّة</w:t>
      </w:r>
    </w:p>
    <w:p>
      <w:pPr>
        <w:spacing w:before="0" w:after="80"/>
        <w:jc w:val="center"/>
      </w:pPr>
      <w:r>
        <w:drawing>
          <wp:inline xmlns:a="http://schemas.openxmlformats.org/drawingml/2006/main" xmlns:pic="http://schemas.openxmlformats.org/drawingml/2006/picture">
            <wp:extent cx="3240000" cy="2160000"/>
            <wp:docPr id="30" name="Picture 30"/>
            <wp:cNvGraphicFramePr>
              <a:graphicFrameLocks noChangeAspect="1"/>
            </wp:cNvGraphicFramePr>
            <a:graphic>
              <a:graphicData uri="http://schemas.openxmlformats.org/drawingml/2006/picture">
                <pic:pic>
                  <pic:nvPicPr>
                    <pic:cNvPr id="0" name="english_g5_t05.jpg"/>
                    <pic:cNvPicPr/>
                  </pic:nvPicPr>
                  <pic:blipFill>
                    <a:blip r:embed="rId29"/>
                    <a:stretch>
                      <a:fillRect/>
                    </a:stretch>
                  </pic:blipFill>
                  <pic:spPr>
                    <a:xfrm>
                      <a:off x="0" y="0"/>
                      <a:ext cx="3240000" cy="2160000"/>
                    </a:xfrm>
                    <a:prstGeom prst="rect"/>
                  </pic:spPr>
                </pic:pic>
              </a:graphicData>
            </a:graphic>
          </wp:inline>
        </w:drawing>
      </w:r>
    </w:p>
    <w:p>
      <w:pPr>
        <w:spacing w:before="120" w:after="40"/>
        <w:jc w:val="both"/>
      </w:pPr>
      <w:r>
        <w:rPr>
          <w:rFonts w:ascii="Arial Black" w:hAnsi="Arial Black" w:cs="Arial Black"/>
          <w:b/>
          <w:bCs/>
          <w:color w:val="047857"/>
          <w:sz w:val="28"/>
          <w:szCs w:val="28"/>
        </w:rPr>
        <w:t>◆ Regular verbs: spelling</w:t>
      </w:r>
    </w:p>
    <w:p>
      <w:pPr>
        <w:bidi/>
        <w:spacing w:before="0" w:after="0"/>
        <w:jc w:val="both"/>
      </w:pPr>
      <w:r>
        <w:rPr>
          <w:rFonts w:ascii="Arial" w:hAnsi="Arial" w:cs="Arial"/>
          <w:color w:val="6B7280"/>
          <w:sz w:val="20"/>
          <w:szCs w:val="20"/>
          <w:rtl/>
          <w:lang w:val="en-US" w:bidi="he-IL"/>
        </w:rPr>
        <w:t xml:space="preserve">פעלים רגילים: כתיב</w:t>
      </w:r>
    </w:p>
    <w:p>
      <w:pPr>
        <w:bidi/>
        <w:spacing w:before="0" w:after="40"/>
        <w:jc w:val="both"/>
      </w:pPr>
      <w:r>
        <w:rPr>
          <w:rFonts w:ascii="Arial" w:hAnsi="Arial" w:cs="Arial"/>
          <w:color w:val="6B7280"/>
          <w:sz w:val="21"/>
          <w:szCs w:val="21"/>
          <w:rtl/>
          <w:lang w:val="en-US" w:bidi="ar-SA"/>
        </w:rPr>
        <w:t xml:space="preserve">الأفعال المنتظمة: الإملاء</w:t>
      </w:r>
    </w:p>
    <w:tbl>
      <w:tblPr>
        <w:tblStyle w:val="TableGrid"/>
        <w:tblW w:type="auto" w:w="0"/>
        <w:tblLook w:firstColumn="1" w:firstRow="1" w:lastColumn="0" w:lastRow="0" w:noHBand="0" w:noVBand="1" w:val="04A0"/>
      </w:tblPr>
      <w:tblGrid>
        <w:gridCol w:w="3326"/>
        <w:gridCol w:w="3326"/>
        <w:gridCol w:w="3326"/>
      </w:tblGrid>
      <w:tr>
        <w:tc>
          <w:tcPr>
            <w:tcW w:type="dxa" w:w="3326"/>
            <w:shd w:val="clear" w:color="auto" w:fill="047857"/>
          </w:tcPr>
          <w:p>
            <w:pPr>
              <w:spacing w:before="0" w:after="40"/>
              <w:jc w:val="both"/>
            </w:pPr>
            <w:r>
              <w:rPr>
                <w:b/>
                <w:bCs/>
                <w:color w:val="FFFFFF"/>
              </w:rPr>
              <w:t>Verb</w:t>
            </w:r>
          </w:p>
        </w:tc>
        <w:tc>
          <w:tcPr>
            <w:tcW w:type="dxa" w:w="3326"/>
            <w:shd w:val="clear" w:color="auto" w:fill="047857"/>
          </w:tcPr>
          <w:p>
            <w:pPr>
              <w:spacing w:before="0" w:after="40"/>
              <w:jc w:val="both"/>
            </w:pPr>
            <w:r>
              <w:rPr>
                <w:b/>
                <w:bCs/>
                <w:color w:val="FFFFFF"/>
              </w:rPr>
              <w:t>Rule</w:t>
            </w:r>
          </w:p>
        </w:tc>
        <w:tc>
          <w:tcPr>
            <w:tcW w:type="dxa" w:w="3326"/>
            <w:shd w:val="clear" w:color="auto" w:fill="047857"/>
          </w:tcPr>
          <w:p>
            <w:pPr>
              <w:spacing w:before="0" w:after="40"/>
              <w:jc w:val="both"/>
            </w:pPr>
            <w:r>
              <w:rPr>
                <w:b/>
                <w:bCs/>
                <w:color w:val="FFFFFF"/>
              </w:rPr>
              <w:t>Past</w:t>
            </w:r>
          </w:p>
        </w:tc>
      </w:tr>
      <w:tr>
        <w:tc>
          <w:tcPr>
            <w:tcW w:type="dxa" w:w="3326"/>
          </w:tcPr>
          <w:p>
            <w:pPr>
              <w:spacing w:before="0" w:after="40"/>
              <w:jc w:val="both"/>
            </w:pPr>
            <w:r>
              <w:rPr/>
              <w:t>walk</w:t>
            </w:r>
          </w:p>
        </w:tc>
        <w:tc>
          <w:tcPr>
            <w:tcW w:type="dxa" w:w="3326"/>
          </w:tcPr>
          <w:p>
            <w:pPr>
              <w:spacing w:before="0" w:after="40"/>
              <w:jc w:val="both"/>
            </w:pPr>
            <w:r>
              <w:rPr/>
              <w:t>+ ed</w:t>
            </w:r>
          </w:p>
        </w:tc>
        <w:tc>
          <w:tcPr>
            <w:tcW w:type="dxa" w:w="3326"/>
          </w:tcPr>
          <w:p>
            <w:pPr>
              <w:spacing w:before="0" w:after="40"/>
              <w:jc w:val="both"/>
            </w:pPr>
            <w:r>
              <w:rPr/>
              <w:t>walked</w:t>
            </w:r>
          </w:p>
        </w:tc>
      </w:tr>
      <w:tr>
        <w:tc>
          <w:tcPr>
            <w:tcW w:type="dxa" w:w="3326"/>
          </w:tcPr>
          <w:p>
            <w:pPr>
              <w:spacing w:before="0" w:after="40"/>
              <w:jc w:val="both"/>
            </w:pPr>
            <w:r>
              <w:rPr/>
              <w:t>dance</w:t>
            </w:r>
          </w:p>
        </w:tc>
        <w:tc>
          <w:tcPr>
            <w:tcW w:type="dxa" w:w="3326"/>
          </w:tcPr>
          <w:p>
            <w:pPr>
              <w:spacing w:before="0" w:after="40"/>
              <w:jc w:val="both"/>
            </w:pPr>
            <w:r>
              <w:rPr/>
              <w:t>+ d</w:t>
            </w:r>
          </w:p>
        </w:tc>
        <w:tc>
          <w:tcPr>
            <w:tcW w:type="dxa" w:w="3326"/>
          </w:tcPr>
          <w:p>
            <w:pPr>
              <w:spacing w:before="0" w:after="40"/>
              <w:jc w:val="both"/>
            </w:pPr>
            <w:r>
              <w:rPr/>
              <w:t>danced</w:t>
            </w:r>
          </w:p>
        </w:tc>
      </w:tr>
      <w:tr>
        <w:tc>
          <w:tcPr>
            <w:tcW w:type="dxa" w:w="3326"/>
          </w:tcPr>
          <w:p>
            <w:pPr>
              <w:spacing w:before="0" w:after="40"/>
              <w:jc w:val="both"/>
            </w:pPr>
            <w:r>
              <w:rPr/>
              <w:t>study</w:t>
            </w:r>
          </w:p>
        </w:tc>
        <w:tc>
          <w:tcPr>
            <w:tcW w:type="dxa" w:w="3326"/>
          </w:tcPr>
          <w:p>
            <w:pPr>
              <w:spacing w:before="0" w:after="40"/>
              <w:jc w:val="both"/>
            </w:pPr>
            <w:r>
              <w:rPr/>
              <w:t>y, ied</w:t>
            </w:r>
          </w:p>
        </w:tc>
        <w:tc>
          <w:tcPr>
            <w:tcW w:type="dxa" w:w="3326"/>
          </w:tcPr>
          <w:p>
            <w:pPr>
              <w:spacing w:before="0" w:after="40"/>
              <w:jc w:val="both"/>
            </w:pPr>
            <w:r>
              <w:rPr/>
              <w:t>studied</w:t>
            </w:r>
          </w:p>
        </w:tc>
      </w:tr>
      <w:tr>
        <w:tc>
          <w:tcPr>
            <w:tcW w:type="dxa" w:w="3326"/>
          </w:tcPr>
          <w:p>
            <w:pPr>
              <w:spacing w:before="0" w:after="40"/>
              <w:jc w:val="both"/>
            </w:pPr>
            <w:r>
              <w:rPr/>
              <w:t>stop</w:t>
            </w:r>
          </w:p>
        </w:tc>
        <w:tc>
          <w:tcPr>
            <w:tcW w:type="dxa" w:w="3326"/>
          </w:tcPr>
          <w:p>
            <w:pPr>
              <w:spacing w:before="0" w:after="40"/>
              <w:jc w:val="both"/>
            </w:pPr>
            <w:r>
              <w:rPr/>
              <w:t>double + ed</w:t>
            </w:r>
          </w:p>
        </w:tc>
        <w:tc>
          <w:tcPr>
            <w:tcW w:type="dxa" w:w="3326"/>
          </w:tcPr>
          <w:p>
            <w:pPr>
              <w:spacing w:before="0" w:after="40"/>
              <w:jc w:val="both"/>
            </w:pPr>
            <w:r>
              <w:rPr/>
              <w:t>stopped</w:t>
            </w:r>
          </w:p>
        </w:tc>
      </w:tr>
    </w:tbl>
    <w:p>
      <w:pPr>
        <w:spacing w:before="0" w:after="40"/>
        <w:jc w:val="both"/>
      </w:pPr>
    </w:p>
    <w:p>
      <w:pPr>
        <w:spacing w:before="120" w:after="40"/>
        <w:jc w:val="both"/>
      </w:pPr>
      <w:r>
        <w:rPr>
          <w:rFonts w:ascii="Arial Black" w:hAnsi="Arial Black" w:cs="Arial Black"/>
          <w:b/>
          <w:bCs/>
          <w:color w:val="047857"/>
          <w:sz w:val="28"/>
          <w:szCs w:val="28"/>
        </w:rPr>
        <w:t>◆ Irregular verbs to remember</w:t>
      </w:r>
    </w:p>
    <w:p>
      <w:pPr>
        <w:bidi/>
        <w:spacing w:before="0" w:after="0"/>
        <w:jc w:val="both"/>
      </w:pPr>
      <w:r>
        <w:rPr>
          <w:rFonts w:ascii="Arial" w:hAnsi="Arial" w:cs="Arial"/>
          <w:color w:val="6B7280"/>
          <w:sz w:val="20"/>
          <w:szCs w:val="20"/>
          <w:rtl/>
          <w:lang w:val="en-US" w:bidi="he-IL"/>
        </w:rPr>
        <w:t xml:space="preserve">פעלים יוצאי דופן שכדאי לזכור</w:t>
      </w:r>
    </w:p>
    <w:p>
      <w:pPr>
        <w:bidi/>
        <w:spacing w:before="0" w:after="40"/>
        <w:jc w:val="both"/>
      </w:pPr>
      <w:r>
        <w:rPr>
          <w:rFonts w:ascii="Arial" w:hAnsi="Arial" w:cs="Arial"/>
          <w:color w:val="6B7280"/>
          <w:sz w:val="21"/>
          <w:szCs w:val="21"/>
          <w:rtl/>
          <w:lang w:val="en-US" w:bidi="ar-SA"/>
        </w:rPr>
        <w:t xml:space="preserve">أفعال شاذّة يجب حفظها</w:t>
      </w:r>
    </w:p>
    <w:tbl>
      <w:tblPr>
        <w:tblStyle w:val="TableGrid"/>
        <w:tblW w:type="auto" w:w="0"/>
        <w:tblLook w:firstColumn="1" w:firstRow="1" w:lastColumn="0" w:lastRow="0" w:noHBand="0" w:noVBand="1" w:val="04A0"/>
      </w:tblPr>
      <w:tblGrid>
        <w:gridCol w:w="2494"/>
        <w:gridCol w:w="2494"/>
        <w:gridCol w:w="2494"/>
        <w:gridCol w:w="2494"/>
      </w:tblGrid>
      <w:tr>
        <w:tc>
          <w:tcPr>
            <w:tcW w:type="dxa" w:w="2494"/>
            <w:shd w:val="clear" w:color="auto" w:fill="047857"/>
          </w:tcPr>
          <w:p>
            <w:pPr>
              <w:spacing w:before="0" w:after="40"/>
              <w:jc w:val="both"/>
            </w:pPr>
            <w:r>
              <w:rPr>
                <w:b/>
                <w:bCs/>
                <w:color w:val="FFFFFF"/>
              </w:rPr>
              <w:t>Verb</w:t>
            </w:r>
          </w:p>
        </w:tc>
        <w:tc>
          <w:tcPr>
            <w:tcW w:type="dxa" w:w="2494"/>
            <w:shd w:val="clear" w:color="auto" w:fill="047857"/>
          </w:tcPr>
          <w:p>
            <w:pPr>
              <w:spacing w:before="0" w:after="40"/>
              <w:jc w:val="both"/>
            </w:pPr>
            <w:r>
              <w:rPr>
                <w:b/>
                <w:bCs/>
                <w:color w:val="FFFFFF"/>
              </w:rPr>
              <w:t>Past</w:t>
            </w:r>
          </w:p>
        </w:tc>
        <w:tc>
          <w:tcPr>
            <w:tcW w:type="dxa" w:w="2494"/>
            <w:shd w:val="clear" w:color="auto" w:fill="047857"/>
          </w:tcPr>
          <w:p>
            <w:pPr>
              <w:spacing w:before="0" w:after="40"/>
              <w:jc w:val="both"/>
            </w:pPr>
            <w:r>
              <w:rPr>
                <w:b/>
                <w:bCs/>
                <w:color w:val="FFFFFF"/>
              </w:rPr>
              <w:t>Verb</w:t>
            </w:r>
          </w:p>
        </w:tc>
        <w:tc>
          <w:tcPr>
            <w:tcW w:type="dxa" w:w="2494"/>
            <w:shd w:val="clear" w:color="auto" w:fill="047857"/>
          </w:tcPr>
          <w:p>
            <w:pPr>
              <w:spacing w:before="0" w:after="40"/>
              <w:jc w:val="both"/>
            </w:pPr>
            <w:r>
              <w:rPr>
                <w:b/>
                <w:bCs/>
                <w:color w:val="FFFFFF"/>
              </w:rPr>
              <w:t>Past</w:t>
            </w:r>
          </w:p>
        </w:tc>
      </w:tr>
      <w:tr>
        <w:tc>
          <w:tcPr>
            <w:tcW w:type="dxa" w:w="2494"/>
          </w:tcPr>
          <w:p>
            <w:pPr>
              <w:spacing w:before="0" w:after="40"/>
              <w:jc w:val="both"/>
            </w:pPr>
            <w:r>
              <w:rPr/>
              <w:t>go</w:t>
            </w:r>
          </w:p>
        </w:tc>
        <w:tc>
          <w:tcPr>
            <w:tcW w:type="dxa" w:w="2494"/>
          </w:tcPr>
          <w:p>
            <w:pPr>
              <w:spacing w:before="0" w:after="40"/>
              <w:jc w:val="both"/>
            </w:pPr>
            <w:r>
              <w:rPr/>
              <w:t>went</w:t>
            </w:r>
          </w:p>
        </w:tc>
        <w:tc>
          <w:tcPr>
            <w:tcW w:type="dxa" w:w="2494"/>
          </w:tcPr>
          <w:p>
            <w:pPr>
              <w:spacing w:before="0" w:after="40"/>
              <w:jc w:val="both"/>
            </w:pPr>
            <w:r>
              <w:rPr/>
              <w:t>see</w:t>
            </w:r>
          </w:p>
        </w:tc>
        <w:tc>
          <w:tcPr>
            <w:tcW w:type="dxa" w:w="2494"/>
          </w:tcPr>
          <w:p>
            <w:pPr>
              <w:spacing w:before="0" w:after="40"/>
              <w:jc w:val="both"/>
            </w:pPr>
            <w:r>
              <w:rPr/>
              <w:t>saw</w:t>
            </w:r>
          </w:p>
        </w:tc>
      </w:tr>
      <w:tr>
        <w:tc>
          <w:tcPr>
            <w:tcW w:type="dxa" w:w="2494"/>
          </w:tcPr>
          <w:p>
            <w:pPr>
              <w:spacing w:before="0" w:after="40"/>
              <w:jc w:val="both"/>
            </w:pPr>
            <w:r>
              <w:rPr/>
              <w:t>eat</w:t>
            </w:r>
          </w:p>
        </w:tc>
        <w:tc>
          <w:tcPr>
            <w:tcW w:type="dxa" w:w="2494"/>
          </w:tcPr>
          <w:p>
            <w:pPr>
              <w:spacing w:before="0" w:after="40"/>
              <w:jc w:val="both"/>
            </w:pPr>
            <w:r>
              <w:rPr/>
              <w:t>ate</w:t>
            </w:r>
          </w:p>
        </w:tc>
        <w:tc>
          <w:tcPr>
            <w:tcW w:type="dxa" w:w="2494"/>
          </w:tcPr>
          <w:p>
            <w:pPr>
              <w:spacing w:before="0" w:after="40"/>
              <w:jc w:val="both"/>
            </w:pPr>
            <w:r>
              <w:rPr/>
              <w:t>have</w:t>
            </w:r>
          </w:p>
        </w:tc>
        <w:tc>
          <w:tcPr>
            <w:tcW w:type="dxa" w:w="2494"/>
          </w:tcPr>
          <w:p>
            <w:pPr>
              <w:spacing w:before="0" w:after="40"/>
              <w:jc w:val="both"/>
            </w:pPr>
            <w:r>
              <w:rPr/>
              <w:t>had</w:t>
            </w:r>
          </w:p>
        </w:tc>
      </w:tr>
      <w:tr>
        <w:tc>
          <w:tcPr>
            <w:tcW w:type="dxa" w:w="2494"/>
          </w:tcPr>
          <w:p>
            <w:pPr>
              <w:spacing w:before="0" w:after="40"/>
              <w:jc w:val="both"/>
            </w:pPr>
            <w:r>
              <w:rPr/>
              <w:t>buy</w:t>
            </w:r>
          </w:p>
        </w:tc>
        <w:tc>
          <w:tcPr>
            <w:tcW w:type="dxa" w:w="2494"/>
          </w:tcPr>
          <w:p>
            <w:pPr>
              <w:spacing w:before="0" w:after="40"/>
              <w:jc w:val="both"/>
            </w:pPr>
            <w:r>
              <w:rPr/>
              <w:t>bought</w:t>
            </w:r>
          </w:p>
        </w:tc>
        <w:tc>
          <w:tcPr>
            <w:tcW w:type="dxa" w:w="2494"/>
          </w:tcPr>
          <w:p>
            <w:pPr>
              <w:spacing w:before="0" w:after="40"/>
              <w:jc w:val="both"/>
            </w:pPr>
            <w:r>
              <w:rPr/>
              <w:t>make</w:t>
            </w:r>
          </w:p>
        </w:tc>
        <w:tc>
          <w:tcPr>
            <w:tcW w:type="dxa" w:w="2494"/>
          </w:tcPr>
          <w:p>
            <w:pPr>
              <w:spacing w:before="0" w:after="40"/>
              <w:jc w:val="both"/>
            </w:pPr>
            <w:r>
              <w:rPr/>
              <w:t>made</w:t>
            </w:r>
          </w:p>
        </w:tc>
      </w:tr>
      <w:tr>
        <w:tc>
          <w:tcPr>
            <w:tcW w:type="dxa" w:w="2494"/>
          </w:tcPr>
          <w:p>
            <w:pPr>
              <w:spacing w:before="0" w:after="40"/>
              <w:jc w:val="both"/>
            </w:pPr>
            <w:r>
              <w:rPr/>
              <w:t>take</w:t>
            </w:r>
          </w:p>
        </w:tc>
        <w:tc>
          <w:tcPr>
            <w:tcW w:type="dxa" w:w="2494"/>
          </w:tcPr>
          <w:p>
            <w:pPr>
              <w:spacing w:before="0" w:after="40"/>
              <w:jc w:val="both"/>
            </w:pPr>
            <w:r>
              <w:rPr/>
              <w:t>took</w:t>
            </w:r>
          </w:p>
        </w:tc>
        <w:tc>
          <w:tcPr>
            <w:tcW w:type="dxa" w:w="2494"/>
          </w:tcPr>
          <w:p>
            <w:pPr>
              <w:spacing w:before="0" w:after="40"/>
              <w:jc w:val="both"/>
            </w:pPr>
            <w:r>
              <w:rPr/>
              <w:t>come</w:t>
            </w:r>
          </w:p>
        </w:tc>
        <w:tc>
          <w:tcPr>
            <w:tcW w:type="dxa" w:w="2494"/>
          </w:tcPr>
          <w:p>
            <w:pPr>
              <w:spacing w:before="0" w:after="40"/>
              <w:jc w:val="both"/>
            </w:pPr>
            <w:r>
              <w:rPr/>
              <w:t>came</w:t>
            </w:r>
          </w:p>
        </w:tc>
      </w:tr>
    </w:tbl>
    <w:p>
      <w:pPr>
        <w:spacing w:before="0" w:after="40"/>
        <w:jc w:val="both"/>
      </w:pPr>
    </w:p>
    <w:p>
      <w:pPr>
        <w:spacing w:before="120" w:after="40"/>
        <w:jc w:val="both"/>
      </w:pPr>
      <w:r>
        <w:rPr>
          <w:rFonts w:ascii="Arial Black" w:hAnsi="Arial Black" w:cs="Arial Black"/>
          <w:b/>
          <w:bCs/>
          <w:color w:val="047857"/>
          <w:sz w:val="28"/>
          <w:szCs w:val="28"/>
        </w:rPr>
        <w:t>◆ Remember</w:t>
      </w:r>
    </w:p>
    <w:p>
      <w:pPr>
        <w:bidi/>
        <w:spacing w:before="0" w:after="0"/>
        <w:jc w:val="both"/>
      </w:pPr>
      <w:r>
        <w:rPr>
          <w:rFonts w:ascii="Arial" w:hAnsi="Arial" w:cs="Arial"/>
          <w:color w:val="6B7280"/>
          <w:sz w:val="20"/>
          <w:szCs w:val="20"/>
          <w:rtl/>
          <w:lang w:val="en-US" w:bidi="he-IL"/>
        </w:rPr>
        <w:t xml:space="preserve">זכרו</w:t>
      </w:r>
    </w:p>
    <w:p>
      <w:pPr>
        <w:bidi/>
        <w:spacing w:before="0" w:after="40"/>
        <w:jc w:val="both"/>
      </w:pPr>
      <w:r>
        <w:rPr>
          <w:rFonts w:ascii="Arial" w:hAnsi="Arial" w:cs="Arial"/>
          <w:color w:val="6B7280"/>
          <w:sz w:val="21"/>
          <w:szCs w:val="21"/>
          <w:rtl/>
          <w:lang w:val="en-US" w:bidi="ar-SA"/>
        </w:rPr>
        <w:t xml:space="preserve">تذكّر</w:t>
      </w:r>
    </w:p>
    <w:p>
      <w:pPr>
        <w:spacing w:before="0" w:after="20"/>
        <w:jc w:val="both"/>
      </w:pPr>
      <w:r>
        <w:rPr/>
        <w:t>1. The past form is the same for I, he, she, we, they.</w:t>
      </w:r>
    </w:p>
    <w:p>
      <w:pPr>
        <w:bidi/>
        <w:spacing w:before="0" w:after="0"/>
        <w:jc w:val="both"/>
      </w:pPr>
      <w:r>
        <w:rPr>
          <w:rFonts w:ascii="Arial" w:hAnsi="Arial" w:cs="Arial"/>
          <w:color w:val="6B7280"/>
          <w:sz w:val="20"/>
          <w:szCs w:val="20"/>
          <w:rtl/>
          <w:lang w:val="en-US" w:bidi="he-IL"/>
        </w:rPr>
        <w:t xml:space="preserve">צורת העבר זהה ל־‎I, he, she, we, they‎.</w:t>
      </w:r>
    </w:p>
    <w:p>
      <w:pPr>
        <w:bidi/>
        <w:spacing w:before="0" w:after="40"/>
        <w:jc w:val="both"/>
      </w:pPr>
      <w:r>
        <w:rPr>
          <w:rFonts w:ascii="Arial" w:hAnsi="Arial" w:cs="Arial"/>
          <w:color w:val="6B7280"/>
          <w:sz w:val="21"/>
          <w:szCs w:val="21"/>
          <w:rtl/>
          <w:lang w:val="en-US" w:bidi="ar-SA"/>
        </w:rPr>
        <w:t xml:space="preserve">صيغة الماضي واحدة مع ‎I‎ و‎he‎ و‎she‎ و‎we‎ و‎they‎.</w:t>
      </w:r>
    </w:p>
    <w:p>
      <w:pPr>
        <w:spacing w:before="0" w:after="20"/>
        <w:jc w:val="both"/>
      </w:pPr>
      <w:r>
        <w:rPr/>
        <w:t>2. Time words: yesterday, last week, two days ago.</w:t>
      </w:r>
    </w:p>
    <w:p>
      <w:pPr>
        <w:bidi/>
        <w:spacing w:before="0" w:after="0"/>
        <w:jc w:val="both"/>
      </w:pPr>
      <w:r>
        <w:rPr>
          <w:rFonts w:ascii="Arial" w:hAnsi="Arial" w:cs="Arial"/>
          <w:color w:val="6B7280"/>
          <w:sz w:val="20"/>
          <w:szCs w:val="20"/>
          <w:rtl/>
          <w:lang w:val="en-US" w:bidi="he-IL"/>
        </w:rPr>
        <w:t xml:space="preserve">מילות זמן: ‎yesterday, last week, two days ago‎.</w:t>
      </w:r>
    </w:p>
    <w:p>
      <w:pPr>
        <w:bidi/>
        <w:spacing w:before="0" w:after="40"/>
        <w:jc w:val="both"/>
      </w:pPr>
      <w:r>
        <w:rPr>
          <w:rFonts w:ascii="Arial" w:hAnsi="Arial" w:cs="Arial"/>
          <w:color w:val="6B7280"/>
          <w:sz w:val="21"/>
          <w:szCs w:val="21"/>
          <w:rtl/>
          <w:lang w:val="en-US" w:bidi="ar-SA"/>
        </w:rPr>
        <w:t xml:space="preserve">كلمات الزمن: ‎yesterday, last week, two days ago‎.</w:t>
      </w:r>
    </w:p>
    <w:p>
      <w:pPr>
        <w:spacing w:before="0" w:after="0"/>
        <w:jc w:val="both"/>
      </w:pPr>
      <w:r>
        <w:rPr>
          <w:color w:val="5B6476"/>
          <w:sz w:val="22"/>
          <w:szCs w:val="22"/>
        </w:rPr>
        <w:t>Example:</w:t>
      </w:r>
    </w:p>
    <w:p>
      <w:pPr>
        <w:bidi/>
        <w:spacing w:before="0" w:after="0"/>
        <w:jc w:val="both"/>
      </w:pPr>
      <w:r>
        <w:rPr>
          <w:rFonts w:ascii="Arial" w:hAnsi="Arial" w:cs="Arial"/>
          <w:color w:val="6B7280"/>
          <w:sz w:val="20"/>
          <w:szCs w:val="20"/>
          <w:rtl/>
          <w:lang w:val="en-US" w:bidi="he-IL"/>
        </w:rPr>
        <w:t xml:space="preserve">דוגמה:</w:t>
      </w:r>
    </w:p>
    <w:p>
      <w:pPr>
        <w:bidi/>
        <w:spacing w:before="0" w:after="40"/>
        <w:jc w:val="both"/>
      </w:pPr>
      <w:r>
        <w:rPr>
          <w:rFonts w:ascii="Arial" w:hAnsi="Arial" w:cs="Arial"/>
          <w:color w:val="6B7280"/>
          <w:sz w:val="21"/>
          <w:szCs w:val="21"/>
          <w:rtl/>
          <w:lang w:val="en-US" w:bidi="ar-SA"/>
        </w:rPr>
        <w:t xml:space="preserve">مثال:</w:t>
      </w:r>
    </w:p>
    <w:p>
      <w:pPr>
        <w:spacing w:before="0" w:after="120"/>
        <w:jc w:val="both"/>
      </w:pPr>
      <w:r>
        <w:rPr>
          <w:color w:val="334055"/>
          <w:sz w:val="24"/>
          <w:szCs w:val="24"/>
        </w:rPr>
        <w:t>Yesterday Tamar bought a new book.</w:t>
      </w:r>
    </w:p>
    <w:p>
      <w:pPr>
        <w:spacing w:before="0" w:after="40"/>
        <w:jc w:val="center"/>
      </w:pPr>
      <w:r>
        <w:rPr>
          <w:rFonts w:ascii="Arial" w:hAnsi="Arial" w:cs="Arial"/>
          <w:sz w:val="20"/>
          <w:szCs w:val="20"/>
        </w:rPr>
        <w:t xml:space="preserve">🖼️ Picture words · </w:t>
      </w:r>
      <w:r>
        <w:rPr>
          <w:rFonts w:ascii="Arial" w:hAnsi="Arial" w:cs="Arial"/>
          <w:color w:val="1D2433"/>
          <w:sz w:val="20"/>
          <w:szCs w:val="20"/>
          <w:rtl/>
          <w:lang w:val="en-US" w:bidi="he-IL"/>
        </w:rPr>
        <w:t xml:space="preserve">מילים בתמונות</w:t>
      </w:r>
      <w:r>
        <w:rPr>
          <w:sz w:val="20"/>
          <w:szCs w:val="20"/>
        </w:rPr>
        <w:t>‎</w:t>
      </w:r>
      <w:r>
        <w:rPr>
          <w:rFonts w:ascii="Arial" w:hAnsi="Arial" w:cs="Arial"/>
          <w:sz w:val="20"/>
          <w:szCs w:val="20"/>
        </w:rPr>
        <w:t xml:space="preserve"> · </w:t>
      </w:r>
      <w:r>
        <w:rPr>
          <w:rFonts w:ascii="Arial" w:hAnsi="Arial" w:cs="Arial"/>
          <w:color w:val="1D2433"/>
          <w:sz w:val="20"/>
          <w:szCs w:val="20"/>
          <w:rtl/>
          <w:lang w:val="en-US" w:bidi="ar-SA"/>
        </w:rPr>
        <w:t xml:space="preserve">كلمات بالصّور</w:t>
      </w:r>
      <w:r>
        <w:rPr>
          <w:sz w:val="20"/>
          <w:szCs w:val="20"/>
        </w:rPr>
        <w:t>‎</w:t>
      </w:r>
    </w:p>
    <w:tbl>
      <w:tblPr>
        <w:tblStyle w:val="TableGrid"/>
        <w:tblW w:type="auto" w:w="0"/>
        <w:tblLook w:firstColumn="1" w:firstRow="1" w:lastColumn="0" w:lastRow="0" w:noHBand="0" w:noVBand="1" w:val="04A0"/>
      </w:tblPr>
      <w:tblGrid>
        <w:gridCol w:w="1663"/>
        <w:gridCol w:w="1663"/>
        <w:gridCol w:w="1663"/>
        <w:gridCol w:w="1663"/>
        <w:gridCol w:w="1663"/>
        <w:gridCol w:w="1663"/>
      </w:tblGrid>
      <w:tr>
        <w:tc>
          <w:tcPr>
            <w:tcW w:type="dxa" w:w="1663"/>
          </w:tcPr>
          <w:p>
            <w:pPr>
              <w:spacing w:before="0" w:after="0"/>
              <w:jc w:val="center"/>
            </w:pPr>
            <w:r>
              <w:drawing>
                <wp:inline xmlns:a="http://schemas.openxmlformats.org/drawingml/2006/main" xmlns:pic="http://schemas.openxmlformats.org/drawingml/2006/picture">
                  <wp:extent cx="468000" cy="414375"/>
                  <wp:docPr id="31" name="Picture 31"/>
                  <wp:cNvGraphicFramePr>
                    <a:graphicFrameLocks noChangeAspect="1"/>
                  </wp:cNvGraphicFramePr>
                  <a:graphic>
                    <a:graphicData uri="http://schemas.openxmlformats.org/drawingml/2006/picture">
                      <pic:pic>
                        <pic:nvPicPr>
                          <pic:cNvPr id="0" name="sandwich.png"/>
                          <pic:cNvPicPr/>
                        </pic:nvPicPr>
                        <pic:blipFill>
                          <a:blip r:embed="rId30"/>
                          <a:stretch>
                            <a:fillRect/>
                          </a:stretch>
                        </pic:blipFill>
                        <pic:spPr>
                          <a:xfrm>
                            <a:off x="0" y="0"/>
                            <a:ext cx="468000" cy="414375"/>
                          </a:xfrm>
                          <a:prstGeom prst="rect"/>
                        </pic:spPr>
                      </pic:pic>
                    </a:graphicData>
                  </a:graphic>
                </wp:inline>
              </w:drawing>
            </w:r>
          </w:p>
          <w:p>
            <w:pPr>
              <w:spacing w:before="0" w:after="0"/>
              <w:jc w:val="center"/>
            </w:pPr>
            <w:r>
              <w:rPr>
                <w:b/>
                <w:bCs/>
                <w:sz w:val="23"/>
                <w:szCs w:val="23"/>
              </w:rPr>
              <w:t>sandwich</w:t>
            </w:r>
          </w:p>
          <w:p>
            <w:pPr>
              <w:bidi/>
              <w:spacing w:before="0" w:after="0"/>
              <w:jc w:val="center"/>
            </w:pPr>
            <w:r>
              <w:rPr>
                <w:rFonts w:ascii="Arial" w:hAnsi="Arial" w:cs="Arial"/>
                <w:color w:val="6B7280"/>
                <w:sz w:val="17"/>
                <w:szCs w:val="17"/>
                <w:rtl/>
                <w:lang w:val="en-US" w:bidi="he-IL"/>
              </w:rPr>
              <w:t xml:space="preserve">כריך</w:t>
            </w:r>
          </w:p>
          <w:p>
            <w:pPr>
              <w:bidi/>
              <w:spacing w:before="0" w:after="0"/>
              <w:jc w:val="center"/>
            </w:pPr>
            <w:r>
              <w:rPr>
                <w:rFonts w:ascii="Arial" w:hAnsi="Arial" w:cs="Arial"/>
                <w:color w:val="6B7280"/>
                <w:sz w:val="17"/>
                <w:szCs w:val="17"/>
                <w:rtl/>
                <w:lang w:val="en-US" w:bidi="ar-SA"/>
              </w:rPr>
              <w:t xml:space="preserve">شطيرة</w:t>
            </w:r>
          </w:p>
        </w:tc>
        <w:tc>
          <w:tcPr>
            <w:tcW w:type="dxa" w:w="1663"/>
          </w:tcPr>
          <w:p>
            <w:pPr>
              <w:spacing w:before="0" w:after="0"/>
              <w:jc w:val="center"/>
            </w:pPr>
            <w:r>
              <w:drawing>
                <wp:inline xmlns:a="http://schemas.openxmlformats.org/drawingml/2006/main" xmlns:pic="http://schemas.openxmlformats.org/drawingml/2006/picture">
                  <wp:extent cx="468000" cy="409500"/>
                  <wp:docPr id="32" name="Picture 32"/>
                  <wp:cNvGraphicFramePr>
                    <a:graphicFrameLocks noChangeAspect="1"/>
                  </wp:cNvGraphicFramePr>
                  <a:graphic>
                    <a:graphicData uri="http://schemas.openxmlformats.org/drawingml/2006/picture">
                      <pic:pic>
                        <pic:nvPicPr>
                          <pic:cNvPr id="0" name="school.png"/>
                          <pic:cNvPicPr/>
                        </pic:nvPicPr>
                        <pic:blipFill>
                          <a:blip r:embed="rId12"/>
                          <a:stretch>
                            <a:fillRect/>
                          </a:stretch>
                        </pic:blipFill>
                        <pic:spPr>
                          <a:xfrm>
                            <a:off x="0" y="0"/>
                            <a:ext cx="468000" cy="409500"/>
                          </a:xfrm>
                          <a:prstGeom prst="rect"/>
                        </pic:spPr>
                      </pic:pic>
                    </a:graphicData>
                  </a:graphic>
                </wp:inline>
              </w:drawing>
            </w:r>
          </w:p>
          <w:p>
            <w:pPr>
              <w:spacing w:before="0" w:after="0"/>
              <w:jc w:val="center"/>
            </w:pPr>
            <w:r>
              <w:rPr>
                <w:b/>
                <w:bCs/>
                <w:sz w:val="23"/>
                <w:szCs w:val="23"/>
              </w:rPr>
              <w:t>school</w:t>
            </w:r>
          </w:p>
          <w:p>
            <w:pPr>
              <w:bidi/>
              <w:spacing w:before="0" w:after="0"/>
              <w:jc w:val="center"/>
            </w:pPr>
            <w:r>
              <w:rPr>
                <w:rFonts w:ascii="Arial" w:hAnsi="Arial" w:cs="Arial"/>
                <w:color w:val="6B7280"/>
                <w:sz w:val="17"/>
                <w:szCs w:val="17"/>
                <w:rtl/>
                <w:lang w:val="en-US" w:bidi="he-IL"/>
              </w:rPr>
              <w:t xml:space="preserve">בית ספר</w:t>
            </w:r>
          </w:p>
          <w:p>
            <w:pPr>
              <w:bidi/>
              <w:spacing w:before="0" w:after="0"/>
              <w:jc w:val="center"/>
            </w:pPr>
            <w:r>
              <w:rPr>
                <w:rFonts w:ascii="Arial" w:hAnsi="Arial" w:cs="Arial"/>
                <w:color w:val="6B7280"/>
                <w:sz w:val="17"/>
                <w:szCs w:val="17"/>
                <w:rtl/>
                <w:lang w:val="en-US" w:bidi="ar-SA"/>
              </w:rPr>
              <w:t xml:space="preserve">مدرسة</w:t>
            </w:r>
          </w:p>
        </w:tc>
        <w:tc>
          <w:tcPr>
            <w:tcW w:type="dxa" w:w="1663"/>
          </w:tcPr>
          <w:p>
            <w:pPr>
              <w:spacing w:before="0" w:after="0"/>
              <w:jc w:val="center"/>
            </w:pPr>
            <w:r>
              <w:drawing>
                <wp:inline xmlns:a="http://schemas.openxmlformats.org/drawingml/2006/main" xmlns:pic="http://schemas.openxmlformats.org/drawingml/2006/picture">
                  <wp:extent cx="468000" cy="499200"/>
                  <wp:docPr id="33" name="Picture 33"/>
                  <wp:cNvGraphicFramePr>
                    <a:graphicFrameLocks noChangeAspect="1"/>
                  </wp:cNvGraphicFramePr>
                  <a:graphic>
                    <a:graphicData uri="http://schemas.openxmlformats.org/drawingml/2006/picture">
                      <pic:pic>
                        <pic:nvPicPr>
                          <pic:cNvPr id="0" name="beach.png"/>
                          <pic:cNvPicPr/>
                        </pic:nvPicPr>
                        <pic:blipFill>
                          <a:blip r:embed="rId21"/>
                          <a:stretch>
                            <a:fillRect/>
                          </a:stretch>
                        </pic:blipFill>
                        <pic:spPr>
                          <a:xfrm>
                            <a:off x="0" y="0"/>
                            <a:ext cx="468000" cy="499200"/>
                          </a:xfrm>
                          <a:prstGeom prst="rect"/>
                        </pic:spPr>
                      </pic:pic>
                    </a:graphicData>
                  </a:graphic>
                </wp:inline>
              </w:drawing>
            </w:r>
          </w:p>
          <w:p>
            <w:pPr>
              <w:spacing w:before="0" w:after="0"/>
              <w:jc w:val="center"/>
            </w:pPr>
            <w:r>
              <w:rPr>
                <w:b/>
                <w:bCs/>
                <w:sz w:val="23"/>
                <w:szCs w:val="23"/>
              </w:rPr>
              <w:t>beach</w:t>
            </w:r>
          </w:p>
          <w:p>
            <w:pPr>
              <w:bidi/>
              <w:spacing w:before="0" w:after="0"/>
              <w:jc w:val="center"/>
            </w:pPr>
            <w:r>
              <w:rPr>
                <w:rFonts w:ascii="Arial" w:hAnsi="Arial" w:cs="Arial"/>
                <w:color w:val="6B7280"/>
                <w:sz w:val="17"/>
                <w:szCs w:val="17"/>
                <w:rtl/>
                <w:lang w:val="en-US" w:bidi="he-IL"/>
              </w:rPr>
              <w:t xml:space="preserve">חוף ים</w:t>
            </w:r>
          </w:p>
          <w:p>
            <w:pPr>
              <w:bidi/>
              <w:spacing w:before="0" w:after="0"/>
              <w:jc w:val="center"/>
            </w:pPr>
            <w:r>
              <w:rPr>
                <w:rFonts w:ascii="Arial" w:hAnsi="Arial" w:cs="Arial"/>
                <w:color w:val="6B7280"/>
                <w:sz w:val="17"/>
                <w:szCs w:val="17"/>
                <w:rtl/>
                <w:lang w:val="en-US" w:bidi="ar-SA"/>
              </w:rPr>
              <w:t xml:space="preserve">شاطئ</w:t>
            </w:r>
          </w:p>
        </w:tc>
        <w:tc>
          <w:tcPr>
            <w:tcW w:type="dxa" w:w="1663"/>
          </w:tcPr>
          <w:p>
            <w:pPr>
              <w:spacing w:before="0" w:after="0"/>
              <w:jc w:val="center"/>
            </w:pPr>
            <w:r>
              <w:drawing>
                <wp:inline xmlns:a="http://schemas.openxmlformats.org/drawingml/2006/main" xmlns:pic="http://schemas.openxmlformats.org/drawingml/2006/picture">
                  <wp:extent cx="468000" cy="331500"/>
                  <wp:docPr id="34" name="Picture 34"/>
                  <wp:cNvGraphicFramePr>
                    <a:graphicFrameLocks noChangeAspect="1"/>
                  </wp:cNvGraphicFramePr>
                  <a:graphic>
                    <a:graphicData uri="http://schemas.openxmlformats.org/drawingml/2006/picture">
                      <pic:pic>
                        <pic:nvPicPr>
                          <pic:cNvPr id="0" name="book.png"/>
                          <pic:cNvPicPr/>
                        </pic:nvPicPr>
                        <pic:blipFill>
                          <a:blip r:embed="rId24"/>
                          <a:stretch>
                            <a:fillRect/>
                          </a:stretch>
                        </pic:blipFill>
                        <pic:spPr>
                          <a:xfrm>
                            <a:off x="0" y="0"/>
                            <a:ext cx="468000" cy="331500"/>
                          </a:xfrm>
                          <a:prstGeom prst="rect"/>
                        </pic:spPr>
                      </pic:pic>
                    </a:graphicData>
                  </a:graphic>
                </wp:inline>
              </w:drawing>
            </w:r>
          </w:p>
          <w:p>
            <w:pPr>
              <w:spacing w:before="0" w:after="0"/>
              <w:jc w:val="center"/>
            </w:pPr>
            <w:r>
              <w:rPr>
                <w:b/>
                <w:bCs/>
                <w:sz w:val="23"/>
                <w:szCs w:val="23"/>
              </w:rPr>
              <w:t>book</w:t>
            </w:r>
          </w:p>
          <w:p>
            <w:pPr>
              <w:bidi/>
              <w:spacing w:before="0" w:after="0"/>
              <w:jc w:val="center"/>
            </w:pPr>
            <w:r>
              <w:rPr>
                <w:rFonts w:ascii="Arial" w:hAnsi="Arial" w:cs="Arial"/>
                <w:color w:val="6B7280"/>
                <w:sz w:val="17"/>
                <w:szCs w:val="17"/>
                <w:rtl/>
                <w:lang w:val="en-US" w:bidi="he-IL"/>
              </w:rPr>
              <w:t xml:space="preserve">ספר</w:t>
            </w:r>
          </w:p>
          <w:p>
            <w:pPr>
              <w:bidi/>
              <w:spacing w:before="0" w:after="0"/>
              <w:jc w:val="center"/>
            </w:pPr>
            <w:r>
              <w:rPr>
                <w:rFonts w:ascii="Arial" w:hAnsi="Arial" w:cs="Arial"/>
                <w:color w:val="6B7280"/>
                <w:sz w:val="17"/>
                <w:szCs w:val="17"/>
                <w:rtl/>
                <w:lang w:val="en-US" w:bidi="ar-SA"/>
              </w:rPr>
              <w:t xml:space="preserve">كتاب</w:t>
            </w:r>
          </w:p>
        </w:tc>
        <w:tc>
          <w:tcPr>
            <w:tcW w:type="dxa" w:w="1663"/>
          </w:tcPr>
          <w:p>
            <w:pPr>
              <w:spacing w:before="0" w:after="0"/>
              <w:jc w:val="center"/>
            </w:pPr>
            <w:r>
              <w:drawing>
                <wp:inline xmlns:a="http://schemas.openxmlformats.org/drawingml/2006/main" xmlns:pic="http://schemas.openxmlformats.org/drawingml/2006/picture">
                  <wp:extent cx="468000" cy="316875"/>
                  <wp:docPr id="35" name="Picture 35"/>
                  <wp:cNvGraphicFramePr>
                    <a:graphicFrameLocks noChangeAspect="1"/>
                  </wp:cNvGraphicFramePr>
                  <a:graphic>
                    <a:graphicData uri="http://schemas.openxmlformats.org/drawingml/2006/picture">
                      <pic:pic>
                        <pic:nvPicPr>
                          <pic:cNvPr id="0" name="fish.png"/>
                          <pic:cNvPicPr/>
                        </pic:nvPicPr>
                        <pic:blipFill>
                          <a:blip r:embed="rId31"/>
                          <a:stretch>
                            <a:fillRect/>
                          </a:stretch>
                        </pic:blipFill>
                        <pic:spPr>
                          <a:xfrm>
                            <a:off x="0" y="0"/>
                            <a:ext cx="468000" cy="316875"/>
                          </a:xfrm>
                          <a:prstGeom prst="rect"/>
                        </pic:spPr>
                      </pic:pic>
                    </a:graphicData>
                  </a:graphic>
                </wp:inline>
              </w:drawing>
            </w:r>
          </w:p>
          <w:p>
            <w:pPr>
              <w:spacing w:before="0" w:after="0"/>
              <w:jc w:val="center"/>
            </w:pPr>
            <w:r>
              <w:rPr>
                <w:b/>
                <w:bCs/>
                <w:sz w:val="23"/>
                <w:szCs w:val="23"/>
              </w:rPr>
              <w:t>fish</w:t>
            </w:r>
          </w:p>
          <w:p>
            <w:pPr>
              <w:bidi/>
              <w:spacing w:before="0" w:after="0"/>
              <w:jc w:val="center"/>
            </w:pPr>
            <w:r>
              <w:rPr>
                <w:rFonts w:ascii="Arial" w:hAnsi="Arial" w:cs="Arial"/>
                <w:color w:val="6B7280"/>
                <w:sz w:val="17"/>
                <w:szCs w:val="17"/>
                <w:rtl/>
                <w:lang w:val="en-US" w:bidi="he-IL"/>
              </w:rPr>
              <w:t xml:space="preserve">דג</w:t>
            </w:r>
          </w:p>
          <w:p>
            <w:pPr>
              <w:bidi/>
              <w:spacing w:before="0" w:after="0"/>
              <w:jc w:val="center"/>
            </w:pPr>
            <w:r>
              <w:rPr>
                <w:rFonts w:ascii="Arial" w:hAnsi="Arial" w:cs="Arial"/>
                <w:color w:val="6B7280"/>
                <w:sz w:val="17"/>
                <w:szCs w:val="17"/>
                <w:rtl/>
                <w:lang w:val="en-US" w:bidi="ar-SA"/>
              </w:rPr>
              <w:t xml:space="preserve">سمكة</w:t>
            </w:r>
          </w:p>
        </w:tc>
        <w:tc>
          <w:tcPr>
            <w:tcW w:type="dxa" w:w="1663"/>
          </w:tcPr>
          <w:p>
            <w:pPr>
              <w:spacing w:before="0" w:after="0"/>
              <w:jc w:val="center"/>
            </w:pPr>
            <w:r>
              <w:drawing>
                <wp:inline xmlns:a="http://schemas.openxmlformats.org/drawingml/2006/main" xmlns:pic="http://schemas.openxmlformats.org/drawingml/2006/picture">
                  <wp:extent cx="468000" cy="493714"/>
                  <wp:docPr id="36" name="Picture 36"/>
                  <wp:cNvGraphicFramePr>
                    <a:graphicFrameLocks noChangeAspect="1"/>
                  </wp:cNvGraphicFramePr>
                  <a:graphic>
                    <a:graphicData uri="http://schemas.openxmlformats.org/drawingml/2006/picture">
                      <pic:pic>
                        <pic:nvPicPr>
                          <pic:cNvPr id="0" name="horse.png"/>
                          <pic:cNvPicPr/>
                        </pic:nvPicPr>
                        <pic:blipFill>
                          <a:blip r:embed="rId32"/>
                          <a:stretch>
                            <a:fillRect/>
                          </a:stretch>
                        </pic:blipFill>
                        <pic:spPr>
                          <a:xfrm>
                            <a:off x="0" y="0"/>
                            <a:ext cx="468000" cy="493714"/>
                          </a:xfrm>
                          <a:prstGeom prst="rect"/>
                        </pic:spPr>
                      </pic:pic>
                    </a:graphicData>
                  </a:graphic>
                </wp:inline>
              </w:drawing>
            </w:r>
          </w:p>
          <w:p>
            <w:pPr>
              <w:spacing w:before="0" w:after="0"/>
              <w:jc w:val="center"/>
            </w:pPr>
            <w:r>
              <w:rPr>
                <w:b/>
                <w:bCs/>
                <w:sz w:val="23"/>
                <w:szCs w:val="23"/>
              </w:rPr>
              <w:t>horse</w:t>
            </w:r>
          </w:p>
          <w:p>
            <w:pPr>
              <w:bidi/>
              <w:spacing w:before="0" w:after="0"/>
              <w:jc w:val="center"/>
            </w:pPr>
            <w:r>
              <w:rPr>
                <w:rFonts w:ascii="Arial" w:hAnsi="Arial" w:cs="Arial"/>
                <w:color w:val="6B7280"/>
                <w:sz w:val="17"/>
                <w:szCs w:val="17"/>
                <w:rtl/>
                <w:lang w:val="en-US" w:bidi="he-IL"/>
              </w:rPr>
              <w:t xml:space="preserve">סוס</w:t>
            </w:r>
          </w:p>
          <w:p>
            <w:pPr>
              <w:bidi/>
              <w:spacing w:before="0" w:after="0"/>
              <w:jc w:val="center"/>
            </w:pPr>
            <w:r>
              <w:rPr>
                <w:rFonts w:ascii="Arial" w:hAnsi="Arial" w:cs="Arial"/>
                <w:color w:val="6B7280"/>
                <w:sz w:val="17"/>
                <w:szCs w:val="17"/>
                <w:rtl/>
                <w:lang w:val="en-US" w:bidi="ar-SA"/>
              </w:rPr>
              <w:t xml:space="preserve">حصان</w:t>
            </w:r>
          </w:p>
        </w:tc>
      </w:tr>
    </w:tbl>
    <w:p>
      <w:pPr>
        <w:spacing w:before="0" w:after="80"/>
        <w:jc w:val="both"/>
      </w:pPr>
    </w:p>
    <w:p>
      <w:pPr>
        <w:spacing w:before="160" w:after="20"/>
        <w:jc w:val="both"/>
      </w:pPr>
      <w:r>
        <w:rPr>
          <w:b/>
          <w:bCs/>
          <w:sz w:val="26"/>
          <w:szCs w:val="26"/>
        </w:rPr>
        <w:t>1. Match the verb to its past form.</w:t>
      </w:r>
    </w:p>
    <w:p>
      <w:pPr>
        <w:bidi/>
        <w:spacing w:before="0" w:after="0"/>
        <w:jc w:val="both"/>
      </w:pPr>
      <w:r>
        <w:rPr>
          <w:rFonts w:ascii="Arial" w:hAnsi="Arial" w:cs="Arial"/>
          <w:color w:val="6B7280"/>
          <w:sz w:val="20"/>
          <w:szCs w:val="20"/>
          <w:rtl/>
          <w:lang w:val="en-US" w:bidi="he-IL"/>
        </w:rPr>
        <w:t xml:space="preserve">התאימו בין הפועל לצורת העבר שלו.</w:t>
      </w:r>
    </w:p>
    <w:p>
      <w:pPr>
        <w:bidi/>
        <w:spacing w:before="0" w:after="80"/>
        <w:jc w:val="both"/>
      </w:pPr>
      <w:r>
        <w:rPr>
          <w:rFonts w:ascii="Arial" w:hAnsi="Arial" w:cs="Arial"/>
          <w:color w:val="6B7280"/>
          <w:sz w:val="21"/>
          <w:szCs w:val="21"/>
          <w:rtl/>
          <w:lang w:val="en-US" w:bidi="ar-SA"/>
        </w:rPr>
        <w:t xml:space="preserve">صِل الفعل بصيغة الماضي الخاصّة به.</w:t>
      </w:r>
    </w:p>
    <w:tbl>
      <w:tblPr>
        <w:tblStyle w:val="TableGrid"/>
        <w:tblW w:type="auto" w:w="0"/>
        <w:tblLook w:firstColumn="1" w:firstRow="1" w:lastColumn="0" w:lastRow="0" w:noHBand="0" w:noVBand="1" w:val="04A0"/>
      </w:tblPr>
      <w:tblGrid>
        <w:gridCol w:w="4989"/>
        <w:gridCol w:w="4989"/>
      </w:tblGrid>
      <w:tr>
        <w:tc>
          <w:tcPr>
            <w:tcW w:type="dxa" w:w="4989"/>
            <w:shd w:val="clear" w:color="auto" w:fill="047857"/>
          </w:tcPr>
          <w:p>
            <w:pPr>
              <w:spacing w:before="0" w:after="40"/>
              <w:jc w:val="both"/>
            </w:pPr>
            <w:r>
              <w:rPr>
                <w:b/>
                <w:bCs/>
                <w:color w:val="FFFFFF"/>
              </w:rPr>
              <w:t>Column A</w:t>
            </w:r>
          </w:p>
        </w:tc>
        <w:tc>
          <w:tcPr>
            <w:tcW w:type="dxa" w:w="4989"/>
            <w:shd w:val="clear" w:color="auto" w:fill="047857"/>
          </w:tcPr>
          <w:p>
            <w:pPr>
              <w:spacing w:before="0" w:after="40"/>
              <w:jc w:val="both"/>
            </w:pPr>
            <w:r>
              <w:rPr>
                <w:b/>
                <w:bCs/>
                <w:color w:val="FFFFFF"/>
              </w:rPr>
              <w:t>Column B</w:t>
            </w:r>
          </w:p>
        </w:tc>
      </w:tr>
      <w:tr>
        <w:tc>
          <w:tcPr>
            <w:tcW w:type="dxa" w:w="4989"/>
          </w:tcPr>
          <w:p>
            <w:pPr>
              <w:spacing w:before="0" w:after="40"/>
              <w:jc w:val="both"/>
            </w:pPr>
            <w:r>
              <w:rPr/>
              <w:t>1. come</w:t>
            </w:r>
          </w:p>
        </w:tc>
        <w:tc>
          <w:tcPr>
            <w:tcW w:type="dxa" w:w="4989"/>
          </w:tcPr>
          <w:p>
            <w:pPr>
              <w:spacing w:before="0" w:after="40"/>
              <w:jc w:val="both"/>
            </w:pPr>
            <w:r>
              <w:rPr/>
              <w:t>[   ] took</w:t>
            </w:r>
          </w:p>
        </w:tc>
      </w:tr>
      <w:tr>
        <w:tc>
          <w:tcPr>
            <w:tcW w:type="dxa" w:w="4989"/>
          </w:tcPr>
          <w:p>
            <w:pPr>
              <w:spacing w:before="0" w:after="40"/>
              <w:jc w:val="both"/>
            </w:pPr>
            <w:r>
              <w:rPr/>
              <w:t>2. take</w:t>
            </w:r>
          </w:p>
        </w:tc>
        <w:tc>
          <w:tcPr>
            <w:tcW w:type="dxa" w:w="4989"/>
          </w:tcPr>
          <w:p>
            <w:pPr>
              <w:spacing w:before="0" w:after="40"/>
              <w:jc w:val="both"/>
            </w:pPr>
            <w:r>
              <w:rPr/>
              <w:t>[   ] gave</w:t>
            </w:r>
          </w:p>
        </w:tc>
      </w:tr>
      <w:tr>
        <w:tc>
          <w:tcPr>
            <w:tcW w:type="dxa" w:w="4989"/>
          </w:tcPr>
          <w:p>
            <w:pPr>
              <w:spacing w:before="0" w:after="40"/>
              <w:jc w:val="both"/>
            </w:pPr>
            <w:r>
              <w:rPr/>
              <w:t>3. give</w:t>
            </w:r>
          </w:p>
        </w:tc>
        <w:tc>
          <w:tcPr>
            <w:tcW w:type="dxa" w:w="4989"/>
          </w:tcPr>
          <w:p>
            <w:pPr>
              <w:spacing w:before="0" w:after="40"/>
              <w:jc w:val="both"/>
            </w:pPr>
            <w:r>
              <w:rPr/>
              <w:t>[   ] swam</w:t>
            </w:r>
          </w:p>
        </w:tc>
      </w:tr>
      <w:tr>
        <w:tc>
          <w:tcPr>
            <w:tcW w:type="dxa" w:w="4989"/>
          </w:tcPr>
          <w:p>
            <w:pPr>
              <w:spacing w:before="0" w:after="40"/>
              <w:jc w:val="both"/>
            </w:pPr>
            <w:r>
              <w:rPr/>
              <w:t>4. sit</w:t>
            </w:r>
          </w:p>
        </w:tc>
        <w:tc>
          <w:tcPr>
            <w:tcW w:type="dxa" w:w="4989"/>
          </w:tcPr>
          <w:p>
            <w:pPr>
              <w:spacing w:before="0" w:after="40"/>
              <w:jc w:val="both"/>
            </w:pPr>
            <w:r>
              <w:rPr/>
              <w:t>[   ] got</w:t>
            </w:r>
          </w:p>
        </w:tc>
      </w:tr>
      <w:tr>
        <w:tc>
          <w:tcPr>
            <w:tcW w:type="dxa" w:w="4989"/>
          </w:tcPr>
          <w:p>
            <w:pPr>
              <w:spacing w:before="0" w:after="40"/>
              <w:jc w:val="both"/>
            </w:pPr>
            <w:r>
              <w:rPr/>
              <w:t>5. swim</w:t>
            </w:r>
          </w:p>
        </w:tc>
        <w:tc>
          <w:tcPr>
            <w:tcW w:type="dxa" w:w="4989"/>
          </w:tcPr>
          <w:p>
            <w:pPr>
              <w:spacing w:before="0" w:after="40"/>
              <w:jc w:val="both"/>
            </w:pPr>
            <w:r>
              <w:rPr/>
              <w:t>[   ] came</w:t>
            </w:r>
          </w:p>
        </w:tc>
      </w:tr>
      <w:tr>
        <w:tc>
          <w:tcPr>
            <w:tcW w:type="dxa" w:w="4989"/>
          </w:tcPr>
          <w:p>
            <w:pPr>
              <w:spacing w:before="0" w:after="40"/>
              <w:jc w:val="both"/>
            </w:pPr>
            <w:r>
              <w:rPr/>
              <w:t>6. get</w:t>
            </w:r>
          </w:p>
        </w:tc>
        <w:tc>
          <w:tcPr>
            <w:tcW w:type="dxa" w:w="4989"/>
          </w:tcPr>
          <w:p>
            <w:pPr>
              <w:spacing w:before="0" w:after="40"/>
              <w:jc w:val="both"/>
            </w:pPr>
            <w:r>
              <w:rPr/>
              <w:t>[   ] sat</w:t>
            </w:r>
          </w:p>
        </w:tc>
      </w:tr>
    </w:tbl>
    <w:p>
      <w:pPr>
        <w:spacing w:before="0" w:after="40"/>
        <w:jc w:val="both"/>
      </w:pPr>
    </w:p>
    <w:p>
      <w:pPr>
        <w:spacing w:before="160" w:after="20"/>
        <w:jc w:val="both"/>
      </w:pPr>
      <w:r>
        <w:rPr>
          <w:b/>
          <w:bCs/>
          <w:sz w:val="26"/>
          <w:szCs w:val="26"/>
        </w:rPr>
        <w:t>2. Sort the regular verbs by spelling in the past.</w:t>
      </w:r>
    </w:p>
    <w:p>
      <w:pPr>
        <w:bidi/>
        <w:spacing w:before="0" w:after="0"/>
        <w:jc w:val="both"/>
      </w:pPr>
      <w:r>
        <w:rPr>
          <w:rFonts w:ascii="Arial" w:hAnsi="Arial" w:cs="Arial"/>
          <w:color w:val="6B7280"/>
          <w:sz w:val="20"/>
          <w:szCs w:val="20"/>
          <w:rtl/>
          <w:lang w:val="en-US" w:bidi="he-IL"/>
        </w:rPr>
        <w:t xml:space="preserve">מיינו את הפעלים הרגילים לפי הכתיב שלהם בעבר.</w:t>
      </w:r>
    </w:p>
    <w:p>
      <w:pPr>
        <w:bidi/>
        <w:spacing w:before="0" w:after="80"/>
        <w:jc w:val="both"/>
      </w:pPr>
      <w:r>
        <w:rPr>
          <w:rFonts w:ascii="Arial" w:hAnsi="Arial" w:cs="Arial"/>
          <w:color w:val="6B7280"/>
          <w:sz w:val="21"/>
          <w:szCs w:val="21"/>
          <w:rtl/>
          <w:lang w:val="en-US" w:bidi="ar-SA"/>
        </w:rPr>
        <w:t xml:space="preserve">صنّف الأفعال المنتظمة حسب إملائها في الماضي.</w:t>
      </w:r>
    </w:p>
    <w:p>
      <w:pPr>
        <w:spacing w:before="0" w:after="80"/>
        <w:jc w:val="both"/>
      </w:pPr>
      <w:r>
        <w:rPr>
          <w:color w:val="047857"/>
          <w:sz w:val="24"/>
          <w:szCs w:val="24"/>
        </w:rPr>
        <w:t>Words: walk  |  smile  |  carry  |  jump  |  close  |  hurry  |  help  |  move</w:t>
      </w:r>
    </w:p>
    <w:tbl>
      <w:tblPr>
        <w:tblStyle w:val="TableGrid"/>
        <w:tblW w:type="auto" w:w="0"/>
        <w:tblLook w:firstColumn="1" w:firstRow="1" w:lastColumn="0" w:lastRow="0" w:noHBand="0" w:noVBand="1" w:val="04A0"/>
      </w:tblPr>
      <w:tblGrid>
        <w:gridCol w:w="3326"/>
        <w:gridCol w:w="3326"/>
        <w:gridCol w:w="3326"/>
      </w:tblGrid>
      <w:tr>
        <w:tc>
          <w:tcPr>
            <w:tcW w:type="dxa" w:w="3326"/>
            <w:shd w:val="clear" w:color="auto" w:fill="047857"/>
          </w:tcPr>
          <w:p>
            <w:pPr>
              <w:spacing w:before="0" w:after="40"/>
              <w:jc w:val="both"/>
            </w:pPr>
            <w:r>
              <w:rPr>
                <w:b/>
                <w:bCs/>
                <w:color w:val="FFFFFF"/>
              </w:rPr>
              <w:t>+ ed</w:t>
            </w:r>
          </w:p>
        </w:tc>
        <w:tc>
          <w:tcPr>
            <w:tcW w:type="dxa" w:w="3326"/>
            <w:shd w:val="clear" w:color="auto" w:fill="047857"/>
          </w:tcPr>
          <w:p>
            <w:pPr>
              <w:spacing w:before="0" w:after="40"/>
              <w:jc w:val="both"/>
            </w:pPr>
            <w:r>
              <w:rPr>
                <w:b/>
                <w:bCs/>
                <w:color w:val="FFFFFF"/>
              </w:rPr>
              <w:t>+ d</w:t>
            </w:r>
          </w:p>
        </w:tc>
        <w:tc>
          <w:tcPr>
            <w:tcW w:type="dxa" w:w="3326"/>
            <w:shd w:val="clear" w:color="auto" w:fill="047857"/>
          </w:tcPr>
          <w:p>
            <w:pPr>
              <w:spacing w:before="0" w:after="40"/>
              <w:jc w:val="both"/>
            </w:pPr>
            <w:r>
              <w:rPr>
                <w:b/>
                <w:bCs/>
                <w:color w:val="FFFFFF"/>
              </w:rPr>
              <w:t>y, ied</w:t>
            </w:r>
          </w:p>
        </w:tc>
      </w:tr>
      <w:tr>
        <w:tc>
          <w:tcPr>
            <w:tcW w:type="dxa" w:w="3326"/>
          </w:tcPr>
          <w:p>
            <w:pPr>
              <w:spacing w:before="0" w:after="40"/>
              <w:jc w:val="both"/>
            </w:pPr>
            <w:r>
              <w:rPr/>
              <w:br/>
              <w:br/>
              <w:br/>
            </w:r>
          </w:p>
        </w:tc>
        <w:tc>
          <w:tcPr>
            <w:tcW w:type="dxa" w:w="3326"/>
          </w:tcPr>
          <w:p>
            <w:pPr>
              <w:spacing w:before="0" w:after="40"/>
              <w:jc w:val="both"/>
            </w:pPr>
            <w:r>
              <w:rPr/>
              <w:br/>
              <w:br/>
              <w:br/>
            </w:r>
          </w:p>
        </w:tc>
        <w:tc>
          <w:tcPr>
            <w:tcW w:type="dxa" w:w="3326"/>
          </w:tcPr>
          <w:p>
            <w:pPr>
              <w:spacing w:before="0" w:after="40"/>
              <w:jc w:val="both"/>
            </w:pPr>
            <w:r>
              <w:rPr/>
              <w:br/>
              <w:br/>
              <w:br/>
            </w:r>
          </w:p>
        </w:tc>
      </w:tr>
    </w:tbl>
    <w:p>
      <w:pPr>
        <w:spacing w:before="0" w:after="40"/>
        <w:jc w:val="both"/>
      </w:pPr>
    </w:p>
    <w:p>
      <w:pPr>
        <w:spacing w:before="160" w:after="20"/>
        <w:jc w:val="both"/>
      </w:pPr>
      <w:r>
        <w:rPr>
          <w:b/>
          <w:bCs/>
          <w:sz w:val="26"/>
          <w:szCs w:val="26"/>
        </w:rPr>
        <w:t>3. Complete the table.</w:t>
      </w:r>
    </w:p>
    <w:p>
      <w:pPr>
        <w:bidi/>
        <w:spacing w:before="0" w:after="0"/>
        <w:jc w:val="both"/>
      </w:pPr>
      <w:r>
        <w:rPr>
          <w:rFonts w:ascii="Arial" w:hAnsi="Arial" w:cs="Arial"/>
          <w:color w:val="6B7280"/>
          <w:sz w:val="20"/>
          <w:szCs w:val="20"/>
          <w:rtl/>
          <w:lang w:val="en-US" w:bidi="he-IL"/>
        </w:rPr>
        <w:t xml:space="preserve">השלימו את הטבלה.</w:t>
      </w:r>
    </w:p>
    <w:p>
      <w:pPr>
        <w:bidi/>
        <w:spacing w:before="0" w:after="80"/>
        <w:jc w:val="both"/>
      </w:pPr>
      <w:r>
        <w:rPr>
          <w:rFonts w:ascii="Arial" w:hAnsi="Arial" w:cs="Arial"/>
          <w:color w:val="6B7280"/>
          <w:sz w:val="21"/>
          <w:szCs w:val="21"/>
          <w:rtl/>
          <w:lang w:val="en-US" w:bidi="ar-SA"/>
        </w:rPr>
        <w:t xml:space="preserve">أكمل الجدول.</w:t>
      </w:r>
    </w:p>
    <w:tbl>
      <w:tblPr>
        <w:tblStyle w:val="TableGrid"/>
        <w:tblW w:type="auto" w:w="0"/>
        <w:tblLook w:firstColumn="1" w:firstRow="1" w:lastColumn="0" w:lastRow="0" w:noHBand="0" w:noVBand="1" w:val="04A0"/>
      </w:tblPr>
      <w:tblGrid>
        <w:gridCol w:w="4989"/>
        <w:gridCol w:w="4989"/>
      </w:tblGrid>
      <w:tr>
        <w:tc>
          <w:tcPr>
            <w:tcW w:type="dxa" w:w="4989"/>
            <w:shd w:val="clear" w:color="auto" w:fill="047857"/>
          </w:tcPr>
          <w:p>
            <w:pPr>
              <w:spacing w:before="0" w:after="40"/>
              <w:jc w:val="both"/>
            </w:pPr>
            <w:r>
              <w:rPr>
                <w:b/>
                <w:bCs/>
                <w:color w:val="FFFFFF"/>
              </w:rPr>
              <w:t>verb</w:t>
            </w:r>
          </w:p>
        </w:tc>
        <w:tc>
          <w:tcPr>
            <w:tcW w:type="dxa" w:w="4989"/>
            <w:shd w:val="clear" w:color="auto" w:fill="047857"/>
          </w:tcPr>
          <w:p>
            <w:pPr>
              <w:spacing w:before="0" w:after="40"/>
              <w:jc w:val="both"/>
            </w:pPr>
            <w:r>
              <w:rPr>
                <w:b/>
                <w:bCs/>
                <w:color w:val="FFFFFF"/>
              </w:rPr>
              <w:t>past</w:t>
            </w:r>
          </w:p>
        </w:tc>
      </w:tr>
      <w:tr>
        <w:tc>
          <w:tcPr>
            <w:tcW w:type="dxa" w:w="4989"/>
          </w:tcPr>
          <w:p>
            <w:pPr>
              <w:spacing w:before="0" w:after="40"/>
              <w:jc w:val="both"/>
            </w:pPr>
            <w:r>
              <w:rPr/>
            </w:r>
          </w:p>
        </w:tc>
        <w:tc>
          <w:tcPr>
            <w:tcW w:type="dxa" w:w="4989"/>
          </w:tcPr>
          <w:p>
            <w:pPr>
              <w:spacing w:before="0" w:after="40"/>
              <w:jc w:val="both"/>
            </w:pPr>
            <w:r>
              <w:rPr/>
              <w:t>had</w:t>
            </w:r>
          </w:p>
        </w:tc>
      </w:tr>
      <w:tr>
        <w:tc>
          <w:tcPr>
            <w:tcW w:type="dxa" w:w="4989"/>
          </w:tcPr>
          <w:p>
            <w:pPr>
              <w:spacing w:before="0" w:after="40"/>
              <w:jc w:val="both"/>
            </w:pPr>
            <w:r>
              <w:rPr/>
              <w:t>make</w:t>
            </w:r>
          </w:p>
        </w:tc>
        <w:tc>
          <w:tcPr>
            <w:tcW w:type="dxa" w:w="4989"/>
          </w:tcPr>
          <w:p>
            <w:pPr>
              <w:spacing w:before="0" w:after="40"/>
              <w:jc w:val="both"/>
            </w:pPr>
            <w:r>
              <w:rPr/>
            </w:r>
          </w:p>
        </w:tc>
      </w:tr>
      <w:tr>
        <w:tc>
          <w:tcPr>
            <w:tcW w:type="dxa" w:w="4989"/>
          </w:tcPr>
          <w:p>
            <w:pPr>
              <w:spacing w:before="0" w:after="40"/>
              <w:jc w:val="both"/>
            </w:pPr>
            <w:r>
              <w:rPr/>
            </w:r>
          </w:p>
        </w:tc>
        <w:tc>
          <w:tcPr>
            <w:tcW w:type="dxa" w:w="4989"/>
          </w:tcPr>
          <w:p>
            <w:pPr>
              <w:spacing w:before="0" w:after="40"/>
              <w:jc w:val="both"/>
            </w:pPr>
            <w:r>
              <w:rPr/>
              <w:t>ran</w:t>
            </w:r>
          </w:p>
        </w:tc>
      </w:tr>
      <w:tr>
        <w:tc>
          <w:tcPr>
            <w:tcW w:type="dxa" w:w="4989"/>
          </w:tcPr>
          <w:p>
            <w:pPr>
              <w:spacing w:before="0" w:after="40"/>
              <w:jc w:val="both"/>
            </w:pPr>
            <w:r>
              <w:rPr/>
              <w:t>read</w:t>
            </w:r>
          </w:p>
        </w:tc>
        <w:tc>
          <w:tcPr>
            <w:tcW w:type="dxa" w:w="4989"/>
          </w:tcPr>
          <w:p>
            <w:pPr>
              <w:spacing w:before="0" w:after="40"/>
              <w:jc w:val="both"/>
            </w:pPr>
            <w:r>
              <w:rPr/>
            </w:r>
          </w:p>
        </w:tc>
      </w:tr>
      <w:tr>
        <w:tc>
          <w:tcPr>
            <w:tcW w:type="dxa" w:w="4989"/>
          </w:tcPr>
          <w:p>
            <w:pPr>
              <w:spacing w:before="0" w:after="40"/>
              <w:jc w:val="both"/>
            </w:pPr>
            <w:r>
              <w:rPr/>
            </w:r>
          </w:p>
        </w:tc>
        <w:tc>
          <w:tcPr>
            <w:tcW w:type="dxa" w:w="4989"/>
          </w:tcPr>
          <w:p>
            <w:pPr>
              <w:spacing w:before="0" w:after="40"/>
              <w:jc w:val="both"/>
            </w:pPr>
            <w:r>
              <w:rPr/>
              <w:t>found</w:t>
            </w:r>
          </w:p>
        </w:tc>
      </w:tr>
      <w:tr>
        <w:tc>
          <w:tcPr>
            <w:tcW w:type="dxa" w:w="4989"/>
          </w:tcPr>
          <w:p>
            <w:pPr>
              <w:spacing w:before="0" w:after="40"/>
              <w:jc w:val="both"/>
            </w:pPr>
            <w:r>
              <w:rPr/>
              <w:t>fly</w:t>
            </w:r>
          </w:p>
        </w:tc>
        <w:tc>
          <w:tcPr>
            <w:tcW w:type="dxa" w:w="4989"/>
          </w:tcPr>
          <w:p>
            <w:pPr>
              <w:spacing w:before="0" w:after="40"/>
              <w:jc w:val="both"/>
            </w:pPr>
            <w:r>
              <w:rPr/>
            </w:r>
          </w:p>
        </w:tc>
      </w:tr>
    </w:tbl>
    <w:p>
      <w:pPr>
        <w:spacing w:before="0" w:after="40"/>
        <w:jc w:val="both"/>
      </w:pPr>
    </w:p>
    <w:p>
      <w:pPr>
        <w:spacing w:before="160" w:after="20"/>
        <w:jc w:val="both"/>
      </w:pPr>
      <w:r>
        <w:rPr>
          <w:b/>
          <w:bCs/>
          <w:sz w:val="26"/>
          <w:szCs w:val="26"/>
        </w:rPr>
        <w:t>4. Complete with a verb from the bank in the past simple.</w:t>
      </w:r>
    </w:p>
    <w:p>
      <w:pPr>
        <w:bidi/>
        <w:spacing w:before="0" w:after="0"/>
        <w:jc w:val="both"/>
      </w:pPr>
      <w:r>
        <w:rPr>
          <w:rFonts w:ascii="Arial" w:hAnsi="Arial" w:cs="Arial"/>
          <w:color w:val="6B7280"/>
          <w:sz w:val="20"/>
          <w:szCs w:val="20"/>
          <w:rtl/>
          <w:lang w:val="en-US" w:bidi="he-IL"/>
        </w:rPr>
        <w:t xml:space="preserve">השלימו בפועל ממחסן המילים ב־‎past simple‎.</w:t>
      </w:r>
    </w:p>
    <w:p>
      <w:pPr>
        <w:bidi/>
        <w:spacing w:before="0" w:after="80"/>
        <w:jc w:val="both"/>
      </w:pPr>
      <w:r>
        <w:rPr>
          <w:rFonts w:ascii="Arial" w:hAnsi="Arial" w:cs="Arial"/>
          <w:color w:val="6B7280"/>
          <w:sz w:val="21"/>
          <w:szCs w:val="21"/>
          <w:rtl/>
          <w:lang w:val="en-US" w:bidi="ar-SA"/>
        </w:rPr>
        <w:t xml:space="preserve">أكمل بفعل من بنك الكلمات بصيغة ‎past simple‎.</w:t>
      </w:r>
    </w:p>
    <w:p>
      <w:pPr>
        <w:spacing w:before="0" w:after="80"/>
        <w:jc w:val="both"/>
      </w:pPr>
      <w:r>
        <w:rPr>
          <w:color w:val="047857"/>
          <w:sz w:val="24"/>
          <w:szCs w:val="24"/>
        </w:rPr>
        <w:t>Word bank: break  |  win  |  lose  |  forget  |  sing  |  sleep</w:t>
      </w:r>
    </w:p>
    <w:p>
      <w:pPr>
        <w:spacing w:before="0" w:after="60"/>
        <w:jc w:val="both"/>
      </w:pPr>
      <w:r>
        <w:rPr/>
        <w:t>a. Our team __________ the game 3–1!</w:t>
      </w:r>
    </w:p>
    <w:p>
      <w:pPr>
        <w:spacing w:before="0" w:after="60"/>
        <w:jc w:val="both"/>
      </w:pPr>
      <w:r>
        <w:rPr/>
        <w:t>b. Noa __________ a song at the party.</w:t>
      </w:r>
    </w:p>
    <w:p>
      <w:pPr>
        <w:spacing w:before="0" w:after="60"/>
        <w:jc w:val="both"/>
      </w:pPr>
      <w:r>
        <w:rPr/>
        <w:t>c. I __________ my homework at home.</w:t>
      </w:r>
    </w:p>
    <w:p>
      <w:pPr>
        <w:spacing w:before="0" w:after="60"/>
        <w:jc w:val="both"/>
      </w:pPr>
      <w:r>
        <w:rPr/>
        <w:t>d. Yoav __________ his arm last year.</w:t>
      </w:r>
    </w:p>
    <w:p>
      <w:pPr>
        <w:spacing w:before="0" w:after="60"/>
        <w:jc w:val="both"/>
      </w:pPr>
      <w:r>
        <w:rPr/>
        <w:t>e. The baby __________ for three hours.</w:t>
      </w:r>
    </w:p>
    <w:p>
      <w:pPr>
        <w:spacing w:before="0" w:after="60"/>
        <w:jc w:val="both"/>
      </w:pPr>
      <w:r>
        <w:rPr/>
        <w:t>f. Dad __________ his keys, so we looked for them.</w:t>
      </w:r>
    </w:p>
    <w:p>
      <w:pPr>
        <w:spacing w:before="160" w:after="20"/>
        <w:jc w:val="both"/>
      </w:pPr>
      <w:r>
        <w:rPr>
          <w:b/>
          <w:bCs/>
          <w:sz w:val="26"/>
          <w:szCs w:val="26"/>
        </w:rPr>
        <w:t>5. Complete with the past simple of the verb in brackets.</w:t>
      </w:r>
    </w:p>
    <w:p>
      <w:pPr>
        <w:bidi/>
        <w:spacing w:before="0" w:after="0"/>
        <w:jc w:val="both"/>
      </w:pPr>
      <w:r>
        <w:rPr>
          <w:rFonts w:ascii="Arial" w:hAnsi="Arial" w:cs="Arial"/>
          <w:color w:val="6B7280"/>
          <w:sz w:val="20"/>
          <w:szCs w:val="20"/>
          <w:rtl/>
          <w:lang w:val="en-US" w:bidi="he-IL"/>
        </w:rPr>
        <w:t xml:space="preserve">השלימו ב־‎past simple‎ של הפועל שבסוגריים.</w:t>
      </w:r>
    </w:p>
    <w:p>
      <w:pPr>
        <w:bidi/>
        <w:spacing w:before="0" w:after="80"/>
        <w:jc w:val="both"/>
      </w:pPr>
      <w:r>
        <w:rPr>
          <w:rFonts w:ascii="Arial" w:hAnsi="Arial" w:cs="Arial"/>
          <w:color w:val="6B7280"/>
          <w:sz w:val="21"/>
          <w:szCs w:val="21"/>
          <w:rtl/>
          <w:lang w:val="en-US" w:bidi="ar-SA"/>
        </w:rPr>
        <w:t xml:space="preserve">أكمل بصيغة ‎past simple‎ للفعل الذي بين القوسين.</w:t>
      </w:r>
    </w:p>
    <w:p>
      <w:pPr>
        <w:spacing w:before="0" w:after="60"/>
        <w:jc w:val="both"/>
      </w:pPr>
      <w:r>
        <w:rPr/>
        <w:t>a. Two days ago, we __________ in the sea. (swim)</w:t>
      </w:r>
    </w:p>
    <w:p>
      <w:pPr>
        <w:spacing w:before="0" w:after="60"/>
        <w:jc w:val="both"/>
      </w:pPr>
      <w:r>
        <w:rPr/>
        <w:t>b. Last night, Mom __________ a delicious soup. (cook)</w:t>
      </w:r>
    </w:p>
    <w:p>
      <w:pPr>
        <w:spacing w:before="0" w:after="60"/>
        <w:jc w:val="both"/>
      </w:pPr>
      <w:r>
        <w:rPr/>
        <w:t>c. Omer __________ his bike to school. (ride)</w:t>
      </w:r>
    </w:p>
    <w:p>
      <w:pPr>
        <w:spacing w:before="0" w:after="60"/>
        <w:jc w:val="both"/>
      </w:pPr>
      <w:r>
        <w:rPr/>
        <w:t>d. The teacher __________ us a story. (tell)</w:t>
      </w:r>
    </w:p>
    <w:p>
      <w:pPr>
        <w:spacing w:before="0" w:after="60"/>
        <w:jc w:val="both"/>
      </w:pPr>
      <w:r>
        <w:rPr/>
        <w:t>e. I __________ the door and went out. (open)</w:t>
      </w:r>
    </w:p>
    <w:p>
      <w:pPr>
        <w:spacing w:before="0" w:after="60"/>
        <w:jc w:val="both"/>
      </w:pPr>
      <w:r>
        <w:rPr/>
        <w:t>f. We __________ a lot of photos on the trip. (take)</w:t>
      </w:r>
    </w:p>
    <w:p>
      <w:pPr>
        <w:spacing w:before="160" w:after="20"/>
        <w:jc w:val="both"/>
      </w:pPr>
      <w:r>
        <w:rPr>
          <w:b/>
          <w:bCs/>
          <w:sz w:val="26"/>
          <w:szCs w:val="26"/>
        </w:rPr>
        <w:t>6. Circle the correct word.</w:t>
      </w:r>
    </w:p>
    <w:p>
      <w:pPr>
        <w:bidi/>
        <w:spacing w:before="0" w:after="0"/>
        <w:jc w:val="both"/>
      </w:pPr>
      <w:r>
        <w:rPr>
          <w:rFonts w:ascii="Arial" w:hAnsi="Arial" w:cs="Arial"/>
          <w:color w:val="6B7280"/>
          <w:sz w:val="20"/>
          <w:szCs w:val="20"/>
          <w:rtl/>
          <w:lang w:val="en-US" w:bidi="he-IL"/>
        </w:rPr>
        <w:t xml:space="preserve">הקיפו את המילה הנכונה.</w:t>
      </w:r>
    </w:p>
    <w:p>
      <w:pPr>
        <w:bidi/>
        <w:spacing w:before="0" w:after="80"/>
        <w:jc w:val="both"/>
      </w:pPr>
      <w:r>
        <w:rPr>
          <w:rFonts w:ascii="Arial" w:hAnsi="Arial" w:cs="Arial"/>
          <w:color w:val="6B7280"/>
          <w:sz w:val="21"/>
          <w:szCs w:val="21"/>
          <w:rtl/>
          <w:lang w:val="en-US" w:bidi="ar-SA"/>
        </w:rPr>
        <w:t xml:space="preserve">ضع دائرة حول الكلمة الصحيحة.</w:t>
      </w:r>
    </w:p>
    <w:p>
      <w:pPr>
        <w:spacing w:before="0" w:after="20"/>
        <w:jc w:val="both"/>
      </w:pPr>
      <w:r>
        <w:rPr/>
        <w:t>a. Last year my family ___ to Eilat.</w:t>
      </w:r>
    </w:p>
    <w:p>
      <w:pPr>
        <w:spacing w:before="0" w:after="80"/>
        <w:jc w:val="both"/>
      </w:pPr>
      <w:r>
        <w:rPr/>
        <w:t xml:space="preserve">   ○ drived      ○ drove      ○ drive</w:t>
      </w:r>
    </w:p>
    <w:p>
      <w:pPr>
        <w:spacing w:before="0" w:after="20"/>
        <w:jc w:val="both"/>
      </w:pPr>
      <w:r>
        <w:rPr/>
        <w:t>b. Shira ___ a picture of a horse.</w:t>
      </w:r>
    </w:p>
    <w:p>
      <w:pPr>
        <w:spacing w:before="0" w:after="80"/>
        <w:jc w:val="both"/>
      </w:pPr>
      <w:r>
        <w:rPr/>
        <w:t xml:space="preserve">   ○ drew      ○ drawed      ○ draws</w:t>
      </w:r>
    </w:p>
    <w:p>
      <w:pPr>
        <w:spacing w:before="0" w:after="20"/>
        <w:jc w:val="both"/>
      </w:pPr>
      <w:r>
        <w:rPr/>
        <w:t>c. The bus ___ at the red light.</w:t>
      </w:r>
    </w:p>
    <w:p>
      <w:pPr>
        <w:spacing w:before="0" w:after="80"/>
        <w:jc w:val="both"/>
      </w:pPr>
      <w:r>
        <w:rPr/>
        <w:t xml:space="preserve">   ○ stoped      ○ stops      ○ stopped</w:t>
      </w:r>
    </w:p>
    <w:p>
      <w:pPr>
        <w:spacing w:before="0" w:after="20"/>
        <w:jc w:val="both"/>
      </w:pPr>
      <w:r>
        <w:rPr/>
        <w:t>d. I ___ a strange noise last night.</w:t>
      </w:r>
    </w:p>
    <w:p>
      <w:pPr>
        <w:spacing w:before="0" w:after="80"/>
        <w:jc w:val="both"/>
      </w:pPr>
      <w:r>
        <w:rPr/>
        <w:t xml:space="preserve">   ○ heard      ○ heared      ○ hear</w:t>
      </w:r>
    </w:p>
    <w:p>
      <w:pPr>
        <w:spacing w:before="160" w:after="20"/>
        <w:jc w:val="both"/>
      </w:pPr>
      <w:r>
        <w:rPr>
          <w:b/>
          <w:bCs/>
          <w:sz w:val="26"/>
          <w:szCs w:val="26"/>
        </w:rPr>
        <w:t>7. Find the mistake. Write the sentence correctly.</w:t>
      </w:r>
    </w:p>
    <w:p>
      <w:pPr>
        <w:bidi/>
        <w:spacing w:before="0" w:after="0"/>
        <w:jc w:val="both"/>
      </w:pPr>
      <w:r>
        <w:rPr>
          <w:rFonts w:ascii="Arial" w:hAnsi="Arial" w:cs="Arial"/>
          <w:color w:val="6B7280"/>
          <w:sz w:val="20"/>
          <w:szCs w:val="20"/>
          <w:rtl/>
          <w:lang w:val="en-US" w:bidi="he-IL"/>
        </w:rPr>
        <w:t xml:space="preserve">מצאו את הטעות. כתבו את המשפט נכון.</w:t>
      </w:r>
    </w:p>
    <w:p>
      <w:pPr>
        <w:bidi/>
        <w:spacing w:before="0" w:after="80"/>
        <w:jc w:val="both"/>
      </w:pPr>
      <w:r>
        <w:rPr>
          <w:rFonts w:ascii="Arial" w:hAnsi="Arial" w:cs="Arial"/>
          <w:color w:val="6B7280"/>
          <w:sz w:val="21"/>
          <w:szCs w:val="21"/>
          <w:rtl/>
          <w:lang w:val="en-US" w:bidi="ar-SA"/>
        </w:rPr>
        <w:t xml:space="preserve">جد الخطأ. اكتب الجملة بشكل صحيح.</w:t>
      </w:r>
    </w:p>
    <w:p>
      <w:pPr>
        <w:spacing w:before="0" w:after="100"/>
        <w:jc w:val="both"/>
      </w:pPr>
      <w:r>
        <w:rPr/>
        <w:t>a. Yesterday I eated pizza.</w:t>
      </w:r>
    </w:p>
    <w:p>
      <w:pPr>
        <w:spacing w:before="0" w:after="100"/>
        <w:jc w:val="both"/>
      </w:pPr>
      <w:r>
        <w:rPr/>
        <w:t>b. She buyed a new dress.</w:t>
      </w:r>
    </w:p>
    <w:p>
      <w:pPr>
        <w:spacing w:before="0" w:after="100"/>
        <w:jc w:val="both"/>
      </w:pPr>
      <w:r>
        <w:rPr/>
        <w:t>c. We planed a party.</w:t>
      </w:r>
    </w:p>
    <w:p>
      <w:pPr>
        <w:spacing w:before="0" w:after="100"/>
        <w:jc w:val="both"/>
      </w:pPr>
      <w:r>
        <w:rPr/>
        <w:t>d. He runned to the bus.</w:t>
      </w:r>
    </w:p>
    <w:p>
      <w:pPr>
        <w:spacing w:before="0" w:after="100"/>
        <w:jc w:val="both"/>
      </w:pPr>
      <w:r>
        <w:rPr/>
        <w:t>e. Last week they goes to Haifa.</w:t>
      </w:r>
    </w:p>
    <w:p>
      <w:pPr>
        <w:spacing w:before="160" w:after="20"/>
        <w:jc w:val="both"/>
      </w:pPr>
      <w:r>
        <w:rPr>
          <w:b/>
          <w:bCs/>
          <w:sz w:val="26"/>
          <w:szCs w:val="26"/>
        </w:rPr>
        <w:t>8. True or False? Correct the false rules.</w:t>
      </w:r>
    </w:p>
    <w:p>
      <w:pPr>
        <w:bidi/>
        <w:spacing w:before="0" w:after="0"/>
        <w:jc w:val="both"/>
      </w:pPr>
      <w:r>
        <w:rPr>
          <w:rFonts w:ascii="Arial" w:hAnsi="Arial" w:cs="Arial"/>
          <w:color w:val="6B7280"/>
          <w:sz w:val="20"/>
          <w:szCs w:val="20"/>
          <w:rtl/>
          <w:lang w:val="en-US" w:bidi="he-IL"/>
        </w:rPr>
        <w:t xml:space="preserve">נכון או לא נכון? תקנו את הכללים הלא נכונים.</w:t>
      </w:r>
    </w:p>
    <w:p>
      <w:pPr>
        <w:bidi/>
        <w:spacing w:before="0" w:after="80"/>
        <w:jc w:val="both"/>
      </w:pPr>
      <w:r>
        <w:rPr>
          <w:rFonts w:ascii="Arial" w:hAnsi="Arial" w:cs="Arial"/>
          <w:color w:val="6B7280"/>
          <w:sz w:val="21"/>
          <w:szCs w:val="21"/>
          <w:rtl/>
          <w:lang w:val="en-US" w:bidi="ar-SA"/>
        </w:rPr>
        <w:t xml:space="preserve">صحيح أم خطأ؟ صحّح القواعد الخاطئة.</w:t>
      </w:r>
    </w:p>
    <w:p>
      <w:pPr>
        <w:spacing w:before="0" w:after="60"/>
        <w:jc w:val="both"/>
      </w:pPr>
      <w:r>
        <w:rPr/>
        <w:t>a. All verbs in the past end in -ed.      True / False</w:t>
      </w:r>
    </w:p>
    <w:p>
      <w:pPr>
        <w:spacing w:before="0" w:after="60"/>
        <w:jc w:val="both"/>
      </w:pPr>
      <w:r>
        <w:rPr/>
        <w:t>b. The past of study is studied.      True / False</w:t>
      </w:r>
    </w:p>
    <w:p>
      <w:pPr>
        <w:spacing w:before="0" w:after="60"/>
        <w:jc w:val="both"/>
      </w:pPr>
      <w:r>
        <w:rPr/>
        <w:t>c. With he and she, the past form gets -s: he wents.      True / False</w:t>
      </w:r>
    </w:p>
    <w:p>
      <w:pPr>
        <w:spacing w:before="0" w:after="60"/>
        <w:jc w:val="both"/>
      </w:pPr>
      <w:r>
        <w:rPr/>
        <w:t>d. The past of stop is stopped.      True / False</w:t>
      </w:r>
    </w:p>
    <w:p>
      <w:pPr>
        <w:spacing w:before="160" w:after="20"/>
        <w:jc w:val="both"/>
      </w:pPr>
      <w:r>
        <w:rPr>
          <w:b/>
          <w:bCs/>
          <w:sz w:val="26"/>
          <w:szCs w:val="26"/>
        </w:rPr>
        <w:t>9. Put the words in order. Write the sentence.</w:t>
      </w:r>
    </w:p>
    <w:p>
      <w:pPr>
        <w:bidi/>
        <w:spacing w:before="0" w:after="0"/>
        <w:jc w:val="both"/>
      </w:pPr>
      <w:r>
        <w:rPr>
          <w:rFonts w:ascii="Arial" w:hAnsi="Arial" w:cs="Arial"/>
          <w:color w:val="6B7280"/>
          <w:sz w:val="20"/>
          <w:szCs w:val="20"/>
          <w:rtl/>
          <w:lang w:val="en-US" w:bidi="he-IL"/>
        </w:rPr>
        <w:t xml:space="preserve">סדרו את המילים. כתבו את המשפט.</w:t>
      </w:r>
    </w:p>
    <w:p>
      <w:pPr>
        <w:bidi/>
        <w:spacing w:before="0" w:after="80"/>
        <w:jc w:val="both"/>
      </w:pPr>
      <w:r>
        <w:rPr>
          <w:rFonts w:ascii="Arial" w:hAnsi="Arial" w:cs="Arial"/>
          <w:color w:val="6B7280"/>
          <w:sz w:val="21"/>
          <w:szCs w:val="21"/>
          <w:rtl/>
          <w:lang w:val="en-US" w:bidi="ar-SA"/>
        </w:rPr>
        <w:t xml:space="preserve">رتّب الكلمات. اكتب الجملة.</w:t>
      </w:r>
    </w:p>
    <w:p>
      <w:pPr>
        <w:spacing w:before="0" w:after="100"/>
        <w:jc w:val="both"/>
      </w:pPr>
      <w:r>
        <w:rPr/>
        <w:t>a. went / to the beach / We / last Saturday</w:t>
      </w:r>
    </w:p>
    <w:p>
      <w:pPr>
        <w:spacing w:before="0" w:after="100"/>
        <w:jc w:val="both"/>
      </w:pPr>
      <w:r>
        <w:rPr/>
        <w:t>b. a cake / made / Grandma / yesterday</w:t>
      </w:r>
    </w:p>
    <w:p>
      <w:pPr>
        <w:spacing w:before="0" w:after="100"/>
        <w:jc w:val="both"/>
      </w:pPr>
      <w:r>
        <w:rPr/>
        <w:t>c. the window / broke / The ball</w:t>
      </w:r>
    </w:p>
    <w:p>
      <w:pPr>
        <w:spacing w:before="0" w:after="100"/>
        <w:jc w:val="both"/>
      </w:pPr>
      <w:r>
        <w:rPr/>
        <w:t>d. saw / at the zoo / a lion / I</w:t>
      </w:r>
    </w:p>
    <w:p>
      <w:pPr>
        <w:spacing w:before="120" w:after="40"/>
        <w:jc w:val="center"/>
      </w:pPr>
      <w:r>
        <w:rPr>
          <w:rFonts w:ascii="Arial Black" w:hAnsi="Arial Black" w:cs="Arial Black"/>
          <w:b/>
          <w:bCs/>
          <w:color w:val="047857"/>
          <w:sz w:val="30"/>
          <w:szCs w:val="30"/>
        </w:rPr>
        <w:t>The Lost Puppy</w:t>
      </w:r>
    </w:p>
    <w:p>
      <w:pPr>
        <w:spacing w:before="0" w:after="80"/>
        <w:jc w:val="both"/>
      </w:pPr>
      <w:r>
        <w:rPr/>
        <w:t>Last Tuesday, Itay walked home from school with his friend Daniel. Near the playground, they heard a small noise. They looked under a bench and found a little brown puppy. It was wet and hungry.</w:t>
      </w:r>
    </w:p>
    <w:p>
      <w:pPr>
        <w:spacing w:before="0" w:after="80"/>
        <w:jc w:val="both"/>
      </w:pPr>
      <w:r>
        <w:rPr/>
        <w:t>Itay took the puppy home in his schoolbag. His mom gave it some milk and a towel. Then Itay and Daniel made a sign with a photo of the puppy: "FOUND! A little brown puppy. Call 052-1234567." They put the sign on a tree near the playground.</w:t>
      </w:r>
    </w:p>
    <w:p>
      <w:pPr>
        <w:spacing w:before="0" w:after="80"/>
        <w:jc w:val="both"/>
      </w:pPr>
      <w:r>
        <w:rPr/>
        <w:t>Two hours later, the phone rang. A girl named Shira cried with happiness. "That's my puppy, Coco!" she said. She came to Itay's house and thanked the boys. Coco jumped into her arms.</w:t>
      </w:r>
    </w:p>
    <w:p>
      <w:pPr>
        <w:spacing w:before="160" w:after="20"/>
        <w:jc w:val="both"/>
      </w:pPr>
      <w:r>
        <w:rPr>
          <w:b/>
          <w:bCs/>
          <w:sz w:val="26"/>
          <w:szCs w:val="26"/>
        </w:rPr>
        <w:t>10. Read "The Lost Puppy". Choose the correct answer.</w:t>
      </w:r>
    </w:p>
    <w:p>
      <w:pPr>
        <w:bidi/>
        <w:spacing w:before="0" w:after="0"/>
        <w:jc w:val="both"/>
      </w:pPr>
      <w:r>
        <w:rPr>
          <w:rFonts w:ascii="Arial" w:hAnsi="Arial" w:cs="Arial"/>
          <w:color w:val="6B7280"/>
          <w:sz w:val="20"/>
          <w:szCs w:val="20"/>
          <w:rtl/>
          <w:lang w:val="en-US" w:bidi="he-IL"/>
        </w:rPr>
        <w:t xml:space="preserve">קראו את ‎"The Lost Puppy"‎. בחרו את התשובה הנכונה.</w:t>
      </w:r>
    </w:p>
    <w:p>
      <w:pPr>
        <w:bidi/>
        <w:spacing w:before="0" w:after="80"/>
        <w:jc w:val="both"/>
      </w:pPr>
      <w:r>
        <w:rPr>
          <w:rFonts w:ascii="Arial" w:hAnsi="Arial" w:cs="Arial"/>
          <w:color w:val="6B7280"/>
          <w:sz w:val="21"/>
          <w:szCs w:val="21"/>
          <w:rtl/>
          <w:lang w:val="en-US" w:bidi="ar-SA"/>
        </w:rPr>
        <w:t xml:space="preserve">اقرأ ‎"The Lost Puppy"‎. اختر الإجابة الصحيحة.</w:t>
      </w:r>
    </w:p>
    <w:p>
      <w:pPr>
        <w:spacing w:before="0" w:after="20"/>
        <w:jc w:val="both"/>
      </w:pPr>
      <w:r>
        <w:rPr/>
        <w:t>a. Where did the boys find the puppy?</w:t>
      </w:r>
    </w:p>
    <w:p>
      <w:pPr>
        <w:spacing w:before="0" w:after="80"/>
        <w:jc w:val="both"/>
      </w:pPr>
      <w:r>
        <w:rPr/>
        <w:t xml:space="preserve">   ○ in the school      ○ under a bench      ○ in a tree</w:t>
      </w:r>
    </w:p>
    <w:p>
      <w:pPr>
        <w:spacing w:before="0" w:after="20"/>
        <w:jc w:val="both"/>
      </w:pPr>
      <w:r>
        <w:rPr/>
        <w:t>b. What did Itay's mom give the puppy?</w:t>
      </w:r>
    </w:p>
    <w:p>
      <w:pPr>
        <w:spacing w:before="0" w:after="80"/>
        <w:jc w:val="both"/>
      </w:pPr>
      <w:r>
        <w:rPr/>
        <w:t xml:space="preserve">   ○ milk and a towel      ○ bread and water      ○ a ball</w:t>
      </w:r>
    </w:p>
    <w:p>
      <w:pPr>
        <w:spacing w:before="0" w:after="20"/>
        <w:jc w:val="both"/>
      </w:pPr>
      <w:r>
        <w:rPr/>
        <w:t>c. Why did Shira cry?</w:t>
      </w:r>
    </w:p>
    <w:p>
      <w:pPr>
        <w:spacing w:before="0" w:after="80"/>
        <w:jc w:val="both"/>
      </w:pPr>
      <w:r>
        <w:rPr/>
        <w:t xml:space="preserve">   ○ She was sad.      ○ She was hurt.      ○ She was very happy.</w:t>
      </w:r>
    </w:p>
    <w:p>
      <w:pPr>
        <w:spacing w:before="160" w:after="20"/>
        <w:jc w:val="both"/>
      </w:pPr>
      <w:r>
        <w:rPr>
          <w:b/>
          <w:bCs/>
          <w:sz w:val="26"/>
          <w:szCs w:val="26"/>
        </w:rPr>
        <w:t>11. Complete the sentences about the text with the past simple.</w:t>
      </w:r>
    </w:p>
    <w:p>
      <w:pPr>
        <w:bidi/>
        <w:spacing w:before="0" w:after="0"/>
        <w:jc w:val="both"/>
      </w:pPr>
      <w:r>
        <w:rPr>
          <w:rFonts w:ascii="Arial" w:hAnsi="Arial" w:cs="Arial"/>
          <w:color w:val="6B7280"/>
          <w:sz w:val="20"/>
          <w:szCs w:val="20"/>
          <w:rtl/>
          <w:lang w:val="en-US" w:bidi="he-IL"/>
        </w:rPr>
        <w:t xml:space="preserve">השלימו את המשפטים על הטקסט ב־‎past simple‎.</w:t>
      </w:r>
    </w:p>
    <w:p>
      <w:pPr>
        <w:bidi/>
        <w:spacing w:before="0" w:after="80"/>
        <w:jc w:val="both"/>
      </w:pPr>
      <w:r>
        <w:rPr>
          <w:rFonts w:ascii="Arial" w:hAnsi="Arial" w:cs="Arial"/>
          <w:color w:val="6B7280"/>
          <w:sz w:val="21"/>
          <w:szCs w:val="21"/>
          <w:rtl/>
          <w:lang w:val="en-US" w:bidi="ar-SA"/>
        </w:rPr>
        <w:t xml:space="preserve">أكمل الجمل حول النصّ بصيغة ‎past simple‎.</w:t>
      </w:r>
    </w:p>
    <w:p>
      <w:pPr>
        <w:spacing w:before="0" w:after="60"/>
        <w:jc w:val="both"/>
      </w:pPr>
      <w:r>
        <w:rPr/>
        <w:t>a. The boys __________ a small noise.</w:t>
      </w:r>
    </w:p>
    <w:p>
      <w:pPr>
        <w:spacing w:before="0" w:after="60"/>
        <w:jc w:val="both"/>
      </w:pPr>
      <w:r>
        <w:rPr/>
        <w:t>b. Itay __________ the puppy home.</w:t>
      </w:r>
    </w:p>
    <w:p>
      <w:pPr>
        <w:spacing w:before="0" w:after="60"/>
        <w:jc w:val="both"/>
      </w:pPr>
      <w:r>
        <w:rPr/>
        <w:t>c. They __________ the sign on a tree.</w:t>
      </w:r>
    </w:p>
    <w:p>
      <w:pPr>
        <w:spacing w:before="0" w:after="60"/>
        <w:jc w:val="both"/>
      </w:pPr>
      <w:r>
        <w:rPr/>
        <w:t>d. Two hours later, the phone __________.</w:t>
      </w:r>
    </w:p>
    <w:p>
      <w:pPr>
        <w:spacing w:before="160" w:after="20"/>
        <w:jc w:val="both"/>
      </w:pPr>
      <w:r>
        <w:rPr>
          <w:b/>
          <w:bCs/>
          <w:sz w:val="26"/>
          <w:szCs w:val="26"/>
        </w:rPr>
        <w:t>12. Write a short story (4 lines) about a day when something surprising happened. Use the past simple.</w:t>
      </w:r>
    </w:p>
    <w:p>
      <w:pPr>
        <w:bidi/>
        <w:spacing w:before="0" w:after="0"/>
        <w:jc w:val="both"/>
      </w:pPr>
      <w:r>
        <w:rPr>
          <w:rFonts w:ascii="Arial" w:hAnsi="Arial" w:cs="Arial"/>
          <w:color w:val="6B7280"/>
          <w:sz w:val="20"/>
          <w:szCs w:val="20"/>
          <w:rtl/>
          <w:lang w:val="en-US" w:bidi="he-IL"/>
        </w:rPr>
        <w:t xml:space="preserve">כתבו סיפור קצר (4 שורות) על יום שבו קרה משהו מפתיע. השתמשו ב־‎past simple‎.</w:t>
      </w:r>
    </w:p>
    <w:p>
      <w:pPr>
        <w:bidi/>
        <w:spacing w:before="0" w:after="80"/>
        <w:jc w:val="both"/>
      </w:pPr>
      <w:r>
        <w:rPr>
          <w:rFonts w:ascii="Arial" w:hAnsi="Arial" w:cs="Arial"/>
          <w:color w:val="6B7280"/>
          <w:sz w:val="21"/>
          <w:szCs w:val="21"/>
          <w:rtl/>
          <w:lang w:val="en-US" w:bidi="ar-SA"/>
        </w:rPr>
        <w:t xml:space="preserve">اكتب قصّة قصيرة (4 أسطر) عن يوم حدث فيه شيء مفاجئ. استعمل ‎past simple‎.</w:t>
      </w:r>
    </w:p>
    <w:p>
      <w:pPr>
        <w:spacing w:before="0" w:after="80"/>
        <w:jc w:val="both"/>
      </w:pPr>
      <w:r>
        <w:rPr>
          <w:color w:val="99A3B5"/>
        </w:rPr>
        <w:t>________________________________________________________________________</w:t>
      </w:r>
    </w:p>
    <w:p>
      <w:pPr>
        <w:spacing w:before="0" w:after="80"/>
        <w:jc w:val="both"/>
      </w:pPr>
      <w:r>
        <w:rPr>
          <w:color w:val="99A3B5"/>
        </w:rPr>
        <w:t>________________________________________________________________________</w:t>
      </w:r>
    </w:p>
    <w:p>
      <w:pPr>
        <w:spacing w:before="0" w:after="80"/>
        <w:jc w:val="both"/>
      </w:pPr>
      <w:r>
        <w:rPr>
          <w:color w:val="99A3B5"/>
        </w:rPr>
        <w:t>________________________________________________________________________</w:t>
      </w:r>
    </w:p>
    <w:p>
      <w:pPr>
        <w:spacing w:before="0" w:after="80"/>
        <w:jc w:val="both"/>
      </w:pPr>
      <w:r>
        <w:rPr>
          <w:color w:val="99A3B5"/>
        </w:rPr>
        <w:t>________________________________________________________________________</w:t>
      </w:r>
    </w:p>
    <w:p>
      <w:pPr>
        <w:spacing w:before="0" w:after="80"/>
        <w:jc w:val="both"/>
      </w:pPr>
      <w:r>
        <w:br w:type="page"/>
      </w:r>
    </w:p>
    <w:p>
      <w:pPr>
        <w:spacing w:before="0" w:after="120"/>
        <w:jc w:val="both"/>
      </w:pPr>
      <w:r>
        <w:rPr>
          <w:rFonts w:ascii="Arial" w:hAnsi="Arial" w:cs="Arial"/>
          <w:color w:val="5B6476"/>
          <w:sz w:val="20"/>
          <w:szCs w:val="20"/>
        </w:rPr>
        <w:t>English · Grade 5   |   Unit 6</w:t>
      </w:r>
    </w:p>
    <w:p>
      <w:pPr>
        <w:spacing w:before="0" w:after="40"/>
        <w:jc w:val="both"/>
      </w:pPr>
      <w:r>
        <w:rPr>
          <w:rFonts w:ascii="Arial Black" w:hAnsi="Arial Black" w:cs="Arial Black"/>
          <w:b/>
          <w:bCs/>
          <w:color w:val="047857"/>
          <w:sz w:val="44"/>
          <w:szCs w:val="44"/>
        </w:rPr>
        <w:t>Unit 6: Possessives: 's, my, your, his, her, our, their</w:t>
      </w:r>
    </w:p>
    <w:p>
      <w:pPr>
        <w:bidi/>
        <w:spacing w:before="0" w:after="0"/>
        <w:jc w:val="both"/>
      </w:pPr>
      <w:r>
        <w:rPr>
          <w:rFonts w:ascii="Arial" w:hAnsi="Arial" w:cs="Arial"/>
          <w:color w:val="6B7280"/>
          <w:sz w:val="22"/>
          <w:szCs w:val="22"/>
          <w:rtl/>
          <w:lang w:val="en-US" w:bidi="he-IL"/>
        </w:rPr>
        <w:t xml:space="preserve">מילות שייכות: ‎'s, my, your, his, her, our, their‎</w:t>
      </w:r>
    </w:p>
    <w:p>
      <w:pPr>
        <w:bidi/>
        <w:spacing w:before="0" w:after="120"/>
        <w:jc w:val="both"/>
      </w:pPr>
      <w:r>
        <w:rPr>
          <w:rFonts w:ascii="Arial" w:hAnsi="Arial" w:cs="Arial"/>
          <w:color w:val="6B7280"/>
          <w:sz w:val="23"/>
          <w:szCs w:val="23"/>
          <w:rtl/>
          <w:lang w:val="en-US" w:bidi="ar-SA"/>
        </w:rPr>
        <w:t xml:space="preserve">كلمات الملكيّة: ‎'s, my, your, his, her, our, their‎</w:t>
      </w:r>
    </w:p>
    <w:p>
      <w:pPr>
        <w:spacing w:before="0" w:after="80"/>
        <w:jc w:val="center"/>
      </w:pPr>
      <w:r>
        <w:drawing>
          <wp:inline xmlns:a="http://schemas.openxmlformats.org/drawingml/2006/main" xmlns:pic="http://schemas.openxmlformats.org/drawingml/2006/picture">
            <wp:extent cx="3240000" cy="2160000"/>
            <wp:docPr id="37" name="Picture 37"/>
            <wp:cNvGraphicFramePr>
              <a:graphicFrameLocks noChangeAspect="1"/>
            </wp:cNvGraphicFramePr>
            <a:graphic>
              <a:graphicData uri="http://schemas.openxmlformats.org/drawingml/2006/picture">
                <pic:pic>
                  <pic:nvPicPr>
                    <pic:cNvPr id="0" name="english_g5_t06.jpg"/>
                    <pic:cNvPicPr/>
                  </pic:nvPicPr>
                  <pic:blipFill>
                    <a:blip r:embed="rId33"/>
                    <a:stretch>
                      <a:fillRect/>
                    </a:stretch>
                  </pic:blipFill>
                  <pic:spPr>
                    <a:xfrm>
                      <a:off x="0" y="0"/>
                      <a:ext cx="3240000" cy="2160000"/>
                    </a:xfrm>
                    <a:prstGeom prst="rect"/>
                  </pic:spPr>
                </pic:pic>
              </a:graphicData>
            </a:graphic>
          </wp:inline>
        </w:drawing>
      </w:r>
    </w:p>
    <w:p>
      <w:pPr>
        <w:spacing w:before="120" w:after="40"/>
        <w:jc w:val="both"/>
      </w:pPr>
      <w:r>
        <w:rPr>
          <w:rFonts w:ascii="Arial Black" w:hAnsi="Arial Black" w:cs="Arial Black"/>
          <w:b/>
          <w:bCs/>
          <w:color w:val="047857"/>
          <w:sz w:val="28"/>
          <w:szCs w:val="28"/>
        </w:rPr>
        <w:t>◆ Possessive adjectives</w:t>
      </w:r>
    </w:p>
    <w:p>
      <w:pPr>
        <w:bidi/>
        <w:spacing w:before="0" w:after="0"/>
        <w:jc w:val="both"/>
      </w:pPr>
      <w:r>
        <w:rPr>
          <w:rFonts w:ascii="Arial" w:hAnsi="Arial" w:cs="Arial"/>
          <w:color w:val="6B7280"/>
          <w:sz w:val="20"/>
          <w:szCs w:val="20"/>
          <w:rtl/>
          <w:lang w:val="en-US" w:bidi="he-IL"/>
        </w:rPr>
        <w:t xml:space="preserve">מילות שייכות ‎(possessive adjectives)‎</w:t>
      </w:r>
    </w:p>
    <w:p>
      <w:pPr>
        <w:bidi/>
        <w:spacing w:before="0" w:after="40"/>
        <w:jc w:val="both"/>
      </w:pPr>
      <w:r>
        <w:rPr>
          <w:rFonts w:ascii="Arial" w:hAnsi="Arial" w:cs="Arial"/>
          <w:color w:val="6B7280"/>
          <w:sz w:val="21"/>
          <w:szCs w:val="21"/>
          <w:rtl/>
          <w:lang w:val="en-US" w:bidi="ar-SA"/>
        </w:rPr>
        <w:t xml:space="preserve">صفات الملكيّة ‎(possessive adjectives)‎</w:t>
      </w:r>
    </w:p>
    <w:tbl>
      <w:tblPr>
        <w:tblStyle w:val="TableGrid"/>
        <w:tblW w:type="auto" w:w="0"/>
        <w:tblLook w:firstColumn="1" w:firstRow="1" w:lastColumn="0" w:lastRow="0" w:noHBand="0" w:noVBand="1" w:val="04A0"/>
      </w:tblPr>
      <w:tblGrid>
        <w:gridCol w:w="3326"/>
        <w:gridCol w:w="3326"/>
        <w:gridCol w:w="3326"/>
      </w:tblGrid>
      <w:tr>
        <w:tc>
          <w:tcPr>
            <w:tcW w:type="dxa" w:w="3326"/>
            <w:shd w:val="clear" w:color="auto" w:fill="047857"/>
          </w:tcPr>
          <w:p>
            <w:pPr>
              <w:spacing w:before="0" w:after="40"/>
              <w:jc w:val="both"/>
            </w:pPr>
            <w:r>
              <w:rPr>
                <w:b/>
                <w:bCs/>
                <w:color w:val="FFFFFF"/>
              </w:rPr>
              <w:t>Subject</w:t>
            </w:r>
          </w:p>
        </w:tc>
        <w:tc>
          <w:tcPr>
            <w:tcW w:type="dxa" w:w="3326"/>
            <w:shd w:val="clear" w:color="auto" w:fill="047857"/>
          </w:tcPr>
          <w:p>
            <w:pPr>
              <w:spacing w:before="0" w:after="40"/>
              <w:jc w:val="both"/>
            </w:pPr>
            <w:r>
              <w:rPr>
                <w:b/>
                <w:bCs/>
                <w:color w:val="FFFFFF"/>
              </w:rPr>
              <w:t>Possessive</w:t>
            </w:r>
          </w:p>
        </w:tc>
        <w:tc>
          <w:tcPr>
            <w:tcW w:type="dxa" w:w="3326"/>
            <w:shd w:val="clear" w:color="auto" w:fill="047857"/>
          </w:tcPr>
          <w:p>
            <w:pPr>
              <w:spacing w:before="0" w:after="40"/>
              <w:jc w:val="both"/>
            </w:pPr>
            <w:r>
              <w:rPr>
                <w:b/>
                <w:bCs/>
                <w:color w:val="FFFFFF"/>
              </w:rPr>
              <w:t>Example</w:t>
            </w:r>
          </w:p>
        </w:tc>
      </w:tr>
      <w:tr>
        <w:tc>
          <w:tcPr>
            <w:tcW w:type="dxa" w:w="3326"/>
          </w:tcPr>
          <w:p>
            <w:pPr>
              <w:spacing w:before="0" w:after="40"/>
              <w:jc w:val="both"/>
            </w:pPr>
            <w:r>
              <w:rPr/>
              <w:t>I / you</w:t>
            </w:r>
          </w:p>
        </w:tc>
        <w:tc>
          <w:tcPr>
            <w:tcW w:type="dxa" w:w="3326"/>
          </w:tcPr>
          <w:p>
            <w:pPr>
              <w:spacing w:before="0" w:after="40"/>
              <w:jc w:val="both"/>
            </w:pPr>
            <w:r>
              <w:rPr/>
              <w:t>my / your</w:t>
            </w:r>
          </w:p>
        </w:tc>
        <w:tc>
          <w:tcPr>
            <w:tcW w:type="dxa" w:w="3326"/>
          </w:tcPr>
          <w:p>
            <w:pPr>
              <w:spacing w:before="0" w:after="40"/>
              <w:jc w:val="both"/>
            </w:pPr>
            <w:r>
              <w:rPr/>
              <w:t>my book, your book</w:t>
            </w:r>
          </w:p>
        </w:tc>
      </w:tr>
      <w:tr>
        <w:tc>
          <w:tcPr>
            <w:tcW w:type="dxa" w:w="3326"/>
          </w:tcPr>
          <w:p>
            <w:pPr>
              <w:spacing w:before="0" w:after="40"/>
              <w:jc w:val="both"/>
            </w:pPr>
            <w:r>
              <w:rPr/>
              <w:t>he / she / it</w:t>
            </w:r>
          </w:p>
        </w:tc>
        <w:tc>
          <w:tcPr>
            <w:tcW w:type="dxa" w:w="3326"/>
          </w:tcPr>
          <w:p>
            <w:pPr>
              <w:spacing w:before="0" w:after="40"/>
              <w:jc w:val="both"/>
            </w:pPr>
            <w:r>
              <w:rPr/>
              <w:t>his / her / its</w:t>
            </w:r>
          </w:p>
        </w:tc>
        <w:tc>
          <w:tcPr>
            <w:tcW w:type="dxa" w:w="3326"/>
          </w:tcPr>
          <w:p>
            <w:pPr>
              <w:spacing w:before="0" w:after="40"/>
              <w:jc w:val="both"/>
            </w:pPr>
            <w:r>
              <w:rPr/>
              <w:t>his cap, her cap</w:t>
            </w:r>
          </w:p>
        </w:tc>
      </w:tr>
      <w:tr>
        <w:tc>
          <w:tcPr>
            <w:tcW w:type="dxa" w:w="3326"/>
          </w:tcPr>
          <w:p>
            <w:pPr>
              <w:spacing w:before="0" w:after="40"/>
              <w:jc w:val="both"/>
            </w:pPr>
            <w:r>
              <w:rPr/>
              <w:t>we / they</w:t>
            </w:r>
          </w:p>
        </w:tc>
        <w:tc>
          <w:tcPr>
            <w:tcW w:type="dxa" w:w="3326"/>
          </w:tcPr>
          <w:p>
            <w:pPr>
              <w:spacing w:before="0" w:after="40"/>
              <w:jc w:val="both"/>
            </w:pPr>
            <w:r>
              <w:rPr/>
              <w:t>our / their</w:t>
            </w:r>
          </w:p>
        </w:tc>
        <w:tc>
          <w:tcPr>
            <w:tcW w:type="dxa" w:w="3326"/>
          </w:tcPr>
          <w:p>
            <w:pPr>
              <w:spacing w:before="0" w:after="40"/>
              <w:jc w:val="both"/>
            </w:pPr>
            <w:r>
              <w:rPr/>
              <w:t>our class, their class</w:t>
            </w:r>
          </w:p>
        </w:tc>
      </w:tr>
    </w:tbl>
    <w:p>
      <w:pPr>
        <w:spacing w:before="0" w:after="40"/>
        <w:jc w:val="both"/>
      </w:pPr>
    </w:p>
    <w:p>
      <w:pPr>
        <w:spacing w:before="120" w:after="40"/>
        <w:jc w:val="both"/>
      </w:pPr>
      <w:r>
        <w:rPr>
          <w:rFonts w:ascii="Arial Black" w:hAnsi="Arial Black" w:cs="Arial Black"/>
          <w:b/>
          <w:bCs/>
          <w:color w:val="047857"/>
          <w:sz w:val="28"/>
          <w:szCs w:val="28"/>
        </w:rPr>
        <w:t>◆ 's and s'</w:t>
      </w:r>
    </w:p>
    <w:p>
      <w:pPr>
        <w:bidi/>
        <w:spacing w:before="0" w:after="0"/>
        <w:jc w:val="both"/>
      </w:pPr>
      <w:r>
        <w:rPr>
          <w:rFonts w:ascii="Arial" w:hAnsi="Arial" w:cs="Arial"/>
          <w:color w:val="6B7280"/>
          <w:sz w:val="20"/>
          <w:szCs w:val="20"/>
          <w:rtl/>
          <w:lang w:val="en-US" w:bidi="he-IL"/>
        </w:rPr>
        <w:t xml:space="preserve">‎'s‎ ו־‎s'‎</w:t>
      </w:r>
    </w:p>
    <w:p>
      <w:pPr>
        <w:bidi/>
        <w:spacing w:before="0" w:after="40"/>
        <w:jc w:val="both"/>
      </w:pPr>
      <w:r>
        <w:rPr>
          <w:rFonts w:ascii="Arial" w:hAnsi="Arial" w:cs="Arial"/>
          <w:color w:val="6B7280"/>
          <w:sz w:val="21"/>
          <w:szCs w:val="21"/>
          <w:rtl/>
          <w:lang w:val="en-US" w:bidi="ar-SA"/>
        </w:rPr>
        <w:t xml:space="preserve">‎'s‎ و ‎s'‎</w:t>
      </w:r>
    </w:p>
    <w:p>
      <w:pPr>
        <w:spacing w:before="0" w:after="20"/>
        <w:jc w:val="both"/>
      </w:pPr>
      <w:r>
        <w:rPr/>
        <w:t>1. one person: Dan's bike, the girl's bag</w:t>
      </w:r>
    </w:p>
    <w:p>
      <w:pPr>
        <w:bidi/>
        <w:spacing w:before="0" w:after="0"/>
        <w:jc w:val="both"/>
      </w:pPr>
      <w:r>
        <w:rPr>
          <w:rFonts w:ascii="Arial" w:hAnsi="Arial" w:cs="Arial"/>
          <w:color w:val="6B7280"/>
          <w:sz w:val="20"/>
          <w:szCs w:val="20"/>
          <w:rtl/>
          <w:lang w:val="en-US" w:bidi="he-IL"/>
        </w:rPr>
        <w:t xml:space="preserve">אדם אחד: ‎Dan's bike, the girl's bag‎</w:t>
      </w:r>
    </w:p>
    <w:p>
      <w:pPr>
        <w:bidi/>
        <w:spacing w:before="0" w:after="40"/>
        <w:jc w:val="both"/>
      </w:pPr>
      <w:r>
        <w:rPr>
          <w:rFonts w:ascii="Arial" w:hAnsi="Arial" w:cs="Arial"/>
          <w:color w:val="6B7280"/>
          <w:sz w:val="21"/>
          <w:szCs w:val="21"/>
          <w:rtl/>
          <w:lang w:val="en-US" w:bidi="ar-SA"/>
        </w:rPr>
        <w:t xml:space="preserve">شخص واحد: ‎Dan's bike, the girl's bag‎</w:t>
      </w:r>
    </w:p>
    <w:p>
      <w:pPr>
        <w:spacing w:before="0" w:after="20"/>
        <w:jc w:val="both"/>
      </w:pPr>
      <w:r>
        <w:rPr/>
        <w:t>2. plural with -s: the girls' bags</w:t>
      </w:r>
    </w:p>
    <w:p>
      <w:pPr>
        <w:bidi/>
        <w:spacing w:before="0" w:after="0"/>
        <w:jc w:val="both"/>
      </w:pPr>
      <w:r>
        <w:rPr>
          <w:rFonts w:ascii="Arial" w:hAnsi="Arial" w:cs="Arial"/>
          <w:color w:val="6B7280"/>
          <w:sz w:val="20"/>
          <w:szCs w:val="20"/>
          <w:rtl/>
          <w:lang w:val="en-US" w:bidi="he-IL"/>
        </w:rPr>
        <w:t xml:space="preserve">רבים עם -‎s: the girls' bags‎</w:t>
      </w:r>
    </w:p>
    <w:p>
      <w:pPr>
        <w:bidi/>
        <w:spacing w:before="0" w:after="40"/>
        <w:jc w:val="both"/>
      </w:pPr>
      <w:r>
        <w:rPr>
          <w:rFonts w:ascii="Arial" w:hAnsi="Arial" w:cs="Arial"/>
          <w:color w:val="6B7280"/>
          <w:sz w:val="21"/>
          <w:szCs w:val="21"/>
          <w:rtl/>
          <w:lang w:val="en-US" w:bidi="ar-SA"/>
        </w:rPr>
        <w:t xml:space="preserve">جمع مع -‎s: the girls' bags‎</w:t>
      </w:r>
    </w:p>
    <w:p>
      <w:pPr>
        <w:spacing w:before="0" w:after="20"/>
        <w:jc w:val="both"/>
      </w:pPr>
      <w:r>
        <w:rPr/>
        <w:t>3. special plural: the children's books</w:t>
      </w:r>
    </w:p>
    <w:p>
      <w:pPr>
        <w:bidi/>
        <w:spacing w:before="0" w:after="0"/>
        <w:jc w:val="both"/>
      </w:pPr>
      <w:r>
        <w:rPr>
          <w:rFonts w:ascii="Arial" w:hAnsi="Arial" w:cs="Arial"/>
          <w:color w:val="6B7280"/>
          <w:sz w:val="20"/>
          <w:szCs w:val="20"/>
          <w:rtl/>
          <w:lang w:val="en-US" w:bidi="he-IL"/>
        </w:rPr>
        <w:t xml:space="preserve">רבים מיוחד: ‎the children's books‎</w:t>
      </w:r>
    </w:p>
    <w:p>
      <w:pPr>
        <w:bidi/>
        <w:spacing w:before="0" w:after="40"/>
        <w:jc w:val="both"/>
      </w:pPr>
      <w:r>
        <w:rPr>
          <w:rFonts w:ascii="Arial" w:hAnsi="Arial" w:cs="Arial"/>
          <w:color w:val="6B7280"/>
          <w:sz w:val="21"/>
          <w:szCs w:val="21"/>
          <w:rtl/>
          <w:lang w:val="en-US" w:bidi="ar-SA"/>
        </w:rPr>
        <w:t xml:space="preserve">جمع خاصّ: ‎the children's books‎</w:t>
      </w:r>
    </w:p>
    <w:p>
      <w:pPr>
        <w:spacing w:before="120" w:after="40"/>
        <w:jc w:val="both"/>
      </w:pPr>
      <w:r>
        <w:rPr>
          <w:rFonts w:ascii="Arial Black" w:hAnsi="Arial Black" w:cs="Arial Black"/>
          <w:b/>
          <w:bCs/>
          <w:color w:val="047857"/>
          <w:sz w:val="28"/>
          <w:szCs w:val="28"/>
        </w:rPr>
        <w:t>◆ Who and Whose</w:t>
      </w:r>
    </w:p>
    <w:p>
      <w:pPr>
        <w:bidi/>
        <w:spacing w:before="0" w:after="0"/>
        <w:jc w:val="both"/>
      </w:pPr>
      <w:r>
        <w:rPr>
          <w:rFonts w:ascii="Arial" w:hAnsi="Arial" w:cs="Arial"/>
          <w:color w:val="6B7280"/>
          <w:sz w:val="20"/>
          <w:szCs w:val="20"/>
          <w:rtl/>
          <w:lang w:val="en-US" w:bidi="he-IL"/>
        </w:rPr>
        <w:t xml:space="preserve">‎Who‎ ו־‎Whose‎</w:t>
      </w:r>
    </w:p>
    <w:p>
      <w:pPr>
        <w:bidi/>
        <w:spacing w:before="0" w:after="40"/>
        <w:jc w:val="both"/>
      </w:pPr>
      <w:r>
        <w:rPr>
          <w:rFonts w:ascii="Arial" w:hAnsi="Arial" w:cs="Arial"/>
          <w:color w:val="6B7280"/>
          <w:sz w:val="21"/>
          <w:szCs w:val="21"/>
          <w:rtl/>
          <w:lang w:val="en-US" w:bidi="ar-SA"/>
        </w:rPr>
        <w:t xml:space="preserve">‎Who‎ و‎Whose‎</w:t>
      </w:r>
    </w:p>
    <w:p>
      <w:pPr>
        <w:spacing w:before="0" w:after="20"/>
        <w:jc w:val="both"/>
      </w:pPr>
      <w:r>
        <w:rPr/>
        <w:t>1. Who is that? It's my cousin.</w:t>
      </w:r>
    </w:p>
    <w:p>
      <w:pPr>
        <w:spacing w:before="0" w:after="20"/>
        <w:jc w:val="both"/>
      </w:pPr>
      <w:r>
        <w:rPr/>
        <w:t>2. Whose shoes are these? They're Tom's.</w:t>
      </w:r>
    </w:p>
    <w:p>
      <w:pPr>
        <w:spacing w:before="0" w:after="40"/>
        <w:jc w:val="center"/>
      </w:pPr>
      <w:r>
        <w:rPr>
          <w:rFonts w:ascii="Arial" w:hAnsi="Arial" w:cs="Arial"/>
          <w:sz w:val="20"/>
          <w:szCs w:val="20"/>
        </w:rPr>
        <w:t xml:space="preserve">🖼️ Picture words · </w:t>
      </w:r>
      <w:r>
        <w:rPr>
          <w:rFonts w:ascii="Arial" w:hAnsi="Arial" w:cs="Arial"/>
          <w:color w:val="1D2433"/>
          <w:sz w:val="20"/>
          <w:szCs w:val="20"/>
          <w:rtl/>
          <w:lang w:val="en-US" w:bidi="he-IL"/>
        </w:rPr>
        <w:t xml:space="preserve">מילים בתמונות</w:t>
      </w:r>
      <w:r>
        <w:rPr>
          <w:sz w:val="20"/>
          <w:szCs w:val="20"/>
        </w:rPr>
        <w:t>‎</w:t>
      </w:r>
      <w:r>
        <w:rPr>
          <w:rFonts w:ascii="Arial" w:hAnsi="Arial" w:cs="Arial"/>
          <w:sz w:val="20"/>
          <w:szCs w:val="20"/>
        </w:rPr>
        <w:t xml:space="preserve"> · </w:t>
      </w:r>
      <w:r>
        <w:rPr>
          <w:rFonts w:ascii="Arial" w:hAnsi="Arial" w:cs="Arial"/>
          <w:color w:val="1D2433"/>
          <w:sz w:val="20"/>
          <w:szCs w:val="20"/>
          <w:rtl/>
          <w:lang w:val="en-US" w:bidi="ar-SA"/>
        </w:rPr>
        <w:t xml:space="preserve">كلمات بالصّور</w:t>
      </w:r>
      <w:r>
        <w:rPr>
          <w:sz w:val="20"/>
          <w:szCs w:val="20"/>
        </w:rPr>
        <w:t>‎</w:t>
      </w:r>
    </w:p>
    <w:tbl>
      <w:tblPr>
        <w:tblStyle w:val="TableGrid"/>
        <w:tblW w:type="auto" w:w="0"/>
        <w:tblLook w:firstColumn="1" w:firstRow="1" w:lastColumn="0" w:lastRow="0" w:noHBand="0" w:noVBand="1" w:val="04A0"/>
      </w:tblPr>
      <w:tblGrid>
        <w:gridCol w:w="1663"/>
        <w:gridCol w:w="1663"/>
        <w:gridCol w:w="1663"/>
        <w:gridCol w:w="1663"/>
        <w:gridCol w:w="1663"/>
        <w:gridCol w:w="1663"/>
      </w:tblGrid>
      <w:tr>
        <w:tc>
          <w:tcPr>
            <w:tcW w:type="dxa" w:w="1663"/>
          </w:tcPr>
          <w:p>
            <w:pPr>
              <w:spacing w:before="0" w:after="0"/>
              <w:jc w:val="center"/>
            </w:pPr>
            <w:r>
              <w:drawing>
                <wp:inline xmlns:a="http://schemas.openxmlformats.org/drawingml/2006/main" xmlns:pic="http://schemas.openxmlformats.org/drawingml/2006/picture">
                  <wp:extent cx="468000" cy="477957"/>
                  <wp:docPr id="38" name="Picture 38"/>
                  <wp:cNvGraphicFramePr>
                    <a:graphicFrameLocks noChangeAspect="1"/>
                  </wp:cNvGraphicFramePr>
                  <a:graphic>
                    <a:graphicData uri="http://schemas.openxmlformats.org/drawingml/2006/picture">
                      <pic:pic>
                        <pic:nvPicPr>
                          <pic:cNvPr id="0" name="bag.png"/>
                          <pic:cNvPicPr/>
                        </pic:nvPicPr>
                        <pic:blipFill>
                          <a:blip r:embed="rId34"/>
                          <a:stretch>
                            <a:fillRect/>
                          </a:stretch>
                        </pic:blipFill>
                        <pic:spPr>
                          <a:xfrm>
                            <a:off x="0" y="0"/>
                            <a:ext cx="468000" cy="477957"/>
                          </a:xfrm>
                          <a:prstGeom prst="rect"/>
                        </pic:spPr>
                      </pic:pic>
                    </a:graphicData>
                  </a:graphic>
                </wp:inline>
              </w:drawing>
            </w:r>
          </w:p>
          <w:p>
            <w:pPr>
              <w:spacing w:before="0" w:after="0"/>
              <w:jc w:val="center"/>
            </w:pPr>
            <w:r>
              <w:rPr>
                <w:b/>
                <w:bCs/>
                <w:sz w:val="23"/>
                <w:szCs w:val="23"/>
              </w:rPr>
              <w:t>bag</w:t>
            </w:r>
          </w:p>
          <w:p>
            <w:pPr>
              <w:bidi/>
              <w:spacing w:before="0" w:after="0"/>
              <w:jc w:val="center"/>
            </w:pPr>
            <w:r>
              <w:rPr>
                <w:rFonts w:ascii="Arial" w:hAnsi="Arial" w:cs="Arial"/>
                <w:color w:val="6B7280"/>
                <w:sz w:val="17"/>
                <w:szCs w:val="17"/>
                <w:rtl/>
                <w:lang w:val="en-US" w:bidi="he-IL"/>
              </w:rPr>
              <w:t xml:space="preserve">תיק</w:t>
            </w:r>
          </w:p>
          <w:p>
            <w:pPr>
              <w:bidi/>
              <w:spacing w:before="0" w:after="0"/>
              <w:jc w:val="center"/>
            </w:pPr>
            <w:r>
              <w:rPr>
                <w:rFonts w:ascii="Arial" w:hAnsi="Arial" w:cs="Arial"/>
                <w:color w:val="6B7280"/>
                <w:sz w:val="17"/>
                <w:szCs w:val="17"/>
                <w:rtl/>
                <w:lang w:val="en-US" w:bidi="ar-SA"/>
              </w:rPr>
              <w:t xml:space="preserve">حقيبة</w:t>
            </w:r>
          </w:p>
        </w:tc>
        <w:tc>
          <w:tcPr>
            <w:tcW w:type="dxa" w:w="1663"/>
          </w:tcPr>
          <w:p>
            <w:pPr>
              <w:spacing w:before="0" w:after="0"/>
              <w:jc w:val="center"/>
            </w:pPr>
            <w:r>
              <w:drawing>
                <wp:inline xmlns:a="http://schemas.openxmlformats.org/drawingml/2006/main" xmlns:pic="http://schemas.openxmlformats.org/drawingml/2006/picture">
                  <wp:extent cx="468000" cy="365625"/>
                  <wp:docPr id="39" name="Picture 39"/>
                  <wp:cNvGraphicFramePr>
                    <a:graphicFrameLocks noChangeAspect="1"/>
                  </wp:cNvGraphicFramePr>
                  <a:graphic>
                    <a:graphicData uri="http://schemas.openxmlformats.org/drawingml/2006/picture">
                      <pic:pic>
                        <pic:nvPicPr>
                          <pic:cNvPr id="0" name="dog.png"/>
                          <pic:cNvPicPr/>
                        </pic:nvPicPr>
                        <pic:blipFill>
                          <a:blip r:embed="rId15"/>
                          <a:stretch>
                            <a:fillRect/>
                          </a:stretch>
                        </pic:blipFill>
                        <pic:spPr>
                          <a:xfrm>
                            <a:off x="0" y="0"/>
                            <a:ext cx="468000" cy="365625"/>
                          </a:xfrm>
                          <a:prstGeom prst="rect"/>
                        </pic:spPr>
                      </pic:pic>
                    </a:graphicData>
                  </a:graphic>
                </wp:inline>
              </w:drawing>
            </w:r>
          </w:p>
          <w:p>
            <w:pPr>
              <w:spacing w:before="0" w:after="0"/>
              <w:jc w:val="center"/>
            </w:pPr>
            <w:r>
              <w:rPr>
                <w:b/>
                <w:bCs/>
                <w:sz w:val="23"/>
                <w:szCs w:val="23"/>
              </w:rPr>
              <w:t>dog</w:t>
            </w:r>
          </w:p>
          <w:p>
            <w:pPr>
              <w:bidi/>
              <w:spacing w:before="0" w:after="0"/>
              <w:jc w:val="center"/>
            </w:pPr>
            <w:r>
              <w:rPr>
                <w:rFonts w:ascii="Arial" w:hAnsi="Arial" w:cs="Arial"/>
                <w:color w:val="6B7280"/>
                <w:sz w:val="17"/>
                <w:szCs w:val="17"/>
                <w:rtl/>
                <w:lang w:val="en-US" w:bidi="he-IL"/>
              </w:rPr>
              <w:t xml:space="preserve">כלב</w:t>
            </w:r>
          </w:p>
          <w:p>
            <w:pPr>
              <w:bidi/>
              <w:spacing w:before="0" w:after="0"/>
              <w:jc w:val="center"/>
            </w:pPr>
            <w:r>
              <w:rPr>
                <w:rFonts w:ascii="Arial" w:hAnsi="Arial" w:cs="Arial"/>
                <w:color w:val="6B7280"/>
                <w:sz w:val="17"/>
                <w:szCs w:val="17"/>
                <w:rtl/>
                <w:lang w:val="en-US" w:bidi="ar-SA"/>
              </w:rPr>
              <w:t xml:space="preserve">كلب</w:t>
            </w:r>
          </w:p>
        </w:tc>
        <w:tc>
          <w:tcPr>
            <w:tcW w:type="dxa" w:w="1663"/>
          </w:tcPr>
          <w:p>
            <w:pPr>
              <w:spacing w:before="0" w:after="0"/>
              <w:jc w:val="center"/>
            </w:pPr>
            <w:r>
              <w:drawing>
                <wp:inline xmlns:a="http://schemas.openxmlformats.org/drawingml/2006/main" xmlns:pic="http://schemas.openxmlformats.org/drawingml/2006/picture">
                  <wp:extent cx="468000" cy="336375"/>
                  <wp:docPr id="40" name="Picture 40"/>
                  <wp:cNvGraphicFramePr>
                    <a:graphicFrameLocks noChangeAspect="1"/>
                  </wp:cNvGraphicFramePr>
                  <a:graphic>
                    <a:graphicData uri="http://schemas.openxmlformats.org/drawingml/2006/picture">
                      <pic:pic>
                        <pic:nvPicPr>
                          <pic:cNvPr id="0" name="bike.png"/>
                          <pic:cNvPicPr/>
                        </pic:nvPicPr>
                        <pic:blipFill>
                          <a:blip r:embed="rId17"/>
                          <a:stretch>
                            <a:fillRect/>
                          </a:stretch>
                        </pic:blipFill>
                        <pic:spPr>
                          <a:xfrm>
                            <a:off x="0" y="0"/>
                            <a:ext cx="468000" cy="336375"/>
                          </a:xfrm>
                          <a:prstGeom prst="rect"/>
                        </pic:spPr>
                      </pic:pic>
                    </a:graphicData>
                  </a:graphic>
                </wp:inline>
              </w:drawing>
            </w:r>
          </w:p>
          <w:p>
            <w:pPr>
              <w:spacing w:before="0" w:after="0"/>
              <w:jc w:val="center"/>
            </w:pPr>
            <w:r>
              <w:rPr>
                <w:b/>
                <w:bCs/>
                <w:sz w:val="23"/>
                <w:szCs w:val="23"/>
              </w:rPr>
              <w:t>bike</w:t>
            </w:r>
          </w:p>
          <w:p>
            <w:pPr>
              <w:bidi/>
              <w:spacing w:before="0" w:after="0"/>
              <w:jc w:val="center"/>
            </w:pPr>
            <w:r>
              <w:rPr>
                <w:rFonts w:ascii="Arial" w:hAnsi="Arial" w:cs="Arial"/>
                <w:color w:val="6B7280"/>
                <w:sz w:val="17"/>
                <w:szCs w:val="17"/>
                <w:rtl/>
                <w:lang w:val="en-US" w:bidi="he-IL"/>
              </w:rPr>
              <w:t xml:space="preserve">אופניים</w:t>
            </w:r>
          </w:p>
          <w:p>
            <w:pPr>
              <w:bidi/>
              <w:spacing w:before="0" w:after="0"/>
              <w:jc w:val="center"/>
            </w:pPr>
            <w:r>
              <w:rPr>
                <w:rFonts w:ascii="Arial" w:hAnsi="Arial" w:cs="Arial"/>
                <w:color w:val="6B7280"/>
                <w:sz w:val="17"/>
                <w:szCs w:val="17"/>
                <w:rtl/>
                <w:lang w:val="en-US" w:bidi="ar-SA"/>
              </w:rPr>
              <w:t xml:space="preserve">دراجة</w:t>
            </w:r>
          </w:p>
        </w:tc>
        <w:tc>
          <w:tcPr>
            <w:tcW w:type="dxa" w:w="1663"/>
          </w:tcPr>
          <w:p>
            <w:pPr>
              <w:spacing w:before="0" w:after="0"/>
              <w:jc w:val="center"/>
            </w:pPr>
            <w:r>
              <w:drawing>
                <wp:inline xmlns:a="http://schemas.openxmlformats.org/drawingml/2006/main" xmlns:pic="http://schemas.openxmlformats.org/drawingml/2006/picture">
                  <wp:extent cx="468000" cy="463125"/>
                  <wp:docPr id="41" name="Picture 41"/>
                  <wp:cNvGraphicFramePr>
                    <a:graphicFrameLocks noChangeAspect="1"/>
                  </wp:cNvGraphicFramePr>
                  <a:graphic>
                    <a:graphicData uri="http://schemas.openxmlformats.org/drawingml/2006/picture">
                      <pic:pic>
                        <pic:nvPicPr>
                          <pic:cNvPr id="0" name="ball.png"/>
                          <pic:cNvPicPr/>
                        </pic:nvPicPr>
                        <pic:blipFill>
                          <a:blip r:embed="rId28"/>
                          <a:stretch>
                            <a:fillRect/>
                          </a:stretch>
                        </pic:blipFill>
                        <pic:spPr>
                          <a:xfrm>
                            <a:off x="0" y="0"/>
                            <a:ext cx="468000" cy="463125"/>
                          </a:xfrm>
                          <a:prstGeom prst="rect"/>
                        </pic:spPr>
                      </pic:pic>
                    </a:graphicData>
                  </a:graphic>
                </wp:inline>
              </w:drawing>
            </w:r>
          </w:p>
          <w:p>
            <w:pPr>
              <w:spacing w:before="0" w:after="0"/>
              <w:jc w:val="center"/>
            </w:pPr>
            <w:r>
              <w:rPr>
                <w:b/>
                <w:bCs/>
                <w:sz w:val="23"/>
                <w:szCs w:val="23"/>
              </w:rPr>
              <w:t>ball</w:t>
            </w:r>
          </w:p>
          <w:p>
            <w:pPr>
              <w:bidi/>
              <w:spacing w:before="0" w:after="0"/>
              <w:jc w:val="center"/>
            </w:pPr>
            <w:r>
              <w:rPr>
                <w:rFonts w:ascii="Arial" w:hAnsi="Arial" w:cs="Arial"/>
                <w:color w:val="6B7280"/>
                <w:sz w:val="17"/>
                <w:szCs w:val="17"/>
                <w:rtl/>
                <w:lang w:val="en-US" w:bidi="he-IL"/>
              </w:rPr>
              <w:t xml:space="preserve">כדור</w:t>
            </w:r>
          </w:p>
          <w:p>
            <w:pPr>
              <w:bidi/>
              <w:spacing w:before="0" w:after="0"/>
              <w:jc w:val="center"/>
            </w:pPr>
            <w:r>
              <w:rPr>
                <w:rFonts w:ascii="Arial" w:hAnsi="Arial" w:cs="Arial"/>
                <w:color w:val="6B7280"/>
                <w:sz w:val="17"/>
                <w:szCs w:val="17"/>
                <w:rtl/>
                <w:lang w:val="en-US" w:bidi="ar-SA"/>
              </w:rPr>
              <w:t xml:space="preserve">كرة</w:t>
            </w:r>
          </w:p>
        </w:tc>
        <w:tc>
          <w:tcPr>
            <w:tcW w:type="dxa" w:w="1663"/>
          </w:tcPr>
          <w:p>
            <w:pPr>
              <w:spacing w:before="0" w:after="0"/>
              <w:jc w:val="center"/>
            </w:pPr>
            <w:r>
              <w:drawing>
                <wp:inline xmlns:a="http://schemas.openxmlformats.org/drawingml/2006/main" xmlns:pic="http://schemas.openxmlformats.org/drawingml/2006/picture">
                  <wp:extent cx="468000" cy="331500"/>
                  <wp:docPr id="42" name="Picture 42"/>
                  <wp:cNvGraphicFramePr>
                    <a:graphicFrameLocks noChangeAspect="1"/>
                  </wp:cNvGraphicFramePr>
                  <a:graphic>
                    <a:graphicData uri="http://schemas.openxmlformats.org/drawingml/2006/picture">
                      <pic:pic>
                        <pic:nvPicPr>
                          <pic:cNvPr id="0" name="book.png"/>
                          <pic:cNvPicPr/>
                        </pic:nvPicPr>
                        <pic:blipFill>
                          <a:blip r:embed="rId24"/>
                          <a:stretch>
                            <a:fillRect/>
                          </a:stretch>
                        </pic:blipFill>
                        <pic:spPr>
                          <a:xfrm>
                            <a:off x="0" y="0"/>
                            <a:ext cx="468000" cy="331500"/>
                          </a:xfrm>
                          <a:prstGeom prst="rect"/>
                        </pic:spPr>
                      </pic:pic>
                    </a:graphicData>
                  </a:graphic>
                </wp:inline>
              </w:drawing>
            </w:r>
          </w:p>
          <w:p>
            <w:pPr>
              <w:spacing w:before="0" w:after="0"/>
              <w:jc w:val="center"/>
            </w:pPr>
            <w:r>
              <w:rPr>
                <w:b/>
                <w:bCs/>
                <w:sz w:val="23"/>
                <w:szCs w:val="23"/>
              </w:rPr>
              <w:t>book</w:t>
            </w:r>
          </w:p>
          <w:p>
            <w:pPr>
              <w:bidi/>
              <w:spacing w:before="0" w:after="0"/>
              <w:jc w:val="center"/>
            </w:pPr>
            <w:r>
              <w:rPr>
                <w:rFonts w:ascii="Arial" w:hAnsi="Arial" w:cs="Arial"/>
                <w:color w:val="6B7280"/>
                <w:sz w:val="17"/>
                <w:szCs w:val="17"/>
                <w:rtl/>
                <w:lang w:val="en-US" w:bidi="he-IL"/>
              </w:rPr>
              <w:t xml:space="preserve">ספר</w:t>
            </w:r>
          </w:p>
          <w:p>
            <w:pPr>
              <w:bidi/>
              <w:spacing w:before="0" w:after="0"/>
              <w:jc w:val="center"/>
            </w:pPr>
            <w:r>
              <w:rPr>
                <w:rFonts w:ascii="Arial" w:hAnsi="Arial" w:cs="Arial"/>
                <w:color w:val="6B7280"/>
                <w:sz w:val="17"/>
                <w:szCs w:val="17"/>
                <w:rtl/>
                <w:lang w:val="en-US" w:bidi="ar-SA"/>
              </w:rPr>
              <w:t xml:space="preserve">كتاب</w:t>
            </w:r>
          </w:p>
        </w:tc>
        <w:tc>
          <w:tcPr>
            <w:tcW w:type="dxa" w:w="1663"/>
          </w:tcPr>
          <w:p>
            <w:pPr>
              <w:spacing w:before="0" w:after="0"/>
              <w:jc w:val="center"/>
            </w:pPr>
            <w:r>
              <w:drawing>
                <wp:inline xmlns:a="http://schemas.openxmlformats.org/drawingml/2006/main" xmlns:pic="http://schemas.openxmlformats.org/drawingml/2006/picture">
                  <wp:extent cx="468000" cy="297375"/>
                  <wp:docPr id="43" name="Picture 43"/>
                  <wp:cNvGraphicFramePr>
                    <a:graphicFrameLocks noChangeAspect="1"/>
                  </wp:cNvGraphicFramePr>
                  <a:graphic>
                    <a:graphicData uri="http://schemas.openxmlformats.org/drawingml/2006/picture">
                      <pic:pic>
                        <pic:nvPicPr>
                          <pic:cNvPr id="0" name="car.png"/>
                          <pic:cNvPicPr/>
                        </pic:nvPicPr>
                        <pic:blipFill>
                          <a:blip r:embed="rId35"/>
                          <a:stretch>
                            <a:fillRect/>
                          </a:stretch>
                        </pic:blipFill>
                        <pic:spPr>
                          <a:xfrm>
                            <a:off x="0" y="0"/>
                            <a:ext cx="468000" cy="297375"/>
                          </a:xfrm>
                          <a:prstGeom prst="rect"/>
                        </pic:spPr>
                      </pic:pic>
                    </a:graphicData>
                  </a:graphic>
                </wp:inline>
              </w:drawing>
            </w:r>
          </w:p>
          <w:p>
            <w:pPr>
              <w:spacing w:before="0" w:after="0"/>
              <w:jc w:val="center"/>
            </w:pPr>
            <w:r>
              <w:rPr>
                <w:b/>
                <w:bCs/>
                <w:sz w:val="23"/>
                <w:szCs w:val="23"/>
              </w:rPr>
              <w:t>car</w:t>
            </w:r>
          </w:p>
          <w:p>
            <w:pPr>
              <w:bidi/>
              <w:spacing w:before="0" w:after="0"/>
              <w:jc w:val="center"/>
            </w:pPr>
            <w:r>
              <w:rPr>
                <w:rFonts w:ascii="Arial" w:hAnsi="Arial" w:cs="Arial"/>
                <w:color w:val="6B7280"/>
                <w:sz w:val="17"/>
                <w:szCs w:val="17"/>
                <w:rtl/>
                <w:lang w:val="en-US" w:bidi="he-IL"/>
              </w:rPr>
              <w:t xml:space="preserve">מכונית</w:t>
            </w:r>
          </w:p>
          <w:p>
            <w:pPr>
              <w:bidi/>
              <w:spacing w:before="0" w:after="0"/>
              <w:jc w:val="center"/>
            </w:pPr>
            <w:r>
              <w:rPr>
                <w:rFonts w:ascii="Arial" w:hAnsi="Arial" w:cs="Arial"/>
                <w:color w:val="6B7280"/>
                <w:sz w:val="17"/>
                <w:szCs w:val="17"/>
                <w:rtl/>
                <w:lang w:val="en-US" w:bidi="ar-SA"/>
              </w:rPr>
              <w:t xml:space="preserve">سيارة</w:t>
            </w:r>
          </w:p>
        </w:tc>
      </w:tr>
    </w:tbl>
    <w:p>
      <w:pPr>
        <w:spacing w:before="0" w:after="80"/>
        <w:jc w:val="both"/>
      </w:pPr>
    </w:p>
    <w:p>
      <w:pPr>
        <w:spacing w:before="160" w:after="20"/>
        <w:jc w:val="both"/>
      </w:pPr>
      <w:r>
        <w:rPr>
          <w:b/>
          <w:bCs/>
          <w:sz w:val="26"/>
          <w:szCs w:val="26"/>
        </w:rPr>
        <w:t>1. Complete with a possessive word.</w:t>
      </w:r>
    </w:p>
    <w:p>
      <w:pPr>
        <w:bidi/>
        <w:spacing w:before="0" w:after="0"/>
        <w:jc w:val="both"/>
      </w:pPr>
      <w:r>
        <w:rPr>
          <w:rFonts w:ascii="Arial" w:hAnsi="Arial" w:cs="Arial"/>
          <w:color w:val="6B7280"/>
          <w:sz w:val="20"/>
          <w:szCs w:val="20"/>
          <w:rtl/>
          <w:lang w:val="en-US" w:bidi="he-IL"/>
        </w:rPr>
        <w:t xml:space="preserve">השלימו במילת שייכות.</w:t>
      </w:r>
    </w:p>
    <w:p>
      <w:pPr>
        <w:bidi/>
        <w:spacing w:before="0" w:after="80"/>
        <w:jc w:val="both"/>
      </w:pPr>
      <w:r>
        <w:rPr>
          <w:rFonts w:ascii="Arial" w:hAnsi="Arial" w:cs="Arial"/>
          <w:color w:val="6B7280"/>
          <w:sz w:val="21"/>
          <w:szCs w:val="21"/>
          <w:rtl/>
          <w:lang w:val="en-US" w:bidi="ar-SA"/>
        </w:rPr>
        <w:t xml:space="preserve">أكمل بكلمة ملكيّة.</w:t>
      </w:r>
    </w:p>
    <w:p>
      <w:pPr>
        <w:spacing w:before="0" w:after="60"/>
        <w:jc w:val="both"/>
      </w:pPr>
      <w:r>
        <w:rPr/>
        <w:t>a. I am Daniel. This is __________ room.</w:t>
      </w:r>
    </w:p>
    <w:p>
      <w:pPr>
        <w:spacing w:before="0" w:after="60"/>
        <w:jc w:val="both"/>
      </w:pPr>
      <w:r>
        <w:rPr/>
        <w:t>b. You are my friend. Is this __________ jacket?</w:t>
      </w:r>
    </w:p>
    <w:p>
      <w:pPr>
        <w:spacing w:before="0" w:after="60"/>
        <w:jc w:val="both"/>
      </w:pPr>
      <w:r>
        <w:rPr/>
        <w:t>c. Ariel is ten. __________ birthday is in May.</w:t>
      </w:r>
    </w:p>
    <w:p>
      <w:pPr>
        <w:spacing w:before="0" w:after="60"/>
        <w:jc w:val="both"/>
      </w:pPr>
      <w:r>
        <w:rPr/>
        <w:t>d. Shira has a parrot. __________ parrot can talk.</w:t>
      </w:r>
    </w:p>
    <w:p>
      <w:pPr>
        <w:spacing w:before="0" w:after="60"/>
        <w:jc w:val="both"/>
      </w:pPr>
      <w:r>
        <w:rPr/>
        <w:t>e. We are in Class 5B. __________ class is on the second floor.</w:t>
      </w:r>
    </w:p>
    <w:p>
      <w:pPr>
        <w:spacing w:before="0" w:after="60"/>
        <w:jc w:val="both"/>
      </w:pPr>
      <w:r>
        <w:rPr/>
        <w:t>f. My cousins live in Akko. __________ house is old.</w:t>
      </w:r>
    </w:p>
    <w:p>
      <w:pPr>
        <w:spacing w:before="160" w:after="20"/>
        <w:jc w:val="both"/>
      </w:pPr>
      <w:r>
        <w:rPr>
          <w:b/>
          <w:bCs/>
          <w:sz w:val="26"/>
          <w:szCs w:val="26"/>
        </w:rPr>
        <w:t>2. Match the sentences that mean the same.</w:t>
      </w:r>
    </w:p>
    <w:p>
      <w:pPr>
        <w:bidi/>
        <w:spacing w:before="0" w:after="0"/>
        <w:jc w:val="both"/>
      </w:pPr>
      <w:r>
        <w:rPr>
          <w:rFonts w:ascii="Arial" w:hAnsi="Arial" w:cs="Arial"/>
          <w:color w:val="6B7280"/>
          <w:sz w:val="20"/>
          <w:szCs w:val="20"/>
          <w:rtl/>
          <w:lang w:val="en-US" w:bidi="he-IL"/>
        </w:rPr>
        <w:t xml:space="preserve">התאימו בין המשפטים שיש להם אותה משמעות.</w:t>
      </w:r>
    </w:p>
    <w:p>
      <w:pPr>
        <w:bidi/>
        <w:spacing w:before="0" w:after="80"/>
        <w:jc w:val="both"/>
      </w:pPr>
      <w:r>
        <w:rPr>
          <w:rFonts w:ascii="Arial" w:hAnsi="Arial" w:cs="Arial"/>
          <w:color w:val="6B7280"/>
          <w:sz w:val="21"/>
          <w:szCs w:val="21"/>
          <w:rtl/>
          <w:lang w:val="en-US" w:bidi="ar-SA"/>
        </w:rPr>
        <w:t xml:space="preserve">صِل الجمل التي لها المعنى نفسه.</w:t>
      </w:r>
    </w:p>
    <w:tbl>
      <w:tblPr>
        <w:tblStyle w:val="TableGrid"/>
        <w:tblW w:type="auto" w:w="0"/>
        <w:tblLook w:firstColumn="1" w:firstRow="1" w:lastColumn="0" w:lastRow="0" w:noHBand="0" w:noVBand="1" w:val="04A0"/>
      </w:tblPr>
      <w:tblGrid>
        <w:gridCol w:w="4989"/>
        <w:gridCol w:w="4989"/>
      </w:tblGrid>
      <w:tr>
        <w:tc>
          <w:tcPr>
            <w:tcW w:type="dxa" w:w="4989"/>
            <w:shd w:val="clear" w:color="auto" w:fill="047857"/>
          </w:tcPr>
          <w:p>
            <w:pPr>
              <w:spacing w:before="0" w:after="40"/>
              <w:jc w:val="both"/>
            </w:pPr>
            <w:r>
              <w:rPr>
                <w:b/>
                <w:bCs/>
                <w:color w:val="FFFFFF"/>
              </w:rPr>
              <w:t>Column A</w:t>
            </w:r>
          </w:p>
        </w:tc>
        <w:tc>
          <w:tcPr>
            <w:tcW w:type="dxa" w:w="4989"/>
            <w:shd w:val="clear" w:color="auto" w:fill="047857"/>
          </w:tcPr>
          <w:p>
            <w:pPr>
              <w:spacing w:before="0" w:after="40"/>
              <w:jc w:val="both"/>
            </w:pPr>
            <w:r>
              <w:rPr>
                <w:b/>
                <w:bCs/>
                <w:color w:val="FFFFFF"/>
              </w:rPr>
              <w:t>Column B</w:t>
            </w:r>
          </w:p>
        </w:tc>
      </w:tr>
      <w:tr>
        <w:tc>
          <w:tcPr>
            <w:tcW w:type="dxa" w:w="4989"/>
          </w:tcPr>
          <w:p>
            <w:pPr>
              <w:spacing w:before="0" w:after="40"/>
              <w:jc w:val="both"/>
            </w:pPr>
            <w:r>
              <w:rPr/>
              <w:t>1. It's Tom's ball.</w:t>
            </w:r>
          </w:p>
        </w:tc>
        <w:tc>
          <w:tcPr>
            <w:tcW w:type="dxa" w:w="4989"/>
          </w:tcPr>
          <w:p>
            <w:pPr>
              <w:spacing w:before="0" w:after="40"/>
              <w:jc w:val="both"/>
            </w:pPr>
            <w:r>
              <w:rPr/>
              <w:t>[   ] It's their ball.</w:t>
            </w:r>
          </w:p>
        </w:tc>
      </w:tr>
      <w:tr>
        <w:tc>
          <w:tcPr>
            <w:tcW w:type="dxa" w:w="4989"/>
          </w:tcPr>
          <w:p>
            <w:pPr>
              <w:spacing w:before="0" w:after="40"/>
              <w:jc w:val="both"/>
            </w:pPr>
            <w:r>
              <w:rPr/>
              <w:t>2. It's Noa's ball.</w:t>
            </w:r>
          </w:p>
        </w:tc>
        <w:tc>
          <w:tcPr>
            <w:tcW w:type="dxa" w:w="4989"/>
          </w:tcPr>
          <w:p>
            <w:pPr>
              <w:spacing w:before="0" w:after="40"/>
              <w:jc w:val="both"/>
            </w:pPr>
            <w:r>
              <w:rPr/>
              <w:t>[   ] It's her ball.</w:t>
            </w:r>
          </w:p>
        </w:tc>
      </w:tr>
      <w:tr>
        <w:tc>
          <w:tcPr>
            <w:tcW w:type="dxa" w:w="4989"/>
          </w:tcPr>
          <w:p>
            <w:pPr>
              <w:spacing w:before="0" w:after="40"/>
              <w:jc w:val="both"/>
            </w:pPr>
            <w:r>
              <w:rPr/>
              <w:t>3. It's Ben and Dan's ball.</w:t>
            </w:r>
          </w:p>
        </w:tc>
        <w:tc>
          <w:tcPr>
            <w:tcW w:type="dxa" w:w="4989"/>
          </w:tcPr>
          <w:p>
            <w:pPr>
              <w:spacing w:before="0" w:after="40"/>
              <w:jc w:val="both"/>
            </w:pPr>
            <w:r>
              <w:rPr/>
              <w:t>[   ] It's our ball.</w:t>
            </w:r>
          </w:p>
        </w:tc>
      </w:tr>
      <w:tr>
        <w:tc>
          <w:tcPr>
            <w:tcW w:type="dxa" w:w="4989"/>
          </w:tcPr>
          <w:p>
            <w:pPr>
              <w:spacing w:before="0" w:after="40"/>
              <w:jc w:val="both"/>
            </w:pPr>
            <w:r>
              <w:rPr/>
              <w:t>4. The ball belongs to me.</w:t>
            </w:r>
          </w:p>
        </w:tc>
        <w:tc>
          <w:tcPr>
            <w:tcW w:type="dxa" w:w="4989"/>
          </w:tcPr>
          <w:p>
            <w:pPr>
              <w:spacing w:before="0" w:after="40"/>
              <w:jc w:val="both"/>
            </w:pPr>
            <w:r>
              <w:rPr/>
              <w:t>[   ] It's my ball.</w:t>
            </w:r>
          </w:p>
        </w:tc>
      </w:tr>
      <w:tr>
        <w:tc>
          <w:tcPr>
            <w:tcW w:type="dxa" w:w="4989"/>
          </w:tcPr>
          <w:p>
            <w:pPr>
              <w:spacing w:before="0" w:after="40"/>
              <w:jc w:val="both"/>
            </w:pPr>
            <w:r>
              <w:rPr/>
              <w:t>5. The ball belongs to you.</w:t>
            </w:r>
          </w:p>
        </w:tc>
        <w:tc>
          <w:tcPr>
            <w:tcW w:type="dxa" w:w="4989"/>
          </w:tcPr>
          <w:p>
            <w:pPr>
              <w:spacing w:before="0" w:after="40"/>
              <w:jc w:val="both"/>
            </w:pPr>
            <w:r>
              <w:rPr/>
              <w:t>[   ] It's your ball.</w:t>
            </w:r>
          </w:p>
        </w:tc>
      </w:tr>
      <w:tr>
        <w:tc>
          <w:tcPr>
            <w:tcW w:type="dxa" w:w="4989"/>
          </w:tcPr>
          <w:p>
            <w:pPr>
              <w:spacing w:before="0" w:after="40"/>
              <w:jc w:val="both"/>
            </w:pPr>
            <w:r>
              <w:rPr/>
              <w:t>6. The ball belongs to Noa and me.</w:t>
            </w:r>
          </w:p>
        </w:tc>
        <w:tc>
          <w:tcPr>
            <w:tcW w:type="dxa" w:w="4989"/>
          </w:tcPr>
          <w:p>
            <w:pPr>
              <w:spacing w:before="0" w:after="40"/>
              <w:jc w:val="both"/>
            </w:pPr>
            <w:r>
              <w:rPr/>
              <w:t>[   ] It's his ball.</w:t>
            </w:r>
          </w:p>
        </w:tc>
      </w:tr>
    </w:tbl>
    <w:p>
      <w:pPr>
        <w:spacing w:before="0" w:after="40"/>
        <w:jc w:val="both"/>
      </w:pPr>
    </w:p>
    <w:p>
      <w:pPr>
        <w:spacing w:before="160" w:after="20"/>
        <w:jc w:val="both"/>
      </w:pPr>
      <w:r>
        <w:rPr>
          <w:b/>
          <w:bCs/>
          <w:sz w:val="26"/>
          <w:szCs w:val="26"/>
        </w:rPr>
        <w:t>3. Sort the words.</w:t>
      </w:r>
    </w:p>
    <w:p>
      <w:pPr>
        <w:bidi/>
        <w:spacing w:before="0" w:after="0"/>
        <w:jc w:val="both"/>
      </w:pPr>
      <w:r>
        <w:rPr>
          <w:rFonts w:ascii="Arial" w:hAnsi="Arial" w:cs="Arial"/>
          <w:color w:val="6B7280"/>
          <w:sz w:val="20"/>
          <w:szCs w:val="20"/>
          <w:rtl/>
          <w:lang w:val="en-US" w:bidi="he-IL"/>
        </w:rPr>
        <w:t xml:space="preserve">מיינו את המילים.</w:t>
      </w:r>
    </w:p>
    <w:p>
      <w:pPr>
        <w:bidi/>
        <w:spacing w:before="0" w:after="80"/>
        <w:jc w:val="both"/>
      </w:pPr>
      <w:r>
        <w:rPr>
          <w:rFonts w:ascii="Arial" w:hAnsi="Arial" w:cs="Arial"/>
          <w:color w:val="6B7280"/>
          <w:sz w:val="21"/>
          <w:szCs w:val="21"/>
          <w:rtl/>
          <w:lang w:val="en-US" w:bidi="ar-SA"/>
        </w:rPr>
        <w:t xml:space="preserve">صنّف الكلمات.</w:t>
      </w:r>
    </w:p>
    <w:p>
      <w:pPr>
        <w:spacing w:before="0" w:after="80"/>
        <w:jc w:val="both"/>
      </w:pPr>
      <w:r>
        <w:rPr>
          <w:color w:val="047857"/>
          <w:sz w:val="24"/>
          <w:szCs w:val="24"/>
        </w:rPr>
        <w:t>Words: my  |  Who  |  his  |  Whose  |  their  |  its  |  our  |  her</w:t>
      </w:r>
    </w:p>
    <w:tbl>
      <w:tblPr>
        <w:tblStyle w:val="TableGrid"/>
        <w:tblW w:type="auto" w:w="0"/>
        <w:tblLook w:firstColumn="1" w:firstRow="1" w:lastColumn="0" w:lastRow="0" w:noHBand="0" w:noVBand="1" w:val="04A0"/>
      </w:tblPr>
      <w:tblGrid>
        <w:gridCol w:w="4989"/>
        <w:gridCol w:w="4989"/>
      </w:tblGrid>
      <w:tr>
        <w:tc>
          <w:tcPr>
            <w:tcW w:type="dxa" w:w="4989"/>
            <w:shd w:val="clear" w:color="auto" w:fill="047857"/>
          </w:tcPr>
          <w:p>
            <w:pPr>
              <w:spacing w:before="0" w:after="40"/>
              <w:jc w:val="both"/>
            </w:pPr>
            <w:r>
              <w:rPr>
                <w:b/>
                <w:bCs/>
                <w:color w:val="FFFFFF"/>
              </w:rPr>
              <w:t>possessive words</w:t>
            </w:r>
          </w:p>
        </w:tc>
        <w:tc>
          <w:tcPr>
            <w:tcW w:type="dxa" w:w="4989"/>
            <w:shd w:val="clear" w:color="auto" w:fill="047857"/>
          </w:tcPr>
          <w:p>
            <w:pPr>
              <w:spacing w:before="0" w:after="40"/>
              <w:jc w:val="both"/>
            </w:pPr>
            <w:r>
              <w:rPr>
                <w:b/>
                <w:bCs/>
                <w:color w:val="FFFFFF"/>
              </w:rPr>
              <w:t>question words</w:t>
            </w:r>
          </w:p>
        </w:tc>
      </w:tr>
      <w:tr>
        <w:tc>
          <w:tcPr>
            <w:tcW w:type="dxa" w:w="4989"/>
          </w:tcPr>
          <w:p>
            <w:pPr>
              <w:spacing w:before="0" w:after="40"/>
              <w:jc w:val="both"/>
            </w:pPr>
            <w:r>
              <w:rPr/>
              <w:br/>
              <w:br/>
              <w:br/>
            </w:r>
          </w:p>
        </w:tc>
        <w:tc>
          <w:tcPr>
            <w:tcW w:type="dxa" w:w="4989"/>
          </w:tcPr>
          <w:p>
            <w:pPr>
              <w:spacing w:before="0" w:after="40"/>
              <w:jc w:val="both"/>
            </w:pPr>
            <w:r>
              <w:rPr/>
              <w:br/>
              <w:br/>
              <w:br/>
            </w:r>
          </w:p>
        </w:tc>
      </w:tr>
    </w:tbl>
    <w:p>
      <w:pPr>
        <w:spacing w:before="0" w:after="40"/>
        <w:jc w:val="both"/>
      </w:pPr>
    </w:p>
    <w:p>
      <w:pPr>
        <w:spacing w:before="160" w:after="20"/>
        <w:jc w:val="both"/>
      </w:pPr>
      <w:r>
        <w:rPr>
          <w:b/>
          <w:bCs/>
          <w:sz w:val="26"/>
          <w:szCs w:val="26"/>
        </w:rPr>
        <w:t>4. Complete with the 's or s' form.</w:t>
      </w:r>
    </w:p>
    <w:p>
      <w:pPr>
        <w:bidi/>
        <w:spacing w:before="0" w:after="0"/>
        <w:jc w:val="both"/>
      </w:pPr>
      <w:r>
        <w:rPr>
          <w:rFonts w:ascii="Arial" w:hAnsi="Arial" w:cs="Arial"/>
          <w:color w:val="6B7280"/>
          <w:sz w:val="20"/>
          <w:szCs w:val="20"/>
          <w:rtl/>
          <w:lang w:val="en-US" w:bidi="he-IL"/>
        </w:rPr>
        <w:t xml:space="preserve">השלימו בצורה ‎'s‎ או ‎s'‎.</w:t>
      </w:r>
    </w:p>
    <w:p>
      <w:pPr>
        <w:bidi/>
        <w:spacing w:before="0" w:after="80"/>
        <w:jc w:val="both"/>
      </w:pPr>
      <w:r>
        <w:rPr>
          <w:rFonts w:ascii="Arial" w:hAnsi="Arial" w:cs="Arial"/>
          <w:color w:val="6B7280"/>
          <w:sz w:val="21"/>
          <w:szCs w:val="21"/>
          <w:rtl/>
          <w:lang w:val="en-US" w:bidi="ar-SA"/>
        </w:rPr>
        <w:t xml:space="preserve">أكمل بالصيغة ‎'s‎ أو ‎s'‎.</w:t>
      </w:r>
    </w:p>
    <w:tbl>
      <w:tblPr>
        <w:tblStyle w:val="TableGrid"/>
        <w:tblW w:type="auto" w:w="0"/>
        <w:tblLook w:firstColumn="1" w:firstRow="1" w:lastColumn="0" w:lastRow="0" w:noHBand="0" w:noVBand="1" w:val="04A0"/>
      </w:tblPr>
      <w:tblGrid>
        <w:gridCol w:w="3326"/>
        <w:gridCol w:w="3326"/>
        <w:gridCol w:w="3326"/>
      </w:tblGrid>
      <w:tr>
        <w:tc>
          <w:tcPr>
            <w:tcW w:type="dxa" w:w="3326"/>
            <w:shd w:val="clear" w:color="auto" w:fill="047857"/>
          </w:tcPr>
          <w:p>
            <w:pPr>
              <w:spacing w:before="0" w:after="40"/>
              <w:jc w:val="both"/>
            </w:pPr>
            <w:r>
              <w:rPr>
                <w:b/>
                <w:bCs/>
                <w:color w:val="FFFFFF"/>
              </w:rPr>
              <w:t>the owner</w:t>
            </w:r>
          </w:p>
        </w:tc>
        <w:tc>
          <w:tcPr>
            <w:tcW w:type="dxa" w:w="3326"/>
            <w:shd w:val="clear" w:color="auto" w:fill="047857"/>
          </w:tcPr>
          <w:p>
            <w:pPr>
              <w:spacing w:before="0" w:after="40"/>
              <w:jc w:val="both"/>
            </w:pPr>
            <w:r>
              <w:rPr>
                <w:b/>
                <w:bCs/>
                <w:color w:val="FFFFFF"/>
              </w:rPr>
              <w:t>the thing</w:t>
            </w:r>
          </w:p>
        </w:tc>
        <w:tc>
          <w:tcPr>
            <w:tcW w:type="dxa" w:w="3326"/>
            <w:shd w:val="clear" w:color="auto" w:fill="047857"/>
          </w:tcPr>
          <w:p>
            <w:pPr>
              <w:spacing w:before="0" w:after="40"/>
              <w:jc w:val="both"/>
            </w:pPr>
            <w:r>
              <w:rPr>
                <w:b/>
                <w:bCs/>
                <w:color w:val="FFFFFF"/>
              </w:rPr>
              <w:t>together</w:t>
            </w:r>
          </w:p>
        </w:tc>
      </w:tr>
      <w:tr>
        <w:tc>
          <w:tcPr>
            <w:tcW w:type="dxa" w:w="3326"/>
          </w:tcPr>
          <w:p>
            <w:pPr>
              <w:spacing w:before="0" w:after="40"/>
              <w:jc w:val="both"/>
            </w:pPr>
            <w:r>
              <w:rPr/>
              <w:t>Maya</w:t>
            </w:r>
          </w:p>
        </w:tc>
        <w:tc>
          <w:tcPr>
            <w:tcW w:type="dxa" w:w="3326"/>
          </w:tcPr>
          <w:p>
            <w:pPr>
              <w:spacing w:before="0" w:after="40"/>
              <w:jc w:val="both"/>
            </w:pPr>
            <w:r>
              <w:rPr/>
              <w:t>book</w:t>
            </w:r>
          </w:p>
        </w:tc>
        <w:tc>
          <w:tcPr>
            <w:tcW w:type="dxa" w:w="3326"/>
          </w:tcPr>
          <w:p>
            <w:pPr>
              <w:spacing w:before="0" w:after="40"/>
              <w:jc w:val="both"/>
            </w:pPr>
            <w:r>
              <w:rPr/>
            </w:r>
          </w:p>
        </w:tc>
      </w:tr>
      <w:tr>
        <w:tc>
          <w:tcPr>
            <w:tcW w:type="dxa" w:w="3326"/>
          </w:tcPr>
          <w:p>
            <w:pPr>
              <w:spacing w:before="0" w:after="40"/>
              <w:jc w:val="both"/>
            </w:pPr>
            <w:r>
              <w:rPr/>
              <w:t>my parents</w:t>
            </w:r>
          </w:p>
        </w:tc>
        <w:tc>
          <w:tcPr>
            <w:tcW w:type="dxa" w:w="3326"/>
          </w:tcPr>
          <w:p>
            <w:pPr>
              <w:spacing w:before="0" w:after="40"/>
              <w:jc w:val="both"/>
            </w:pPr>
            <w:r>
              <w:rPr/>
              <w:t>car</w:t>
            </w:r>
          </w:p>
        </w:tc>
        <w:tc>
          <w:tcPr>
            <w:tcW w:type="dxa" w:w="3326"/>
          </w:tcPr>
          <w:p>
            <w:pPr>
              <w:spacing w:before="0" w:after="40"/>
              <w:jc w:val="both"/>
            </w:pPr>
            <w:r>
              <w:rPr/>
            </w:r>
          </w:p>
        </w:tc>
      </w:tr>
      <w:tr>
        <w:tc>
          <w:tcPr>
            <w:tcW w:type="dxa" w:w="3326"/>
          </w:tcPr>
          <w:p>
            <w:pPr>
              <w:spacing w:before="0" w:after="40"/>
              <w:jc w:val="both"/>
            </w:pPr>
            <w:r>
              <w:rPr/>
              <w:t>the children</w:t>
            </w:r>
          </w:p>
        </w:tc>
        <w:tc>
          <w:tcPr>
            <w:tcW w:type="dxa" w:w="3326"/>
          </w:tcPr>
          <w:p>
            <w:pPr>
              <w:spacing w:before="0" w:after="40"/>
              <w:jc w:val="both"/>
            </w:pPr>
            <w:r>
              <w:rPr/>
              <w:t>toys</w:t>
            </w:r>
          </w:p>
        </w:tc>
        <w:tc>
          <w:tcPr>
            <w:tcW w:type="dxa" w:w="3326"/>
          </w:tcPr>
          <w:p>
            <w:pPr>
              <w:spacing w:before="0" w:after="40"/>
              <w:jc w:val="both"/>
            </w:pPr>
            <w:r>
              <w:rPr/>
            </w:r>
          </w:p>
        </w:tc>
      </w:tr>
      <w:tr>
        <w:tc>
          <w:tcPr>
            <w:tcW w:type="dxa" w:w="3326"/>
          </w:tcPr>
          <w:p>
            <w:pPr>
              <w:spacing w:before="0" w:after="40"/>
              <w:jc w:val="both"/>
            </w:pPr>
            <w:r>
              <w:rPr/>
              <w:t>the teacher</w:t>
            </w:r>
          </w:p>
        </w:tc>
        <w:tc>
          <w:tcPr>
            <w:tcW w:type="dxa" w:w="3326"/>
          </w:tcPr>
          <w:p>
            <w:pPr>
              <w:spacing w:before="0" w:after="40"/>
              <w:jc w:val="both"/>
            </w:pPr>
            <w:r>
              <w:rPr/>
              <w:t>desk</w:t>
            </w:r>
          </w:p>
        </w:tc>
        <w:tc>
          <w:tcPr>
            <w:tcW w:type="dxa" w:w="3326"/>
          </w:tcPr>
          <w:p>
            <w:pPr>
              <w:spacing w:before="0" w:after="40"/>
              <w:jc w:val="both"/>
            </w:pPr>
            <w:r>
              <w:rPr/>
            </w:r>
          </w:p>
        </w:tc>
      </w:tr>
      <w:tr>
        <w:tc>
          <w:tcPr>
            <w:tcW w:type="dxa" w:w="3326"/>
          </w:tcPr>
          <w:p>
            <w:pPr>
              <w:spacing w:before="0" w:after="40"/>
              <w:jc w:val="both"/>
            </w:pPr>
            <w:r>
              <w:rPr/>
              <w:t>the girls</w:t>
            </w:r>
          </w:p>
        </w:tc>
        <w:tc>
          <w:tcPr>
            <w:tcW w:type="dxa" w:w="3326"/>
          </w:tcPr>
          <w:p>
            <w:pPr>
              <w:spacing w:before="0" w:after="40"/>
              <w:jc w:val="both"/>
            </w:pPr>
            <w:r>
              <w:rPr/>
              <w:t>bags</w:t>
            </w:r>
          </w:p>
        </w:tc>
        <w:tc>
          <w:tcPr>
            <w:tcW w:type="dxa" w:w="3326"/>
          </w:tcPr>
          <w:p>
            <w:pPr>
              <w:spacing w:before="0" w:after="40"/>
              <w:jc w:val="both"/>
            </w:pPr>
            <w:r>
              <w:rPr/>
            </w:r>
          </w:p>
        </w:tc>
      </w:tr>
    </w:tbl>
    <w:p>
      <w:pPr>
        <w:spacing w:before="0" w:after="40"/>
        <w:jc w:val="both"/>
      </w:pPr>
    </w:p>
    <w:p>
      <w:pPr>
        <w:spacing w:before="160" w:after="20"/>
        <w:jc w:val="both"/>
      </w:pPr>
      <w:r>
        <w:rPr>
          <w:b/>
          <w:bCs/>
          <w:sz w:val="26"/>
          <w:szCs w:val="26"/>
        </w:rPr>
        <w:t>5. Complete with it's or its.</w:t>
      </w:r>
    </w:p>
    <w:p>
      <w:pPr>
        <w:bidi/>
        <w:spacing w:before="0" w:after="0"/>
        <w:jc w:val="both"/>
      </w:pPr>
      <w:r>
        <w:rPr>
          <w:rFonts w:ascii="Arial" w:hAnsi="Arial" w:cs="Arial"/>
          <w:color w:val="6B7280"/>
          <w:sz w:val="20"/>
          <w:szCs w:val="20"/>
          <w:rtl/>
          <w:lang w:val="en-US" w:bidi="he-IL"/>
        </w:rPr>
        <w:t xml:space="preserve">השלימו ב־‎it's‎ או ב־‎its‎.</w:t>
      </w:r>
    </w:p>
    <w:p>
      <w:pPr>
        <w:bidi/>
        <w:spacing w:before="0" w:after="80"/>
        <w:jc w:val="both"/>
      </w:pPr>
      <w:r>
        <w:rPr>
          <w:rFonts w:ascii="Arial" w:hAnsi="Arial" w:cs="Arial"/>
          <w:color w:val="6B7280"/>
          <w:sz w:val="21"/>
          <w:szCs w:val="21"/>
          <w:rtl/>
          <w:lang w:val="en-US" w:bidi="ar-SA"/>
        </w:rPr>
        <w:t xml:space="preserve">أكمل بـ ‎it's‎ أو ‎its‎.</w:t>
      </w:r>
    </w:p>
    <w:p>
      <w:pPr>
        <w:spacing w:before="0" w:after="60"/>
        <w:jc w:val="both"/>
      </w:pPr>
      <w:r>
        <w:rPr/>
        <w:t>a. __________ very hot today.</w:t>
      </w:r>
    </w:p>
    <w:p>
      <w:pPr>
        <w:spacing w:before="0" w:after="60"/>
        <w:jc w:val="both"/>
      </w:pPr>
      <w:r>
        <w:rPr/>
        <w:t>b. The bird is building __________ nest.</w:t>
      </w:r>
    </w:p>
    <w:p>
      <w:pPr>
        <w:spacing w:before="0" w:after="60"/>
        <w:jc w:val="both"/>
      </w:pPr>
      <w:r>
        <w:rPr/>
        <w:t>c. Look at that dog! __________ tail is so long.</w:t>
      </w:r>
    </w:p>
    <w:p>
      <w:pPr>
        <w:spacing w:before="0" w:after="60"/>
        <w:jc w:val="both"/>
      </w:pPr>
      <w:r>
        <w:rPr/>
        <w:t>d. __________ my birthday tomorrow.</w:t>
      </w:r>
    </w:p>
    <w:p>
      <w:pPr>
        <w:spacing w:before="160" w:after="20"/>
        <w:jc w:val="both"/>
      </w:pPr>
      <w:r>
        <w:rPr>
          <w:b/>
          <w:bCs/>
          <w:sz w:val="26"/>
          <w:szCs w:val="26"/>
        </w:rPr>
        <w:t>6. Circle the correct answer.</w:t>
      </w:r>
    </w:p>
    <w:p>
      <w:pPr>
        <w:bidi/>
        <w:spacing w:before="0" w:after="0"/>
        <w:jc w:val="both"/>
      </w:pPr>
      <w:r>
        <w:rPr>
          <w:rFonts w:ascii="Arial" w:hAnsi="Arial" w:cs="Arial"/>
          <w:color w:val="6B7280"/>
          <w:sz w:val="20"/>
          <w:szCs w:val="20"/>
          <w:rtl/>
          <w:lang w:val="en-US" w:bidi="he-IL"/>
        </w:rPr>
        <w:t xml:space="preserve">הקיפו את התשובה הנכונה.</w:t>
      </w:r>
    </w:p>
    <w:p>
      <w:pPr>
        <w:bidi/>
        <w:spacing w:before="0" w:after="80"/>
        <w:jc w:val="both"/>
      </w:pPr>
      <w:r>
        <w:rPr>
          <w:rFonts w:ascii="Arial" w:hAnsi="Arial" w:cs="Arial"/>
          <w:color w:val="6B7280"/>
          <w:sz w:val="21"/>
          <w:szCs w:val="21"/>
          <w:rtl/>
          <w:lang w:val="en-US" w:bidi="ar-SA"/>
        </w:rPr>
        <w:t xml:space="preserve">ضع دائرة حول الإجابة الصحيحة.</w:t>
      </w:r>
    </w:p>
    <w:p>
      <w:pPr>
        <w:spacing w:before="0" w:after="20"/>
        <w:jc w:val="both"/>
      </w:pPr>
      <w:r>
        <w:rPr/>
        <w:t>a. ___ is that man? He's my uncle.</w:t>
      </w:r>
    </w:p>
    <w:p>
      <w:pPr>
        <w:spacing w:before="0" w:after="80"/>
        <w:jc w:val="both"/>
      </w:pPr>
      <w:r>
        <w:rPr/>
        <w:t xml:space="preserve">   ○ Whose      ○ Who      ○ What</w:t>
      </w:r>
    </w:p>
    <w:p>
      <w:pPr>
        <w:spacing w:before="0" w:after="20"/>
        <w:jc w:val="both"/>
      </w:pPr>
      <w:r>
        <w:rPr/>
        <w:t>b. This is ___ bag.</w:t>
      </w:r>
    </w:p>
    <w:p>
      <w:pPr>
        <w:spacing w:before="0" w:after="80"/>
        <w:jc w:val="both"/>
      </w:pPr>
      <w:r>
        <w:rPr/>
        <w:t xml:space="preserve">   ○ Tamars      ○ Tamar's      ○ Tamars'</w:t>
      </w:r>
    </w:p>
    <w:p>
      <w:pPr>
        <w:spacing w:before="0" w:after="20"/>
        <w:jc w:val="both"/>
      </w:pPr>
      <w:r>
        <w:rPr/>
        <w:t>c. The ___ room is very big. (two boys)</w:t>
      </w:r>
    </w:p>
    <w:p>
      <w:pPr>
        <w:spacing w:before="0" w:after="80"/>
        <w:jc w:val="both"/>
      </w:pPr>
      <w:r>
        <w:rPr/>
        <w:t xml:space="preserve">   ○ boys'      ○ boy's      ○ boys's</w:t>
      </w:r>
    </w:p>
    <w:p>
      <w:pPr>
        <w:spacing w:before="0" w:after="20"/>
        <w:jc w:val="both"/>
      </w:pPr>
      <w:r>
        <w:rPr/>
        <w:t>d. Noam and I love ___ school.</w:t>
      </w:r>
    </w:p>
    <w:p>
      <w:pPr>
        <w:spacing w:before="0" w:after="80"/>
        <w:jc w:val="both"/>
      </w:pPr>
      <w:r>
        <w:rPr/>
        <w:t xml:space="preserve">   ○ their      ○ our      ○ his</w:t>
      </w:r>
    </w:p>
    <w:p>
      <w:pPr>
        <w:spacing w:before="160" w:after="20"/>
        <w:jc w:val="both"/>
      </w:pPr>
      <w:r>
        <w:rPr>
          <w:b/>
          <w:bCs/>
          <w:sz w:val="26"/>
          <w:szCs w:val="26"/>
        </w:rPr>
        <w:t>7. Write a sentence with 's. Example: Ben / skateboard: This is Ben's skateboard.</w:t>
      </w:r>
    </w:p>
    <w:p>
      <w:pPr>
        <w:bidi/>
        <w:spacing w:before="0" w:after="0"/>
        <w:jc w:val="both"/>
      </w:pPr>
      <w:r>
        <w:rPr>
          <w:rFonts w:ascii="Arial" w:hAnsi="Arial" w:cs="Arial"/>
          <w:color w:val="6B7280"/>
          <w:sz w:val="20"/>
          <w:szCs w:val="20"/>
          <w:rtl/>
          <w:lang w:val="en-US" w:bidi="he-IL"/>
        </w:rPr>
        <w:t xml:space="preserve">כתבו משפט עם ‎'s‎. דוגמה: ‎Ben / skateboard: This is Ben's skateboard‎.</w:t>
      </w:r>
    </w:p>
    <w:p>
      <w:pPr>
        <w:bidi/>
        <w:spacing w:before="0" w:after="80"/>
        <w:jc w:val="both"/>
      </w:pPr>
      <w:r>
        <w:rPr>
          <w:rFonts w:ascii="Arial" w:hAnsi="Arial" w:cs="Arial"/>
          <w:color w:val="6B7280"/>
          <w:sz w:val="21"/>
          <w:szCs w:val="21"/>
          <w:rtl/>
          <w:lang w:val="en-US" w:bidi="ar-SA"/>
        </w:rPr>
        <w:t xml:space="preserve">اكتب جملة مع ‎'s‎. مثال: ‎Ben / skateboard: This is Ben's skateboard‎.</w:t>
      </w:r>
    </w:p>
    <w:p>
      <w:pPr>
        <w:spacing w:before="0" w:after="100"/>
        <w:jc w:val="both"/>
      </w:pPr>
      <w:r>
        <w:rPr/>
        <w:t>a. Noa / guitar</w:t>
      </w:r>
    </w:p>
    <w:p>
      <w:pPr>
        <w:spacing w:before="0" w:after="100"/>
        <w:jc w:val="both"/>
      </w:pPr>
      <w:r>
        <w:rPr/>
        <w:t>b. my brother / phone</w:t>
      </w:r>
    </w:p>
    <w:p>
      <w:pPr>
        <w:spacing w:before="0" w:after="100"/>
        <w:jc w:val="both"/>
      </w:pPr>
      <w:r>
        <w:rPr/>
        <w:t>c. Grandpa / glasses</w:t>
      </w:r>
    </w:p>
    <w:p>
      <w:pPr>
        <w:spacing w:before="0" w:after="100"/>
        <w:jc w:val="both"/>
      </w:pPr>
      <w:r>
        <w:rPr/>
        <w:t>d. the cat / bowl</w:t>
      </w:r>
    </w:p>
    <w:p>
      <w:pPr>
        <w:spacing w:before="160" w:after="20"/>
        <w:jc w:val="both"/>
      </w:pPr>
      <w:r>
        <w:rPr>
          <w:b/>
          <w:bCs/>
          <w:sz w:val="26"/>
          <w:szCs w:val="26"/>
        </w:rPr>
        <w:t>8. Find the mistake. Write the sentence correctly.</w:t>
      </w:r>
    </w:p>
    <w:p>
      <w:pPr>
        <w:bidi/>
        <w:spacing w:before="0" w:after="0"/>
        <w:jc w:val="both"/>
      </w:pPr>
      <w:r>
        <w:rPr>
          <w:rFonts w:ascii="Arial" w:hAnsi="Arial" w:cs="Arial"/>
          <w:color w:val="6B7280"/>
          <w:sz w:val="20"/>
          <w:szCs w:val="20"/>
          <w:rtl/>
          <w:lang w:val="en-US" w:bidi="he-IL"/>
        </w:rPr>
        <w:t xml:space="preserve">מצאו את הטעות. כתבו את המשפט נכון.</w:t>
      </w:r>
    </w:p>
    <w:p>
      <w:pPr>
        <w:bidi/>
        <w:spacing w:before="0" w:after="80"/>
        <w:jc w:val="both"/>
      </w:pPr>
      <w:r>
        <w:rPr>
          <w:rFonts w:ascii="Arial" w:hAnsi="Arial" w:cs="Arial"/>
          <w:color w:val="6B7280"/>
          <w:sz w:val="21"/>
          <w:szCs w:val="21"/>
          <w:rtl/>
          <w:lang w:val="en-US" w:bidi="ar-SA"/>
        </w:rPr>
        <w:t xml:space="preserve">جد الخطأ. اكتب الجملة بشكل صحيح.</w:t>
      </w:r>
    </w:p>
    <w:p>
      <w:pPr>
        <w:spacing w:before="0" w:after="100"/>
        <w:jc w:val="both"/>
      </w:pPr>
      <w:r>
        <w:rPr/>
        <w:t>a. She loves his mother. (Shira's mother)</w:t>
      </w:r>
    </w:p>
    <w:p>
      <w:pPr>
        <w:spacing w:before="0" w:after="100"/>
        <w:jc w:val="both"/>
      </w:pPr>
      <w:r>
        <w:rPr/>
        <w:t>b. Whose is your teacher?</w:t>
      </w:r>
    </w:p>
    <w:p>
      <w:pPr>
        <w:spacing w:before="0" w:after="100"/>
        <w:jc w:val="both"/>
      </w:pPr>
      <w:r>
        <w:rPr/>
        <w:t>c. This is the girls bag. (one girl)</w:t>
      </w:r>
    </w:p>
    <w:p>
      <w:pPr>
        <w:spacing w:before="0" w:after="100"/>
        <w:jc w:val="both"/>
      </w:pPr>
      <w:r>
        <w:rPr/>
        <w:t>d. The dog is eating it's food.</w:t>
      </w:r>
    </w:p>
    <w:p>
      <w:pPr>
        <w:spacing w:before="0" w:after="100"/>
        <w:jc w:val="both"/>
      </w:pPr>
      <w:r>
        <w:rPr/>
        <w:t>e. They are playing with our ball. (their own ball)</w:t>
      </w:r>
    </w:p>
    <w:p>
      <w:pPr>
        <w:spacing w:before="160" w:after="20"/>
        <w:jc w:val="both"/>
      </w:pPr>
      <w:r>
        <w:rPr>
          <w:b/>
          <w:bCs/>
          <w:sz w:val="26"/>
          <w:szCs w:val="26"/>
        </w:rPr>
        <w:t>9. True or False? Correct the false rules.</w:t>
      </w:r>
    </w:p>
    <w:p>
      <w:pPr>
        <w:bidi/>
        <w:spacing w:before="0" w:after="0"/>
        <w:jc w:val="both"/>
      </w:pPr>
      <w:r>
        <w:rPr>
          <w:rFonts w:ascii="Arial" w:hAnsi="Arial" w:cs="Arial"/>
          <w:color w:val="6B7280"/>
          <w:sz w:val="20"/>
          <w:szCs w:val="20"/>
          <w:rtl/>
          <w:lang w:val="en-US" w:bidi="he-IL"/>
        </w:rPr>
        <w:t xml:space="preserve">נכון או לא נכון? תקנו את הכללים הלא נכונים.</w:t>
      </w:r>
    </w:p>
    <w:p>
      <w:pPr>
        <w:bidi/>
        <w:spacing w:before="0" w:after="80"/>
        <w:jc w:val="both"/>
      </w:pPr>
      <w:r>
        <w:rPr>
          <w:rFonts w:ascii="Arial" w:hAnsi="Arial" w:cs="Arial"/>
          <w:color w:val="6B7280"/>
          <w:sz w:val="21"/>
          <w:szCs w:val="21"/>
          <w:rtl/>
          <w:lang w:val="en-US" w:bidi="ar-SA"/>
        </w:rPr>
        <w:t xml:space="preserve">صحيح أم خطأ؟ صحّح القواعد الخاطئة.</w:t>
      </w:r>
    </w:p>
    <w:p>
      <w:pPr>
        <w:spacing w:before="0" w:after="60"/>
        <w:jc w:val="both"/>
      </w:pPr>
      <w:r>
        <w:rPr/>
        <w:t>a. We use her for a girl or a woman.      True / False</w:t>
      </w:r>
    </w:p>
    <w:p>
      <w:pPr>
        <w:spacing w:before="0" w:after="60"/>
        <w:jc w:val="both"/>
      </w:pPr>
      <w:r>
        <w:rPr/>
        <w:t>b. Whose asks who something belongs to.      True / False</w:t>
      </w:r>
    </w:p>
    <w:p>
      <w:pPr>
        <w:spacing w:before="0" w:after="60"/>
        <w:jc w:val="both"/>
      </w:pPr>
      <w:r>
        <w:rPr/>
        <w:t>c. It's means "belongs to it".      True / False</w:t>
      </w:r>
    </w:p>
    <w:p>
      <w:pPr>
        <w:spacing w:before="0" w:after="60"/>
        <w:jc w:val="both"/>
      </w:pPr>
      <w:r>
        <w:rPr/>
        <w:t>d. For two boys we write the boy's room.      True / False</w:t>
      </w:r>
    </w:p>
    <w:p>
      <w:pPr>
        <w:spacing w:before="120" w:after="40"/>
        <w:jc w:val="center"/>
      </w:pPr>
      <w:r>
        <w:rPr>
          <w:rFonts w:ascii="Arial Black" w:hAnsi="Arial Black" w:cs="Arial Black"/>
          <w:b/>
          <w:bCs/>
          <w:color w:val="047857"/>
          <w:sz w:val="30"/>
          <w:szCs w:val="30"/>
        </w:rPr>
        <w:t>Lost and Found</w:t>
      </w:r>
    </w:p>
    <w:p>
      <w:pPr>
        <w:spacing w:before="0" w:after="80"/>
        <w:jc w:val="both"/>
      </w:pPr>
      <w:r>
        <w:rPr/>
        <w:t>At the end of the school year, our teacher, Mrs. Ben-David, opened the lost and found box. "Whose things are these?" she asked.</w:t>
      </w:r>
    </w:p>
    <w:p>
      <w:pPr>
        <w:spacing w:before="0" w:after="80"/>
        <w:jc w:val="both"/>
      </w:pPr>
      <w:r>
        <w:rPr/>
        <w:t>First, she took out a blue water bottle. "That's Omer's bottle!" said Maya. Omer was very happy. Then there was a pink pencil case with stars. It was Noa's pencil case. Her name was on it in small letters.</w:t>
      </w:r>
    </w:p>
    <w:p>
      <w:pPr>
        <w:spacing w:before="0" w:after="80"/>
        <w:jc w:val="both"/>
      </w:pPr>
      <w:r>
        <w:rPr/>
        <w:t>At the bottom of the box, there were two black sweatshirts. "These are the twins' sweatshirts," said the teacher. Itay and Ariel are twins, and their sweatshirts are the same. "But which one is mine?" asked Itay. Ariel smiled. "Mine has a hole in the pocket!"</w:t>
      </w:r>
    </w:p>
    <w:p>
      <w:pPr>
        <w:spacing w:before="160" w:after="20"/>
        <w:jc w:val="both"/>
      </w:pPr>
      <w:r>
        <w:rPr>
          <w:b/>
          <w:bCs/>
          <w:sz w:val="26"/>
          <w:szCs w:val="26"/>
        </w:rPr>
        <w:t>10. Read "Lost and Found". Write True or False. Correct the false sentences.</w:t>
      </w:r>
    </w:p>
    <w:p>
      <w:pPr>
        <w:bidi/>
        <w:spacing w:before="0" w:after="0"/>
        <w:jc w:val="both"/>
      </w:pPr>
      <w:r>
        <w:rPr>
          <w:rFonts w:ascii="Arial" w:hAnsi="Arial" w:cs="Arial"/>
          <w:color w:val="6B7280"/>
          <w:sz w:val="20"/>
          <w:szCs w:val="20"/>
          <w:rtl/>
          <w:lang w:val="en-US" w:bidi="he-IL"/>
        </w:rPr>
        <w:t xml:space="preserve">קראו את ‎"Lost and Found"‎. כתבו ‎True‎ או ‎False‎. תקנו את המשפטים הלא נכונים.</w:t>
      </w:r>
    </w:p>
    <w:p>
      <w:pPr>
        <w:bidi/>
        <w:spacing w:before="0" w:after="80"/>
        <w:jc w:val="both"/>
      </w:pPr>
      <w:r>
        <w:rPr>
          <w:rFonts w:ascii="Arial" w:hAnsi="Arial" w:cs="Arial"/>
          <w:color w:val="6B7280"/>
          <w:sz w:val="21"/>
          <w:szCs w:val="21"/>
          <w:rtl/>
          <w:lang w:val="en-US" w:bidi="ar-SA"/>
        </w:rPr>
        <w:t xml:space="preserve">اقرأ ‎"Lost and Found"‎. اكتب ‎True‎ أو ‎False‎. صحّح الجمل الخاطئة.</w:t>
      </w:r>
    </w:p>
    <w:p>
      <w:pPr>
        <w:spacing w:before="0" w:after="60"/>
        <w:jc w:val="both"/>
      </w:pPr>
      <w:r>
        <w:rPr/>
        <w:t>a. The blue water bottle was Maya's.      True / False</w:t>
      </w:r>
    </w:p>
    <w:p>
      <w:pPr>
        <w:spacing w:before="0" w:after="60"/>
        <w:jc w:val="both"/>
      </w:pPr>
      <w:r>
        <w:rPr/>
        <w:t>b. Noa's name was on the pencil case.      True / False</w:t>
      </w:r>
    </w:p>
    <w:p>
      <w:pPr>
        <w:spacing w:before="0" w:after="60"/>
        <w:jc w:val="both"/>
      </w:pPr>
      <w:r>
        <w:rPr/>
        <w:t>c. The black sweatshirts were the twins'.      True / False</w:t>
      </w:r>
    </w:p>
    <w:p>
      <w:pPr>
        <w:spacing w:before="0" w:after="60"/>
        <w:jc w:val="both"/>
      </w:pPr>
      <w:r>
        <w:rPr/>
        <w:t>d. Itay's sweatshirt has a hole in the pocket.      True / False</w:t>
      </w:r>
    </w:p>
    <w:p>
      <w:pPr>
        <w:spacing w:before="160" w:after="20"/>
        <w:jc w:val="both"/>
      </w:pPr>
      <w:r>
        <w:rPr>
          <w:b/>
          <w:bCs/>
          <w:sz w:val="26"/>
          <w:szCs w:val="26"/>
        </w:rPr>
        <w:t>11. Answer the questions about the text.</w:t>
      </w:r>
    </w:p>
    <w:p>
      <w:pPr>
        <w:bidi/>
        <w:spacing w:before="0" w:after="0"/>
        <w:jc w:val="both"/>
      </w:pPr>
      <w:r>
        <w:rPr>
          <w:rFonts w:ascii="Arial" w:hAnsi="Arial" w:cs="Arial"/>
          <w:color w:val="6B7280"/>
          <w:sz w:val="20"/>
          <w:szCs w:val="20"/>
          <w:rtl/>
          <w:lang w:val="en-US" w:bidi="he-IL"/>
        </w:rPr>
        <w:t xml:space="preserve">ענו על השאלות על הטקסט.</w:t>
      </w:r>
    </w:p>
    <w:p>
      <w:pPr>
        <w:bidi/>
        <w:spacing w:before="0" w:after="80"/>
        <w:jc w:val="both"/>
      </w:pPr>
      <w:r>
        <w:rPr>
          <w:rFonts w:ascii="Arial" w:hAnsi="Arial" w:cs="Arial"/>
          <w:color w:val="6B7280"/>
          <w:sz w:val="21"/>
          <w:szCs w:val="21"/>
          <w:rtl/>
          <w:lang w:val="en-US" w:bidi="ar-SA"/>
        </w:rPr>
        <w:t xml:space="preserve">أجب عن الأسئلة حول النصّ.</w:t>
      </w:r>
    </w:p>
    <w:p>
      <w:pPr>
        <w:spacing w:before="0" w:after="100"/>
        <w:jc w:val="both"/>
      </w:pPr>
      <w:r>
        <w:rPr/>
        <w:t>a. Whose pencil case had stars on it?</w:t>
      </w:r>
    </w:p>
    <w:p>
      <w:pPr>
        <w:spacing w:before="0" w:after="100"/>
        <w:jc w:val="both"/>
      </w:pPr>
      <w:r>
        <w:rPr/>
        <w:t>b. Who are Itay and Ariel?</w:t>
      </w:r>
    </w:p>
    <w:p>
      <w:pPr>
        <w:spacing w:before="0" w:after="100"/>
        <w:jc w:val="both"/>
      </w:pPr>
      <w:r>
        <w:rPr/>
        <w:t>c. How do they know which sweatshirt is Ariel's?</w:t>
      </w:r>
    </w:p>
    <w:p>
      <w:pPr>
        <w:spacing w:before="160" w:after="20"/>
        <w:jc w:val="both"/>
      </w:pPr>
      <w:r>
        <w:rPr>
          <w:b/>
          <w:bCs/>
          <w:sz w:val="26"/>
          <w:szCs w:val="26"/>
        </w:rPr>
        <w:t>12. Write about 4 things in your classroom and who they belong to. Use 's, his, her or their.</w:t>
      </w:r>
    </w:p>
    <w:p>
      <w:pPr>
        <w:bidi/>
        <w:spacing w:before="0" w:after="0"/>
        <w:jc w:val="both"/>
      </w:pPr>
      <w:r>
        <w:rPr>
          <w:rFonts w:ascii="Arial" w:hAnsi="Arial" w:cs="Arial"/>
          <w:color w:val="6B7280"/>
          <w:sz w:val="20"/>
          <w:szCs w:val="20"/>
          <w:rtl/>
          <w:lang w:val="en-US" w:bidi="he-IL"/>
        </w:rPr>
        <w:t xml:space="preserve">כתבו על 4 דברים בכיתה שלכם ולמי הם שייכים. השתמשו ב־‎'s, his, her‎ או ‎their‎.</w:t>
      </w:r>
    </w:p>
    <w:p>
      <w:pPr>
        <w:bidi/>
        <w:spacing w:before="0" w:after="80"/>
        <w:jc w:val="both"/>
      </w:pPr>
      <w:r>
        <w:rPr>
          <w:rFonts w:ascii="Arial" w:hAnsi="Arial" w:cs="Arial"/>
          <w:color w:val="6B7280"/>
          <w:sz w:val="21"/>
          <w:szCs w:val="21"/>
          <w:rtl/>
          <w:lang w:val="en-US" w:bidi="ar-SA"/>
        </w:rPr>
        <w:t xml:space="preserve">اكتب عن 4 أشياء في صفّك ولِمن تعود. استعمل ‎'s‎ أو ‎his‎ أو ‎her‎ أو ‎their‎.</w:t>
      </w:r>
    </w:p>
    <w:p>
      <w:pPr>
        <w:spacing w:before="0" w:after="80"/>
        <w:jc w:val="both"/>
      </w:pPr>
      <w:r>
        <w:rPr>
          <w:color w:val="99A3B5"/>
        </w:rPr>
        <w:t>________________________________________________________________________</w:t>
      </w:r>
    </w:p>
    <w:p>
      <w:pPr>
        <w:spacing w:before="0" w:after="80"/>
        <w:jc w:val="both"/>
      </w:pPr>
      <w:r>
        <w:rPr>
          <w:color w:val="99A3B5"/>
        </w:rPr>
        <w:t>________________________________________________________________________</w:t>
      </w:r>
    </w:p>
    <w:p>
      <w:pPr>
        <w:spacing w:before="0" w:after="80"/>
        <w:jc w:val="both"/>
      </w:pPr>
      <w:r>
        <w:rPr>
          <w:color w:val="99A3B5"/>
        </w:rPr>
        <w:t>________________________________________________________________________</w:t>
      </w:r>
    </w:p>
    <w:p>
      <w:pPr>
        <w:spacing w:before="0" w:after="80"/>
        <w:jc w:val="both"/>
      </w:pPr>
      <w:r>
        <w:rPr>
          <w:color w:val="99A3B5"/>
        </w:rPr>
        <w:t>________________________________________________________________________</w:t>
      </w:r>
    </w:p>
    <w:p>
      <w:pPr>
        <w:spacing w:before="0" w:after="80"/>
        <w:jc w:val="both"/>
      </w:pPr>
      <w:r>
        <w:br w:type="page"/>
      </w:r>
    </w:p>
    <w:p>
      <w:pPr>
        <w:spacing w:before="0" w:after="120"/>
        <w:jc w:val="both"/>
      </w:pPr>
      <w:r>
        <w:rPr>
          <w:rFonts w:ascii="Arial" w:hAnsi="Arial" w:cs="Arial"/>
          <w:color w:val="5B6476"/>
          <w:sz w:val="20"/>
          <w:szCs w:val="20"/>
        </w:rPr>
        <w:t>English · Grade 5   |   Unit 7</w:t>
      </w:r>
    </w:p>
    <w:p>
      <w:pPr>
        <w:spacing w:before="0" w:after="40"/>
        <w:jc w:val="both"/>
      </w:pPr>
      <w:r>
        <w:rPr>
          <w:rFonts w:ascii="Arial Black" w:hAnsi="Arial Black" w:cs="Arial Black"/>
          <w:b/>
          <w:bCs/>
          <w:color w:val="047857"/>
          <w:sz w:val="44"/>
          <w:szCs w:val="44"/>
        </w:rPr>
        <w:t>Unit 7: Reading a short text and writing a paragraph (and, but, then, because)</w:t>
      </w:r>
    </w:p>
    <w:p>
      <w:pPr>
        <w:bidi/>
        <w:spacing w:before="0" w:after="0"/>
        <w:jc w:val="both"/>
      </w:pPr>
      <w:r>
        <w:rPr>
          <w:rFonts w:ascii="Arial" w:hAnsi="Arial" w:cs="Arial"/>
          <w:color w:val="6B7280"/>
          <w:sz w:val="22"/>
          <w:szCs w:val="22"/>
          <w:rtl/>
          <w:lang w:val="en-US" w:bidi="he-IL"/>
        </w:rPr>
        <w:t xml:space="preserve">קריאת טקסט קצר וכתיבת פסקה ‎(and, but, then, because)‎</w:t>
      </w:r>
    </w:p>
    <w:p>
      <w:pPr>
        <w:bidi/>
        <w:spacing w:before="0" w:after="120"/>
        <w:jc w:val="both"/>
      </w:pPr>
      <w:r>
        <w:rPr>
          <w:rFonts w:ascii="Arial" w:hAnsi="Arial" w:cs="Arial"/>
          <w:color w:val="6B7280"/>
          <w:sz w:val="23"/>
          <w:szCs w:val="23"/>
          <w:rtl/>
          <w:lang w:val="en-US" w:bidi="ar-SA"/>
        </w:rPr>
        <w:t xml:space="preserve">قراءة نصّ قصير وكتابة فقرة ‎(and, but, then, because)‎</w:t>
      </w:r>
    </w:p>
    <w:p>
      <w:pPr>
        <w:spacing w:before="0" w:after="80"/>
        <w:jc w:val="center"/>
      </w:pPr>
      <w:r>
        <w:drawing>
          <wp:inline xmlns:a="http://schemas.openxmlformats.org/drawingml/2006/main" xmlns:pic="http://schemas.openxmlformats.org/drawingml/2006/picture">
            <wp:extent cx="3240000" cy="2160000"/>
            <wp:docPr id="44" name="Picture 44"/>
            <wp:cNvGraphicFramePr>
              <a:graphicFrameLocks noChangeAspect="1"/>
            </wp:cNvGraphicFramePr>
            <a:graphic>
              <a:graphicData uri="http://schemas.openxmlformats.org/drawingml/2006/picture">
                <pic:pic>
                  <pic:nvPicPr>
                    <pic:cNvPr id="0" name="english_g5_t07.jpg"/>
                    <pic:cNvPicPr/>
                  </pic:nvPicPr>
                  <pic:blipFill>
                    <a:blip r:embed="rId36"/>
                    <a:stretch>
                      <a:fillRect/>
                    </a:stretch>
                  </pic:blipFill>
                  <pic:spPr>
                    <a:xfrm>
                      <a:off x="0" y="0"/>
                      <a:ext cx="3240000" cy="2160000"/>
                    </a:xfrm>
                    <a:prstGeom prst="rect"/>
                  </pic:spPr>
                </pic:pic>
              </a:graphicData>
            </a:graphic>
          </wp:inline>
        </w:drawing>
      </w:r>
    </w:p>
    <w:p>
      <w:pPr>
        <w:spacing w:before="120" w:after="40"/>
        <w:jc w:val="both"/>
      </w:pPr>
      <w:r>
        <w:rPr>
          <w:rFonts w:ascii="Arial Black" w:hAnsi="Arial Black" w:cs="Arial Black"/>
          <w:b/>
          <w:bCs/>
          <w:color w:val="047857"/>
          <w:sz w:val="28"/>
          <w:szCs w:val="28"/>
        </w:rPr>
        <w:t>◆ Linking words</w:t>
      </w:r>
    </w:p>
    <w:p>
      <w:pPr>
        <w:bidi/>
        <w:spacing w:before="0" w:after="0"/>
        <w:jc w:val="both"/>
      </w:pPr>
      <w:r>
        <w:rPr>
          <w:rFonts w:ascii="Arial" w:hAnsi="Arial" w:cs="Arial"/>
          <w:color w:val="6B7280"/>
          <w:sz w:val="20"/>
          <w:szCs w:val="20"/>
          <w:rtl/>
          <w:lang w:val="en-US" w:bidi="he-IL"/>
        </w:rPr>
        <w:t xml:space="preserve">מילות קישור</w:t>
      </w:r>
    </w:p>
    <w:p>
      <w:pPr>
        <w:bidi/>
        <w:spacing w:before="0" w:after="40"/>
        <w:jc w:val="both"/>
      </w:pPr>
      <w:r>
        <w:rPr>
          <w:rFonts w:ascii="Arial" w:hAnsi="Arial" w:cs="Arial"/>
          <w:color w:val="6B7280"/>
          <w:sz w:val="21"/>
          <w:szCs w:val="21"/>
          <w:rtl/>
          <w:lang w:val="en-US" w:bidi="ar-SA"/>
        </w:rPr>
        <w:t xml:space="preserve">أدوات الربط</w:t>
      </w:r>
    </w:p>
    <w:tbl>
      <w:tblPr>
        <w:tblStyle w:val="TableGrid"/>
        <w:tblW w:type="auto" w:w="0"/>
        <w:tblLook w:firstColumn="1" w:firstRow="1" w:lastColumn="0" w:lastRow="0" w:noHBand="0" w:noVBand="1" w:val="04A0"/>
      </w:tblPr>
      <w:tblGrid>
        <w:gridCol w:w="3326"/>
        <w:gridCol w:w="3326"/>
        <w:gridCol w:w="3326"/>
      </w:tblGrid>
      <w:tr>
        <w:tc>
          <w:tcPr>
            <w:tcW w:type="dxa" w:w="3326"/>
            <w:shd w:val="clear" w:color="auto" w:fill="047857"/>
          </w:tcPr>
          <w:p>
            <w:pPr>
              <w:spacing w:before="0" w:after="40"/>
              <w:jc w:val="both"/>
            </w:pPr>
            <w:r>
              <w:rPr>
                <w:b/>
                <w:bCs/>
                <w:color w:val="FFFFFF"/>
              </w:rPr>
              <w:t>Word</w:t>
            </w:r>
          </w:p>
        </w:tc>
        <w:tc>
          <w:tcPr>
            <w:tcW w:type="dxa" w:w="3326"/>
            <w:shd w:val="clear" w:color="auto" w:fill="047857"/>
          </w:tcPr>
          <w:p>
            <w:pPr>
              <w:spacing w:before="0" w:after="40"/>
              <w:jc w:val="both"/>
            </w:pPr>
            <w:r>
              <w:rPr>
                <w:b/>
                <w:bCs/>
                <w:color w:val="FFFFFF"/>
              </w:rPr>
              <w:t>Meaning</w:t>
            </w:r>
          </w:p>
        </w:tc>
        <w:tc>
          <w:tcPr>
            <w:tcW w:type="dxa" w:w="3326"/>
            <w:shd w:val="clear" w:color="auto" w:fill="047857"/>
          </w:tcPr>
          <w:p>
            <w:pPr>
              <w:spacing w:before="0" w:after="40"/>
              <w:jc w:val="both"/>
            </w:pPr>
            <w:r>
              <w:rPr>
                <w:b/>
                <w:bCs/>
                <w:color w:val="FFFFFF"/>
              </w:rPr>
              <w:t>Example</w:t>
            </w:r>
          </w:p>
        </w:tc>
      </w:tr>
      <w:tr>
        <w:tc>
          <w:tcPr>
            <w:tcW w:type="dxa" w:w="3326"/>
          </w:tcPr>
          <w:p>
            <w:pPr>
              <w:spacing w:before="0" w:after="40"/>
              <w:jc w:val="both"/>
            </w:pPr>
            <w:r>
              <w:rPr/>
              <w:t>and</w:t>
            </w:r>
          </w:p>
        </w:tc>
        <w:tc>
          <w:tcPr>
            <w:tcW w:type="dxa" w:w="3326"/>
          </w:tcPr>
          <w:p>
            <w:pPr>
              <w:spacing w:before="0" w:after="40"/>
              <w:jc w:val="both"/>
            </w:pPr>
            <w:r>
              <w:rPr/>
              <w:t>adds information</w:t>
            </w:r>
          </w:p>
        </w:tc>
        <w:tc>
          <w:tcPr>
            <w:tcW w:type="dxa" w:w="3326"/>
          </w:tcPr>
          <w:p>
            <w:pPr>
              <w:spacing w:before="0" w:after="40"/>
              <w:jc w:val="both"/>
            </w:pPr>
            <w:r>
              <w:rPr/>
              <w:t>I have a cat and a dog.</w:t>
            </w:r>
          </w:p>
        </w:tc>
      </w:tr>
      <w:tr>
        <w:tc>
          <w:tcPr>
            <w:tcW w:type="dxa" w:w="3326"/>
          </w:tcPr>
          <w:p>
            <w:pPr>
              <w:spacing w:before="0" w:after="40"/>
              <w:jc w:val="both"/>
            </w:pPr>
            <w:r>
              <w:rPr/>
              <w:t>but</w:t>
            </w:r>
          </w:p>
        </w:tc>
        <w:tc>
          <w:tcPr>
            <w:tcW w:type="dxa" w:w="3326"/>
          </w:tcPr>
          <w:p>
            <w:pPr>
              <w:spacing w:before="0" w:after="40"/>
              <w:jc w:val="both"/>
            </w:pPr>
            <w:r>
              <w:rPr/>
              <w:t>something different</w:t>
            </w:r>
          </w:p>
        </w:tc>
        <w:tc>
          <w:tcPr>
            <w:tcW w:type="dxa" w:w="3326"/>
          </w:tcPr>
          <w:p>
            <w:pPr>
              <w:spacing w:before="0" w:after="40"/>
              <w:jc w:val="both"/>
            </w:pPr>
            <w:r>
              <w:rPr/>
              <w:t>It was sunny, but cold.</w:t>
            </w:r>
          </w:p>
        </w:tc>
      </w:tr>
      <w:tr>
        <w:tc>
          <w:tcPr>
            <w:tcW w:type="dxa" w:w="3326"/>
          </w:tcPr>
          <w:p>
            <w:pPr>
              <w:spacing w:before="0" w:after="40"/>
              <w:jc w:val="both"/>
            </w:pPr>
            <w:r>
              <w:rPr/>
              <w:t>then</w:t>
            </w:r>
          </w:p>
        </w:tc>
        <w:tc>
          <w:tcPr>
            <w:tcW w:type="dxa" w:w="3326"/>
          </w:tcPr>
          <w:p>
            <w:pPr>
              <w:spacing w:before="0" w:after="40"/>
              <w:jc w:val="both"/>
            </w:pPr>
            <w:r>
              <w:rPr/>
              <w:t>what happened next</w:t>
            </w:r>
          </w:p>
        </w:tc>
        <w:tc>
          <w:tcPr>
            <w:tcW w:type="dxa" w:w="3326"/>
          </w:tcPr>
          <w:p>
            <w:pPr>
              <w:spacing w:before="0" w:after="40"/>
              <w:jc w:val="both"/>
            </w:pPr>
            <w:r>
              <w:rPr/>
              <w:t>We ate. Then we played.</w:t>
            </w:r>
          </w:p>
        </w:tc>
      </w:tr>
      <w:tr>
        <w:tc>
          <w:tcPr>
            <w:tcW w:type="dxa" w:w="3326"/>
          </w:tcPr>
          <w:p>
            <w:pPr>
              <w:spacing w:before="0" w:after="40"/>
              <w:jc w:val="both"/>
            </w:pPr>
            <w:r>
              <w:rPr/>
              <w:t>because</w:t>
            </w:r>
          </w:p>
        </w:tc>
        <w:tc>
          <w:tcPr>
            <w:tcW w:type="dxa" w:w="3326"/>
          </w:tcPr>
          <w:p>
            <w:pPr>
              <w:spacing w:before="0" w:after="40"/>
              <w:jc w:val="both"/>
            </w:pPr>
            <w:r>
              <w:rPr/>
              <w:t>a reason (Why?)</w:t>
            </w:r>
          </w:p>
        </w:tc>
        <w:tc>
          <w:tcPr>
            <w:tcW w:type="dxa" w:w="3326"/>
          </w:tcPr>
          <w:p>
            <w:pPr>
              <w:spacing w:before="0" w:after="40"/>
              <w:jc w:val="both"/>
            </w:pPr>
            <w:r>
              <w:rPr/>
              <w:t>I ran because I was late.</w:t>
            </w:r>
          </w:p>
        </w:tc>
      </w:tr>
    </w:tbl>
    <w:p>
      <w:pPr>
        <w:spacing w:before="0" w:after="40"/>
        <w:jc w:val="both"/>
      </w:pPr>
    </w:p>
    <w:p>
      <w:pPr>
        <w:spacing w:before="120" w:after="40"/>
        <w:jc w:val="both"/>
      </w:pPr>
      <w:r>
        <w:rPr>
          <w:rFonts w:ascii="Arial Black" w:hAnsi="Arial Black" w:cs="Arial Black"/>
          <w:b/>
          <w:bCs/>
          <w:color w:val="047857"/>
          <w:sz w:val="28"/>
          <w:szCs w:val="28"/>
        </w:rPr>
        <w:t>◆ Paragraph plan</w:t>
      </w:r>
    </w:p>
    <w:p>
      <w:pPr>
        <w:bidi/>
        <w:spacing w:before="0" w:after="0"/>
        <w:jc w:val="both"/>
      </w:pPr>
      <w:r>
        <w:rPr>
          <w:rFonts w:ascii="Arial" w:hAnsi="Arial" w:cs="Arial"/>
          <w:color w:val="6B7280"/>
          <w:sz w:val="20"/>
          <w:szCs w:val="20"/>
          <w:rtl/>
          <w:lang w:val="en-US" w:bidi="he-IL"/>
        </w:rPr>
        <w:t xml:space="preserve">תכנון פסקה</w:t>
      </w:r>
    </w:p>
    <w:p>
      <w:pPr>
        <w:bidi/>
        <w:spacing w:before="0" w:after="40"/>
        <w:jc w:val="both"/>
      </w:pPr>
      <w:r>
        <w:rPr>
          <w:rFonts w:ascii="Arial" w:hAnsi="Arial" w:cs="Arial"/>
          <w:color w:val="6B7280"/>
          <w:sz w:val="21"/>
          <w:szCs w:val="21"/>
          <w:rtl/>
          <w:lang w:val="en-US" w:bidi="ar-SA"/>
        </w:rPr>
        <w:t xml:space="preserve">خطّة الفقرة</w:t>
      </w:r>
    </w:p>
    <w:p>
      <w:pPr>
        <w:spacing w:before="0" w:after="20"/>
        <w:jc w:val="both"/>
      </w:pPr>
      <w:r>
        <w:rPr/>
        <w:t>1. Opening sentence: the topic</w:t>
      </w:r>
    </w:p>
    <w:p>
      <w:pPr>
        <w:bidi/>
        <w:spacing w:before="0" w:after="0"/>
        <w:jc w:val="both"/>
      </w:pPr>
      <w:r>
        <w:rPr>
          <w:rFonts w:ascii="Arial" w:hAnsi="Arial" w:cs="Arial"/>
          <w:color w:val="6B7280"/>
          <w:sz w:val="20"/>
          <w:szCs w:val="20"/>
          <w:rtl/>
          <w:lang w:val="en-US" w:bidi="he-IL"/>
        </w:rPr>
        <w:t xml:space="preserve">משפט פתיחה: הנושא</w:t>
      </w:r>
    </w:p>
    <w:p>
      <w:pPr>
        <w:bidi/>
        <w:spacing w:before="0" w:after="40"/>
        <w:jc w:val="both"/>
      </w:pPr>
      <w:r>
        <w:rPr>
          <w:rFonts w:ascii="Arial" w:hAnsi="Arial" w:cs="Arial"/>
          <w:color w:val="6B7280"/>
          <w:sz w:val="21"/>
          <w:szCs w:val="21"/>
          <w:rtl/>
          <w:lang w:val="en-US" w:bidi="ar-SA"/>
        </w:rPr>
        <w:t xml:space="preserve">جملة افتتاحيّة: الموضوع</w:t>
      </w:r>
    </w:p>
    <w:p>
      <w:pPr>
        <w:spacing w:before="0" w:after="20"/>
        <w:jc w:val="both"/>
      </w:pPr>
      <w:r>
        <w:rPr/>
        <w:t>2. 3–4 detail sentences</w:t>
      </w:r>
    </w:p>
    <w:p>
      <w:pPr>
        <w:bidi/>
        <w:spacing w:before="0" w:after="0"/>
        <w:jc w:val="both"/>
      </w:pPr>
      <w:r>
        <w:rPr>
          <w:rFonts w:ascii="Arial" w:hAnsi="Arial" w:cs="Arial"/>
          <w:color w:val="6B7280"/>
          <w:sz w:val="20"/>
          <w:szCs w:val="20"/>
          <w:rtl/>
          <w:lang w:val="en-US" w:bidi="he-IL"/>
        </w:rPr>
        <w:t xml:space="preserve">3–4 משפטים עם פרטים</w:t>
      </w:r>
    </w:p>
    <w:p>
      <w:pPr>
        <w:bidi/>
        <w:spacing w:before="0" w:after="40"/>
        <w:jc w:val="both"/>
      </w:pPr>
      <w:r>
        <w:rPr>
          <w:rFonts w:ascii="Arial" w:hAnsi="Arial" w:cs="Arial"/>
          <w:color w:val="6B7280"/>
          <w:sz w:val="21"/>
          <w:szCs w:val="21"/>
          <w:rtl/>
          <w:lang w:val="en-US" w:bidi="ar-SA"/>
        </w:rPr>
        <w:t xml:space="preserve">3–4 جمل فيها تفاصيل</w:t>
      </w:r>
    </w:p>
    <w:p>
      <w:pPr>
        <w:spacing w:before="0" w:after="20"/>
        <w:jc w:val="both"/>
      </w:pPr>
      <w:r>
        <w:rPr/>
        <w:t>3. Closing sentence: your feeling or opinion</w:t>
      </w:r>
    </w:p>
    <w:p>
      <w:pPr>
        <w:bidi/>
        <w:spacing w:before="0" w:after="0"/>
        <w:jc w:val="both"/>
      </w:pPr>
      <w:r>
        <w:rPr>
          <w:rFonts w:ascii="Arial" w:hAnsi="Arial" w:cs="Arial"/>
          <w:color w:val="6B7280"/>
          <w:sz w:val="20"/>
          <w:szCs w:val="20"/>
          <w:rtl/>
          <w:lang w:val="en-US" w:bidi="he-IL"/>
        </w:rPr>
        <w:t xml:space="preserve">משפט סיום: ההרגשה או הדעה שלכם</w:t>
      </w:r>
    </w:p>
    <w:p>
      <w:pPr>
        <w:bidi/>
        <w:spacing w:before="0" w:after="40"/>
        <w:jc w:val="both"/>
      </w:pPr>
      <w:r>
        <w:rPr>
          <w:rFonts w:ascii="Arial" w:hAnsi="Arial" w:cs="Arial"/>
          <w:color w:val="6B7280"/>
          <w:sz w:val="21"/>
          <w:szCs w:val="21"/>
          <w:rtl/>
          <w:lang w:val="en-US" w:bidi="ar-SA"/>
        </w:rPr>
        <w:t xml:space="preserve">جملة ختاميّة: شعورك أو رأيك</w:t>
      </w:r>
    </w:p>
    <w:p>
      <w:pPr>
        <w:spacing w:before="120" w:after="40"/>
        <w:jc w:val="both"/>
      </w:pPr>
      <w:r>
        <w:rPr>
          <w:rFonts w:ascii="Arial Black" w:hAnsi="Arial Black" w:cs="Arial Black"/>
          <w:b/>
          <w:bCs/>
          <w:color w:val="047857"/>
          <w:sz w:val="28"/>
          <w:szCs w:val="28"/>
        </w:rPr>
        <w:t>◆ Reading tips</w:t>
      </w:r>
    </w:p>
    <w:p>
      <w:pPr>
        <w:bidi/>
        <w:spacing w:before="0" w:after="0"/>
        <w:jc w:val="both"/>
      </w:pPr>
      <w:r>
        <w:rPr>
          <w:rFonts w:ascii="Arial" w:hAnsi="Arial" w:cs="Arial"/>
          <w:color w:val="6B7280"/>
          <w:sz w:val="20"/>
          <w:szCs w:val="20"/>
          <w:rtl/>
          <w:lang w:val="en-US" w:bidi="he-IL"/>
        </w:rPr>
        <w:t xml:space="preserve">טיפים לקריאה</w:t>
      </w:r>
    </w:p>
    <w:p>
      <w:pPr>
        <w:bidi/>
        <w:spacing w:before="0" w:after="40"/>
        <w:jc w:val="both"/>
      </w:pPr>
      <w:r>
        <w:rPr>
          <w:rFonts w:ascii="Arial" w:hAnsi="Arial" w:cs="Arial"/>
          <w:color w:val="6B7280"/>
          <w:sz w:val="21"/>
          <w:szCs w:val="21"/>
          <w:rtl/>
          <w:lang w:val="en-US" w:bidi="ar-SA"/>
        </w:rPr>
        <w:t xml:space="preserve">نصائح للقراءة</w:t>
      </w:r>
    </w:p>
    <w:p>
      <w:pPr>
        <w:spacing w:before="0" w:after="20"/>
        <w:jc w:val="both"/>
      </w:pPr>
      <w:r>
        <w:rPr/>
        <w:t>1. Read the title and guess.</w:t>
      </w:r>
    </w:p>
    <w:p>
      <w:pPr>
        <w:bidi/>
        <w:spacing w:before="0" w:after="0"/>
        <w:jc w:val="both"/>
      </w:pPr>
      <w:r>
        <w:rPr>
          <w:rFonts w:ascii="Arial" w:hAnsi="Arial" w:cs="Arial"/>
          <w:color w:val="6B7280"/>
          <w:sz w:val="20"/>
          <w:szCs w:val="20"/>
          <w:rtl/>
          <w:lang w:val="en-US" w:bidi="he-IL"/>
        </w:rPr>
        <w:t xml:space="preserve">קראו את הכותרת ונחשו.</w:t>
      </w:r>
    </w:p>
    <w:p>
      <w:pPr>
        <w:bidi/>
        <w:spacing w:before="0" w:after="40"/>
        <w:jc w:val="both"/>
      </w:pPr>
      <w:r>
        <w:rPr>
          <w:rFonts w:ascii="Arial" w:hAnsi="Arial" w:cs="Arial"/>
          <w:color w:val="6B7280"/>
          <w:sz w:val="21"/>
          <w:szCs w:val="21"/>
          <w:rtl/>
          <w:lang w:val="en-US" w:bidi="ar-SA"/>
        </w:rPr>
        <w:t xml:space="preserve">اقرأ العنوان وخمّن.</w:t>
      </w:r>
    </w:p>
    <w:p>
      <w:pPr>
        <w:spacing w:before="0" w:after="20"/>
        <w:jc w:val="both"/>
      </w:pPr>
      <w:r>
        <w:rPr/>
        <w:t>2. Read the questions.</w:t>
      </w:r>
    </w:p>
    <w:p>
      <w:pPr>
        <w:bidi/>
        <w:spacing w:before="0" w:after="0"/>
        <w:jc w:val="both"/>
      </w:pPr>
      <w:r>
        <w:rPr>
          <w:rFonts w:ascii="Arial" w:hAnsi="Arial" w:cs="Arial"/>
          <w:color w:val="6B7280"/>
          <w:sz w:val="20"/>
          <w:szCs w:val="20"/>
          <w:rtl/>
          <w:lang w:val="en-US" w:bidi="he-IL"/>
        </w:rPr>
        <w:t xml:space="preserve">קראו את השאלות.</w:t>
      </w:r>
    </w:p>
    <w:p>
      <w:pPr>
        <w:bidi/>
        <w:spacing w:before="0" w:after="40"/>
        <w:jc w:val="both"/>
      </w:pPr>
      <w:r>
        <w:rPr>
          <w:rFonts w:ascii="Arial" w:hAnsi="Arial" w:cs="Arial"/>
          <w:color w:val="6B7280"/>
          <w:sz w:val="21"/>
          <w:szCs w:val="21"/>
          <w:rtl/>
          <w:lang w:val="en-US" w:bidi="ar-SA"/>
        </w:rPr>
        <w:t xml:space="preserve">اقرأ الأسئلة.</w:t>
      </w:r>
    </w:p>
    <w:p>
      <w:pPr>
        <w:spacing w:before="0" w:after="20"/>
        <w:jc w:val="both"/>
      </w:pPr>
      <w:r>
        <w:rPr/>
        <w:t>3. Find key words in the text.</w:t>
      </w:r>
    </w:p>
    <w:p>
      <w:pPr>
        <w:bidi/>
        <w:spacing w:before="0" w:after="0"/>
        <w:jc w:val="both"/>
      </w:pPr>
      <w:r>
        <w:rPr>
          <w:rFonts w:ascii="Arial" w:hAnsi="Arial" w:cs="Arial"/>
          <w:color w:val="6B7280"/>
          <w:sz w:val="20"/>
          <w:szCs w:val="20"/>
          <w:rtl/>
          <w:lang w:val="en-US" w:bidi="he-IL"/>
        </w:rPr>
        <w:t xml:space="preserve">מצאו מילות מפתח בטקסט.</w:t>
      </w:r>
    </w:p>
    <w:p>
      <w:pPr>
        <w:bidi/>
        <w:spacing w:before="0" w:after="40"/>
        <w:jc w:val="both"/>
      </w:pPr>
      <w:r>
        <w:rPr>
          <w:rFonts w:ascii="Arial" w:hAnsi="Arial" w:cs="Arial"/>
          <w:color w:val="6B7280"/>
          <w:sz w:val="21"/>
          <w:szCs w:val="21"/>
          <w:rtl/>
          <w:lang w:val="en-US" w:bidi="ar-SA"/>
        </w:rPr>
        <w:t xml:space="preserve">جد الكلمات المفتاحيّة في النصّ.</w:t>
      </w:r>
    </w:p>
    <w:p>
      <w:pPr>
        <w:spacing w:before="0" w:after="40"/>
        <w:jc w:val="center"/>
      </w:pPr>
      <w:r>
        <w:rPr>
          <w:rFonts w:ascii="Arial" w:hAnsi="Arial" w:cs="Arial"/>
          <w:sz w:val="20"/>
          <w:szCs w:val="20"/>
        </w:rPr>
        <w:t xml:space="preserve">🖼️ Picture words · </w:t>
      </w:r>
      <w:r>
        <w:rPr>
          <w:rFonts w:ascii="Arial" w:hAnsi="Arial" w:cs="Arial"/>
          <w:color w:val="1D2433"/>
          <w:sz w:val="20"/>
          <w:szCs w:val="20"/>
          <w:rtl/>
          <w:lang w:val="en-US" w:bidi="he-IL"/>
        </w:rPr>
        <w:t xml:space="preserve">מילים בתמונות</w:t>
      </w:r>
      <w:r>
        <w:rPr>
          <w:sz w:val="20"/>
          <w:szCs w:val="20"/>
        </w:rPr>
        <w:t>‎</w:t>
      </w:r>
      <w:r>
        <w:rPr>
          <w:rFonts w:ascii="Arial" w:hAnsi="Arial" w:cs="Arial"/>
          <w:sz w:val="20"/>
          <w:szCs w:val="20"/>
        </w:rPr>
        <w:t xml:space="preserve"> · </w:t>
      </w:r>
      <w:r>
        <w:rPr>
          <w:rFonts w:ascii="Arial" w:hAnsi="Arial" w:cs="Arial"/>
          <w:color w:val="1D2433"/>
          <w:sz w:val="20"/>
          <w:szCs w:val="20"/>
          <w:rtl/>
          <w:lang w:val="en-US" w:bidi="ar-SA"/>
        </w:rPr>
        <w:t xml:space="preserve">كلمات بالصّور</w:t>
      </w:r>
      <w:r>
        <w:rPr>
          <w:sz w:val="20"/>
          <w:szCs w:val="20"/>
        </w:rPr>
        <w:t>‎</w:t>
      </w:r>
    </w:p>
    <w:tbl>
      <w:tblPr>
        <w:tblStyle w:val="TableGrid"/>
        <w:tblW w:type="auto" w:w="0"/>
        <w:tblLook w:firstColumn="1" w:firstRow="1" w:lastColumn="0" w:lastRow="0" w:noHBand="0" w:noVBand="1" w:val="04A0"/>
      </w:tblPr>
      <w:tblGrid>
        <w:gridCol w:w="1663"/>
        <w:gridCol w:w="1663"/>
        <w:gridCol w:w="1663"/>
        <w:gridCol w:w="1663"/>
        <w:gridCol w:w="1663"/>
        <w:gridCol w:w="1663"/>
      </w:tblGrid>
      <w:tr>
        <w:tc>
          <w:tcPr>
            <w:tcW w:type="dxa" w:w="1663"/>
          </w:tcPr>
          <w:p>
            <w:pPr>
              <w:spacing w:before="0" w:after="0"/>
              <w:jc w:val="center"/>
            </w:pPr>
            <w:r>
              <w:drawing>
                <wp:inline xmlns:a="http://schemas.openxmlformats.org/drawingml/2006/main" xmlns:pic="http://schemas.openxmlformats.org/drawingml/2006/picture">
                  <wp:extent cx="468000" cy="499200"/>
                  <wp:docPr id="45" name="Picture 45"/>
                  <wp:cNvGraphicFramePr>
                    <a:graphicFrameLocks noChangeAspect="1"/>
                  </wp:cNvGraphicFramePr>
                  <a:graphic>
                    <a:graphicData uri="http://schemas.openxmlformats.org/drawingml/2006/picture">
                      <pic:pic>
                        <pic:nvPicPr>
                          <pic:cNvPr id="0" name="beach.png"/>
                          <pic:cNvPicPr/>
                        </pic:nvPicPr>
                        <pic:blipFill>
                          <a:blip r:embed="rId21"/>
                          <a:stretch>
                            <a:fillRect/>
                          </a:stretch>
                        </pic:blipFill>
                        <pic:spPr>
                          <a:xfrm>
                            <a:off x="0" y="0"/>
                            <a:ext cx="468000" cy="499200"/>
                          </a:xfrm>
                          <a:prstGeom prst="rect"/>
                        </pic:spPr>
                      </pic:pic>
                    </a:graphicData>
                  </a:graphic>
                </wp:inline>
              </w:drawing>
            </w:r>
          </w:p>
          <w:p>
            <w:pPr>
              <w:spacing w:before="0" w:after="0"/>
              <w:jc w:val="center"/>
            </w:pPr>
            <w:r>
              <w:rPr>
                <w:b/>
                <w:bCs/>
                <w:sz w:val="23"/>
                <w:szCs w:val="23"/>
              </w:rPr>
              <w:t>beach</w:t>
            </w:r>
          </w:p>
          <w:p>
            <w:pPr>
              <w:bidi/>
              <w:spacing w:before="0" w:after="0"/>
              <w:jc w:val="center"/>
            </w:pPr>
            <w:r>
              <w:rPr>
                <w:rFonts w:ascii="Arial" w:hAnsi="Arial" w:cs="Arial"/>
                <w:color w:val="6B7280"/>
                <w:sz w:val="17"/>
                <w:szCs w:val="17"/>
                <w:rtl/>
                <w:lang w:val="en-US" w:bidi="he-IL"/>
              </w:rPr>
              <w:t xml:space="preserve">חוף ים</w:t>
            </w:r>
          </w:p>
          <w:p>
            <w:pPr>
              <w:bidi/>
              <w:spacing w:before="0" w:after="0"/>
              <w:jc w:val="center"/>
            </w:pPr>
            <w:r>
              <w:rPr>
                <w:rFonts w:ascii="Arial" w:hAnsi="Arial" w:cs="Arial"/>
                <w:color w:val="6B7280"/>
                <w:sz w:val="17"/>
                <w:szCs w:val="17"/>
                <w:rtl/>
                <w:lang w:val="en-US" w:bidi="ar-SA"/>
              </w:rPr>
              <w:t xml:space="preserve">شاطئ</w:t>
            </w:r>
          </w:p>
        </w:tc>
        <w:tc>
          <w:tcPr>
            <w:tcW w:type="dxa" w:w="1663"/>
          </w:tcPr>
          <w:p>
            <w:pPr>
              <w:spacing w:before="0" w:after="0"/>
              <w:jc w:val="center"/>
            </w:pPr>
            <w:r>
              <w:drawing>
                <wp:inline xmlns:a="http://schemas.openxmlformats.org/drawingml/2006/main" xmlns:pic="http://schemas.openxmlformats.org/drawingml/2006/picture">
                  <wp:extent cx="468000" cy="365625"/>
                  <wp:docPr id="46" name="Picture 46"/>
                  <wp:cNvGraphicFramePr>
                    <a:graphicFrameLocks noChangeAspect="1"/>
                  </wp:cNvGraphicFramePr>
                  <a:graphic>
                    <a:graphicData uri="http://schemas.openxmlformats.org/drawingml/2006/picture">
                      <pic:pic>
                        <pic:nvPicPr>
                          <pic:cNvPr id="0" name="dog.png"/>
                          <pic:cNvPicPr/>
                        </pic:nvPicPr>
                        <pic:blipFill>
                          <a:blip r:embed="rId15"/>
                          <a:stretch>
                            <a:fillRect/>
                          </a:stretch>
                        </pic:blipFill>
                        <pic:spPr>
                          <a:xfrm>
                            <a:off x="0" y="0"/>
                            <a:ext cx="468000" cy="365625"/>
                          </a:xfrm>
                          <a:prstGeom prst="rect"/>
                        </pic:spPr>
                      </pic:pic>
                    </a:graphicData>
                  </a:graphic>
                </wp:inline>
              </w:drawing>
            </w:r>
          </w:p>
          <w:p>
            <w:pPr>
              <w:spacing w:before="0" w:after="0"/>
              <w:jc w:val="center"/>
            </w:pPr>
            <w:r>
              <w:rPr>
                <w:b/>
                <w:bCs/>
                <w:sz w:val="23"/>
                <w:szCs w:val="23"/>
              </w:rPr>
              <w:t>dog</w:t>
            </w:r>
          </w:p>
          <w:p>
            <w:pPr>
              <w:bidi/>
              <w:spacing w:before="0" w:after="0"/>
              <w:jc w:val="center"/>
            </w:pPr>
            <w:r>
              <w:rPr>
                <w:rFonts w:ascii="Arial" w:hAnsi="Arial" w:cs="Arial"/>
                <w:color w:val="6B7280"/>
                <w:sz w:val="17"/>
                <w:szCs w:val="17"/>
                <w:rtl/>
                <w:lang w:val="en-US" w:bidi="he-IL"/>
              </w:rPr>
              <w:t xml:space="preserve">כלב</w:t>
            </w:r>
          </w:p>
          <w:p>
            <w:pPr>
              <w:bidi/>
              <w:spacing w:before="0" w:after="0"/>
              <w:jc w:val="center"/>
            </w:pPr>
            <w:r>
              <w:rPr>
                <w:rFonts w:ascii="Arial" w:hAnsi="Arial" w:cs="Arial"/>
                <w:color w:val="6B7280"/>
                <w:sz w:val="17"/>
                <w:szCs w:val="17"/>
                <w:rtl/>
                <w:lang w:val="en-US" w:bidi="ar-SA"/>
              </w:rPr>
              <w:t xml:space="preserve">كلب</w:t>
            </w:r>
          </w:p>
        </w:tc>
        <w:tc>
          <w:tcPr>
            <w:tcW w:type="dxa" w:w="1663"/>
          </w:tcPr>
          <w:p>
            <w:pPr>
              <w:spacing w:before="0" w:after="0"/>
              <w:jc w:val="center"/>
            </w:pPr>
            <w:r>
              <w:drawing>
                <wp:inline xmlns:a="http://schemas.openxmlformats.org/drawingml/2006/main" xmlns:pic="http://schemas.openxmlformats.org/drawingml/2006/picture">
                  <wp:extent cx="468000" cy="419250"/>
                  <wp:docPr id="47" name="Picture 47"/>
                  <wp:cNvGraphicFramePr>
                    <a:graphicFrameLocks noChangeAspect="1"/>
                  </wp:cNvGraphicFramePr>
                  <a:graphic>
                    <a:graphicData uri="http://schemas.openxmlformats.org/drawingml/2006/picture">
                      <pic:pic>
                        <pic:nvPicPr>
                          <pic:cNvPr id="0" name="cat.png"/>
                          <pic:cNvPicPr/>
                        </pic:nvPicPr>
                        <pic:blipFill>
                          <a:blip r:embed="rId14"/>
                          <a:stretch>
                            <a:fillRect/>
                          </a:stretch>
                        </pic:blipFill>
                        <pic:spPr>
                          <a:xfrm>
                            <a:off x="0" y="0"/>
                            <a:ext cx="468000" cy="419250"/>
                          </a:xfrm>
                          <a:prstGeom prst="rect"/>
                        </pic:spPr>
                      </pic:pic>
                    </a:graphicData>
                  </a:graphic>
                </wp:inline>
              </w:drawing>
            </w:r>
          </w:p>
          <w:p>
            <w:pPr>
              <w:spacing w:before="0" w:after="0"/>
              <w:jc w:val="center"/>
            </w:pPr>
            <w:r>
              <w:rPr>
                <w:b/>
                <w:bCs/>
                <w:sz w:val="23"/>
                <w:szCs w:val="23"/>
              </w:rPr>
              <w:t>cat</w:t>
            </w:r>
          </w:p>
          <w:p>
            <w:pPr>
              <w:bidi/>
              <w:spacing w:before="0" w:after="0"/>
              <w:jc w:val="center"/>
            </w:pPr>
            <w:r>
              <w:rPr>
                <w:rFonts w:ascii="Arial" w:hAnsi="Arial" w:cs="Arial"/>
                <w:color w:val="6B7280"/>
                <w:sz w:val="17"/>
                <w:szCs w:val="17"/>
                <w:rtl/>
                <w:lang w:val="en-US" w:bidi="he-IL"/>
              </w:rPr>
              <w:t xml:space="preserve">חתול</w:t>
            </w:r>
          </w:p>
          <w:p>
            <w:pPr>
              <w:bidi/>
              <w:spacing w:before="0" w:after="0"/>
              <w:jc w:val="center"/>
            </w:pPr>
            <w:r>
              <w:rPr>
                <w:rFonts w:ascii="Arial" w:hAnsi="Arial" w:cs="Arial"/>
                <w:color w:val="6B7280"/>
                <w:sz w:val="17"/>
                <w:szCs w:val="17"/>
                <w:rtl/>
                <w:lang w:val="en-US" w:bidi="ar-SA"/>
              </w:rPr>
              <w:t xml:space="preserve">قطة</w:t>
            </w:r>
          </w:p>
        </w:tc>
        <w:tc>
          <w:tcPr>
            <w:tcW w:type="dxa" w:w="1663"/>
          </w:tcPr>
          <w:p>
            <w:pPr>
              <w:spacing w:before="0" w:after="0"/>
              <w:jc w:val="center"/>
            </w:pPr>
            <w:r>
              <w:drawing>
                <wp:inline xmlns:a="http://schemas.openxmlformats.org/drawingml/2006/main" xmlns:pic="http://schemas.openxmlformats.org/drawingml/2006/picture">
                  <wp:extent cx="468000" cy="468000"/>
                  <wp:docPr id="48" name="Picture 48"/>
                  <wp:cNvGraphicFramePr>
                    <a:graphicFrameLocks noChangeAspect="1"/>
                  </wp:cNvGraphicFramePr>
                  <a:graphic>
                    <a:graphicData uri="http://schemas.openxmlformats.org/drawingml/2006/picture">
                      <pic:pic>
                        <pic:nvPicPr>
                          <pic:cNvPr id="0" name="park.png"/>
                          <pic:cNvPicPr/>
                        </pic:nvPicPr>
                        <pic:blipFill>
                          <a:blip r:embed="rId27"/>
                          <a:stretch>
                            <a:fillRect/>
                          </a:stretch>
                        </pic:blipFill>
                        <pic:spPr>
                          <a:xfrm>
                            <a:off x="0" y="0"/>
                            <a:ext cx="468000" cy="468000"/>
                          </a:xfrm>
                          <a:prstGeom prst="rect"/>
                        </pic:spPr>
                      </pic:pic>
                    </a:graphicData>
                  </a:graphic>
                </wp:inline>
              </w:drawing>
            </w:r>
          </w:p>
          <w:p>
            <w:pPr>
              <w:spacing w:before="0" w:after="0"/>
              <w:jc w:val="center"/>
            </w:pPr>
            <w:r>
              <w:rPr>
                <w:b/>
                <w:bCs/>
                <w:sz w:val="23"/>
                <w:szCs w:val="23"/>
              </w:rPr>
              <w:t>park</w:t>
            </w:r>
          </w:p>
          <w:p>
            <w:pPr>
              <w:bidi/>
              <w:spacing w:before="0" w:after="0"/>
              <w:jc w:val="center"/>
            </w:pPr>
            <w:r>
              <w:rPr>
                <w:rFonts w:ascii="Arial" w:hAnsi="Arial" w:cs="Arial"/>
                <w:color w:val="6B7280"/>
                <w:sz w:val="17"/>
                <w:szCs w:val="17"/>
                <w:rtl/>
                <w:lang w:val="en-US" w:bidi="he-IL"/>
              </w:rPr>
              <w:t xml:space="preserve">פארק</w:t>
            </w:r>
          </w:p>
          <w:p>
            <w:pPr>
              <w:bidi/>
              <w:spacing w:before="0" w:after="0"/>
              <w:jc w:val="center"/>
            </w:pPr>
            <w:r>
              <w:rPr>
                <w:rFonts w:ascii="Arial" w:hAnsi="Arial" w:cs="Arial"/>
                <w:color w:val="6B7280"/>
                <w:sz w:val="17"/>
                <w:szCs w:val="17"/>
                <w:rtl/>
                <w:lang w:val="en-US" w:bidi="ar-SA"/>
              </w:rPr>
              <w:t xml:space="preserve">حديقة عامة</w:t>
            </w:r>
          </w:p>
        </w:tc>
        <w:tc>
          <w:tcPr>
            <w:tcW w:type="dxa" w:w="1663"/>
          </w:tcPr>
          <w:p>
            <w:pPr>
              <w:spacing w:before="0" w:after="0"/>
              <w:jc w:val="center"/>
            </w:pPr>
            <w:r>
              <w:drawing>
                <wp:inline xmlns:a="http://schemas.openxmlformats.org/drawingml/2006/main" xmlns:pic="http://schemas.openxmlformats.org/drawingml/2006/picture">
                  <wp:extent cx="468000" cy="499200"/>
                  <wp:docPr id="49" name="Picture 49"/>
                  <wp:cNvGraphicFramePr>
                    <a:graphicFrameLocks noChangeAspect="1"/>
                  </wp:cNvGraphicFramePr>
                  <a:graphic>
                    <a:graphicData uri="http://schemas.openxmlformats.org/drawingml/2006/picture">
                      <pic:pic>
                        <pic:nvPicPr>
                          <pic:cNvPr id="0" name="apple.png"/>
                          <pic:cNvPicPr/>
                        </pic:nvPicPr>
                        <pic:blipFill>
                          <a:blip r:embed="rId37"/>
                          <a:stretch>
                            <a:fillRect/>
                          </a:stretch>
                        </pic:blipFill>
                        <pic:spPr>
                          <a:xfrm>
                            <a:off x="0" y="0"/>
                            <a:ext cx="468000" cy="499200"/>
                          </a:xfrm>
                          <a:prstGeom prst="rect"/>
                        </pic:spPr>
                      </pic:pic>
                    </a:graphicData>
                  </a:graphic>
                </wp:inline>
              </w:drawing>
            </w:r>
          </w:p>
          <w:p>
            <w:pPr>
              <w:spacing w:before="0" w:after="0"/>
              <w:jc w:val="center"/>
            </w:pPr>
            <w:r>
              <w:rPr>
                <w:b/>
                <w:bCs/>
                <w:sz w:val="23"/>
                <w:szCs w:val="23"/>
              </w:rPr>
              <w:t>apple</w:t>
            </w:r>
          </w:p>
          <w:p>
            <w:pPr>
              <w:bidi/>
              <w:spacing w:before="0" w:after="0"/>
              <w:jc w:val="center"/>
            </w:pPr>
            <w:r>
              <w:rPr>
                <w:rFonts w:ascii="Arial" w:hAnsi="Arial" w:cs="Arial"/>
                <w:color w:val="6B7280"/>
                <w:sz w:val="17"/>
                <w:szCs w:val="17"/>
                <w:rtl/>
                <w:lang w:val="en-US" w:bidi="he-IL"/>
              </w:rPr>
              <w:t xml:space="preserve">תפוח</w:t>
            </w:r>
          </w:p>
          <w:p>
            <w:pPr>
              <w:bidi/>
              <w:spacing w:before="0" w:after="0"/>
              <w:jc w:val="center"/>
            </w:pPr>
            <w:r>
              <w:rPr>
                <w:rFonts w:ascii="Arial" w:hAnsi="Arial" w:cs="Arial"/>
                <w:color w:val="6B7280"/>
                <w:sz w:val="17"/>
                <w:szCs w:val="17"/>
                <w:rtl/>
                <w:lang w:val="en-US" w:bidi="ar-SA"/>
              </w:rPr>
              <w:t xml:space="preserve">تفاحة</w:t>
            </w:r>
          </w:p>
        </w:tc>
        <w:tc>
          <w:tcPr>
            <w:tcW w:type="dxa" w:w="1663"/>
          </w:tcPr>
          <w:p>
            <w:pPr>
              <w:spacing w:before="0" w:after="0"/>
              <w:jc w:val="center"/>
            </w:pPr>
            <w:r>
              <w:drawing>
                <wp:inline xmlns:a="http://schemas.openxmlformats.org/drawingml/2006/main" xmlns:pic="http://schemas.openxmlformats.org/drawingml/2006/picture">
                  <wp:extent cx="468000" cy="483097"/>
                  <wp:docPr id="50" name="Picture 50"/>
                  <wp:cNvGraphicFramePr>
                    <a:graphicFrameLocks noChangeAspect="1"/>
                  </wp:cNvGraphicFramePr>
                  <a:graphic>
                    <a:graphicData uri="http://schemas.openxmlformats.org/drawingml/2006/picture">
                      <pic:pic>
                        <pic:nvPicPr>
                          <pic:cNvPr id="0" name="key.png"/>
                          <pic:cNvPicPr/>
                        </pic:nvPicPr>
                        <pic:blipFill>
                          <a:blip r:embed="rId38"/>
                          <a:stretch>
                            <a:fillRect/>
                          </a:stretch>
                        </pic:blipFill>
                        <pic:spPr>
                          <a:xfrm>
                            <a:off x="0" y="0"/>
                            <a:ext cx="468000" cy="483097"/>
                          </a:xfrm>
                          <a:prstGeom prst="rect"/>
                        </pic:spPr>
                      </pic:pic>
                    </a:graphicData>
                  </a:graphic>
                </wp:inline>
              </w:drawing>
            </w:r>
          </w:p>
          <w:p>
            <w:pPr>
              <w:spacing w:before="0" w:after="0"/>
              <w:jc w:val="center"/>
            </w:pPr>
            <w:r>
              <w:rPr>
                <w:b/>
                <w:bCs/>
                <w:sz w:val="23"/>
                <w:szCs w:val="23"/>
              </w:rPr>
              <w:t>key</w:t>
            </w:r>
          </w:p>
          <w:p>
            <w:pPr>
              <w:bidi/>
              <w:spacing w:before="0" w:after="0"/>
              <w:jc w:val="center"/>
            </w:pPr>
            <w:r>
              <w:rPr>
                <w:rFonts w:ascii="Arial" w:hAnsi="Arial" w:cs="Arial"/>
                <w:color w:val="6B7280"/>
                <w:sz w:val="17"/>
                <w:szCs w:val="17"/>
                <w:rtl/>
                <w:lang w:val="en-US" w:bidi="he-IL"/>
              </w:rPr>
              <w:t xml:space="preserve">מפתח</w:t>
            </w:r>
          </w:p>
          <w:p>
            <w:pPr>
              <w:bidi/>
              <w:spacing w:before="0" w:after="0"/>
              <w:jc w:val="center"/>
            </w:pPr>
            <w:r>
              <w:rPr>
                <w:rFonts w:ascii="Arial" w:hAnsi="Arial" w:cs="Arial"/>
                <w:color w:val="6B7280"/>
                <w:sz w:val="17"/>
                <w:szCs w:val="17"/>
                <w:rtl/>
                <w:lang w:val="en-US" w:bidi="ar-SA"/>
              </w:rPr>
              <w:t xml:space="preserve">مفتاح</w:t>
            </w:r>
          </w:p>
        </w:tc>
      </w:tr>
    </w:tbl>
    <w:p>
      <w:pPr>
        <w:spacing w:before="0" w:after="80"/>
        <w:jc w:val="both"/>
      </w:pPr>
    </w:p>
    <w:p>
      <w:pPr>
        <w:spacing w:before="160" w:after="20"/>
        <w:jc w:val="both"/>
      </w:pPr>
      <w:r>
        <w:rPr>
          <w:b/>
          <w:bCs/>
          <w:sz w:val="26"/>
          <w:szCs w:val="26"/>
        </w:rPr>
        <w:t>1. Match the questions to the answers.</w:t>
      </w:r>
    </w:p>
    <w:p>
      <w:pPr>
        <w:bidi/>
        <w:spacing w:before="0" w:after="0"/>
        <w:jc w:val="both"/>
      </w:pPr>
      <w:r>
        <w:rPr>
          <w:rFonts w:ascii="Arial" w:hAnsi="Arial" w:cs="Arial"/>
          <w:color w:val="6B7280"/>
          <w:sz w:val="20"/>
          <w:szCs w:val="20"/>
          <w:rtl/>
          <w:lang w:val="en-US" w:bidi="he-IL"/>
        </w:rPr>
        <w:t xml:space="preserve">התאימו בין השאלות לתשובות.</w:t>
      </w:r>
    </w:p>
    <w:p>
      <w:pPr>
        <w:bidi/>
        <w:spacing w:before="0" w:after="80"/>
        <w:jc w:val="both"/>
      </w:pPr>
      <w:r>
        <w:rPr>
          <w:rFonts w:ascii="Arial" w:hAnsi="Arial" w:cs="Arial"/>
          <w:color w:val="6B7280"/>
          <w:sz w:val="21"/>
          <w:szCs w:val="21"/>
          <w:rtl/>
          <w:lang w:val="en-US" w:bidi="ar-SA"/>
        </w:rPr>
        <w:t xml:space="preserve">صِل الأسئلة بالإجابات.</w:t>
      </w:r>
    </w:p>
    <w:tbl>
      <w:tblPr>
        <w:tblStyle w:val="TableGrid"/>
        <w:tblW w:type="auto" w:w="0"/>
        <w:tblLook w:firstColumn="1" w:firstRow="1" w:lastColumn="0" w:lastRow="0" w:noHBand="0" w:noVBand="1" w:val="04A0"/>
      </w:tblPr>
      <w:tblGrid>
        <w:gridCol w:w="4989"/>
        <w:gridCol w:w="4989"/>
      </w:tblGrid>
      <w:tr>
        <w:tc>
          <w:tcPr>
            <w:tcW w:type="dxa" w:w="4989"/>
            <w:shd w:val="clear" w:color="auto" w:fill="047857"/>
          </w:tcPr>
          <w:p>
            <w:pPr>
              <w:spacing w:before="0" w:after="40"/>
              <w:jc w:val="both"/>
            </w:pPr>
            <w:r>
              <w:rPr>
                <w:b/>
                <w:bCs/>
                <w:color w:val="FFFFFF"/>
              </w:rPr>
              <w:t>Column A</w:t>
            </w:r>
          </w:p>
        </w:tc>
        <w:tc>
          <w:tcPr>
            <w:tcW w:type="dxa" w:w="4989"/>
            <w:shd w:val="clear" w:color="auto" w:fill="047857"/>
          </w:tcPr>
          <w:p>
            <w:pPr>
              <w:spacing w:before="0" w:after="40"/>
              <w:jc w:val="both"/>
            </w:pPr>
            <w:r>
              <w:rPr>
                <w:b/>
                <w:bCs/>
                <w:color w:val="FFFFFF"/>
              </w:rPr>
              <w:t>Column B</w:t>
            </w:r>
          </w:p>
        </w:tc>
      </w:tr>
      <w:tr>
        <w:tc>
          <w:tcPr>
            <w:tcW w:type="dxa" w:w="4989"/>
          </w:tcPr>
          <w:p>
            <w:pPr>
              <w:spacing w:before="0" w:after="40"/>
              <w:jc w:val="both"/>
            </w:pPr>
            <w:r>
              <w:rPr/>
              <w:t>1. Who is your best friend?</w:t>
            </w:r>
          </w:p>
        </w:tc>
        <w:tc>
          <w:tcPr>
            <w:tcW w:type="dxa" w:w="4989"/>
          </w:tcPr>
          <w:p>
            <w:pPr>
              <w:spacing w:before="0" w:after="40"/>
              <w:jc w:val="both"/>
            </w:pPr>
            <w:r>
              <w:rPr/>
              <w:t>[   ] Daniel.</w:t>
            </w:r>
          </w:p>
        </w:tc>
      </w:tr>
      <w:tr>
        <w:tc>
          <w:tcPr>
            <w:tcW w:type="dxa" w:w="4989"/>
          </w:tcPr>
          <w:p>
            <w:pPr>
              <w:spacing w:before="0" w:after="40"/>
              <w:jc w:val="both"/>
            </w:pPr>
            <w:r>
              <w:rPr/>
              <w:t>2. Where do you live?</w:t>
            </w:r>
          </w:p>
        </w:tc>
        <w:tc>
          <w:tcPr>
            <w:tcW w:type="dxa" w:w="4989"/>
          </w:tcPr>
          <w:p>
            <w:pPr>
              <w:spacing w:before="0" w:after="40"/>
              <w:jc w:val="both"/>
            </w:pPr>
            <w:r>
              <w:rPr/>
              <w:t>[   ] Pizza.</w:t>
            </w:r>
          </w:p>
        </w:tc>
      </w:tr>
      <w:tr>
        <w:tc>
          <w:tcPr>
            <w:tcW w:type="dxa" w:w="4989"/>
          </w:tcPr>
          <w:p>
            <w:pPr>
              <w:spacing w:before="0" w:after="40"/>
              <w:jc w:val="both"/>
            </w:pPr>
            <w:r>
              <w:rPr/>
              <w:t>3. When is your birthday?</w:t>
            </w:r>
          </w:p>
        </w:tc>
        <w:tc>
          <w:tcPr>
            <w:tcW w:type="dxa" w:w="4989"/>
          </w:tcPr>
          <w:p>
            <w:pPr>
              <w:spacing w:before="0" w:after="40"/>
              <w:jc w:val="both"/>
            </w:pPr>
            <w:r>
              <w:rPr/>
              <w:t>[   ] In Petah Tikva.</w:t>
            </w:r>
          </w:p>
        </w:tc>
      </w:tr>
      <w:tr>
        <w:tc>
          <w:tcPr>
            <w:tcW w:type="dxa" w:w="4989"/>
          </w:tcPr>
          <w:p>
            <w:pPr>
              <w:spacing w:before="0" w:after="40"/>
              <w:jc w:val="both"/>
            </w:pPr>
            <w:r>
              <w:rPr/>
              <w:t>4. Why are you late?</w:t>
            </w:r>
          </w:p>
        </w:tc>
        <w:tc>
          <w:tcPr>
            <w:tcW w:type="dxa" w:w="4989"/>
          </w:tcPr>
          <w:p>
            <w:pPr>
              <w:spacing w:before="0" w:after="40"/>
              <w:jc w:val="both"/>
            </w:pPr>
            <w:r>
              <w:rPr/>
              <w:t>[   ] In October.</w:t>
            </w:r>
          </w:p>
        </w:tc>
      </w:tr>
      <w:tr>
        <w:tc>
          <w:tcPr>
            <w:tcW w:type="dxa" w:w="4989"/>
          </w:tcPr>
          <w:p>
            <w:pPr>
              <w:spacing w:before="0" w:after="40"/>
              <w:jc w:val="both"/>
            </w:pPr>
            <w:r>
              <w:rPr/>
              <w:t>5. What is your favorite food?</w:t>
            </w:r>
          </w:p>
        </w:tc>
        <w:tc>
          <w:tcPr>
            <w:tcW w:type="dxa" w:w="4989"/>
          </w:tcPr>
          <w:p>
            <w:pPr>
              <w:spacing w:before="0" w:after="40"/>
              <w:jc w:val="both"/>
            </w:pPr>
            <w:r>
              <w:rPr/>
              <w:t>[   ] Because I missed the bus.</w:t>
            </w:r>
          </w:p>
        </w:tc>
      </w:tr>
    </w:tbl>
    <w:p>
      <w:pPr>
        <w:spacing w:before="0" w:after="40"/>
        <w:jc w:val="both"/>
      </w:pPr>
    </w:p>
    <w:p>
      <w:pPr>
        <w:spacing w:before="160" w:after="20"/>
        <w:jc w:val="both"/>
      </w:pPr>
      <w:r>
        <w:rPr>
          <w:b/>
          <w:bCs/>
          <w:sz w:val="26"/>
          <w:szCs w:val="26"/>
        </w:rPr>
        <w:t>2. Complete with and, but, then or because.</w:t>
      </w:r>
    </w:p>
    <w:p>
      <w:pPr>
        <w:bidi/>
        <w:spacing w:before="0" w:after="0"/>
        <w:jc w:val="both"/>
      </w:pPr>
      <w:r>
        <w:rPr>
          <w:rFonts w:ascii="Arial" w:hAnsi="Arial" w:cs="Arial"/>
          <w:color w:val="6B7280"/>
          <w:sz w:val="20"/>
          <w:szCs w:val="20"/>
          <w:rtl/>
          <w:lang w:val="en-US" w:bidi="he-IL"/>
        </w:rPr>
        <w:t xml:space="preserve">השלימו ב־‎and, but, then‎ או ‎because‎.</w:t>
      </w:r>
    </w:p>
    <w:p>
      <w:pPr>
        <w:bidi/>
        <w:spacing w:before="0" w:after="80"/>
        <w:jc w:val="both"/>
      </w:pPr>
      <w:r>
        <w:rPr>
          <w:rFonts w:ascii="Arial" w:hAnsi="Arial" w:cs="Arial"/>
          <w:color w:val="6B7280"/>
          <w:sz w:val="21"/>
          <w:szCs w:val="21"/>
          <w:rtl/>
          <w:lang w:val="en-US" w:bidi="ar-SA"/>
        </w:rPr>
        <w:t xml:space="preserve">أكمل بـ ‎and‎ أو ‎but‎ أو ‎then‎ أو ‎because‎.</w:t>
      </w:r>
    </w:p>
    <w:p>
      <w:pPr>
        <w:spacing w:before="0" w:after="80"/>
        <w:jc w:val="both"/>
      </w:pPr>
      <w:r>
        <w:rPr>
          <w:color w:val="047857"/>
          <w:sz w:val="24"/>
          <w:szCs w:val="24"/>
        </w:rPr>
        <w:t>Word bank: and  |  but  |  then  |  because</w:t>
      </w:r>
    </w:p>
    <w:p>
      <w:pPr>
        <w:spacing w:before="0" w:after="60"/>
        <w:jc w:val="both"/>
      </w:pPr>
      <w:r>
        <w:rPr/>
        <w:t>a. I like to read __________ I like to draw.</w:t>
      </w:r>
    </w:p>
    <w:p>
      <w:pPr>
        <w:spacing w:before="0" w:after="60"/>
        <w:jc w:val="both"/>
      </w:pPr>
      <w:r>
        <w:rPr/>
        <w:t>b. Shira can swim, __________ she can't dive.</w:t>
      </w:r>
    </w:p>
    <w:p>
      <w:pPr>
        <w:spacing w:before="0" w:after="60"/>
        <w:jc w:val="both"/>
      </w:pPr>
      <w:r>
        <w:rPr/>
        <w:t>c. We had breakfast, and __________ we went to school.</w:t>
      </w:r>
    </w:p>
    <w:p>
      <w:pPr>
        <w:spacing w:before="0" w:after="60"/>
        <w:jc w:val="both"/>
      </w:pPr>
      <w:r>
        <w:rPr/>
        <w:t>d. I took an umbrella __________ it was raining.</w:t>
      </w:r>
    </w:p>
    <w:p>
      <w:pPr>
        <w:spacing w:before="0" w:after="60"/>
        <w:jc w:val="both"/>
      </w:pPr>
      <w:r>
        <w:rPr/>
        <w:t>e. Tom is good at math __________ science.</w:t>
      </w:r>
    </w:p>
    <w:p>
      <w:pPr>
        <w:spacing w:before="160" w:after="20"/>
        <w:jc w:val="both"/>
      </w:pPr>
      <w:r>
        <w:rPr>
          <w:b/>
          <w:bCs/>
          <w:sz w:val="26"/>
          <w:szCs w:val="26"/>
        </w:rPr>
        <w:t>3. Sort the sentences: opening, detail or closing sentence?</w:t>
      </w:r>
    </w:p>
    <w:p>
      <w:pPr>
        <w:bidi/>
        <w:spacing w:before="0" w:after="0"/>
        <w:jc w:val="both"/>
      </w:pPr>
      <w:r>
        <w:rPr>
          <w:rFonts w:ascii="Arial" w:hAnsi="Arial" w:cs="Arial"/>
          <w:color w:val="6B7280"/>
          <w:sz w:val="20"/>
          <w:szCs w:val="20"/>
          <w:rtl/>
          <w:lang w:val="en-US" w:bidi="he-IL"/>
        </w:rPr>
        <w:t xml:space="preserve">מיינו את המשפטים: משפט פתיחה, משפט פרטים או משפט סיום?</w:t>
      </w:r>
    </w:p>
    <w:p>
      <w:pPr>
        <w:bidi/>
        <w:spacing w:before="0" w:after="80"/>
        <w:jc w:val="both"/>
      </w:pPr>
      <w:r>
        <w:rPr>
          <w:rFonts w:ascii="Arial" w:hAnsi="Arial" w:cs="Arial"/>
          <w:color w:val="6B7280"/>
          <w:sz w:val="21"/>
          <w:szCs w:val="21"/>
          <w:rtl/>
          <w:lang w:val="en-US" w:bidi="ar-SA"/>
        </w:rPr>
        <w:t xml:space="preserve">صنّف الجمل: جملة افتتاحيّة أم جملة تفاصيل أم جملة ختاميّة؟</w:t>
      </w:r>
    </w:p>
    <w:p>
      <w:pPr>
        <w:spacing w:before="0" w:after="80"/>
        <w:jc w:val="both"/>
      </w:pPr>
      <w:r>
        <w:rPr>
          <w:color w:val="047857"/>
          <w:sz w:val="24"/>
          <w:szCs w:val="24"/>
        </w:rPr>
        <w:t>Words: My favorite animal is the dolphin.  |  Dolphins live in the sea.  |  They are very smart.  |  That is why I love dolphins.</w:t>
      </w:r>
    </w:p>
    <w:tbl>
      <w:tblPr>
        <w:tblStyle w:val="TableGrid"/>
        <w:tblW w:type="auto" w:w="0"/>
        <w:tblLook w:firstColumn="1" w:firstRow="1" w:lastColumn="0" w:lastRow="0" w:noHBand="0" w:noVBand="1" w:val="04A0"/>
      </w:tblPr>
      <w:tblGrid>
        <w:gridCol w:w="3326"/>
        <w:gridCol w:w="3326"/>
        <w:gridCol w:w="3326"/>
      </w:tblGrid>
      <w:tr>
        <w:tc>
          <w:tcPr>
            <w:tcW w:type="dxa" w:w="3326"/>
            <w:shd w:val="clear" w:color="auto" w:fill="047857"/>
          </w:tcPr>
          <w:p>
            <w:pPr>
              <w:spacing w:before="0" w:after="40"/>
              <w:jc w:val="both"/>
            </w:pPr>
            <w:r>
              <w:rPr>
                <w:b/>
                <w:bCs/>
                <w:color w:val="FFFFFF"/>
              </w:rPr>
              <w:t>opening</w:t>
            </w:r>
          </w:p>
        </w:tc>
        <w:tc>
          <w:tcPr>
            <w:tcW w:type="dxa" w:w="3326"/>
            <w:shd w:val="clear" w:color="auto" w:fill="047857"/>
          </w:tcPr>
          <w:p>
            <w:pPr>
              <w:spacing w:before="0" w:after="40"/>
              <w:jc w:val="both"/>
            </w:pPr>
            <w:r>
              <w:rPr>
                <w:b/>
                <w:bCs/>
                <w:color w:val="FFFFFF"/>
              </w:rPr>
              <w:t>detail</w:t>
            </w:r>
          </w:p>
        </w:tc>
        <w:tc>
          <w:tcPr>
            <w:tcW w:type="dxa" w:w="3326"/>
            <w:shd w:val="clear" w:color="auto" w:fill="047857"/>
          </w:tcPr>
          <w:p>
            <w:pPr>
              <w:spacing w:before="0" w:after="40"/>
              <w:jc w:val="both"/>
            </w:pPr>
            <w:r>
              <w:rPr>
                <w:b/>
                <w:bCs/>
                <w:color w:val="FFFFFF"/>
              </w:rPr>
              <w:t>closing</w:t>
            </w:r>
          </w:p>
        </w:tc>
      </w:tr>
      <w:tr>
        <w:tc>
          <w:tcPr>
            <w:tcW w:type="dxa" w:w="3326"/>
          </w:tcPr>
          <w:p>
            <w:pPr>
              <w:spacing w:before="0" w:after="40"/>
              <w:jc w:val="both"/>
            </w:pPr>
            <w:r>
              <w:rPr/>
              <w:br/>
              <w:br/>
              <w:br/>
            </w:r>
          </w:p>
        </w:tc>
        <w:tc>
          <w:tcPr>
            <w:tcW w:type="dxa" w:w="3326"/>
          </w:tcPr>
          <w:p>
            <w:pPr>
              <w:spacing w:before="0" w:after="40"/>
              <w:jc w:val="both"/>
            </w:pPr>
            <w:r>
              <w:rPr/>
              <w:br/>
              <w:br/>
              <w:br/>
            </w:r>
          </w:p>
        </w:tc>
        <w:tc>
          <w:tcPr>
            <w:tcW w:type="dxa" w:w="3326"/>
          </w:tcPr>
          <w:p>
            <w:pPr>
              <w:spacing w:before="0" w:after="40"/>
              <w:jc w:val="both"/>
            </w:pPr>
            <w:r>
              <w:rPr/>
              <w:br/>
              <w:br/>
              <w:br/>
            </w:r>
          </w:p>
        </w:tc>
      </w:tr>
    </w:tbl>
    <w:p>
      <w:pPr>
        <w:spacing w:before="0" w:after="40"/>
        <w:jc w:val="both"/>
      </w:pPr>
    </w:p>
    <w:p>
      <w:pPr>
        <w:spacing w:before="160" w:after="20"/>
        <w:jc w:val="both"/>
      </w:pPr>
      <w:r>
        <w:rPr>
          <w:b/>
          <w:bCs/>
          <w:sz w:val="26"/>
          <w:szCs w:val="26"/>
        </w:rPr>
        <w:t>4. Choose the best ending.</w:t>
      </w:r>
    </w:p>
    <w:p>
      <w:pPr>
        <w:bidi/>
        <w:spacing w:before="0" w:after="0"/>
        <w:jc w:val="both"/>
      </w:pPr>
      <w:r>
        <w:rPr>
          <w:rFonts w:ascii="Arial" w:hAnsi="Arial" w:cs="Arial"/>
          <w:color w:val="6B7280"/>
          <w:sz w:val="20"/>
          <w:szCs w:val="20"/>
          <w:rtl/>
          <w:lang w:val="en-US" w:bidi="he-IL"/>
        </w:rPr>
        <w:t xml:space="preserve">בחרו את הסיום הטוב ביותר.</w:t>
      </w:r>
    </w:p>
    <w:p>
      <w:pPr>
        <w:bidi/>
        <w:spacing w:before="0" w:after="80"/>
        <w:jc w:val="both"/>
      </w:pPr>
      <w:r>
        <w:rPr>
          <w:rFonts w:ascii="Arial" w:hAnsi="Arial" w:cs="Arial"/>
          <w:color w:val="6B7280"/>
          <w:sz w:val="21"/>
          <w:szCs w:val="21"/>
          <w:rtl/>
          <w:lang w:val="en-US" w:bidi="ar-SA"/>
        </w:rPr>
        <w:t xml:space="preserve">اختر أفضل نهاية.</w:t>
      </w:r>
    </w:p>
    <w:p>
      <w:pPr>
        <w:spacing w:before="0" w:after="20"/>
        <w:jc w:val="both"/>
      </w:pPr>
      <w:r>
        <w:rPr/>
        <w:t>a. I went to bed early because ...</w:t>
      </w:r>
    </w:p>
    <w:p>
      <w:pPr>
        <w:spacing w:before="0" w:after="80"/>
        <w:jc w:val="both"/>
      </w:pPr>
      <w:r>
        <w:rPr/>
        <w:t xml:space="preserve">   ○ I was very tired.      ○ I wanted to play.      ○ it was morning.</w:t>
      </w:r>
    </w:p>
    <w:p>
      <w:pPr>
        <w:spacing w:before="0" w:after="20"/>
        <w:jc w:val="both"/>
      </w:pPr>
      <w:r>
        <w:rPr/>
        <w:t>b. We wanted to swim, but ...</w:t>
      </w:r>
    </w:p>
    <w:p>
      <w:pPr>
        <w:spacing w:before="0" w:after="80"/>
        <w:jc w:val="both"/>
      </w:pPr>
      <w:r>
        <w:rPr/>
        <w:t xml:space="preserve">   ○ the sea was warm.      ○ the pool was closed.      ○ we had towels.</w:t>
      </w:r>
    </w:p>
    <w:p>
      <w:pPr>
        <w:spacing w:before="0" w:after="20"/>
        <w:jc w:val="both"/>
      </w:pPr>
      <w:r>
        <w:rPr/>
        <w:t>c. Noam was sad because ...</w:t>
      </w:r>
    </w:p>
    <w:p>
      <w:pPr>
        <w:spacing w:before="0" w:after="80"/>
        <w:jc w:val="both"/>
      </w:pPr>
      <w:r>
        <w:rPr/>
        <w:t xml:space="preserve">   ○ he won the game.      ○ he got a present.      ○ his team lost.</w:t>
      </w:r>
    </w:p>
    <w:p>
      <w:pPr>
        <w:spacing w:before="160" w:after="20"/>
        <w:jc w:val="both"/>
      </w:pPr>
      <w:r>
        <w:rPr>
          <w:b/>
          <w:bCs/>
          <w:sz w:val="26"/>
          <w:szCs w:val="26"/>
        </w:rPr>
        <w:t>5. Answer with because.</w:t>
      </w:r>
    </w:p>
    <w:p>
      <w:pPr>
        <w:bidi/>
        <w:spacing w:before="0" w:after="0"/>
        <w:jc w:val="both"/>
      </w:pPr>
      <w:r>
        <w:rPr>
          <w:rFonts w:ascii="Arial" w:hAnsi="Arial" w:cs="Arial"/>
          <w:color w:val="6B7280"/>
          <w:sz w:val="20"/>
          <w:szCs w:val="20"/>
          <w:rtl/>
          <w:lang w:val="en-US" w:bidi="he-IL"/>
        </w:rPr>
        <w:t xml:space="preserve">ענו עם ‎because‎.</w:t>
      </w:r>
    </w:p>
    <w:p>
      <w:pPr>
        <w:bidi/>
        <w:spacing w:before="0" w:after="80"/>
        <w:jc w:val="both"/>
      </w:pPr>
      <w:r>
        <w:rPr>
          <w:rFonts w:ascii="Arial" w:hAnsi="Arial" w:cs="Arial"/>
          <w:color w:val="6B7280"/>
          <w:sz w:val="21"/>
          <w:szCs w:val="21"/>
          <w:rtl/>
          <w:lang w:val="en-US" w:bidi="ar-SA"/>
        </w:rPr>
        <w:t xml:space="preserve">أجب مع ‎because‎.</w:t>
      </w:r>
    </w:p>
    <w:p>
      <w:pPr>
        <w:spacing w:before="0" w:after="100"/>
        <w:jc w:val="both"/>
      </w:pPr>
      <w:r>
        <w:rPr/>
        <w:t>a. Why do you wear a hat in summer?</w:t>
      </w:r>
    </w:p>
    <w:p>
      <w:pPr>
        <w:spacing w:before="0" w:after="100"/>
        <w:jc w:val="both"/>
      </w:pPr>
      <w:r>
        <w:rPr/>
        <w:t>b. Why do we brush our teeth?</w:t>
      </w:r>
    </w:p>
    <w:p>
      <w:pPr>
        <w:spacing w:before="0" w:after="100"/>
        <w:jc w:val="both"/>
      </w:pPr>
      <w:r>
        <w:rPr/>
        <w:t>c. Why do people go to the beach?</w:t>
      </w:r>
    </w:p>
    <w:p>
      <w:pPr>
        <w:spacing w:before="0" w:after="100"/>
        <w:jc w:val="both"/>
      </w:pPr>
      <w:r>
        <w:rPr/>
        <w:t>d. Why do you like your best friend?</w:t>
      </w:r>
    </w:p>
    <w:p>
      <w:pPr>
        <w:spacing w:before="160" w:after="20"/>
        <w:jc w:val="both"/>
      </w:pPr>
      <w:r>
        <w:rPr>
          <w:b/>
          <w:bCs/>
          <w:sz w:val="26"/>
          <w:szCs w:val="26"/>
        </w:rPr>
        <w:t>6. Correct the capital letters and the full stops. Write the missing letter or mark.</w:t>
      </w:r>
    </w:p>
    <w:p>
      <w:pPr>
        <w:bidi/>
        <w:spacing w:before="0" w:after="0"/>
        <w:jc w:val="both"/>
      </w:pPr>
      <w:r>
        <w:rPr>
          <w:rFonts w:ascii="Arial" w:hAnsi="Arial" w:cs="Arial"/>
          <w:color w:val="6B7280"/>
          <w:sz w:val="20"/>
          <w:szCs w:val="20"/>
          <w:rtl/>
          <w:lang w:val="en-US" w:bidi="he-IL"/>
        </w:rPr>
        <w:t xml:space="preserve">תקנו את האותיות הגדולות ואת הנקודות. כתבו את האות או את הסימן החסרים.</w:t>
      </w:r>
    </w:p>
    <w:p>
      <w:pPr>
        <w:bidi/>
        <w:spacing w:before="0" w:after="80"/>
        <w:jc w:val="both"/>
      </w:pPr>
      <w:r>
        <w:rPr>
          <w:rFonts w:ascii="Arial" w:hAnsi="Arial" w:cs="Arial"/>
          <w:color w:val="6B7280"/>
          <w:sz w:val="21"/>
          <w:szCs w:val="21"/>
          <w:rtl/>
          <w:lang w:val="en-US" w:bidi="ar-SA"/>
        </w:rPr>
        <w:t xml:space="preserve">صحّح الأحرف الكبيرة والنقاط. اكتب الحرف أو العلامة الناقصة.</w:t>
      </w:r>
    </w:p>
    <w:p>
      <w:pPr>
        <w:spacing w:before="0" w:after="60"/>
        <w:jc w:val="both"/>
      </w:pPr>
      <w:r>
        <w:rPr/>
        <w:t>a. __________ like ice cream. (i)</w:t>
      </w:r>
    </w:p>
    <w:p>
      <w:pPr>
        <w:spacing w:before="0" w:after="60"/>
        <w:jc w:val="both"/>
      </w:pPr>
      <w:r>
        <w:rPr/>
        <w:t>b. my sister and __________ went to school. (i)</w:t>
      </w:r>
    </w:p>
    <w:p>
      <w:pPr>
        <w:spacing w:before="0" w:after="60"/>
        <w:jc w:val="both"/>
      </w:pPr>
      <w:r>
        <w:rPr/>
        <w:t>c. We live in __________aifa. (h)</w:t>
      </w:r>
    </w:p>
    <w:p>
      <w:pPr>
        <w:spacing w:before="0" w:after="60"/>
        <w:jc w:val="both"/>
      </w:pPr>
      <w:r>
        <w:rPr/>
        <w:t>d. Where are you going__________ (? or .)</w:t>
      </w:r>
    </w:p>
    <w:p>
      <w:pPr>
        <w:spacing w:before="160" w:after="20"/>
        <w:jc w:val="both"/>
      </w:pPr>
      <w:r>
        <w:rPr>
          <w:b/>
          <w:bCs/>
          <w:sz w:val="26"/>
          <w:szCs w:val="26"/>
        </w:rPr>
        <w:t>7. Join the sentences. Use the word in brackets.</w:t>
      </w:r>
    </w:p>
    <w:p>
      <w:pPr>
        <w:bidi/>
        <w:spacing w:before="0" w:after="0"/>
        <w:jc w:val="both"/>
      </w:pPr>
      <w:r>
        <w:rPr>
          <w:rFonts w:ascii="Arial" w:hAnsi="Arial" w:cs="Arial"/>
          <w:color w:val="6B7280"/>
          <w:sz w:val="20"/>
          <w:szCs w:val="20"/>
          <w:rtl/>
          <w:lang w:val="en-US" w:bidi="he-IL"/>
        </w:rPr>
        <w:t xml:space="preserve">חברו את המשפטים. השתמשו במילה שבסוגריים.</w:t>
      </w:r>
    </w:p>
    <w:p>
      <w:pPr>
        <w:bidi/>
        <w:spacing w:before="0" w:after="80"/>
        <w:jc w:val="both"/>
      </w:pPr>
      <w:r>
        <w:rPr>
          <w:rFonts w:ascii="Arial" w:hAnsi="Arial" w:cs="Arial"/>
          <w:color w:val="6B7280"/>
          <w:sz w:val="21"/>
          <w:szCs w:val="21"/>
          <w:rtl/>
          <w:lang w:val="en-US" w:bidi="ar-SA"/>
        </w:rPr>
        <w:t xml:space="preserve">اربط الجمل. استعمل الكلمة التي بين القوسين.</w:t>
      </w:r>
    </w:p>
    <w:p>
      <w:pPr>
        <w:spacing w:before="0" w:after="100"/>
        <w:jc w:val="both"/>
      </w:pPr>
      <w:r>
        <w:rPr/>
        <w:t>a. Maya is tall. Her brother is short. (but)</w:t>
      </w:r>
    </w:p>
    <w:p>
      <w:pPr>
        <w:spacing w:before="0" w:after="100"/>
        <w:jc w:val="both"/>
      </w:pPr>
      <w:r>
        <w:rPr/>
        <w:t>b. I finished my homework. I went outside. (then)</w:t>
      </w:r>
    </w:p>
    <w:p>
      <w:pPr>
        <w:spacing w:before="0" w:after="100"/>
        <w:jc w:val="both"/>
      </w:pPr>
      <w:r>
        <w:rPr/>
        <w:t>c. Ben is happy. He got a puppy. (because)</w:t>
      </w:r>
    </w:p>
    <w:p>
      <w:pPr>
        <w:spacing w:before="0" w:after="100"/>
        <w:jc w:val="both"/>
      </w:pPr>
      <w:r>
        <w:rPr/>
        <w:t>d. Grandma made soup. Grandma made salad. (and)</w:t>
      </w:r>
    </w:p>
    <w:p>
      <w:pPr>
        <w:spacing w:before="160" w:after="20"/>
        <w:jc w:val="both"/>
      </w:pPr>
      <w:r>
        <w:rPr>
          <w:b/>
          <w:bCs/>
          <w:sz w:val="26"/>
          <w:szCs w:val="26"/>
        </w:rPr>
        <w:t>8. Put the sentences in the correct order. Write the numbers 1–4.</w:t>
      </w:r>
    </w:p>
    <w:p>
      <w:pPr>
        <w:bidi/>
        <w:spacing w:before="0" w:after="0"/>
        <w:jc w:val="both"/>
      </w:pPr>
      <w:r>
        <w:rPr>
          <w:rFonts w:ascii="Arial" w:hAnsi="Arial" w:cs="Arial"/>
          <w:color w:val="6B7280"/>
          <w:sz w:val="20"/>
          <w:szCs w:val="20"/>
          <w:rtl/>
          <w:lang w:val="en-US" w:bidi="he-IL"/>
        </w:rPr>
        <w:t xml:space="preserve">סדרו את המשפטים בסדר הנכון. כתבו את המספרים 1–4.</w:t>
      </w:r>
    </w:p>
    <w:p>
      <w:pPr>
        <w:bidi/>
        <w:spacing w:before="0" w:after="80"/>
        <w:jc w:val="both"/>
      </w:pPr>
      <w:r>
        <w:rPr>
          <w:rFonts w:ascii="Arial" w:hAnsi="Arial" w:cs="Arial"/>
          <w:color w:val="6B7280"/>
          <w:sz w:val="21"/>
          <w:szCs w:val="21"/>
          <w:rtl/>
          <w:lang w:val="en-US" w:bidi="ar-SA"/>
        </w:rPr>
        <w:t xml:space="preserve">رتّب الجمل بالترتيب الصحيح. اكتب الأرقام 1–4.</w:t>
      </w:r>
    </w:p>
    <w:p>
      <w:pPr>
        <w:spacing w:before="0" w:after="100"/>
        <w:jc w:val="both"/>
      </w:pPr>
      <w:r>
        <w:rPr/>
        <w:t>a. Then he looked under his bed.</w:t>
      </w:r>
    </w:p>
    <w:p>
      <w:pPr>
        <w:spacing w:before="0" w:after="100"/>
        <w:jc w:val="both"/>
      </w:pPr>
      <w:r>
        <w:rPr/>
        <w:t>b. Yesterday Omer couldn't find his shoe.</w:t>
      </w:r>
    </w:p>
    <w:p>
      <w:pPr>
        <w:spacing w:before="0" w:after="100"/>
        <w:jc w:val="both"/>
      </w:pPr>
      <w:r>
        <w:rPr/>
        <w:t>c. He was happy because he wasn't late for school.</w:t>
      </w:r>
    </w:p>
    <w:p>
      <w:pPr>
        <w:spacing w:before="0" w:after="100"/>
        <w:jc w:val="both"/>
      </w:pPr>
      <w:r>
        <w:rPr/>
        <w:t>d. The shoe was there, with his dog next to it!</w:t>
      </w:r>
    </w:p>
    <w:p>
      <w:pPr>
        <w:spacing w:before="160" w:after="20"/>
        <w:jc w:val="both"/>
      </w:pPr>
      <w:r>
        <w:rPr>
          <w:b/>
          <w:bCs/>
          <w:sz w:val="26"/>
          <w:szCs w:val="26"/>
        </w:rPr>
        <w:t>9. True or False? Correct the false rules.</w:t>
      </w:r>
    </w:p>
    <w:p>
      <w:pPr>
        <w:bidi/>
        <w:spacing w:before="0" w:after="0"/>
        <w:jc w:val="both"/>
      </w:pPr>
      <w:r>
        <w:rPr>
          <w:rFonts w:ascii="Arial" w:hAnsi="Arial" w:cs="Arial"/>
          <w:color w:val="6B7280"/>
          <w:sz w:val="20"/>
          <w:szCs w:val="20"/>
          <w:rtl/>
          <w:lang w:val="en-US" w:bidi="he-IL"/>
        </w:rPr>
        <w:t xml:space="preserve">נכון או לא נכון? תקנו את הכללים הלא נכונים.</w:t>
      </w:r>
    </w:p>
    <w:p>
      <w:pPr>
        <w:bidi/>
        <w:spacing w:before="0" w:after="80"/>
        <w:jc w:val="both"/>
      </w:pPr>
      <w:r>
        <w:rPr>
          <w:rFonts w:ascii="Arial" w:hAnsi="Arial" w:cs="Arial"/>
          <w:color w:val="6B7280"/>
          <w:sz w:val="21"/>
          <w:szCs w:val="21"/>
          <w:rtl/>
          <w:lang w:val="en-US" w:bidi="ar-SA"/>
        </w:rPr>
        <w:t xml:space="preserve">صحيح أم خطأ؟ صحّح القواعد الخاطئة.</w:t>
      </w:r>
    </w:p>
    <w:p>
      <w:pPr>
        <w:spacing w:before="0" w:after="60"/>
        <w:jc w:val="both"/>
      </w:pPr>
      <w:r>
        <w:rPr/>
        <w:t>a. A paragraph is about one topic.      True / False</w:t>
      </w:r>
    </w:p>
    <w:p>
      <w:pPr>
        <w:spacing w:before="0" w:after="60"/>
        <w:jc w:val="both"/>
      </w:pPr>
      <w:r>
        <w:rPr/>
        <w:t>b. We use but to give a reason.      True / False</w:t>
      </w:r>
    </w:p>
    <w:p>
      <w:pPr>
        <w:spacing w:before="0" w:after="60"/>
        <w:jc w:val="both"/>
      </w:pPr>
      <w:r>
        <w:rPr/>
        <w:t>c. We always write I with a capital letter.      True / False</w:t>
      </w:r>
    </w:p>
    <w:p>
      <w:pPr>
        <w:spacing w:before="0" w:after="60"/>
        <w:jc w:val="both"/>
      </w:pPr>
      <w:r>
        <w:rPr/>
        <w:t>d. Then tells us what happened before.      True / False</w:t>
      </w:r>
    </w:p>
    <w:p>
      <w:pPr>
        <w:spacing w:before="120" w:after="40"/>
        <w:jc w:val="center"/>
      </w:pPr>
      <w:r>
        <w:rPr>
          <w:rFonts w:ascii="Arial Black" w:hAnsi="Arial Black" w:cs="Arial Black"/>
          <w:b/>
          <w:bCs/>
          <w:color w:val="047857"/>
          <w:sz w:val="30"/>
          <w:szCs w:val="30"/>
        </w:rPr>
        <w:t>A New Neighbor</w:t>
      </w:r>
    </w:p>
    <w:p>
      <w:pPr>
        <w:spacing w:before="0" w:after="80"/>
        <w:jc w:val="both"/>
      </w:pPr>
      <w:r>
        <w:rPr/>
        <w:t>Last month, a new family moved into the apartment next to ours in Ashdod. They came from France, and they didn't speak much Hebrew. They had a boy my age. His name was Lucas.</w:t>
      </w:r>
    </w:p>
    <w:p>
      <w:pPr>
        <w:spacing w:before="0" w:after="80"/>
        <w:jc w:val="both"/>
      </w:pPr>
      <w:r>
        <w:rPr/>
        <w:t>On the first day, Lucas sat on the stairs alone. He looked sad, because he didn't know anybody. I wanted to talk to him, but I was shy. Then I had an idea. I took my soccer ball and went outside.</w:t>
      </w:r>
    </w:p>
    <w:p>
      <w:pPr>
        <w:spacing w:before="0" w:after="80"/>
        <w:jc w:val="both"/>
      </w:pPr>
      <w:r>
        <w:rPr/>
        <w:t>"Do you want to play?" I asked in English. Lucas smiled and said, "Yes!" We played for two hours. Now we are good friends. I help him with Hebrew, and he teaches me French words. Last week, he taught me to say "merci"!</w:t>
      </w:r>
    </w:p>
    <w:p>
      <w:pPr>
        <w:spacing w:before="160" w:after="20"/>
        <w:jc w:val="both"/>
      </w:pPr>
      <w:r>
        <w:rPr>
          <w:b/>
          <w:bCs/>
          <w:sz w:val="26"/>
          <w:szCs w:val="26"/>
        </w:rPr>
        <w:t>10. Read "A New Neighbor". Write True or False. Correct the false sentences.</w:t>
      </w:r>
    </w:p>
    <w:p>
      <w:pPr>
        <w:bidi/>
        <w:spacing w:before="0" w:after="0"/>
        <w:jc w:val="both"/>
      </w:pPr>
      <w:r>
        <w:rPr>
          <w:rFonts w:ascii="Arial" w:hAnsi="Arial" w:cs="Arial"/>
          <w:color w:val="6B7280"/>
          <w:sz w:val="20"/>
          <w:szCs w:val="20"/>
          <w:rtl/>
          <w:lang w:val="en-US" w:bidi="he-IL"/>
        </w:rPr>
        <w:t xml:space="preserve">קראו את ‎"A New Neighbor"‎. כתבו ‎True‎ או ‎False‎. תקנו את המשפטים הלא נכונים.</w:t>
      </w:r>
    </w:p>
    <w:p>
      <w:pPr>
        <w:bidi/>
        <w:spacing w:before="0" w:after="80"/>
        <w:jc w:val="both"/>
      </w:pPr>
      <w:r>
        <w:rPr>
          <w:rFonts w:ascii="Arial" w:hAnsi="Arial" w:cs="Arial"/>
          <w:color w:val="6B7280"/>
          <w:sz w:val="21"/>
          <w:szCs w:val="21"/>
          <w:rtl/>
          <w:lang w:val="en-US" w:bidi="ar-SA"/>
        </w:rPr>
        <w:t xml:space="preserve">اقرأ ‎"A New Neighbor"‎. اكتب ‎True‎ أو ‎False‎. صحّح الجمل الخاطئة.</w:t>
      </w:r>
    </w:p>
    <w:p>
      <w:pPr>
        <w:spacing w:before="0" w:after="60"/>
        <w:jc w:val="both"/>
      </w:pPr>
      <w:r>
        <w:rPr/>
        <w:t>a. The new family came from France.      True / False</w:t>
      </w:r>
    </w:p>
    <w:p>
      <w:pPr>
        <w:spacing w:before="0" w:after="60"/>
        <w:jc w:val="both"/>
      </w:pPr>
      <w:r>
        <w:rPr/>
        <w:t>b. Lucas was happy on the first day.      True / False</w:t>
      </w:r>
    </w:p>
    <w:p>
      <w:pPr>
        <w:spacing w:before="0" w:after="60"/>
        <w:jc w:val="both"/>
      </w:pPr>
      <w:r>
        <w:rPr/>
        <w:t>c. The boys spoke English at first.      True / False</w:t>
      </w:r>
    </w:p>
    <w:p>
      <w:pPr>
        <w:spacing w:before="0" w:after="60"/>
        <w:jc w:val="both"/>
      </w:pPr>
      <w:r>
        <w:rPr/>
        <w:t>d. Lucas teaches the writer Hebrew.      True / False</w:t>
      </w:r>
    </w:p>
    <w:p>
      <w:pPr>
        <w:spacing w:before="160" w:after="20"/>
        <w:jc w:val="both"/>
      </w:pPr>
      <w:r>
        <w:rPr>
          <w:b/>
          <w:bCs/>
          <w:sz w:val="26"/>
          <w:szCs w:val="26"/>
        </w:rPr>
        <w:t>11. Answer the questions about the text.</w:t>
      </w:r>
    </w:p>
    <w:p>
      <w:pPr>
        <w:bidi/>
        <w:spacing w:before="0" w:after="0"/>
        <w:jc w:val="both"/>
      </w:pPr>
      <w:r>
        <w:rPr>
          <w:rFonts w:ascii="Arial" w:hAnsi="Arial" w:cs="Arial"/>
          <w:color w:val="6B7280"/>
          <w:sz w:val="20"/>
          <w:szCs w:val="20"/>
          <w:rtl/>
          <w:lang w:val="en-US" w:bidi="he-IL"/>
        </w:rPr>
        <w:t xml:space="preserve">ענו על השאלות על הטקסט.</w:t>
      </w:r>
    </w:p>
    <w:p>
      <w:pPr>
        <w:bidi/>
        <w:spacing w:before="0" w:after="80"/>
        <w:jc w:val="both"/>
      </w:pPr>
      <w:r>
        <w:rPr>
          <w:rFonts w:ascii="Arial" w:hAnsi="Arial" w:cs="Arial"/>
          <w:color w:val="6B7280"/>
          <w:sz w:val="21"/>
          <w:szCs w:val="21"/>
          <w:rtl/>
          <w:lang w:val="en-US" w:bidi="ar-SA"/>
        </w:rPr>
        <w:t xml:space="preserve">أجب عن الأسئلة حول النصّ.</w:t>
      </w:r>
    </w:p>
    <w:p>
      <w:pPr>
        <w:spacing w:before="0" w:after="100"/>
        <w:jc w:val="both"/>
      </w:pPr>
      <w:r>
        <w:rPr/>
        <w:t>a. Where did the new family come from?</w:t>
      </w:r>
    </w:p>
    <w:p>
      <w:pPr>
        <w:spacing w:before="0" w:after="100"/>
        <w:jc w:val="both"/>
      </w:pPr>
      <w:r>
        <w:rPr/>
        <w:t>b. Why did Lucas look sad?</w:t>
      </w:r>
    </w:p>
    <w:p>
      <w:pPr>
        <w:spacing w:before="0" w:after="100"/>
        <w:jc w:val="both"/>
      </w:pPr>
      <w:r>
        <w:rPr/>
        <w:t>c. What was the writer's idea?</w:t>
      </w:r>
    </w:p>
    <w:p>
      <w:pPr>
        <w:spacing w:before="0" w:after="100"/>
        <w:jc w:val="both"/>
      </w:pPr>
      <w:r>
        <w:rPr/>
        <w:t>d. How do the boys help each other now?</w:t>
      </w:r>
    </w:p>
    <w:p>
      <w:pPr>
        <w:spacing w:before="160" w:after="20"/>
        <w:jc w:val="both"/>
      </w:pPr>
      <w:r>
        <w:rPr>
          <w:b/>
          <w:bCs/>
          <w:sz w:val="26"/>
          <w:szCs w:val="26"/>
        </w:rPr>
        <w:t>12. Write a paragraph (4 lines) about a friend. Who is he or she? How did you meet? What do you do together? Use and, but, then and because.</w:t>
      </w:r>
    </w:p>
    <w:p>
      <w:pPr>
        <w:bidi/>
        <w:spacing w:before="0" w:after="0"/>
        <w:jc w:val="both"/>
      </w:pPr>
      <w:r>
        <w:rPr>
          <w:rFonts w:ascii="Arial" w:hAnsi="Arial" w:cs="Arial"/>
          <w:color w:val="6B7280"/>
          <w:sz w:val="20"/>
          <w:szCs w:val="20"/>
          <w:rtl/>
          <w:lang w:val="en-US" w:bidi="he-IL"/>
        </w:rPr>
        <w:t xml:space="preserve">כתבו פסקה (4 שורות) על חבר או חברה. מי הוא או היא? איך הכרתם? מה אתם עושים יחד? השתמשו ב־‎and, but, then‎ ו־‎because‎.</w:t>
      </w:r>
    </w:p>
    <w:p>
      <w:pPr>
        <w:bidi/>
        <w:spacing w:before="0" w:after="80"/>
        <w:jc w:val="both"/>
      </w:pPr>
      <w:r>
        <w:rPr>
          <w:rFonts w:ascii="Arial" w:hAnsi="Arial" w:cs="Arial"/>
          <w:color w:val="6B7280"/>
          <w:sz w:val="21"/>
          <w:szCs w:val="21"/>
          <w:rtl/>
          <w:lang w:val="en-US" w:bidi="ar-SA"/>
        </w:rPr>
        <w:t xml:space="preserve">اكتب فقرة (4 أسطر) عن صديق أو صديقة. مَن هو أو هي؟ كيف تعارفتما؟ ماذا تفعلان معًا؟ استعمل ‎and‎ و‎but‎ و‎then‎ و‎because‎.</w:t>
      </w:r>
    </w:p>
    <w:p>
      <w:pPr>
        <w:spacing w:before="0" w:after="80"/>
        <w:jc w:val="both"/>
      </w:pPr>
      <w:r>
        <w:rPr>
          <w:color w:val="99A3B5"/>
        </w:rPr>
        <w:t>________________________________________________________________________</w:t>
      </w:r>
    </w:p>
    <w:p>
      <w:pPr>
        <w:spacing w:before="0" w:after="80"/>
        <w:jc w:val="both"/>
      </w:pPr>
      <w:r>
        <w:rPr>
          <w:color w:val="99A3B5"/>
        </w:rPr>
        <w:t>________________________________________________________________________</w:t>
      </w:r>
    </w:p>
    <w:p>
      <w:pPr>
        <w:spacing w:before="0" w:after="80"/>
        <w:jc w:val="both"/>
      </w:pPr>
      <w:r>
        <w:rPr>
          <w:color w:val="99A3B5"/>
        </w:rPr>
        <w:t>________________________________________________________________________</w:t>
      </w:r>
    </w:p>
    <w:p>
      <w:pPr>
        <w:spacing w:before="0" w:after="80"/>
        <w:jc w:val="both"/>
      </w:pPr>
      <w:r>
        <w:rPr>
          <w:color w:val="99A3B5"/>
        </w:rPr>
        <w:t>________________________________________________________________________</w:t>
      </w:r>
    </w:p>
    <w:p>
      <w:pPr>
        <w:spacing w:before="0" w:after="80"/>
        <w:jc w:val="both"/>
      </w:pPr>
      <w:r>
        <w:br w:type="page"/>
      </w:r>
    </w:p>
    <w:p>
      <w:pPr>
        <w:spacing w:before="0" w:after="40"/>
        <w:jc w:val="both"/>
      </w:pPr>
      <w:r>
        <w:rPr>
          <w:rFonts w:ascii="Arial Black" w:hAnsi="Arial Black" w:cs="Arial Black"/>
          <w:b/>
          <w:bCs/>
          <w:color w:val="047857"/>
          <w:sz w:val="44"/>
          <w:szCs w:val="44"/>
        </w:rPr>
        <w:t>Review – What did we learn?</w:t>
      </w:r>
    </w:p>
    <w:p>
      <w:pPr>
        <w:bidi/>
        <w:spacing w:before="0" w:after="0"/>
        <w:jc w:val="both"/>
      </w:pPr>
      <w:r>
        <w:rPr>
          <w:rFonts w:ascii="Arial" w:hAnsi="Arial" w:cs="Arial"/>
          <w:color w:val="6B7280"/>
          <w:sz w:val="22"/>
          <w:szCs w:val="22"/>
          <w:rtl/>
          <w:lang w:val="en-US" w:bidi="he-IL"/>
        </w:rPr>
        <w:t xml:space="preserve">חזרה – מה למדנו?</w:t>
      </w:r>
    </w:p>
    <w:p>
      <w:pPr>
        <w:bidi/>
        <w:spacing w:before="0" w:after="120"/>
        <w:jc w:val="both"/>
      </w:pPr>
      <w:r>
        <w:rPr>
          <w:rFonts w:ascii="Arial" w:hAnsi="Arial" w:cs="Arial"/>
          <w:color w:val="6B7280"/>
          <w:sz w:val="23"/>
          <w:szCs w:val="23"/>
          <w:rtl/>
          <w:lang w:val="en-US" w:bidi="ar-SA"/>
        </w:rPr>
        <w:t xml:space="preserve">مراجعة – ماذا تعلّمنا؟</w:t>
      </w:r>
    </w:p>
    <w:p>
      <w:pPr>
        <w:spacing w:before="160" w:after="20"/>
        <w:jc w:val="both"/>
      </w:pPr>
      <w:r>
        <w:rPr>
          <w:b/>
          <w:bCs/>
          <w:sz w:val="26"/>
          <w:szCs w:val="26"/>
        </w:rPr>
        <w:t>1. Complete with the correct form of the verb in brackets.</w:t>
      </w:r>
    </w:p>
    <w:p>
      <w:pPr>
        <w:bidi/>
        <w:spacing w:before="0" w:after="0"/>
        <w:jc w:val="both"/>
      </w:pPr>
      <w:r>
        <w:rPr>
          <w:rFonts w:ascii="Arial" w:hAnsi="Arial" w:cs="Arial"/>
          <w:color w:val="6B7280"/>
          <w:sz w:val="20"/>
          <w:szCs w:val="20"/>
          <w:rtl/>
          <w:lang w:val="en-US" w:bidi="he-IL"/>
        </w:rPr>
        <w:t xml:space="preserve">השלימו בצורה הנכונה של הפועל שבסוגריים.</w:t>
      </w:r>
    </w:p>
    <w:p>
      <w:pPr>
        <w:bidi/>
        <w:spacing w:before="0" w:after="80"/>
        <w:jc w:val="both"/>
      </w:pPr>
      <w:r>
        <w:rPr>
          <w:rFonts w:ascii="Arial" w:hAnsi="Arial" w:cs="Arial"/>
          <w:color w:val="6B7280"/>
          <w:sz w:val="21"/>
          <w:szCs w:val="21"/>
          <w:rtl/>
          <w:lang w:val="en-US" w:bidi="ar-SA"/>
        </w:rPr>
        <w:t xml:space="preserve">أكمل بالصيغة الصحيحة للفعل الذي بين القوسين.</w:t>
      </w:r>
    </w:p>
    <w:p>
      <w:pPr>
        <w:spacing w:before="0" w:after="60"/>
        <w:jc w:val="both"/>
      </w:pPr>
      <w:r>
        <w:rPr/>
        <w:t>a. My brother __________ to school by bike every day. (ride)</w:t>
      </w:r>
    </w:p>
    <w:p>
      <w:pPr>
        <w:spacing w:before="0" w:after="60"/>
        <w:jc w:val="both"/>
      </w:pPr>
      <w:r>
        <w:rPr/>
        <w:t>b. Look! The children __________ in the rain. (dance)</w:t>
      </w:r>
    </w:p>
    <w:p>
      <w:pPr>
        <w:spacing w:before="0" w:after="60"/>
        <w:jc w:val="both"/>
      </w:pPr>
      <w:r>
        <w:rPr/>
        <w:t>c. Yesterday we __________ at the zoo. (be)</w:t>
      </w:r>
    </w:p>
    <w:p>
      <w:pPr>
        <w:spacing w:before="0" w:after="60"/>
        <w:jc w:val="both"/>
      </w:pPr>
      <w:r>
        <w:rPr/>
        <w:t>d. Last week Noa __________ a new book. (buy)</w:t>
      </w:r>
    </w:p>
    <w:p>
      <w:pPr>
        <w:spacing w:before="0" w:after="60"/>
        <w:jc w:val="both"/>
      </w:pPr>
      <w:r>
        <w:rPr/>
        <w:t>e. Itay __________ like spicy food. (not)</w:t>
      </w:r>
    </w:p>
    <w:p>
      <w:pPr>
        <w:spacing w:before="160" w:after="20"/>
        <w:jc w:val="both"/>
      </w:pPr>
      <w:r>
        <w:rPr>
          <w:b/>
          <w:bCs/>
          <w:sz w:val="26"/>
          <w:szCs w:val="26"/>
        </w:rPr>
        <w:t>2. Circle the correct word.</w:t>
      </w:r>
    </w:p>
    <w:p>
      <w:pPr>
        <w:bidi/>
        <w:spacing w:before="0" w:after="0"/>
        <w:jc w:val="both"/>
      </w:pPr>
      <w:r>
        <w:rPr>
          <w:rFonts w:ascii="Arial" w:hAnsi="Arial" w:cs="Arial"/>
          <w:color w:val="6B7280"/>
          <w:sz w:val="20"/>
          <w:szCs w:val="20"/>
          <w:rtl/>
          <w:lang w:val="en-US" w:bidi="he-IL"/>
        </w:rPr>
        <w:t xml:space="preserve">הקיפו את המילה הנכונה.</w:t>
      </w:r>
    </w:p>
    <w:p>
      <w:pPr>
        <w:bidi/>
        <w:spacing w:before="0" w:after="80"/>
        <w:jc w:val="both"/>
      </w:pPr>
      <w:r>
        <w:rPr>
          <w:rFonts w:ascii="Arial" w:hAnsi="Arial" w:cs="Arial"/>
          <w:color w:val="6B7280"/>
          <w:sz w:val="21"/>
          <w:szCs w:val="21"/>
          <w:rtl/>
          <w:lang w:val="en-US" w:bidi="ar-SA"/>
        </w:rPr>
        <w:t xml:space="preserve">ضع دائرة حول الكلمة الصحيحة.</w:t>
      </w:r>
    </w:p>
    <w:p>
      <w:pPr>
        <w:spacing w:before="0" w:after="20"/>
        <w:jc w:val="both"/>
      </w:pPr>
      <w:r>
        <w:rPr/>
        <w:t>a. She has ___ umbrella.</w:t>
      </w:r>
    </w:p>
    <w:p>
      <w:pPr>
        <w:spacing w:before="0" w:after="80"/>
        <w:jc w:val="both"/>
      </w:pPr>
      <w:r>
        <w:rPr/>
        <w:t xml:space="preserve">   ○ a      ○ an      ○ the</w:t>
      </w:r>
    </w:p>
    <w:p>
      <w:pPr>
        <w:spacing w:before="0" w:after="20"/>
        <w:jc w:val="both"/>
      </w:pPr>
      <w:r>
        <w:rPr/>
        <w:t>b. Two ___ are playing in the garden.</w:t>
      </w:r>
    </w:p>
    <w:p>
      <w:pPr>
        <w:spacing w:before="0" w:after="80"/>
        <w:jc w:val="both"/>
      </w:pPr>
      <w:r>
        <w:rPr/>
        <w:t xml:space="preserve">   ○ childs      ○ children      ○ childrens</w:t>
      </w:r>
    </w:p>
    <w:p>
      <w:pPr>
        <w:spacing w:before="0" w:after="20"/>
        <w:jc w:val="both"/>
      </w:pPr>
      <w:r>
        <w:rPr/>
        <w:t>c. ___ bag is this? It's Ben's.</w:t>
      </w:r>
    </w:p>
    <w:p>
      <w:pPr>
        <w:spacing w:before="0" w:after="80"/>
        <w:jc w:val="both"/>
      </w:pPr>
      <w:r>
        <w:rPr/>
        <w:t xml:space="preserve">   ○ Who      ○ Whose      ○ Where</w:t>
      </w:r>
    </w:p>
    <w:p>
      <w:pPr>
        <w:spacing w:before="0" w:after="20"/>
        <w:jc w:val="both"/>
      </w:pPr>
      <w:r>
        <w:rPr/>
        <w:t>d. I was late ___ I missed the bus.</w:t>
      </w:r>
    </w:p>
    <w:p>
      <w:pPr>
        <w:spacing w:before="0" w:after="80"/>
        <w:jc w:val="both"/>
      </w:pPr>
      <w:r>
        <w:rPr/>
        <w:t xml:space="preserve">   ○ but      ○ and      ○ because</w:t>
      </w:r>
    </w:p>
    <w:p>
      <w:pPr>
        <w:spacing w:before="160" w:after="20"/>
        <w:jc w:val="both"/>
      </w:pPr>
      <w:r>
        <w:rPr>
          <w:b/>
          <w:bCs/>
          <w:sz w:val="26"/>
          <w:szCs w:val="26"/>
        </w:rPr>
        <w:t>3. Complete the table.</w:t>
      </w:r>
    </w:p>
    <w:p>
      <w:pPr>
        <w:bidi/>
        <w:spacing w:before="0" w:after="0"/>
        <w:jc w:val="both"/>
      </w:pPr>
      <w:r>
        <w:rPr>
          <w:rFonts w:ascii="Arial" w:hAnsi="Arial" w:cs="Arial"/>
          <w:color w:val="6B7280"/>
          <w:sz w:val="20"/>
          <w:szCs w:val="20"/>
          <w:rtl/>
          <w:lang w:val="en-US" w:bidi="he-IL"/>
        </w:rPr>
        <w:t xml:space="preserve">השלימו את הטבלה.</w:t>
      </w:r>
    </w:p>
    <w:p>
      <w:pPr>
        <w:bidi/>
        <w:spacing w:before="0" w:after="80"/>
        <w:jc w:val="both"/>
      </w:pPr>
      <w:r>
        <w:rPr>
          <w:rFonts w:ascii="Arial" w:hAnsi="Arial" w:cs="Arial"/>
          <w:color w:val="6B7280"/>
          <w:sz w:val="21"/>
          <w:szCs w:val="21"/>
          <w:rtl/>
          <w:lang w:val="en-US" w:bidi="ar-SA"/>
        </w:rPr>
        <w:t xml:space="preserve">أكمل الجدول.</w:t>
      </w:r>
    </w:p>
    <w:tbl>
      <w:tblPr>
        <w:tblStyle w:val="TableGrid"/>
        <w:tblW w:type="auto" w:w="0"/>
        <w:tblLook w:firstColumn="1" w:firstRow="1" w:lastColumn="0" w:lastRow="0" w:noHBand="0" w:noVBand="1" w:val="04A0"/>
      </w:tblPr>
      <w:tblGrid>
        <w:gridCol w:w="2494"/>
        <w:gridCol w:w="2494"/>
        <w:gridCol w:w="2494"/>
        <w:gridCol w:w="2494"/>
      </w:tblGrid>
      <w:tr>
        <w:tc>
          <w:tcPr>
            <w:tcW w:type="dxa" w:w="2494"/>
            <w:shd w:val="clear" w:color="auto" w:fill="047857"/>
          </w:tcPr>
          <w:p>
            <w:pPr>
              <w:spacing w:before="0" w:after="40"/>
              <w:jc w:val="both"/>
            </w:pPr>
            <w:r>
              <w:rPr>
                <w:b/>
                <w:bCs/>
                <w:color w:val="FFFFFF"/>
              </w:rPr>
              <w:t>verb</w:t>
            </w:r>
          </w:p>
        </w:tc>
        <w:tc>
          <w:tcPr>
            <w:tcW w:type="dxa" w:w="2494"/>
            <w:shd w:val="clear" w:color="auto" w:fill="047857"/>
          </w:tcPr>
          <w:p>
            <w:pPr>
              <w:spacing w:before="0" w:after="40"/>
              <w:jc w:val="both"/>
            </w:pPr>
            <w:r>
              <w:rPr>
                <w:b/>
                <w:bCs/>
                <w:color w:val="FFFFFF"/>
              </w:rPr>
              <w:t>he / she (present)</w:t>
            </w:r>
          </w:p>
        </w:tc>
        <w:tc>
          <w:tcPr>
            <w:tcW w:type="dxa" w:w="2494"/>
            <w:shd w:val="clear" w:color="auto" w:fill="047857"/>
          </w:tcPr>
          <w:p>
            <w:pPr>
              <w:spacing w:before="0" w:after="40"/>
              <w:jc w:val="both"/>
            </w:pPr>
            <w:r>
              <w:rPr>
                <w:b/>
                <w:bCs/>
                <w:color w:val="FFFFFF"/>
              </w:rPr>
              <w:t>-ing</w:t>
            </w:r>
          </w:p>
        </w:tc>
        <w:tc>
          <w:tcPr>
            <w:tcW w:type="dxa" w:w="2494"/>
            <w:shd w:val="clear" w:color="auto" w:fill="047857"/>
          </w:tcPr>
          <w:p>
            <w:pPr>
              <w:spacing w:before="0" w:after="40"/>
              <w:jc w:val="both"/>
            </w:pPr>
            <w:r>
              <w:rPr>
                <w:b/>
                <w:bCs/>
                <w:color w:val="FFFFFF"/>
              </w:rPr>
              <w:t>past</w:t>
            </w:r>
          </w:p>
        </w:tc>
      </w:tr>
      <w:tr>
        <w:tc>
          <w:tcPr>
            <w:tcW w:type="dxa" w:w="2494"/>
          </w:tcPr>
          <w:p>
            <w:pPr>
              <w:spacing w:before="0" w:after="40"/>
              <w:jc w:val="both"/>
            </w:pPr>
            <w:r>
              <w:rPr/>
              <w:t>go</w:t>
            </w:r>
          </w:p>
        </w:tc>
        <w:tc>
          <w:tcPr>
            <w:tcW w:type="dxa" w:w="2494"/>
          </w:tcPr>
          <w:p>
            <w:pPr>
              <w:spacing w:before="0" w:after="40"/>
              <w:jc w:val="both"/>
            </w:pPr>
            <w:r>
              <w:rPr/>
            </w:r>
          </w:p>
        </w:tc>
        <w:tc>
          <w:tcPr>
            <w:tcW w:type="dxa" w:w="2494"/>
          </w:tcPr>
          <w:p>
            <w:pPr>
              <w:spacing w:before="0" w:after="40"/>
              <w:jc w:val="both"/>
            </w:pPr>
            <w:r>
              <w:rPr/>
            </w:r>
          </w:p>
        </w:tc>
        <w:tc>
          <w:tcPr>
            <w:tcW w:type="dxa" w:w="2494"/>
          </w:tcPr>
          <w:p>
            <w:pPr>
              <w:spacing w:before="0" w:after="40"/>
              <w:jc w:val="both"/>
            </w:pPr>
            <w:r>
              <w:rPr/>
            </w:r>
          </w:p>
        </w:tc>
      </w:tr>
      <w:tr>
        <w:tc>
          <w:tcPr>
            <w:tcW w:type="dxa" w:w="2494"/>
          </w:tcPr>
          <w:p>
            <w:pPr>
              <w:spacing w:before="0" w:after="40"/>
              <w:jc w:val="both"/>
            </w:pPr>
            <w:r>
              <w:rPr/>
              <w:t>swim</w:t>
            </w:r>
          </w:p>
        </w:tc>
        <w:tc>
          <w:tcPr>
            <w:tcW w:type="dxa" w:w="2494"/>
          </w:tcPr>
          <w:p>
            <w:pPr>
              <w:spacing w:before="0" w:after="40"/>
              <w:jc w:val="both"/>
            </w:pPr>
            <w:r>
              <w:rPr/>
            </w:r>
          </w:p>
        </w:tc>
        <w:tc>
          <w:tcPr>
            <w:tcW w:type="dxa" w:w="2494"/>
          </w:tcPr>
          <w:p>
            <w:pPr>
              <w:spacing w:before="0" w:after="40"/>
              <w:jc w:val="both"/>
            </w:pPr>
            <w:r>
              <w:rPr/>
            </w:r>
          </w:p>
        </w:tc>
        <w:tc>
          <w:tcPr>
            <w:tcW w:type="dxa" w:w="2494"/>
          </w:tcPr>
          <w:p>
            <w:pPr>
              <w:spacing w:before="0" w:after="40"/>
              <w:jc w:val="both"/>
            </w:pPr>
            <w:r>
              <w:rPr/>
            </w:r>
          </w:p>
        </w:tc>
      </w:tr>
      <w:tr>
        <w:tc>
          <w:tcPr>
            <w:tcW w:type="dxa" w:w="2494"/>
          </w:tcPr>
          <w:p>
            <w:pPr>
              <w:spacing w:before="0" w:after="40"/>
              <w:jc w:val="both"/>
            </w:pPr>
            <w:r>
              <w:rPr/>
              <w:t>study</w:t>
            </w:r>
          </w:p>
        </w:tc>
        <w:tc>
          <w:tcPr>
            <w:tcW w:type="dxa" w:w="2494"/>
          </w:tcPr>
          <w:p>
            <w:pPr>
              <w:spacing w:before="0" w:after="40"/>
              <w:jc w:val="both"/>
            </w:pPr>
            <w:r>
              <w:rPr/>
            </w:r>
          </w:p>
        </w:tc>
        <w:tc>
          <w:tcPr>
            <w:tcW w:type="dxa" w:w="2494"/>
          </w:tcPr>
          <w:p>
            <w:pPr>
              <w:spacing w:before="0" w:after="40"/>
              <w:jc w:val="both"/>
            </w:pPr>
            <w:r>
              <w:rPr/>
            </w:r>
          </w:p>
        </w:tc>
        <w:tc>
          <w:tcPr>
            <w:tcW w:type="dxa" w:w="2494"/>
          </w:tcPr>
          <w:p>
            <w:pPr>
              <w:spacing w:before="0" w:after="40"/>
              <w:jc w:val="both"/>
            </w:pPr>
            <w:r>
              <w:rPr/>
            </w:r>
          </w:p>
        </w:tc>
      </w:tr>
      <w:tr>
        <w:tc>
          <w:tcPr>
            <w:tcW w:type="dxa" w:w="2494"/>
          </w:tcPr>
          <w:p>
            <w:pPr>
              <w:spacing w:before="0" w:after="40"/>
              <w:jc w:val="both"/>
            </w:pPr>
            <w:r>
              <w:rPr/>
              <w:t>have</w:t>
            </w:r>
          </w:p>
        </w:tc>
        <w:tc>
          <w:tcPr>
            <w:tcW w:type="dxa" w:w="2494"/>
          </w:tcPr>
          <w:p>
            <w:pPr>
              <w:spacing w:before="0" w:after="40"/>
              <w:jc w:val="both"/>
            </w:pPr>
            <w:r>
              <w:rPr/>
            </w:r>
          </w:p>
        </w:tc>
        <w:tc>
          <w:tcPr>
            <w:tcW w:type="dxa" w:w="2494"/>
          </w:tcPr>
          <w:p>
            <w:pPr>
              <w:spacing w:before="0" w:after="40"/>
              <w:jc w:val="both"/>
            </w:pPr>
            <w:r>
              <w:rPr/>
            </w:r>
          </w:p>
        </w:tc>
        <w:tc>
          <w:tcPr>
            <w:tcW w:type="dxa" w:w="2494"/>
          </w:tcPr>
          <w:p>
            <w:pPr>
              <w:spacing w:before="0" w:after="40"/>
              <w:jc w:val="both"/>
            </w:pPr>
            <w:r>
              <w:rPr/>
            </w:r>
          </w:p>
        </w:tc>
      </w:tr>
    </w:tbl>
    <w:p>
      <w:pPr>
        <w:spacing w:before="0" w:after="40"/>
        <w:jc w:val="both"/>
      </w:pPr>
    </w:p>
    <w:p>
      <w:pPr>
        <w:spacing w:before="160" w:after="20"/>
        <w:jc w:val="both"/>
      </w:pPr>
      <w:r>
        <w:rPr>
          <w:b/>
          <w:bCs/>
          <w:sz w:val="26"/>
          <w:szCs w:val="26"/>
        </w:rPr>
        <w:t>4. Sort the sentences by time.</w:t>
      </w:r>
    </w:p>
    <w:p>
      <w:pPr>
        <w:bidi/>
        <w:spacing w:before="0" w:after="0"/>
        <w:jc w:val="both"/>
      </w:pPr>
      <w:r>
        <w:rPr>
          <w:rFonts w:ascii="Arial" w:hAnsi="Arial" w:cs="Arial"/>
          <w:color w:val="6B7280"/>
          <w:sz w:val="20"/>
          <w:szCs w:val="20"/>
          <w:rtl/>
          <w:lang w:val="en-US" w:bidi="he-IL"/>
        </w:rPr>
        <w:t xml:space="preserve">מיינו את המשפטים לפי הזמן.</w:t>
      </w:r>
    </w:p>
    <w:p>
      <w:pPr>
        <w:bidi/>
        <w:spacing w:before="0" w:after="80"/>
        <w:jc w:val="both"/>
      </w:pPr>
      <w:r>
        <w:rPr>
          <w:rFonts w:ascii="Arial" w:hAnsi="Arial" w:cs="Arial"/>
          <w:color w:val="6B7280"/>
          <w:sz w:val="21"/>
          <w:szCs w:val="21"/>
          <w:rtl/>
          <w:lang w:val="en-US" w:bidi="ar-SA"/>
        </w:rPr>
        <w:t xml:space="preserve">صنّف الجمل حسب الزمن.</w:t>
      </w:r>
    </w:p>
    <w:p>
      <w:pPr>
        <w:spacing w:before="0" w:after="80"/>
        <w:jc w:val="both"/>
      </w:pPr>
      <w:r>
        <w:rPr>
          <w:color w:val="047857"/>
          <w:sz w:val="24"/>
          <w:szCs w:val="24"/>
        </w:rPr>
        <w:t>Words: I play tennis on Mondays.  |  I am playing tennis now.  |  I played tennis yesterday.  |  She watches TV every evening.  |  She is watching TV right now.  |  She watched TV last night.</w:t>
      </w:r>
    </w:p>
    <w:tbl>
      <w:tblPr>
        <w:tblStyle w:val="TableGrid"/>
        <w:tblW w:type="auto" w:w="0"/>
        <w:tblLook w:firstColumn="1" w:firstRow="1" w:lastColumn="0" w:lastRow="0" w:noHBand="0" w:noVBand="1" w:val="04A0"/>
      </w:tblPr>
      <w:tblGrid>
        <w:gridCol w:w="3326"/>
        <w:gridCol w:w="3326"/>
        <w:gridCol w:w="3326"/>
      </w:tblGrid>
      <w:tr>
        <w:tc>
          <w:tcPr>
            <w:tcW w:type="dxa" w:w="3326"/>
            <w:shd w:val="clear" w:color="auto" w:fill="047857"/>
          </w:tcPr>
          <w:p>
            <w:pPr>
              <w:spacing w:before="0" w:after="40"/>
              <w:jc w:val="both"/>
            </w:pPr>
            <w:r>
              <w:rPr>
                <w:b/>
                <w:bCs/>
                <w:color w:val="FFFFFF"/>
              </w:rPr>
              <w:t>every day</w:t>
            </w:r>
          </w:p>
        </w:tc>
        <w:tc>
          <w:tcPr>
            <w:tcW w:type="dxa" w:w="3326"/>
            <w:shd w:val="clear" w:color="auto" w:fill="047857"/>
          </w:tcPr>
          <w:p>
            <w:pPr>
              <w:spacing w:before="0" w:after="40"/>
              <w:jc w:val="both"/>
            </w:pPr>
            <w:r>
              <w:rPr>
                <w:b/>
                <w:bCs/>
                <w:color w:val="FFFFFF"/>
              </w:rPr>
              <w:t>now</w:t>
            </w:r>
          </w:p>
        </w:tc>
        <w:tc>
          <w:tcPr>
            <w:tcW w:type="dxa" w:w="3326"/>
            <w:shd w:val="clear" w:color="auto" w:fill="047857"/>
          </w:tcPr>
          <w:p>
            <w:pPr>
              <w:spacing w:before="0" w:after="40"/>
              <w:jc w:val="both"/>
            </w:pPr>
            <w:r>
              <w:rPr>
                <w:b/>
                <w:bCs/>
                <w:color w:val="FFFFFF"/>
              </w:rPr>
              <w:t>in the past</w:t>
            </w:r>
          </w:p>
        </w:tc>
      </w:tr>
      <w:tr>
        <w:tc>
          <w:tcPr>
            <w:tcW w:type="dxa" w:w="3326"/>
          </w:tcPr>
          <w:p>
            <w:pPr>
              <w:spacing w:before="0" w:after="40"/>
              <w:jc w:val="both"/>
            </w:pPr>
            <w:r>
              <w:rPr/>
              <w:br/>
              <w:br/>
              <w:br/>
            </w:r>
          </w:p>
        </w:tc>
        <w:tc>
          <w:tcPr>
            <w:tcW w:type="dxa" w:w="3326"/>
          </w:tcPr>
          <w:p>
            <w:pPr>
              <w:spacing w:before="0" w:after="40"/>
              <w:jc w:val="both"/>
            </w:pPr>
            <w:r>
              <w:rPr/>
              <w:br/>
              <w:br/>
              <w:br/>
            </w:r>
          </w:p>
        </w:tc>
        <w:tc>
          <w:tcPr>
            <w:tcW w:type="dxa" w:w="3326"/>
          </w:tcPr>
          <w:p>
            <w:pPr>
              <w:spacing w:before="0" w:after="40"/>
              <w:jc w:val="both"/>
            </w:pPr>
            <w:r>
              <w:rPr/>
              <w:br/>
              <w:br/>
              <w:br/>
            </w:r>
          </w:p>
        </w:tc>
      </w:tr>
    </w:tbl>
    <w:p>
      <w:pPr>
        <w:spacing w:before="0" w:after="40"/>
        <w:jc w:val="both"/>
      </w:pPr>
    </w:p>
    <w:p>
      <w:pPr>
        <w:spacing w:before="160" w:after="20"/>
        <w:jc w:val="both"/>
      </w:pPr>
      <w:r>
        <w:rPr>
          <w:b/>
          <w:bCs/>
          <w:sz w:val="26"/>
          <w:szCs w:val="26"/>
        </w:rPr>
        <w:t>5. Complete with my, his, her, our, their or 's.</w:t>
      </w:r>
    </w:p>
    <w:p>
      <w:pPr>
        <w:bidi/>
        <w:spacing w:before="0" w:after="0"/>
        <w:jc w:val="both"/>
      </w:pPr>
      <w:r>
        <w:rPr>
          <w:rFonts w:ascii="Arial" w:hAnsi="Arial" w:cs="Arial"/>
          <w:color w:val="6B7280"/>
          <w:sz w:val="20"/>
          <w:szCs w:val="20"/>
          <w:rtl/>
          <w:lang w:val="en-US" w:bidi="he-IL"/>
        </w:rPr>
        <w:t xml:space="preserve">השלימו ב־‎my, his, her, our, their‎ או ב־‎'s‎.</w:t>
      </w:r>
    </w:p>
    <w:p>
      <w:pPr>
        <w:bidi/>
        <w:spacing w:before="0" w:after="80"/>
        <w:jc w:val="both"/>
      </w:pPr>
      <w:r>
        <w:rPr>
          <w:rFonts w:ascii="Arial" w:hAnsi="Arial" w:cs="Arial"/>
          <w:color w:val="6B7280"/>
          <w:sz w:val="21"/>
          <w:szCs w:val="21"/>
          <w:rtl/>
          <w:lang w:val="en-US" w:bidi="ar-SA"/>
        </w:rPr>
        <w:t xml:space="preserve">أكمل بـ ‎my‎ أو ‎his‎ أو ‎her‎ أو ‎our‎ أو ‎their‎ أو ‎'s‎.</w:t>
      </w:r>
    </w:p>
    <w:p>
      <w:pPr>
        <w:spacing w:before="0" w:after="60"/>
        <w:jc w:val="both"/>
      </w:pPr>
      <w:r>
        <w:rPr/>
        <w:t>a. Tamar loves __________ new bike.</w:t>
      </w:r>
    </w:p>
    <w:p>
      <w:pPr>
        <w:spacing w:before="0" w:after="60"/>
        <w:jc w:val="both"/>
      </w:pPr>
      <w:r>
        <w:rPr/>
        <w:t>b. Omer and Yoav are with __________ grandfather.</w:t>
      </w:r>
    </w:p>
    <w:p>
      <w:pPr>
        <w:spacing w:before="0" w:after="60"/>
        <w:jc w:val="both"/>
      </w:pPr>
      <w:r>
        <w:rPr/>
        <w:t>c. This is Ariel__________ room.</w:t>
      </w:r>
    </w:p>
    <w:p>
      <w:pPr>
        <w:spacing w:before="0" w:after="60"/>
        <w:jc w:val="both"/>
      </w:pPr>
      <w:r>
        <w:rPr/>
        <w:t>d. We love __________ teacher.</w:t>
      </w:r>
    </w:p>
    <w:p>
      <w:pPr>
        <w:spacing w:before="160" w:after="20"/>
        <w:jc w:val="both"/>
      </w:pPr>
      <w:r>
        <w:rPr>
          <w:b/>
          <w:bCs/>
          <w:sz w:val="26"/>
          <w:szCs w:val="26"/>
        </w:rPr>
        <w:t>6. Find the mistake. Write the sentence correctly.</w:t>
      </w:r>
    </w:p>
    <w:p>
      <w:pPr>
        <w:bidi/>
        <w:spacing w:before="0" w:after="0"/>
        <w:jc w:val="both"/>
      </w:pPr>
      <w:r>
        <w:rPr>
          <w:rFonts w:ascii="Arial" w:hAnsi="Arial" w:cs="Arial"/>
          <w:color w:val="6B7280"/>
          <w:sz w:val="20"/>
          <w:szCs w:val="20"/>
          <w:rtl/>
          <w:lang w:val="en-US" w:bidi="he-IL"/>
        </w:rPr>
        <w:t xml:space="preserve">מצאו את הטעות. כתבו את המשפט נכון.</w:t>
      </w:r>
    </w:p>
    <w:p>
      <w:pPr>
        <w:bidi/>
        <w:spacing w:before="0" w:after="80"/>
        <w:jc w:val="both"/>
      </w:pPr>
      <w:r>
        <w:rPr>
          <w:rFonts w:ascii="Arial" w:hAnsi="Arial" w:cs="Arial"/>
          <w:color w:val="6B7280"/>
          <w:sz w:val="21"/>
          <w:szCs w:val="21"/>
          <w:rtl/>
          <w:lang w:val="en-US" w:bidi="ar-SA"/>
        </w:rPr>
        <w:t xml:space="preserve">جد الخطأ. اكتب الجملة بشكل صحيح.</w:t>
      </w:r>
    </w:p>
    <w:p>
      <w:pPr>
        <w:spacing w:before="0" w:after="100"/>
        <w:jc w:val="both"/>
      </w:pPr>
      <w:r>
        <w:rPr/>
        <w:t>a. He don't like milk.</w:t>
      </w:r>
    </w:p>
    <w:p>
      <w:pPr>
        <w:spacing w:before="0" w:after="100"/>
        <w:jc w:val="both"/>
      </w:pPr>
      <w:r>
        <w:rPr/>
        <w:t>b. They was at the beach.</w:t>
      </w:r>
    </w:p>
    <w:p>
      <w:pPr>
        <w:spacing w:before="0" w:after="100"/>
        <w:jc w:val="both"/>
      </w:pPr>
      <w:r>
        <w:rPr/>
        <w:t>c. She is runing to the bus.</w:t>
      </w:r>
    </w:p>
    <w:p>
      <w:pPr>
        <w:spacing w:before="0" w:after="100"/>
        <w:jc w:val="both"/>
      </w:pPr>
      <w:r>
        <w:rPr/>
        <w:t>d. Yesterday I goed to the park.</w:t>
      </w:r>
    </w:p>
    <w:p>
      <w:pPr>
        <w:spacing w:before="0" w:after="100"/>
        <w:jc w:val="both"/>
      </w:pPr>
      <w:r>
        <w:rPr/>
        <w:t>e. I have a apple.</w:t>
      </w:r>
    </w:p>
    <w:p>
      <w:pPr>
        <w:spacing w:before="160" w:after="20"/>
        <w:jc w:val="both"/>
      </w:pPr>
      <w:r>
        <w:rPr>
          <w:b/>
          <w:bCs/>
          <w:sz w:val="26"/>
          <w:szCs w:val="26"/>
        </w:rPr>
        <w:t>7. True or False? Correct the false sentences.</w:t>
      </w:r>
    </w:p>
    <w:p>
      <w:pPr>
        <w:bidi/>
        <w:spacing w:before="0" w:after="0"/>
        <w:jc w:val="both"/>
      </w:pPr>
      <w:r>
        <w:rPr>
          <w:rFonts w:ascii="Arial" w:hAnsi="Arial" w:cs="Arial"/>
          <w:color w:val="6B7280"/>
          <w:sz w:val="20"/>
          <w:szCs w:val="20"/>
          <w:rtl/>
          <w:lang w:val="en-US" w:bidi="he-IL"/>
        </w:rPr>
        <w:t xml:space="preserve">נכון או לא נכון? תקנו את המשפטים הלא נכונים.</w:t>
      </w:r>
    </w:p>
    <w:p>
      <w:pPr>
        <w:bidi/>
        <w:spacing w:before="0" w:after="80"/>
        <w:jc w:val="both"/>
      </w:pPr>
      <w:r>
        <w:rPr>
          <w:rFonts w:ascii="Arial" w:hAnsi="Arial" w:cs="Arial"/>
          <w:color w:val="6B7280"/>
          <w:sz w:val="21"/>
          <w:szCs w:val="21"/>
          <w:rtl/>
          <w:lang w:val="en-US" w:bidi="ar-SA"/>
        </w:rPr>
        <w:t xml:space="preserve">صحيح أم خطأ؟ صحّح الجمل الخاطئة.</w:t>
      </w:r>
    </w:p>
    <w:p>
      <w:pPr>
        <w:spacing w:before="0" w:after="60"/>
        <w:jc w:val="both"/>
      </w:pPr>
      <w:r>
        <w:rPr/>
        <w:t>a. Does your dog sleep inside?      True / False</w:t>
      </w:r>
    </w:p>
    <w:p>
      <w:pPr>
        <w:spacing w:before="0" w:after="60"/>
        <w:jc w:val="both"/>
      </w:pPr>
      <w:r>
        <w:rPr/>
        <w:t>b. Where were you last night?      True / False</w:t>
      </w:r>
    </w:p>
    <w:p>
      <w:pPr>
        <w:spacing w:before="0" w:after="60"/>
        <w:jc w:val="both"/>
      </w:pPr>
      <w:r>
        <w:rPr/>
        <w:t>c. Is Maya play the piano now?      True / False</w:t>
      </w:r>
    </w:p>
    <w:p>
      <w:pPr>
        <w:spacing w:before="0" w:after="60"/>
        <w:jc w:val="both"/>
      </w:pPr>
      <w:r>
        <w:rPr/>
        <w:t>d. The mens are tall.      True / False</w:t>
      </w:r>
    </w:p>
    <w:p>
      <w:pPr>
        <w:spacing w:before="160" w:after="20"/>
        <w:jc w:val="both"/>
      </w:pPr>
      <w:r>
        <w:rPr>
          <w:b/>
          <w:bCs/>
          <w:sz w:val="26"/>
          <w:szCs w:val="26"/>
        </w:rPr>
        <w:t>8. Write 4 sentences about yourself: one about every day, one about now, one about yesterday and one with because.</w:t>
      </w:r>
    </w:p>
    <w:p>
      <w:pPr>
        <w:bidi/>
        <w:spacing w:before="0" w:after="0"/>
        <w:jc w:val="both"/>
      </w:pPr>
      <w:r>
        <w:rPr>
          <w:rFonts w:ascii="Arial" w:hAnsi="Arial" w:cs="Arial"/>
          <w:color w:val="6B7280"/>
          <w:sz w:val="20"/>
          <w:szCs w:val="20"/>
          <w:rtl/>
          <w:lang w:val="en-US" w:bidi="he-IL"/>
        </w:rPr>
        <w:t xml:space="preserve">כתבו 4 משפטים על עצמכם: אחד על מה שקורה כל יום, אחד על עכשיו, אחד על אתמול ואחד עם ‎because‎.</w:t>
      </w:r>
    </w:p>
    <w:p>
      <w:pPr>
        <w:bidi/>
        <w:spacing w:before="0" w:after="80"/>
        <w:jc w:val="both"/>
      </w:pPr>
      <w:r>
        <w:rPr>
          <w:rFonts w:ascii="Arial" w:hAnsi="Arial" w:cs="Arial"/>
          <w:color w:val="6B7280"/>
          <w:sz w:val="21"/>
          <w:szCs w:val="21"/>
          <w:rtl/>
          <w:lang w:val="en-US" w:bidi="ar-SA"/>
        </w:rPr>
        <w:t xml:space="preserve">اكتب 4 جمل عن نفسك: جملة عن كلّ يوم، وجملة عن الآن، وجملة عن أمس، وجملة فيها ‎because‎.</w:t>
      </w:r>
    </w:p>
    <w:p>
      <w:pPr>
        <w:spacing w:before="0" w:after="80"/>
        <w:jc w:val="both"/>
      </w:pPr>
      <w:r>
        <w:rPr>
          <w:color w:val="99A3B5"/>
        </w:rPr>
        <w:t>________________________________________________________________________</w:t>
      </w:r>
    </w:p>
    <w:p>
      <w:pPr>
        <w:spacing w:before="0" w:after="80"/>
        <w:jc w:val="both"/>
      </w:pPr>
      <w:r>
        <w:rPr>
          <w:color w:val="99A3B5"/>
        </w:rPr>
        <w:t>________________________________________________________________________</w:t>
      </w:r>
    </w:p>
    <w:p>
      <w:pPr>
        <w:spacing w:before="0" w:after="80"/>
        <w:jc w:val="both"/>
      </w:pPr>
      <w:r>
        <w:rPr>
          <w:color w:val="99A3B5"/>
        </w:rPr>
        <w:t>________________________________________________________________________</w:t>
      </w:r>
    </w:p>
    <w:p>
      <w:pPr>
        <w:spacing w:before="0" w:after="80"/>
        <w:jc w:val="both"/>
      </w:pPr>
      <w:r>
        <w:rPr>
          <w:color w:val="99A3B5"/>
        </w:rPr>
        <w:t>________________________________________________________________________</w:t>
      </w:r>
    </w:p>
    <w:p>
      <w:pPr>
        <w:spacing w:before="480" w:after="40"/>
        <w:jc w:val="center"/>
      </w:pPr>
      <w:r>
        <w:rPr>
          <w:rFonts w:ascii="Arial Black" w:hAnsi="Arial Black" w:cs="Arial Black"/>
          <w:b/>
          <w:bCs/>
          <w:color w:val="047857"/>
          <w:sz w:val="60"/>
          <w:szCs w:val="60"/>
        </w:rPr>
        <w:t>Well done!</w:t>
      </w:r>
    </w:p>
    <w:p>
      <w:pPr>
        <w:spacing w:before="0" w:after="120"/>
        <w:jc w:val="center"/>
      </w:pPr>
      <w:r>
        <w:rPr>
          <w:rFonts w:ascii="Arial" w:hAnsi="Arial" w:cs="Arial"/>
          <w:color w:val="1D2433"/>
          <w:sz w:val="32"/>
          <w:szCs w:val="32"/>
          <w:rtl/>
          <w:lang w:val="en-US" w:bidi="he-IL"/>
        </w:rPr>
        <w:t xml:space="preserve">כל הכבוד!</w:t>
      </w:r>
      <w:r>
        <w:rPr>
          <w:sz w:val="32"/>
          <w:szCs w:val="32"/>
        </w:rPr>
        <w:t>‎</w:t>
      </w:r>
      <w:r>
        <w:rPr>
          <w:rFonts w:ascii="Arial" w:hAnsi="Arial" w:cs="Arial"/>
          <w:sz w:val="32"/>
          <w:szCs w:val="32"/>
        </w:rPr>
        <w:t xml:space="preserve"> · </w:t>
      </w:r>
      <w:r>
        <w:rPr>
          <w:rFonts w:ascii="Arial" w:hAnsi="Arial" w:cs="Arial"/>
          <w:color w:val="1D2433"/>
          <w:sz w:val="32"/>
          <w:szCs w:val="32"/>
          <w:rtl/>
          <w:lang w:val="en-US" w:bidi="ar-SA"/>
        </w:rPr>
        <w:t xml:space="preserve">أحسنت!</w:t>
      </w:r>
      <w:r>
        <w:rPr>
          <w:sz w:val="32"/>
          <w:szCs w:val="32"/>
        </w:rPr>
        <w:t>‎</w:t>
      </w:r>
    </w:p>
    <w:p>
      <w:pPr>
        <w:spacing w:before="0" w:after="80"/>
        <w:jc w:val="center"/>
      </w:pPr>
      <w:r>
        <w:rPr>
          <w:sz w:val="32"/>
          <w:szCs w:val="32"/>
        </w:rPr>
        <w:t>I finished the English workbook for Grade 5.</w:t>
      </w:r>
    </w:p>
    <w:sectPr w:rsidR="00FC693F" w:rsidRPr="0006063C" w:rsidSect="00034616">
      <w:footerReference w:type="default" r:id="rId9"/>
      <w:pgSz w:w="11906" w:h="16838"/>
      <w:pgMar w:top="850" w:right="964" w:bottom="907" w:left="96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after="80"/>
      <w:jc w:val="center"/>
    </w:pPr>
    <w:r>
      <w:fldChar w:fldCharType="begin"/>
      <w:instrText>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cs="Calibri"/>
      <w:sz w:val="25"/>
      <w:szCs w:val="25"/>
      <w:lang w:val="en-US" w:bidi="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jpg"/><Relationship Id="rId11" Type="http://schemas.openxmlformats.org/officeDocument/2006/relationships/image" Target="media/image2.jpg"/><Relationship Id="rId12" Type="http://schemas.openxmlformats.org/officeDocument/2006/relationships/image" Target="media/image3.png"/><Relationship Id="rId13" Type="http://schemas.openxmlformats.org/officeDocument/2006/relationships/image" Target="media/image4.png"/><Relationship Id="rId14" Type="http://schemas.openxmlformats.org/officeDocument/2006/relationships/image" Target="media/image5.png"/><Relationship Id="rId15" Type="http://schemas.openxmlformats.org/officeDocument/2006/relationships/image" Target="media/image6.png"/><Relationship Id="rId16" Type="http://schemas.openxmlformats.org/officeDocument/2006/relationships/image" Target="media/image7.png"/><Relationship Id="rId17" Type="http://schemas.openxmlformats.org/officeDocument/2006/relationships/image" Target="media/image8.png"/><Relationship Id="rId18" Type="http://schemas.openxmlformats.org/officeDocument/2006/relationships/image" Target="media/image9.jpg"/><Relationship Id="rId19" Type="http://schemas.openxmlformats.org/officeDocument/2006/relationships/image" Target="media/image10.png"/><Relationship Id="rId20" Type="http://schemas.openxmlformats.org/officeDocument/2006/relationships/image" Target="media/image11.png"/><Relationship Id="rId21" Type="http://schemas.openxmlformats.org/officeDocument/2006/relationships/image" Target="media/image12.png"/><Relationship Id="rId22" Type="http://schemas.openxmlformats.org/officeDocument/2006/relationships/image" Target="media/image13.jpg"/><Relationship Id="rId23" Type="http://schemas.openxmlformats.org/officeDocument/2006/relationships/image" Target="media/image14.png"/><Relationship Id="rId24" Type="http://schemas.openxmlformats.org/officeDocument/2006/relationships/image" Target="media/image15.png"/><Relationship Id="rId25" Type="http://schemas.openxmlformats.org/officeDocument/2006/relationships/image" Target="media/image16.png"/><Relationship Id="rId26" Type="http://schemas.openxmlformats.org/officeDocument/2006/relationships/image" Target="media/image17.jpg"/><Relationship Id="rId27" Type="http://schemas.openxmlformats.org/officeDocument/2006/relationships/image" Target="media/image18.png"/><Relationship Id="rId28" Type="http://schemas.openxmlformats.org/officeDocument/2006/relationships/image" Target="media/image19.png"/><Relationship Id="rId29" Type="http://schemas.openxmlformats.org/officeDocument/2006/relationships/image" Target="media/image20.jpg"/><Relationship Id="rId30" Type="http://schemas.openxmlformats.org/officeDocument/2006/relationships/image" Target="media/image21.png"/><Relationship Id="rId31" Type="http://schemas.openxmlformats.org/officeDocument/2006/relationships/image" Target="media/image22.png"/><Relationship Id="rId32" Type="http://schemas.openxmlformats.org/officeDocument/2006/relationships/image" Target="media/image23.png"/><Relationship Id="rId33" Type="http://schemas.openxmlformats.org/officeDocument/2006/relationships/image" Target="media/image24.jpg"/><Relationship Id="rId34" Type="http://schemas.openxmlformats.org/officeDocument/2006/relationships/image" Target="media/image25.png"/><Relationship Id="rId35" Type="http://schemas.openxmlformats.org/officeDocument/2006/relationships/image" Target="media/image26.png"/><Relationship Id="rId36" Type="http://schemas.openxmlformats.org/officeDocument/2006/relationships/image" Target="media/image27.jpg"/><Relationship Id="rId37" Type="http://schemas.openxmlformats.org/officeDocument/2006/relationships/image" Target="media/image28.png"/><Relationship Id="rId38" Type="http://schemas.openxmlformats.org/officeDocument/2006/relationships/image" Target="media/image2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2013-12-23T23:15:00Z</dcterms:created>
  <dcterms:modified xsi:type="dcterms:W3CDTF">2013-12-23T23:15:00Z</dcterms:modified>
  <cp:category/>
</cp:coreProperties>
</file>