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5   |   Workbook – Answer Key</w:t>
      </w:r>
    </w:p>
    <w:p>
      <w:pPr>
        <w:spacing w:before="0" w:after="160"/>
        <w:jc w:val="left"/>
      </w:pPr>
      <w:r>
        <w:rPr>
          <w:rFonts w:ascii="Arial" w:hAnsi="Arial" w:cs="Arial"/>
          <w:b/>
          <w:bCs/>
          <w:color w:val="0F7A4F"/>
          <w:sz w:val="36"/>
          <w:szCs w:val="36"/>
        </w:rPr>
        <w:t xml:space="preserve">🔑 Workbook Answer Key · </w:t>
      </w:r>
      <w:r>
        <w:rPr>
          <w:rFonts w:ascii="Arial" w:hAnsi="Arial" w:cs="Arial"/>
          <w:b/>
          <w:bCs/>
          <w:color w:val="0F7A4F"/>
          <w:sz w:val="36"/>
          <w:szCs w:val="36"/>
          <w:rtl/>
          <w:lang w:val="en-US" w:bidi="he-IL"/>
        </w:rPr>
        <w:t xml:space="preserve">מחוון לחוברת העבודה</w:t>
      </w:r>
      <w:r>
        <w:rPr>
          <w:sz w:val="36"/>
          <w:szCs w:val="36"/>
        </w:rPr>
        <w:t>‎</w:t>
      </w:r>
      <w:r>
        <w:rPr>
          <w:rFonts w:ascii="Arial" w:hAnsi="Arial" w:cs="Arial"/>
          <w:b/>
          <w:bCs/>
          <w:color w:val="0F7A4F"/>
          <w:sz w:val="36"/>
          <w:szCs w:val="36"/>
        </w:rPr>
        <w:t xml:space="preserve"> · </w:t>
      </w:r>
      <w:r>
        <w:rPr>
          <w:rFonts w:ascii="Arial" w:hAnsi="Arial" w:cs="Arial"/>
          <w:b/>
          <w:bCs/>
          <w:color w:val="0F7A4F"/>
          <w:sz w:val="36"/>
          <w:szCs w:val="36"/>
          <w:rtl/>
          <w:lang w:val="en-US" w:bidi="ar-SA"/>
        </w:rPr>
        <w:t xml:space="preserve">مفتاح إجابات الكرّاسة</w:t>
      </w:r>
      <w:r>
        <w:rPr>
          <w:sz w:val="36"/>
          <w:szCs w:val="36"/>
        </w:rPr>
        <w:t>‎</w:t>
      </w:r>
    </w:p>
    <w:p>
      <w:pPr>
        <w:spacing w:before="160" w:after="80"/>
        <w:jc w:val="both"/>
      </w:pPr>
      <w:r>
        <w:rPr>
          <w:rFonts w:ascii="Arial Black" w:hAnsi="Arial Black" w:cs="Arial Black"/>
          <w:b/>
          <w:bCs/>
          <w:color w:val="047857"/>
          <w:sz w:val="30"/>
          <w:szCs w:val="30"/>
        </w:rPr>
        <w:t>Unit 1: Present simple: he, she, it (-s) and questions</w:t>
      </w:r>
    </w:p>
    <w:p>
      <w:pPr>
        <w:spacing w:before="160" w:after="20"/>
        <w:jc w:val="both"/>
      </w:pPr>
      <w:r>
        <w:rPr>
          <w:b/>
          <w:bCs/>
          <w:sz w:val="26"/>
          <w:szCs w:val="26"/>
        </w:rPr>
        <w:t>1. Where do they do it? Match.</w:t>
      </w:r>
    </w:p>
    <w:p>
      <w:pPr>
        <w:bidi/>
        <w:spacing w:before="0" w:after="0"/>
        <w:jc w:val="both"/>
      </w:pPr>
      <w:r>
        <w:rPr>
          <w:rFonts w:ascii="Arial" w:hAnsi="Arial" w:cs="Arial"/>
          <w:color w:val="6B7280"/>
          <w:sz w:val="20"/>
          <w:szCs w:val="20"/>
          <w:rtl/>
          <w:lang w:val="en-US" w:bidi="he-IL"/>
        </w:rPr>
        <w:t xml:space="preserve">איפה הם עושים את זה? התאימו.</w:t>
      </w:r>
    </w:p>
    <w:p>
      <w:pPr>
        <w:bidi/>
        <w:spacing w:before="0" w:after="80"/>
        <w:jc w:val="both"/>
      </w:pPr>
      <w:r>
        <w:rPr>
          <w:rFonts w:ascii="Arial" w:hAnsi="Arial" w:cs="Arial"/>
          <w:color w:val="6B7280"/>
          <w:sz w:val="21"/>
          <w:szCs w:val="21"/>
          <w:rtl/>
          <w:lang w:val="en-US" w:bidi="ar-SA"/>
        </w:rPr>
        <w:t xml:space="preserve">أين يفعلون ذلك؟ صِل.</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swim</w:t>
            </w:r>
          </w:p>
        </w:tc>
        <w:tc>
          <w:tcPr>
            <w:tcW w:type="dxa" w:w="4989"/>
          </w:tcPr>
          <w:p>
            <w:pPr>
              <w:spacing w:before="0" w:after="40"/>
              <w:jc w:val="both"/>
            </w:pPr>
            <w:r>
              <w:rPr/>
              <w:t>[3] at the bakery</w:t>
            </w:r>
          </w:p>
        </w:tc>
      </w:tr>
      <w:tr>
        <w:tc>
          <w:tcPr>
            <w:tcW w:type="dxa" w:w="4989"/>
          </w:tcPr>
          <w:p>
            <w:pPr>
              <w:spacing w:before="0" w:after="40"/>
              <w:jc w:val="both"/>
            </w:pPr>
            <w:r>
              <w:rPr/>
              <w:t>2. read books</w:t>
            </w:r>
          </w:p>
        </w:tc>
        <w:tc>
          <w:tcPr>
            <w:tcW w:type="dxa" w:w="4989"/>
          </w:tcPr>
          <w:p>
            <w:pPr>
              <w:spacing w:before="0" w:after="40"/>
              <w:jc w:val="both"/>
            </w:pPr>
            <w:r>
              <w:rPr/>
              <w:t>[1] in the pool</w:t>
            </w:r>
          </w:p>
        </w:tc>
      </w:tr>
      <w:tr>
        <w:tc>
          <w:tcPr>
            <w:tcW w:type="dxa" w:w="4989"/>
          </w:tcPr>
          <w:p>
            <w:pPr>
              <w:spacing w:before="0" w:after="40"/>
              <w:jc w:val="both"/>
            </w:pPr>
            <w:r>
              <w:rPr/>
              <w:t>3. buy bread</w:t>
            </w:r>
          </w:p>
        </w:tc>
        <w:tc>
          <w:tcPr>
            <w:tcW w:type="dxa" w:w="4989"/>
          </w:tcPr>
          <w:p>
            <w:pPr>
              <w:spacing w:before="0" w:after="40"/>
              <w:jc w:val="both"/>
            </w:pPr>
            <w:r>
              <w:rPr/>
              <w:t>[5] in the gym</w:t>
            </w:r>
          </w:p>
        </w:tc>
      </w:tr>
      <w:tr>
        <w:tc>
          <w:tcPr>
            <w:tcW w:type="dxa" w:w="4989"/>
          </w:tcPr>
          <w:p>
            <w:pPr>
              <w:spacing w:before="0" w:after="40"/>
              <w:jc w:val="both"/>
            </w:pPr>
            <w:r>
              <w:rPr/>
              <w:t>4. see the doctor</w:t>
            </w:r>
          </w:p>
        </w:tc>
        <w:tc>
          <w:tcPr>
            <w:tcW w:type="dxa" w:w="4989"/>
          </w:tcPr>
          <w:p>
            <w:pPr>
              <w:spacing w:before="0" w:after="40"/>
              <w:jc w:val="both"/>
            </w:pPr>
            <w:r>
              <w:rPr/>
              <w:t>[6] in the bedroom</w:t>
            </w:r>
          </w:p>
        </w:tc>
      </w:tr>
      <w:tr>
        <w:tc>
          <w:tcPr>
            <w:tcW w:type="dxa" w:w="4989"/>
          </w:tcPr>
          <w:p>
            <w:pPr>
              <w:spacing w:before="0" w:after="40"/>
              <w:jc w:val="both"/>
            </w:pPr>
            <w:r>
              <w:rPr/>
              <w:t>5. play basketball</w:t>
            </w:r>
          </w:p>
        </w:tc>
        <w:tc>
          <w:tcPr>
            <w:tcW w:type="dxa" w:w="4989"/>
          </w:tcPr>
          <w:p>
            <w:pPr>
              <w:spacing w:before="0" w:after="40"/>
              <w:jc w:val="both"/>
            </w:pPr>
            <w:r>
              <w:rPr/>
              <w:t>[2] in the library</w:t>
            </w:r>
          </w:p>
        </w:tc>
      </w:tr>
      <w:tr>
        <w:tc>
          <w:tcPr>
            <w:tcW w:type="dxa" w:w="4989"/>
          </w:tcPr>
          <w:p>
            <w:pPr>
              <w:spacing w:before="0" w:after="40"/>
              <w:jc w:val="both"/>
            </w:pPr>
            <w:r>
              <w:rPr/>
              <w:t>6. sleep</w:t>
            </w:r>
          </w:p>
        </w:tc>
        <w:tc>
          <w:tcPr>
            <w:tcW w:type="dxa" w:w="4989"/>
          </w:tcPr>
          <w:p>
            <w:pPr>
              <w:spacing w:before="0" w:after="40"/>
              <w:jc w:val="both"/>
            </w:pPr>
            <w:r>
              <w:rPr/>
              <w:t>[4] at the clinic</w:t>
            </w:r>
          </w:p>
        </w:tc>
      </w:tr>
    </w:tbl>
    <w:p>
      <w:pPr>
        <w:spacing w:before="0" w:after="40"/>
        <w:jc w:val="both"/>
      </w:pPr>
    </w:p>
    <w:p>
      <w:pPr>
        <w:spacing w:before="160" w:after="20"/>
        <w:jc w:val="both"/>
      </w:pPr>
      <w:r>
        <w:rPr>
          <w:b/>
          <w:bCs/>
          <w:sz w:val="26"/>
          <w:szCs w:val="26"/>
        </w:rPr>
        <w:t>2. Add -s, -es or -ies.</w:t>
      </w:r>
    </w:p>
    <w:p>
      <w:pPr>
        <w:bidi/>
        <w:spacing w:before="0" w:after="0"/>
        <w:jc w:val="both"/>
      </w:pPr>
      <w:r>
        <w:rPr>
          <w:rFonts w:ascii="Arial" w:hAnsi="Arial" w:cs="Arial"/>
          <w:color w:val="6B7280"/>
          <w:sz w:val="20"/>
          <w:szCs w:val="20"/>
          <w:rtl/>
          <w:lang w:val="en-US" w:bidi="he-IL"/>
        </w:rPr>
        <w:t xml:space="preserve">הוסיפו -‎s, -es‎ או -‎ies‎.</w:t>
      </w:r>
    </w:p>
    <w:p>
      <w:pPr>
        <w:bidi/>
        <w:spacing w:before="0" w:after="80"/>
        <w:jc w:val="both"/>
      </w:pPr>
      <w:r>
        <w:rPr>
          <w:rFonts w:ascii="Arial" w:hAnsi="Arial" w:cs="Arial"/>
          <w:color w:val="6B7280"/>
          <w:sz w:val="21"/>
          <w:szCs w:val="21"/>
          <w:rtl/>
          <w:lang w:val="en-US" w:bidi="ar-SA"/>
        </w:rPr>
        <w:t xml:space="preserve">أضف -‎s‎ أو -‎es‎ أو -‎ies‎.</w:t>
      </w:r>
    </w:p>
    <w:p>
      <w:pPr>
        <w:spacing w:before="0" w:after="40"/>
        <w:jc w:val="both"/>
      </w:pPr>
      <w:r>
        <w:rPr/>
        <w:t>a. Dad washes the car on Fridays.</w:t>
      </w:r>
    </w:p>
    <w:p>
      <w:pPr>
        <w:spacing w:before="0" w:after="40"/>
        <w:jc w:val="both"/>
      </w:pPr>
      <w:r>
        <w:rPr/>
        <w:t>b. My cat sleeps on the sofa.</w:t>
      </w:r>
    </w:p>
    <w:p>
      <w:pPr>
        <w:spacing w:before="0" w:after="40"/>
        <w:jc w:val="both"/>
      </w:pPr>
      <w:r>
        <w:rPr/>
        <w:t>c. Noa studies English every day.</w:t>
      </w:r>
    </w:p>
    <w:p>
      <w:pPr>
        <w:spacing w:before="0" w:after="40"/>
        <w:jc w:val="both"/>
      </w:pPr>
      <w:r>
        <w:rPr/>
        <w:t>d. The bus goes to Tel Aviv.</w:t>
      </w:r>
    </w:p>
    <w:p>
      <w:pPr>
        <w:spacing w:before="0" w:after="40"/>
        <w:jc w:val="both"/>
      </w:pPr>
      <w:r>
        <w:rPr/>
        <w:t>e. Itay fixes his bike.</w:t>
      </w:r>
    </w:p>
    <w:p>
      <w:pPr>
        <w:spacing w:before="0" w:after="40"/>
        <w:jc w:val="both"/>
      </w:pPr>
      <w:r>
        <w:rPr/>
        <w:t>f. The bird flies over the house.</w:t>
      </w: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r>
      <w:tr>
        <w:tc>
          <w:tcPr>
            <w:tcW w:type="dxa" w:w="3326"/>
          </w:tcPr>
          <w:p>
            <w:pPr>
              <w:spacing w:before="0" w:after="40"/>
              <w:jc w:val="both"/>
            </w:pPr>
            <w:r>
              <w:rPr/>
              <w:t>He reads.</w:t>
            </w:r>
          </w:p>
        </w:tc>
        <w:tc>
          <w:tcPr>
            <w:tcW w:type="dxa" w:w="3326"/>
          </w:tcPr>
          <w:p>
            <w:pPr>
              <w:spacing w:before="0" w:after="40"/>
              <w:jc w:val="both"/>
            </w:pPr>
            <w:r>
              <w:rPr>
                <w:color w:val="0F7A4F"/>
              </w:rPr>
              <w:t>He doesn't read.</w:t>
            </w:r>
          </w:p>
        </w:tc>
        <w:tc>
          <w:tcPr>
            <w:tcW w:type="dxa" w:w="3326"/>
          </w:tcPr>
          <w:p>
            <w:pPr>
              <w:spacing w:before="0" w:after="40"/>
              <w:jc w:val="both"/>
            </w:pPr>
            <w:r>
              <w:rPr>
                <w:color w:val="0F7A4F"/>
              </w:rPr>
              <w:t>Does he read?</w:t>
            </w:r>
          </w:p>
        </w:tc>
      </w:tr>
      <w:tr>
        <w:tc>
          <w:tcPr>
            <w:tcW w:type="dxa" w:w="3326"/>
          </w:tcPr>
          <w:p>
            <w:pPr>
              <w:spacing w:before="0" w:after="40"/>
              <w:jc w:val="both"/>
            </w:pPr>
            <w:r>
              <w:rPr/>
              <w:t>She swims.</w:t>
            </w:r>
          </w:p>
        </w:tc>
        <w:tc>
          <w:tcPr>
            <w:tcW w:type="dxa" w:w="3326"/>
          </w:tcPr>
          <w:p>
            <w:pPr>
              <w:spacing w:before="0" w:after="40"/>
              <w:jc w:val="both"/>
            </w:pPr>
            <w:r>
              <w:rPr>
                <w:color w:val="0F7A4F"/>
              </w:rPr>
              <w:t>She doesn't swim.</w:t>
            </w:r>
          </w:p>
        </w:tc>
        <w:tc>
          <w:tcPr>
            <w:tcW w:type="dxa" w:w="3326"/>
          </w:tcPr>
          <w:p>
            <w:pPr>
              <w:spacing w:before="0" w:after="40"/>
              <w:jc w:val="both"/>
            </w:pPr>
            <w:r>
              <w:rPr>
                <w:color w:val="0F7A4F"/>
              </w:rPr>
              <w:t>Does she swim?</w:t>
            </w:r>
          </w:p>
        </w:tc>
      </w:tr>
      <w:tr>
        <w:tc>
          <w:tcPr>
            <w:tcW w:type="dxa" w:w="3326"/>
          </w:tcPr>
          <w:p>
            <w:pPr>
              <w:spacing w:before="0" w:after="40"/>
              <w:jc w:val="both"/>
            </w:pPr>
            <w:r>
              <w:rPr/>
              <w:t>It works.</w:t>
            </w:r>
          </w:p>
        </w:tc>
        <w:tc>
          <w:tcPr>
            <w:tcW w:type="dxa" w:w="3326"/>
          </w:tcPr>
          <w:p>
            <w:pPr>
              <w:spacing w:before="0" w:after="40"/>
              <w:jc w:val="both"/>
            </w:pPr>
            <w:r>
              <w:rPr>
                <w:color w:val="0F7A4F"/>
              </w:rPr>
              <w:t>It doesn't work.</w:t>
            </w:r>
          </w:p>
        </w:tc>
        <w:tc>
          <w:tcPr>
            <w:tcW w:type="dxa" w:w="3326"/>
          </w:tcPr>
          <w:p>
            <w:pPr>
              <w:spacing w:before="0" w:after="40"/>
              <w:jc w:val="both"/>
            </w:pPr>
            <w:r>
              <w:rPr>
                <w:color w:val="0F7A4F"/>
              </w:rPr>
              <w:t>Does it work?</w:t>
            </w:r>
          </w:p>
        </w:tc>
      </w:tr>
      <w:tr>
        <w:tc>
          <w:tcPr>
            <w:tcW w:type="dxa" w:w="3326"/>
          </w:tcPr>
          <w:p>
            <w:pPr>
              <w:spacing w:before="0" w:after="40"/>
              <w:jc w:val="both"/>
            </w:pPr>
            <w:r>
              <w:rPr/>
              <w:t>They play.</w:t>
            </w:r>
          </w:p>
        </w:tc>
        <w:tc>
          <w:tcPr>
            <w:tcW w:type="dxa" w:w="3326"/>
          </w:tcPr>
          <w:p>
            <w:pPr>
              <w:spacing w:before="0" w:after="40"/>
              <w:jc w:val="both"/>
            </w:pPr>
            <w:r>
              <w:rPr>
                <w:color w:val="0F7A4F"/>
              </w:rPr>
              <w:t>They don't play.</w:t>
            </w:r>
          </w:p>
        </w:tc>
        <w:tc>
          <w:tcPr>
            <w:tcW w:type="dxa" w:w="3326"/>
          </w:tcPr>
          <w:p>
            <w:pPr>
              <w:spacing w:before="0" w:after="40"/>
              <w:jc w:val="both"/>
            </w:pPr>
            <w:r>
              <w:rPr>
                <w:color w:val="0F7A4F"/>
              </w:rPr>
              <w:t>Do they play?</w:t>
            </w:r>
          </w:p>
        </w:tc>
      </w:tr>
    </w:tbl>
    <w:p>
      <w:pPr>
        <w:spacing w:before="0" w:after="40"/>
        <w:jc w:val="both"/>
      </w:pPr>
    </w:p>
    <w:p>
      <w:pPr>
        <w:spacing w:before="160" w:after="20"/>
        <w:jc w:val="both"/>
      </w:pPr>
      <w:r>
        <w:rPr>
          <w:b/>
          <w:bCs/>
          <w:sz w:val="26"/>
          <w:szCs w:val="26"/>
        </w:rPr>
        <w:t>4. Do or Does? Sort the words.</w:t>
      </w:r>
    </w:p>
    <w:p>
      <w:pPr>
        <w:bidi/>
        <w:spacing w:before="0" w:after="0"/>
        <w:jc w:val="both"/>
      </w:pPr>
      <w:r>
        <w:rPr>
          <w:rFonts w:ascii="Arial" w:hAnsi="Arial" w:cs="Arial"/>
          <w:color w:val="6B7280"/>
          <w:sz w:val="20"/>
          <w:szCs w:val="20"/>
          <w:rtl/>
          <w:lang w:val="en-US" w:bidi="he-IL"/>
        </w:rPr>
        <w:t xml:space="preserve">‎Do‎ או ‎Does?‎ מיינו את המילים.</w:t>
      </w:r>
    </w:p>
    <w:p>
      <w:pPr>
        <w:bidi/>
        <w:spacing w:before="0" w:after="80"/>
        <w:jc w:val="both"/>
      </w:pPr>
      <w:r>
        <w:rPr>
          <w:rFonts w:ascii="Arial" w:hAnsi="Arial" w:cs="Arial"/>
          <w:color w:val="6B7280"/>
          <w:sz w:val="21"/>
          <w:szCs w:val="21"/>
          <w:rtl/>
          <w:lang w:val="en-US" w:bidi="ar-SA"/>
        </w:rPr>
        <w:t xml:space="preserve">‎Do‎ أم ‎Does‎؟ صنّف الكلمات.</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Do</w:t>
            </w:r>
          </w:p>
        </w:tc>
        <w:tc>
          <w:tcPr>
            <w:tcW w:type="dxa" w:w="4989"/>
            <w:shd w:val="clear" w:color="auto" w:fill="047857"/>
          </w:tcPr>
          <w:p>
            <w:pPr>
              <w:spacing w:before="0" w:after="40"/>
              <w:jc w:val="both"/>
            </w:pPr>
            <w:r>
              <w:rPr>
                <w:b/>
                <w:bCs/>
                <w:color w:val="FFFFFF"/>
              </w:rPr>
              <w:t>Does</w:t>
            </w:r>
          </w:p>
        </w:tc>
      </w:tr>
      <w:tr>
        <w:tc>
          <w:tcPr>
            <w:tcW w:type="dxa" w:w="4989"/>
          </w:tcPr>
          <w:p>
            <w:pPr>
              <w:spacing w:before="0" w:after="40"/>
              <w:jc w:val="both"/>
            </w:pPr>
            <w:r>
              <w:rPr/>
              <w:t>you, they, we, my parents</w:t>
            </w:r>
          </w:p>
        </w:tc>
        <w:tc>
          <w:tcPr>
            <w:tcW w:type="dxa" w:w="4989"/>
          </w:tcPr>
          <w:p>
            <w:pPr>
              <w:spacing w:before="0" w:after="40"/>
              <w:jc w:val="both"/>
            </w:pPr>
            <w:r>
              <w:rPr/>
              <w:t>she, Tamar, the dog, it</w:t>
            </w:r>
          </w:p>
        </w:tc>
      </w:tr>
    </w:tbl>
    <w:p>
      <w:pPr>
        <w:spacing w:before="0" w:after="40"/>
        <w:jc w:val="both"/>
      </w:pPr>
    </w:p>
    <w:p>
      <w:pPr>
        <w:spacing w:before="160" w:after="20"/>
        <w:jc w:val="both"/>
      </w:pPr>
      <w:r>
        <w:rPr>
          <w:b/>
          <w:bCs/>
          <w:sz w:val="26"/>
          <w:szCs w:val="26"/>
        </w:rPr>
        <w:t>5. Complete with a word from the bank.</w:t>
      </w:r>
    </w:p>
    <w:p>
      <w:pPr>
        <w:bidi/>
        <w:spacing w:before="0" w:after="0"/>
        <w:jc w:val="both"/>
      </w:pPr>
      <w:r>
        <w:rPr>
          <w:rFonts w:ascii="Arial" w:hAnsi="Arial" w:cs="Arial"/>
          <w:color w:val="6B7280"/>
          <w:sz w:val="20"/>
          <w:szCs w:val="20"/>
          <w:rtl/>
          <w:lang w:val="en-US" w:bidi="he-IL"/>
        </w:rPr>
        <w:t xml:space="preserve">השלימו במילה ממחסן המילים.</w:t>
      </w:r>
    </w:p>
    <w:p>
      <w:pPr>
        <w:bidi/>
        <w:spacing w:before="0" w:after="80"/>
        <w:jc w:val="both"/>
      </w:pPr>
      <w:r>
        <w:rPr>
          <w:rFonts w:ascii="Arial" w:hAnsi="Arial" w:cs="Arial"/>
          <w:color w:val="6B7280"/>
          <w:sz w:val="21"/>
          <w:szCs w:val="21"/>
          <w:rtl/>
          <w:lang w:val="en-US" w:bidi="ar-SA"/>
        </w:rPr>
        <w:t xml:space="preserve">أكمل بكلمة من بنك الكلمات.</w:t>
      </w:r>
    </w:p>
    <w:p>
      <w:pPr>
        <w:spacing w:before="0" w:after="40"/>
        <w:jc w:val="both"/>
      </w:pPr>
      <w:r>
        <w:rPr/>
        <w:t>a. My grandma lives in Eilat.</w:t>
      </w:r>
    </w:p>
    <w:p>
      <w:pPr>
        <w:spacing w:before="0" w:after="40"/>
        <w:jc w:val="both"/>
      </w:pPr>
      <w:r>
        <w:rPr/>
        <w:t>b. Mr. Levi teaches math at our school.</w:t>
      </w:r>
    </w:p>
    <w:p>
      <w:pPr>
        <w:spacing w:before="0" w:after="40"/>
        <w:jc w:val="both"/>
      </w:pPr>
      <w:r>
        <w:rPr/>
        <w:t>c. Shira speaks three languages.</w:t>
      </w:r>
    </w:p>
    <w:p>
      <w:pPr>
        <w:spacing w:before="0" w:after="40"/>
        <w:jc w:val="both"/>
      </w:pPr>
      <w:r>
        <w:rPr/>
        <w:t>d. Our dog has a long tail.</w:t>
      </w:r>
    </w:p>
    <w:p>
      <w:pPr>
        <w:spacing w:before="0" w:after="40"/>
        <w:jc w:val="both"/>
      </w:pPr>
      <w:r>
        <w:rPr/>
        <w:t>e. Daniel drinks milk every morning.</w:t>
      </w:r>
    </w:p>
    <w:p>
      <w:pPr>
        <w:spacing w:before="0" w:after="40"/>
        <w:jc w:val="both"/>
      </w:pPr>
      <w:r>
        <w:rPr/>
        <w:t>f. Ariel walks to school with his friends.</w:t>
      </w:r>
    </w:p>
    <w:p>
      <w:pPr>
        <w:spacing w:before="160" w:after="20"/>
        <w:jc w:val="both"/>
      </w:pPr>
      <w:r>
        <w:rPr>
          <w:b/>
          <w:bCs/>
          <w:sz w:val="26"/>
          <w:szCs w:val="26"/>
        </w:rPr>
        <w:t>6. Choose the correct answer.</w:t>
      </w:r>
    </w:p>
    <w:p>
      <w:pPr>
        <w:bidi/>
        <w:spacing w:before="0" w:after="0"/>
        <w:jc w:val="both"/>
      </w:pPr>
      <w:r>
        <w:rPr>
          <w:rFonts w:ascii="Arial" w:hAnsi="Arial" w:cs="Arial"/>
          <w:color w:val="6B7280"/>
          <w:sz w:val="20"/>
          <w:szCs w:val="20"/>
          <w:rtl/>
          <w:lang w:val="en-US" w:bidi="he-IL"/>
        </w:rPr>
        <w:t xml:space="preserve">בחרו את התשובה הנכונה.</w:t>
      </w:r>
    </w:p>
    <w:p>
      <w:pPr>
        <w:bidi/>
        <w:spacing w:before="0" w:after="80"/>
        <w:jc w:val="both"/>
      </w:pPr>
      <w:r>
        <w:rPr>
          <w:rFonts w:ascii="Arial" w:hAnsi="Arial" w:cs="Arial"/>
          <w:color w:val="6B7280"/>
          <w:sz w:val="21"/>
          <w:szCs w:val="21"/>
          <w:rtl/>
          <w:lang w:val="en-US" w:bidi="ar-SA"/>
        </w:rPr>
        <w:t xml:space="preserve">اختر الإجابة الصحيحة.</w:t>
      </w:r>
    </w:p>
    <w:p>
      <w:pPr>
        <w:spacing w:before="0" w:after="20"/>
        <w:jc w:val="both"/>
      </w:pPr>
      <w:r>
        <w:rPr/>
        <w:t>a. Does Ben like pizza?</w:t>
      </w:r>
    </w:p>
    <w:p>
      <w:pPr>
        <w:spacing w:before="0" w:after="80"/>
        <w:jc w:val="both"/>
      </w:pPr>
      <w:r>
        <w:rPr>
          <w:b/>
          <w:bCs/>
          <w:color w:val="0F7A4F"/>
        </w:rPr>
        <w:t xml:space="preserve">   ✔ Yes, he does.</w:t>
      </w:r>
    </w:p>
    <w:p>
      <w:pPr>
        <w:spacing w:before="0" w:after="20"/>
        <w:jc w:val="both"/>
      </w:pPr>
      <w:r>
        <w:rPr/>
        <w:t>b. Do you have a pet?</w:t>
      </w:r>
    </w:p>
    <w:p>
      <w:pPr>
        <w:spacing w:before="0" w:after="80"/>
        <w:jc w:val="both"/>
      </w:pPr>
      <w:r>
        <w:rPr>
          <w:b/>
          <w:bCs/>
          <w:color w:val="0F7A4F"/>
        </w:rPr>
        <w:t xml:space="preserve">   ✔ No, I don't.</w:t>
      </w:r>
    </w:p>
    <w:p>
      <w:pPr>
        <w:spacing w:before="0" w:after="20"/>
        <w:jc w:val="both"/>
      </w:pPr>
      <w:r>
        <w:rPr/>
        <w:t>c. Does your mom work in a bank?</w:t>
      </w:r>
    </w:p>
    <w:p>
      <w:pPr>
        <w:spacing w:before="0" w:after="80"/>
        <w:jc w:val="both"/>
      </w:pPr>
      <w:r>
        <w:rPr>
          <w:b/>
          <w:bCs/>
          <w:color w:val="0F7A4F"/>
        </w:rPr>
        <w:t xml:space="preserve">   ✔ No, she doesn't.</w:t>
      </w:r>
    </w:p>
    <w:p>
      <w:pPr>
        <w:spacing w:before="0" w:after="20"/>
        <w:jc w:val="both"/>
      </w:pPr>
      <w:r>
        <w:rPr/>
        <w:t>d. Do your friends play chess?</w:t>
      </w:r>
    </w:p>
    <w:p>
      <w:pPr>
        <w:spacing w:before="0" w:after="80"/>
        <w:jc w:val="both"/>
      </w:pPr>
      <w:r>
        <w:rPr>
          <w:b/>
          <w:bCs/>
          <w:color w:val="0F7A4F"/>
        </w:rPr>
        <w:t xml:space="preserve">   ✔ Yes, they do.</w:t>
      </w:r>
    </w:p>
    <w:p>
      <w:pPr>
        <w:spacing w:before="160" w:after="20"/>
        <w:jc w:val="both"/>
      </w:pPr>
      <w:r>
        <w:rPr>
          <w:b/>
          <w:bCs/>
          <w:sz w:val="26"/>
          <w:szCs w:val="26"/>
        </w:rPr>
        <w:t>7.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He play tennis.  → He plays tennis.</w:t>
      </w:r>
    </w:p>
    <w:p>
      <w:pPr>
        <w:spacing w:before="0" w:after="100"/>
        <w:jc w:val="both"/>
      </w:pPr>
      <w:r>
        <w:rPr/>
        <w:t>b. My sister watchs TV.  → My sister watches TV.</w:t>
      </w:r>
    </w:p>
    <w:p>
      <w:pPr>
        <w:spacing w:before="0" w:after="100"/>
        <w:jc w:val="both"/>
      </w:pPr>
      <w:r>
        <w:rPr/>
        <w:t>c. Tom don't like milk.  → Tom doesn't like milk.</w:t>
      </w:r>
    </w:p>
    <w:p>
      <w:pPr>
        <w:spacing w:before="0" w:after="100"/>
        <w:jc w:val="both"/>
      </w:pPr>
      <w:r>
        <w:rPr/>
        <w:t>d. Does Maya likes dogs?  → Does Maya like dogs?</w:t>
      </w:r>
    </w:p>
    <w:p>
      <w:pPr>
        <w:spacing w:before="0" w:after="100"/>
        <w:jc w:val="both"/>
      </w:pPr>
      <w:r>
        <w:rPr/>
        <w:t>e. The baby crys a lot.  → The baby cries a lot.</w:t>
      </w:r>
    </w:p>
    <w:p>
      <w:pPr>
        <w:spacing w:before="160" w:after="20"/>
        <w:jc w:val="both"/>
      </w:pPr>
      <w:r>
        <w:rPr>
          <w:b/>
          <w:bCs/>
          <w:sz w:val="26"/>
          <w:szCs w:val="26"/>
        </w:rPr>
        <w:t>8.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40"/>
        <w:jc w:val="both"/>
      </w:pPr>
      <w:r>
        <w:rPr/>
        <w:t>a. We add -es to verbs that end in -sh, -ch, -x and -o. – True</w:t>
      </w:r>
    </w:p>
    <w:p>
      <w:pPr>
        <w:spacing w:before="0" w:after="40"/>
        <w:jc w:val="both"/>
      </w:pPr>
      <w:r>
        <w:rPr/>
        <w:t>b. With he, she and it, we use don't. – False – With he, she and it, we use doesn't.</w:t>
      </w:r>
    </w:p>
    <w:p>
      <w:pPr>
        <w:spacing w:before="0" w:after="40"/>
        <w:jc w:val="both"/>
      </w:pPr>
      <w:r>
        <w:rPr/>
        <w:t>c. In a question with does, the verb has no -s. – True</w:t>
      </w:r>
    </w:p>
    <w:p>
      <w:pPr>
        <w:spacing w:before="0" w:after="40"/>
        <w:jc w:val="both"/>
      </w:pPr>
      <w:r>
        <w:rPr/>
        <w:t>d. The he/she form of have is haves. – False – It is has.</w:t>
      </w:r>
    </w:p>
    <w:p>
      <w:pPr>
        <w:spacing w:before="160" w:after="20"/>
        <w:jc w:val="both"/>
      </w:pPr>
      <w:r>
        <w:rPr>
          <w:b/>
          <w:bCs/>
          <w:sz w:val="26"/>
          <w:szCs w:val="26"/>
        </w:rPr>
        <w:t>9. Complete the questions with do or does.</w:t>
      </w:r>
    </w:p>
    <w:p>
      <w:pPr>
        <w:bidi/>
        <w:spacing w:before="0" w:after="0"/>
        <w:jc w:val="both"/>
      </w:pPr>
      <w:r>
        <w:rPr>
          <w:rFonts w:ascii="Arial" w:hAnsi="Arial" w:cs="Arial"/>
          <w:color w:val="6B7280"/>
          <w:sz w:val="20"/>
          <w:szCs w:val="20"/>
          <w:rtl/>
          <w:lang w:val="en-US" w:bidi="he-IL"/>
        </w:rPr>
        <w:t xml:space="preserve">השלימו את השאלות ב־‎do‎ או ב־‎does‎.</w:t>
      </w:r>
    </w:p>
    <w:p>
      <w:pPr>
        <w:bidi/>
        <w:spacing w:before="0" w:after="80"/>
        <w:jc w:val="both"/>
      </w:pPr>
      <w:r>
        <w:rPr>
          <w:rFonts w:ascii="Arial" w:hAnsi="Arial" w:cs="Arial"/>
          <w:color w:val="6B7280"/>
          <w:sz w:val="21"/>
          <w:szCs w:val="21"/>
          <w:rtl/>
          <w:lang w:val="en-US" w:bidi="ar-SA"/>
        </w:rPr>
        <w:t xml:space="preserve">أكمل الأسئلة بـ ‎do‎ أو ‎does‎.</w:t>
      </w:r>
    </w:p>
    <w:p>
      <w:pPr>
        <w:spacing w:before="0" w:after="40"/>
        <w:jc w:val="both"/>
      </w:pPr>
      <w:r>
        <w:rPr/>
        <w:t>a. Where does your uncle work?</w:t>
      </w:r>
    </w:p>
    <w:p>
      <w:pPr>
        <w:spacing w:before="0" w:after="40"/>
        <w:jc w:val="both"/>
      </w:pPr>
      <w:r>
        <w:rPr/>
        <w:t>b. What time does the film start?</w:t>
      </w:r>
    </w:p>
    <w:p>
      <w:pPr>
        <w:spacing w:before="0" w:after="40"/>
        <w:jc w:val="both"/>
      </w:pPr>
      <w:r>
        <w:rPr/>
        <w:t>c. What do your friends do on Fridays?</w:t>
      </w:r>
    </w:p>
    <w:p>
      <w:pPr>
        <w:spacing w:before="0" w:after="40"/>
        <w:jc w:val="both"/>
      </w:pPr>
      <w:r>
        <w:rPr/>
        <w:t>d. When does Yoav have his piano lesson?</w:t>
      </w:r>
    </w:p>
    <w:p>
      <w:pPr>
        <w:spacing w:before="0" w:after="40"/>
        <w:jc w:val="both"/>
      </w:pPr>
      <w:r>
        <w:rPr/>
        <w:t>e. Where do you buy your shoes?</w:t>
      </w:r>
    </w:p>
    <w:p>
      <w:pPr>
        <w:spacing w:before="160" w:after="20"/>
        <w:jc w:val="both"/>
      </w:pPr>
      <w:r>
        <w:rPr>
          <w:b/>
          <w:bCs/>
          <w:sz w:val="26"/>
          <w:szCs w:val="26"/>
        </w:rPr>
        <w:t>10. Write sentences about Tom's day.</w:t>
      </w:r>
    </w:p>
    <w:p>
      <w:pPr>
        <w:bidi/>
        <w:spacing w:before="0" w:after="0"/>
        <w:jc w:val="both"/>
      </w:pPr>
      <w:r>
        <w:rPr>
          <w:rFonts w:ascii="Arial" w:hAnsi="Arial" w:cs="Arial"/>
          <w:color w:val="6B7280"/>
          <w:sz w:val="20"/>
          <w:szCs w:val="20"/>
          <w:rtl/>
          <w:lang w:val="en-US" w:bidi="he-IL"/>
        </w:rPr>
        <w:t xml:space="preserve">כתבו משפטים על היום של ‎Tom‎.</w:t>
      </w:r>
    </w:p>
    <w:p>
      <w:pPr>
        <w:bidi/>
        <w:spacing w:before="0" w:after="80"/>
        <w:jc w:val="both"/>
      </w:pPr>
      <w:r>
        <w:rPr>
          <w:rFonts w:ascii="Arial" w:hAnsi="Arial" w:cs="Arial"/>
          <w:color w:val="6B7280"/>
          <w:sz w:val="21"/>
          <w:szCs w:val="21"/>
          <w:rtl/>
          <w:lang w:val="en-US" w:bidi="ar-SA"/>
        </w:rPr>
        <w:t xml:space="preserve">اكتب جملًا عن يوم ‎Tom‎.</w:t>
      </w:r>
    </w:p>
    <w:p>
      <w:pPr>
        <w:spacing w:before="0" w:after="100"/>
        <w:jc w:val="both"/>
      </w:pPr>
      <w:r>
        <w:rPr/>
        <w:t>a. 7:00 / get up  → Tom gets up at seven o'clock.</w:t>
      </w:r>
    </w:p>
    <w:p>
      <w:pPr>
        <w:spacing w:before="0" w:after="100"/>
        <w:jc w:val="both"/>
      </w:pPr>
      <w:r>
        <w:rPr/>
        <w:t>b. 7:30 / catch the bus  → Tom catches the bus at half past seven.</w:t>
      </w:r>
    </w:p>
    <w:p>
      <w:pPr>
        <w:spacing w:before="0" w:after="100"/>
        <w:jc w:val="both"/>
      </w:pPr>
      <w:r>
        <w:rPr/>
        <w:t>c. 1:00 / have lunch  → Tom has lunch at one o'clock.</w:t>
      </w:r>
    </w:p>
    <w:p>
      <w:pPr>
        <w:spacing w:before="0" w:after="100"/>
        <w:jc w:val="both"/>
      </w:pPr>
      <w:r>
        <w:rPr/>
        <w:t>d. 4:00 / do his homework  → Tom does his homework at four o'clock.</w:t>
      </w:r>
    </w:p>
    <w:p>
      <w:pPr>
        <w:spacing w:before="0" w:after="100"/>
        <w:jc w:val="both"/>
      </w:pPr>
      <w:r>
        <w:rPr/>
        <w:t>e. 8:00 / watch TV  → Tom watches TV at eight o'clock.</w:t>
      </w:r>
    </w:p>
    <w:p>
      <w:pPr>
        <w:spacing w:before="160" w:after="20"/>
        <w:jc w:val="both"/>
      </w:pPr>
      <w:r>
        <w:rPr>
          <w:b/>
          <w:bCs/>
          <w:sz w:val="26"/>
          <w:szCs w:val="26"/>
        </w:rPr>
        <w:t>11. Read "Shira and Kiwi". Choose the correct answer.</w:t>
      </w:r>
    </w:p>
    <w:p>
      <w:pPr>
        <w:bidi/>
        <w:spacing w:before="0" w:after="0"/>
        <w:jc w:val="both"/>
      </w:pPr>
      <w:r>
        <w:rPr>
          <w:rFonts w:ascii="Arial" w:hAnsi="Arial" w:cs="Arial"/>
          <w:color w:val="6B7280"/>
          <w:sz w:val="20"/>
          <w:szCs w:val="20"/>
          <w:rtl/>
          <w:lang w:val="en-US" w:bidi="he-IL"/>
        </w:rPr>
        <w:t xml:space="preserve">קראו את ‎"Shira and Kiwi"‎. בחרו את התשובה הנכונה.</w:t>
      </w:r>
    </w:p>
    <w:p>
      <w:pPr>
        <w:bidi/>
        <w:spacing w:before="0" w:after="80"/>
        <w:jc w:val="both"/>
      </w:pPr>
      <w:r>
        <w:rPr>
          <w:rFonts w:ascii="Arial" w:hAnsi="Arial" w:cs="Arial"/>
          <w:color w:val="6B7280"/>
          <w:sz w:val="21"/>
          <w:szCs w:val="21"/>
          <w:rtl/>
          <w:lang w:val="en-US" w:bidi="ar-SA"/>
        </w:rPr>
        <w:t xml:space="preserve">اقرأ ‎"Shira and Kiwi"‎. اختر الإجابة الصحيحة.</w:t>
      </w:r>
    </w:p>
    <w:p>
      <w:pPr>
        <w:spacing w:before="0" w:after="20"/>
        <w:jc w:val="both"/>
      </w:pPr>
      <w:r>
        <w:rPr/>
        <w:t>a. What is Kiwi?</w:t>
      </w:r>
    </w:p>
    <w:p>
      <w:pPr>
        <w:spacing w:before="0" w:after="80"/>
        <w:jc w:val="both"/>
      </w:pPr>
      <w:r>
        <w:rPr>
          <w:b/>
          <w:bCs/>
          <w:color w:val="0F7A4F"/>
        </w:rPr>
        <w:t xml:space="preserve">   ✔ a parrot</w:t>
      </w:r>
    </w:p>
    <w:p>
      <w:pPr>
        <w:spacing w:before="0" w:after="20"/>
        <w:jc w:val="both"/>
      </w:pPr>
      <w:r>
        <w:rPr/>
        <w:t>b. What does Kiwi say every day?</w:t>
      </w:r>
    </w:p>
    <w:p>
      <w:pPr>
        <w:spacing w:before="0" w:after="80"/>
        <w:jc w:val="both"/>
      </w:pPr>
      <w:r>
        <w:rPr>
          <w:b/>
          <w:bCs/>
          <w:color w:val="0F7A4F"/>
        </w:rPr>
        <w:t xml:space="preserve">   ✔ "Good morning!"</w:t>
      </w:r>
    </w:p>
    <w:p>
      <w:pPr>
        <w:spacing w:before="0" w:after="20"/>
        <w:jc w:val="both"/>
      </w:pPr>
      <w:r>
        <w:rPr/>
        <w:t>c. When does Kiwi sing?</w:t>
      </w:r>
    </w:p>
    <w:p>
      <w:pPr>
        <w:spacing w:before="0" w:after="80"/>
        <w:jc w:val="both"/>
      </w:pPr>
      <w:r>
        <w:rPr>
          <w:b/>
          <w:bCs/>
          <w:color w:val="0F7A4F"/>
        </w:rPr>
        <w:t xml:space="preserve">   ✔ when Shira plays the piano</w:t>
      </w:r>
    </w:p>
    <w:p>
      <w:pPr>
        <w:spacing w:before="0" w:after="20"/>
        <w:jc w:val="both"/>
      </w:pPr>
      <w:r>
        <w:rPr/>
        <w:t>d. Why doesn't Ariel like Kiwi very much?</w:t>
      </w:r>
    </w:p>
    <w:p>
      <w:pPr>
        <w:spacing w:before="0" w:after="80"/>
        <w:jc w:val="both"/>
      </w:pPr>
      <w:r>
        <w:rPr>
          <w:b/>
          <w:bCs/>
          <w:color w:val="0F7A4F"/>
        </w:rPr>
        <w:t xml:space="preserve">   ✔ Kiwi pulls his hair.</w:t>
      </w:r>
    </w:p>
    <w:p>
      <w:pPr>
        <w:spacing w:before="160" w:after="20"/>
        <w:jc w:val="both"/>
      </w:pPr>
      <w:r>
        <w:rPr>
          <w:b/>
          <w:bCs/>
          <w:sz w:val="26"/>
          <w:szCs w:val="26"/>
        </w:rPr>
        <w:t>12. Complete the sentences about the text.</w:t>
      </w:r>
    </w:p>
    <w:p>
      <w:pPr>
        <w:bidi/>
        <w:spacing w:before="0" w:after="0"/>
        <w:jc w:val="both"/>
      </w:pPr>
      <w:r>
        <w:rPr>
          <w:rFonts w:ascii="Arial" w:hAnsi="Arial" w:cs="Arial"/>
          <w:color w:val="6B7280"/>
          <w:sz w:val="20"/>
          <w:szCs w:val="20"/>
          <w:rtl/>
          <w:lang w:val="en-US" w:bidi="he-IL"/>
        </w:rPr>
        <w:t xml:space="preserve">השלימו את המשפטים על הטקסט.</w:t>
      </w:r>
    </w:p>
    <w:p>
      <w:pPr>
        <w:bidi/>
        <w:spacing w:before="0" w:after="80"/>
        <w:jc w:val="both"/>
      </w:pPr>
      <w:r>
        <w:rPr>
          <w:rFonts w:ascii="Arial" w:hAnsi="Arial" w:cs="Arial"/>
          <w:color w:val="6B7280"/>
          <w:sz w:val="21"/>
          <w:szCs w:val="21"/>
          <w:rtl/>
          <w:lang w:val="en-US" w:bidi="ar-SA"/>
        </w:rPr>
        <w:t xml:space="preserve">أكمل الجمل حول النصّ.</w:t>
      </w:r>
    </w:p>
    <w:p>
      <w:pPr>
        <w:spacing w:before="0" w:after="40"/>
        <w:jc w:val="both"/>
      </w:pPr>
      <w:r>
        <w:rPr/>
        <w:t>a. Kiwi knows ten words.</w:t>
      </w:r>
    </w:p>
    <w:p>
      <w:pPr>
        <w:spacing w:before="0" w:after="40"/>
        <w:jc w:val="both"/>
      </w:pPr>
      <w:r>
        <w:rPr/>
        <w:t>b. He eats seeds and fruit.</w:t>
      </w:r>
    </w:p>
    <w:p>
      <w:pPr>
        <w:spacing w:before="0" w:after="40"/>
        <w:jc w:val="both"/>
      </w:pPr>
      <w:r>
        <w:rPr/>
        <w:t>c. Shira gives him fresh water every morning.</w:t>
      </w:r>
    </w:p>
    <w:p>
      <w:pPr>
        <w:spacing w:before="0" w:after="40"/>
        <w:jc w:val="both"/>
      </w:pPr>
      <w:r>
        <w:rPr/>
        <w:t>d. In the afternoon, Kiwi flies around the room.</w:t>
      </w:r>
    </w:p>
    <w:p>
      <w:pPr>
        <w:spacing w:before="160" w:after="20"/>
        <w:jc w:val="both"/>
      </w:pPr>
      <w:r>
        <w:rPr>
          <w:b/>
          <w:bCs/>
          <w:sz w:val="26"/>
          <w:szCs w:val="26"/>
        </w:rPr>
        <w:t>13. Write 3 questions with Does about a friend's pet or brother. Then write the answers.</w:t>
      </w:r>
    </w:p>
    <w:p>
      <w:pPr>
        <w:bidi/>
        <w:spacing w:before="0" w:after="0"/>
        <w:jc w:val="both"/>
      </w:pPr>
      <w:r>
        <w:rPr>
          <w:rFonts w:ascii="Arial" w:hAnsi="Arial" w:cs="Arial"/>
          <w:color w:val="6B7280"/>
          <w:sz w:val="20"/>
          <w:szCs w:val="20"/>
          <w:rtl/>
          <w:lang w:val="en-US" w:bidi="he-IL"/>
        </w:rPr>
        <w:t xml:space="preserve">כתבו 3 שאלות עם ‎Does‎ על חיית המחמד או על האח של חבר. אחר כך כתבו את התשובות.</w:t>
      </w:r>
    </w:p>
    <w:p>
      <w:pPr>
        <w:bidi/>
        <w:spacing w:before="0" w:after="80"/>
        <w:jc w:val="both"/>
      </w:pPr>
      <w:r>
        <w:rPr>
          <w:rFonts w:ascii="Arial" w:hAnsi="Arial" w:cs="Arial"/>
          <w:color w:val="6B7280"/>
          <w:sz w:val="21"/>
          <w:szCs w:val="21"/>
          <w:rtl/>
          <w:lang w:val="en-US" w:bidi="ar-SA"/>
        </w:rPr>
        <w:t xml:space="preserve">اكتب 3 أسئلة مع ‎Does‎ عن الحيوان الأليف لصديقك أو عن أخيه. ثمّ اكتب الإجابات.</w:t>
      </w:r>
    </w:p>
    <w:p>
      <w:pPr>
        <w:spacing w:before="0" w:after="80"/>
        <w:jc w:val="both"/>
      </w:pPr>
      <w:r>
        <w:rPr>
          <w:color w:val="0F7A4F"/>
        </w:rPr>
        <w:t>Possible answer: Does your dog sleep in your room? Yes, he does. Does he eat vegetables? No, he doesn't. Does he like the beach? Yes, he does.</w:t>
      </w:r>
    </w:p>
    <w:p>
      <w:pPr>
        <w:spacing w:before="160" w:after="80"/>
        <w:jc w:val="both"/>
      </w:pPr>
      <w:r>
        <w:rPr>
          <w:rFonts w:ascii="Arial Black" w:hAnsi="Arial Black" w:cs="Arial Black"/>
          <w:b/>
          <w:bCs/>
          <w:color w:val="047857"/>
          <w:sz w:val="30"/>
          <w:szCs w:val="30"/>
        </w:rPr>
        <w:t>Unit 2: Present progressive: what is happening now?</w:t>
      </w:r>
    </w:p>
    <w:p>
      <w:pPr>
        <w:spacing w:before="160" w:after="20"/>
        <w:jc w:val="both"/>
      </w:pPr>
      <w:r>
        <w:rPr>
          <w:b/>
          <w:bCs/>
          <w:sz w:val="26"/>
          <w:szCs w:val="26"/>
        </w:rPr>
        <w:t>1. Match.</w:t>
      </w:r>
    </w:p>
    <w:p>
      <w:pPr>
        <w:bidi/>
        <w:spacing w:before="0" w:after="0"/>
        <w:jc w:val="both"/>
      </w:pPr>
      <w:r>
        <w:rPr>
          <w:rFonts w:ascii="Arial" w:hAnsi="Arial" w:cs="Arial"/>
          <w:color w:val="6B7280"/>
          <w:sz w:val="20"/>
          <w:szCs w:val="20"/>
          <w:rtl/>
          <w:lang w:val="en-US" w:bidi="he-IL"/>
        </w:rPr>
        <w:t xml:space="preserve">התאימו.</w:t>
      </w:r>
    </w:p>
    <w:p>
      <w:pPr>
        <w:bidi/>
        <w:spacing w:before="0" w:after="80"/>
        <w:jc w:val="both"/>
      </w:pPr>
      <w:r>
        <w:rPr>
          <w:rFonts w:ascii="Arial" w:hAnsi="Arial" w:cs="Arial"/>
          <w:color w:val="6B7280"/>
          <w:sz w:val="21"/>
          <w:szCs w:val="21"/>
          <w:rtl/>
          <w:lang w:val="en-US" w:bidi="ar-SA"/>
        </w:rPr>
        <w:t xml:space="preserve">صل.</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brush</w:t>
            </w:r>
          </w:p>
        </w:tc>
        <w:tc>
          <w:tcPr>
            <w:tcW w:type="dxa" w:w="4989"/>
          </w:tcPr>
          <w:p>
            <w:pPr>
              <w:spacing w:before="0" w:after="40"/>
              <w:jc w:val="both"/>
            </w:pPr>
            <w:r>
              <w:rPr/>
              <w:t>[4] the dog</w:t>
            </w:r>
          </w:p>
        </w:tc>
      </w:tr>
      <w:tr>
        <w:tc>
          <w:tcPr>
            <w:tcW w:type="dxa" w:w="4989"/>
          </w:tcPr>
          <w:p>
            <w:pPr>
              <w:spacing w:before="0" w:after="40"/>
              <w:jc w:val="both"/>
            </w:pPr>
            <w:r>
              <w:rPr/>
              <w:t>2. wash</w:t>
            </w:r>
          </w:p>
        </w:tc>
        <w:tc>
          <w:tcPr>
            <w:tcW w:type="dxa" w:w="4989"/>
          </w:tcPr>
          <w:p>
            <w:pPr>
              <w:spacing w:before="0" w:after="40"/>
              <w:jc w:val="both"/>
            </w:pPr>
            <w:r>
              <w:rPr/>
              <w:t>[5] a kite</w:t>
            </w:r>
          </w:p>
        </w:tc>
      </w:tr>
      <w:tr>
        <w:tc>
          <w:tcPr>
            <w:tcW w:type="dxa" w:w="4989"/>
          </w:tcPr>
          <w:p>
            <w:pPr>
              <w:spacing w:before="0" w:after="40"/>
              <w:jc w:val="both"/>
            </w:pPr>
            <w:r>
              <w:rPr/>
              <w:t>3. water</w:t>
            </w:r>
          </w:p>
        </w:tc>
        <w:tc>
          <w:tcPr>
            <w:tcW w:type="dxa" w:w="4989"/>
          </w:tcPr>
          <w:p>
            <w:pPr>
              <w:spacing w:before="0" w:after="40"/>
              <w:jc w:val="both"/>
            </w:pPr>
            <w:r>
              <w:rPr/>
              <w:t>[1] the floor</w:t>
            </w:r>
          </w:p>
        </w:tc>
      </w:tr>
      <w:tr>
        <w:tc>
          <w:tcPr>
            <w:tcW w:type="dxa" w:w="4989"/>
          </w:tcPr>
          <w:p>
            <w:pPr>
              <w:spacing w:before="0" w:after="40"/>
              <w:jc w:val="both"/>
            </w:pPr>
            <w:r>
              <w:rPr/>
              <w:t>4. walk</w:t>
            </w:r>
          </w:p>
        </w:tc>
        <w:tc>
          <w:tcPr>
            <w:tcW w:type="dxa" w:w="4989"/>
          </w:tcPr>
          <w:p>
            <w:pPr>
              <w:spacing w:before="0" w:after="40"/>
              <w:jc w:val="both"/>
            </w:pPr>
            <w:r>
              <w:rPr/>
              <w:t>[6] a tree</w:t>
            </w:r>
          </w:p>
        </w:tc>
      </w:tr>
      <w:tr>
        <w:tc>
          <w:tcPr>
            <w:tcW w:type="dxa" w:w="4989"/>
          </w:tcPr>
          <w:p>
            <w:pPr>
              <w:spacing w:before="0" w:after="40"/>
              <w:jc w:val="both"/>
            </w:pPr>
            <w:r>
              <w:rPr/>
              <w:t>5. fly</w:t>
            </w:r>
          </w:p>
        </w:tc>
        <w:tc>
          <w:tcPr>
            <w:tcW w:type="dxa" w:w="4989"/>
          </w:tcPr>
          <w:p>
            <w:pPr>
              <w:spacing w:before="0" w:after="40"/>
              <w:jc w:val="both"/>
            </w:pPr>
            <w:r>
              <w:rPr/>
              <w:t>[2] the dishes</w:t>
            </w:r>
          </w:p>
        </w:tc>
      </w:tr>
      <w:tr>
        <w:tc>
          <w:tcPr>
            <w:tcW w:type="dxa" w:w="4989"/>
          </w:tcPr>
          <w:p>
            <w:pPr>
              <w:spacing w:before="0" w:after="40"/>
              <w:jc w:val="both"/>
            </w:pPr>
            <w:r>
              <w:rPr/>
              <w:t>6. climb</w:t>
            </w:r>
          </w:p>
        </w:tc>
        <w:tc>
          <w:tcPr>
            <w:tcW w:type="dxa" w:w="4989"/>
          </w:tcPr>
          <w:p>
            <w:pPr>
              <w:spacing w:before="0" w:after="40"/>
              <w:jc w:val="both"/>
            </w:pPr>
            <w:r>
              <w:rPr/>
              <w:t>[3] the plants</w:t>
            </w:r>
          </w:p>
        </w:tc>
      </w:tr>
    </w:tbl>
    <w:p>
      <w:pPr>
        <w:spacing w:before="0" w:after="40"/>
        <w:jc w:val="both"/>
      </w:pPr>
    </w:p>
    <w:p>
      <w:pPr>
        <w:spacing w:before="160" w:after="20"/>
        <w:jc w:val="both"/>
      </w:pPr>
      <w:r>
        <w:rPr>
          <w:b/>
          <w:bCs/>
          <w:sz w:val="26"/>
          <w:szCs w:val="26"/>
        </w:rPr>
        <w:t>2. Add -ing. Be careful with the spelling!</w:t>
      </w:r>
    </w:p>
    <w:p>
      <w:pPr>
        <w:bidi/>
        <w:spacing w:before="0" w:after="0"/>
        <w:jc w:val="both"/>
      </w:pPr>
      <w:r>
        <w:rPr>
          <w:rFonts w:ascii="Arial" w:hAnsi="Arial" w:cs="Arial"/>
          <w:color w:val="6B7280"/>
          <w:sz w:val="20"/>
          <w:szCs w:val="20"/>
          <w:rtl/>
          <w:lang w:val="en-US" w:bidi="he-IL"/>
        </w:rPr>
        <w:t xml:space="preserve">הוסיפו -‎ing‎. שימו לב לכתיב!</w:t>
      </w:r>
    </w:p>
    <w:p>
      <w:pPr>
        <w:bidi/>
        <w:spacing w:before="0" w:after="80"/>
        <w:jc w:val="both"/>
      </w:pPr>
      <w:r>
        <w:rPr>
          <w:rFonts w:ascii="Arial" w:hAnsi="Arial" w:cs="Arial"/>
          <w:color w:val="6B7280"/>
          <w:sz w:val="21"/>
          <w:szCs w:val="21"/>
          <w:rtl/>
          <w:lang w:val="en-US" w:bidi="ar-SA"/>
        </w:rPr>
        <w:t xml:space="preserve">أضف -‎ing‎. انتبه إلى الإملاء!</w:t>
      </w:r>
    </w:p>
    <w:p>
      <w:pPr>
        <w:spacing w:before="0" w:after="40"/>
        <w:jc w:val="both"/>
      </w:pPr>
      <w:r>
        <w:rPr/>
        <w:t>a. She is cutting the bread.</w:t>
      </w:r>
    </w:p>
    <w:p>
      <w:pPr>
        <w:spacing w:before="0" w:after="40"/>
        <w:jc w:val="both"/>
      </w:pPr>
      <w:r>
        <w:rPr/>
        <w:t>b. They are dancing at the party.</w:t>
      </w:r>
    </w:p>
    <w:p>
      <w:pPr>
        <w:spacing w:before="0" w:after="40"/>
        <w:jc w:val="both"/>
      </w:pPr>
      <w:r>
        <w:rPr/>
        <w:t>c. He is shopping at the mall.</w:t>
      </w:r>
    </w:p>
    <w:p>
      <w:pPr>
        <w:spacing w:before="0" w:after="40"/>
        <w:jc w:val="both"/>
      </w:pPr>
      <w:r>
        <w:rPr/>
        <w:t>d. I am drinking water.</w:t>
      </w:r>
    </w:p>
    <w:p>
      <w:pPr>
        <w:spacing w:before="0" w:after="40"/>
        <w:jc w:val="both"/>
      </w:pPr>
      <w:r>
        <w:rPr/>
        <w:t>e. We are coming home now.</w:t>
      </w:r>
    </w:p>
    <w:p>
      <w:pPr>
        <w:spacing w:before="0" w:after="40"/>
        <w:jc w:val="both"/>
      </w:pPr>
      <w:r>
        <w:rPr/>
        <w:t>f. The baby is crying.</w:t>
      </w: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r>
      <w:tr>
        <w:tc>
          <w:tcPr>
            <w:tcW w:type="dxa" w:w="3326"/>
          </w:tcPr>
          <w:p>
            <w:pPr>
              <w:spacing w:before="0" w:after="40"/>
              <w:jc w:val="both"/>
            </w:pPr>
            <w:r>
              <w:rPr/>
              <w:t>She is reading.</w:t>
            </w:r>
          </w:p>
        </w:tc>
        <w:tc>
          <w:tcPr>
            <w:tcW w:type="dxa" w:w="3326"/>
          </w:tcPr>
          <w:p>
            <w:pPr>
              <w:spacing w:before="0" w:after="40"/>
              <w:jc w:val="both"/>
            </w:pPr>
            <w:r>
              <w:rPr>
                <w:color w:val="0F7A4F"/>
              </w:rPr>
              <w:t>She isn't reading.</w:t>
            </w:r>
          </w:p>
        </w:tc>
        <w:tc>
          <w:tcPr>
            <w:tcW w:type="dxa" w:w="3326"/>
          </w:tcPr>
          <w:p>
            <w:pPr>
              <w:spacing w:before="0" w:after="40"/>
              <w:jc w:val="both"/>
            </w:pPr>
            <w:r>
              <w:rPr>
                <w:color w:val="0F7A4F"/>
              </w:rPr>
              <w:t>Is she reading?</w:t>
            </w:r>
          </w:p>
        </w:tc>
      </w:tr>
      <w:tr>
        <w:tc>
          <w:tcPr>
            <w:tcW w:type="dxa" w:w="3326"/>
          </w:tcPr>
          <w:p>
            <w:pPr>
              <w:spacing w:before="0" w:after="40"/>
              <w:jc w:val="both"/>
            </w:pPr>
            <w:r>
              <w:rPr/>
              <w:t>They are running.</w:t>
            </w:r>
          </w:p>
        </w:tc>
        <w:tc>
          <w:tcPr>
            <w:tcW w:type="dxa" w:w="3326"/>
          </w:tcPr>
          <w:p>
            <w:pPr>
              <w:spacing w:before="0" w:after="40"/>
              <w:jc w:val="both"/>
            </w:pPr>
            <w:r>
              <w:rPr>
                <w:color w:val="0F7A4F"/>
              </w:rPr>
              <w:t>They aren't running.</w:t>
            </w:r>
          </w:p>
        </w:tc>
        <w:tc>
          <w:tcPr>
            <w:tcW w:type="dxa" w:w="3326"/>
          </w:tcPr>
          <w:p>
            <w:pPr>
              <w:spacing w:before="0" w:after="40"/>
              <w:jc w:val="both"/>
            </w:pPr>
            <w:r>
              <w:rPr>
                <w:color w:val="0F7A4F"/>
              </w:rPr>
              <w:t>Are they running?</w:t>
            </w:r>
          </w:p>
        </w:tc>
      </w:tr>
      <w:tr>
        <w:tc>
          <w:tcPr>
            <w:tcW w:type="dxa" w:w="3326"/>
          </w:tcPr>
          <w:p>
            <w:pPr>
              <w:spacing w:before="0" w:after="40"/>
              <w:jc w:val="both"/>
            </w:pPr>
            <w:r>
              <w:rPr/>
              <w:t>He is eating.</w:t>
            </w:r>
          </w:p>
        </w:tc>
        <w:tc>
          <w:tcPr>
            <w:tcW w:type="dxa" w:w="3326"/>
          </w:tcPr>
          <w:p>
            <w:pPr>
              <w:spacing w:before="0" w:after="40"/>
              <w:jc w:val="both"/>
            </w:pPr>
            <w:r>
              <w:rPr>
                <w:color w:val="0F7A4F"/>
              </w:rPr>
              <w:t>He isn't eating.</w:t>
            </w:r>
          </w:p>
        </w:tc>
        <w:tc>
          <w:tcPr>
            <w:tcW w:type="dxa" w:w="3326"/>
          </w:tcPr>
          <w:p>
            <w:pPr>
              <w:spacing w:before="0" w:after="40"/>
              <w:jc w:val="both"/>
            </w:pPr>
            <w:r>
              <w:rPr>
                <w:color w:val="0F7A4F"/>
              </w:rPr>
              <w:t>Is he eating?</w:t>
            </w:r>
          </w:p>
        </w:tc>
      </w:tr>
      <w:tr>
        <w:tc>
          <w:tcPr>
            <w:tcW w:type="dxa" w:w="3326"/>
          </w:tcPr>
          <w:p>
            <w:pPr>
              <w:spacing w:before="0" w:after="40"/>
              <w:jc w:val="both"/>
            </w:pPr>
            <w:r>
              <w:rPr/>
              <w:t>You are working.</w:t>
            </w:r>
          </w:p>
        </w:tc>
        <w:tc>
          <w:tcPr>
            <w:tcW w:type="dxa" w:w="3326"/>
          </w:tcPr>
          <w:p>
            <w:pPr>
              <w:spacing w:before="0" w:after="40"/>
              <w:jc w:val="both"/>
            </w:pPr>
            <w:r>
              <w:rPr>
                <w:color w:val="0F7A4F"/>
              </w:rPr>
              <w:t>You aren't working.</w:t>
            </w:r>
          </w:p>
        </w:tc>
        <w:tc>
          <w:tcPr>
            <w:tcW w:type="dxa" w:w="3326"/>
          </w:tcPr>
          <w:p>
            <w:pPr>
              <w:spacing w:before="0" w:after="40"/>
              <w:jc w:val="both"/>
            </w:pPr>
            <w:r>
              <w:rPr>
                <w:color w:val="0F7A4F"/>
              </w:rPr>
              <w:t>Are you working?</w:t>
            </w:r>
          </w:p>
        </w:tc>
      </w:tr>
    </w:tbl>
    <w:p>
      <w:pPr>
        <w:spacing w:before="0" w:after="40"/>
        <w:jc w:val="both"/>
      </w:pPr>
    </w:p>
    <w:p>
      <w:pPr>
        <w:spacing w:before="160" w:after="20"/>
        <w:jc w:val="both"/>
      </w:pPr>
      <w:r>
        <w:rPr>
          <w:b/>
          <w:bCs/>
          <w:sz w:val="26"/>
          <w:szCs w:val="26"/>
        </w:rPr>
        <w:t>4. Sort the words: is or are?</w:t>
      </w:r>
    </w:p>
    <w:p>
      <w:pPr>
        <w:bidi/>
        <w:spacing w:before="0" w:after="0"/>
        <w:jc w:val="both"/>
      </w:pPr>
      <w:r>
        <w:rPr>
          <w:rFonts w:ascii="Arial" w:hAnsi="Arial" w:cs="Arial"/>
          <w:color w:val="6B7280"/>
          <w:sz w:val="20"/>
          <w:szCs w:val="20"/>
          <w:rtl/>
          <w:lang w:val="en-US" w:bidi="he-IL"/>
        </w:rPr>
        <w:t xml:space="preserve">מיינו את המילים: ‎is‎ או ‎are?‎</w:t>
      </w:r>
    </w:p>
    <w:p>
      <w:pPr>
        <w:bidi/>
        <w:spacing w:before="0" w:after="80"/>
        <w:jc w:val="both"/>
      </w:pPr>
      <w:r>
        <w:rPr>
          <w:rFonts w:ascii="Arial" w:hAnsi="Arial" w:cs="Arial"/>
          <w:color w:val="6B7280"/>
          <w:sz w:val="21"/>
          <w:szCs w:val="21"/>
          <w:rtl/>
          <w:lang w:val="en-US" w:bidi="ar-SA"/>
        </w:rPr>
        <w:t xml:space="preserve">صنّف الكلمات: ‎is‎ أم ‎are‎؟</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is</w:t>
            </w:r>
          </w:p>
        </w:tc>
        <w:tc>
          <w:tcPr>
            <w:tcW w:type="dxa" w:w="4989"/>
            <w:shd w:val="clear" w:color="auto" w:fill="047857"/>
          </w:tcPr>
          <w:p>
            <w:pPr>
              <w:spacing w:before="0" w:after="40"/>
              <w:jc w:val="both"/>
            </w:pPr>
            <w:r>
              <w:rPr>
                <w:b/>
                <w:bCs/>
                <w:color w:val="FFFFFF"/>
              </w:rPr>
              <w:t>are</w:t>
            </w:r>
          </w:p>
        </w:tc>
      </w:tr>
      <w:tr>
        <w:tc>
          <w:tcPr>
            <w:tcW w:type="dxa" w:w="4989"/>
          </w:tcPr>
          <w:p>
            <w:pPr>
              <w:spacing w:before="0" w:after="40"/>
              <w:jc w:val="both"/>
            </w:pPr>
            <w:r>
              <w:rPr/>
              <w:t>Noam, my sister, it, the dog</w:t>
            </w:r>
          </w:p>
        </w:tc>
        <w:tc>
          <w:tcPr>
            <w:tcW w:type="dxa" w:w="4989"/>
          </w:tcPr>
          <w:p>
            <w:pPr>
              <w:spacing w:before="0" w:after="40"/>
              <w:jc w:val="both"/>
            </w:pPr>
            <w:r>
              <w:rPr/>
              <w:t>the children, we, you, Ben and Tom</w:t>
            </w:r>
          </w:p>
        </w:tc>
      </w:tr>
    </w:tbl>
    <w:p>
      <w:pPr>
        <w:spacing w:before="0" w:after="40"/>
        <w:jc w:val="both"/>
      </w:pPr>
    </w:p>
    <w:p>
      <w:pPr>
        <w:spacing w:before="160" w:after="20"/>
        <w:jc w:val="both"/>
      </w:pPr>
      <w:r>
        <w:rPr>
          <w:b/>
          <w:bCs/>
          <w:sz w:val="26"/>
          <w:szCs w:val="26"/>
        </w:rPr>
        <w:t>5. Complete with a verb from the bank. Use the present progressive.</w:t>
      </w:r>
    </w:p>
    <w:p>
      <w:pPr>
        <w:bidi/>
        <w:spacing w:before="0" w:after="0"/>
        <w:jc w:val="both"/>
      </w:pPr>
      <w:r>
        <w:rPr>
          <w:rFonts w:ascii="Arial" w:hAnsi="Arial" w:cs="Arial"/>
          <w:color w:val="6B7280"/>
          <w:sz w:val="20"/>
          <w:szCs w:val="20"/>
          <w:rtl/>
          <w:lang w:val="en-US" w:bidi="he-IL"/>
        </w:rPr>
        <w:t xml:space="preserve">השלימו בפועל ממחסן המילים. השתמשו ב־‎present progressive‎.</w:t>
      </w:r>
    </w:p>
    <w:p>
      <w:pPr>
        <w:bidi/>
        <w:spacing w:before="0" w:after="80"/>
        <w:jc w:val="both"/>
      </w:pPr>
      <w:r>
        <w:rPr>
          <w:rFonts w:ascii="Arial" w:hAnsi="Arial" w:cs="Arial"/>
          <w:color w:val="6B7280"/>
          <w:sz w:val="21"/>
          <w:szCs w:val="21"/>
          <w:rtl/>
          <w:lang w:val="en-US" w:bidi="ar-SA"/>
        </w:rPr>
        <w:t xml:space="preserve">أكمل بفعل من بنك الكلمات. استعمل ‎present progressive‎.</w:t>
      </w:r>
    </w:p>
    <w:p>
      <w:pPr>
        <w:spacing w:before="0" w:after="40"/>
        <w:jc w:val="both"/>
      </w:pPr>
      <w:r>
        <w:rPr/>
        <w:t>a. The baby is sleeping in her room.</w:t>
      </w:r>
    </w:p>
    <w:p>
      <w:pPr>
        <w:spacing w:before="0" w:after="40"/>
        <w:jc w:val="both"/>
      </w:pPr>
      <w:r>
        <w:rPr/>
        <w:t>b. Look! Two planes are flying over the city.</w:t>
      </w:r>
    </w:p>
    <w:p>
      <w:pPr>
        <w:spacing w:before="0" w:after="40"/>
        <w:jc w:val="both"/>
      </w:pPr>
      <w:r>
        <w:rPr/>
        <w:t>c. Grandpa is painting the fence white.</w:t>
      </w:r>
    </w:p>
    <w:p>
      <w:pPr>
        <w:spacing w:before="0" w:after="40"/>
        <w:jc w:val="both"/>
      </w:pPr>
      <w:r>
        <w:rPr/>
        <w:t>d. We are waiting for the teacher.</w:t>
      </w:r>
    </w:p>
    <w:p>
      <w:pPr>
        <w:spacing w:before="0" w:after="40"/>
        <w:jc w:val="both"/>
      </w:pPr>
      <w:r>
        <w:rPr/>
        <w:t>e. I am eating a sandwich.</w:t>
      </w:r>
    </w:p>
    <w:p>
      <w:pPr>
        <w:spacing w:before="0" w:after="40"/>
        <w:jc w:val="both"/>
      </w:pPr>
      <w:r>
        <w:rPr/>
        <w:t>f. Mom is cleaning the windows.</w:t>
      </w:r>
    </w:p>
    <w:p>
      <w:pPr>
        <w:spacing w:before="160" w:after="20"/>
        <w:jc w:val="both"/>
      </w:pPr>
      <w:r>
        <w:rPr>
          <w:b/>
          <w:bCs/>
          <w:sz w:val="26"/>
          <w:szCs w:val="26"/>
        </w:rPr>
        <w:t>6.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She is swiming.  → She is swimming.</w:t>
      </w:r>
    </w:p>
    <w:p>
      <w:pPr>
        <w:spacing w:before="0" w:after="100"/>
        <w:jc w:val="both"/>
      </w:pPr>
      <w:r>
        <w:rPr/>
        <w:t>b. They is playing.  → They are playing.</w:t>
      </w:r>
    </w:p>
    <w:p>
      <w:pPr>
        <w:spacing w:before="0" w:after="100"/>
        <w:jc w:val="both"/>
      </w:pPr>
      <w:r>
        <w:rPr/>
        <w:t>c. I am write a story.  → I am writing a story.</w:t>
      </w:r>
    </w:p>
    <w:p>
      <w:pPr>
        <w:spacing w:before="0" w:after="100"/>
        <w:jc w:val="both"/>
      </w:pPr>
      <w:r>
        <w:rPr/>
        <w:t>d. He not is working.  → He is not working.</w:t>
      </w:r>
    </w:p>
    <w:p>
      <w:pPr>
        <w:spacing w:before="0" w:after="100"/>
        <w:jc w:val="both"/>
      </w:pPr>
      <w:r>
        <w:rPr/>
        <w:t>e. Are he sleeping?  → Is he sleeping?</w:t>
      </w:r>
    </w:p>
    <w:p>
      <w:pPr>
        <w:spacing w:before="160" w:after="20"/>
        <w:jc w:val="both"/>
      </w:pPr>
      <w:r>
        <w:rPr>
          <w:b/>
          <w:bCs/>
          <w:sz w:val="26"/>
          <w:szCs w:val="26"/>
        </w:rPr>
        <w:t>7. Complete the questions with What, Where or Who.</w:t>
      </w:r>
    </w:p>
    <w:p>
      <w:pPr>
        <w:bidi/>
        <w:spacing w:before="0" w:after="0"/>
        <w:jc w:val="both"/>
      </w:pPr>
      <w:r>
        <w:rPr>
          <w:rFonts w:ascii="Arial" w:hAnsi="Arial" w:cs="Arial"/>
          <w:color w:val="6B7280"/>
          <w:sz w:val="20"/>
          <w:szCs w:val="20"/>
          <w:rtl/>
          <w:lang w:val="en-US" w:bidi="he-IL"/>
        </w:rPr>
        <w:t xml:space="preserve">השלימו את השאלות ב־‎What‎, ב־‎Where‎ או ב־‎Who‎.</w:t>
      </w:r>
    </w:p>
    <w:p>
      <w:pPr>
        <w:bidi/>
        <w:spacing w:before="0" w:after="80"/>
        <w:jc w:val="both"/>
      </w:pPr>
      <w:r>
        <w:rPr>
          <w:rFonts w:ascii="Arial" w:hAnsi="Arial" w:cs="Arial"/>
          <w:color w:val="6B7280"/>
          <w:sz w:val="21"/>
          <w:szCs w:val="21"/>
          <w:rtl/>
          <w:lang w:val="en-US" w:bidi="ar-SA"/>
        </w:rPr>
        <w:t xml:space="preserve">أكمل الأسئلة بـ ‎What‎ أو ‎Where‎ أو ‎Who‎.</w:t>
      </w:r>
    </w:p>
    <w:p>
      <w:pPr>
        <w:spacing w:before="0" w:after="40"/>
        <w:jc w:val="both"/>
      </w:pPr>
      <w:r>
        <w:rPr/>
        <w:t>a. What is Noa doing? She's painting.</w:t>
      </w:r>
    </w:p>
    <w:p>
      <w:pPr>
        <w:spacing w:before="0" w:after="40"/>
        <w:jc w:val="both"/>
      </w:pPr>
      <w:r>
        <w:rPr/>
        <w:t>b. Where are the boys going? To the park.</w:t>
      </w:r>
    </w:p>
    <w:p>
      <w:pPr>
        <w:spacing w:before="0" w:after="40"/>
        <w:jc w:val="both"/>
      </w:pPr>
      <w:r>
        <w:rPr/>
        <w:t>c. Who is singing? Shira is singing.</w:t>
      </w:r>
    </w:p>
    <w:p>
      <w:pPr>
        <w:spacing w:before="0" w:after="40"/>
        <w:jc w:val="both"/>
      </w:pPr>
      <w:r>
        <w:rPr/>
        <w:t>d. What are you eating? A banana.</w:t>
      </w:r>
    </w:p>
    <w:p>
      <w:pPr>
        <w:spacing w:before="0" w:after="40"/>
        <w:jc w:val="both"/>
      </w:pPr>
      <w:r>
        <w:rPr/>
        <w:t>e. Where is Dad sitting? In the garden.</w:t>
      </w:r>
    </w:p>
    <w:p>
      <w:pPr>
        <w:spacing w:before="160" w:after="20"/>
        <w:jc w:val="both"/>
      </w:pPr>
      <w:r>
        <w:rPr>
          <w:b/>
          <w:bCs/>
          <w:sz w:val="26"/>
          <w:szCs w:val="26"/>
        </w:rPr>
        <w:t>8. Present simple or present progressive? Circle the correct form.</w:t>
      </w:r>
    </w:p>
    <w:p>
      <w:pPr>
        <w:bidi/>
        <w:spacing w:before="0" w:after="0"/>
        <w:jc w:val="both"/>
      </w:pPr>
      <w:r>
        <w:rPr>
          <w:rFonts w:ascii="Arial" w:hAnsi="Arial" w:cs="Arial"/>
          <w:color w:val="6B7280"/>
          <w:sz w:val="20"/>
          <w:szCs w:val="20"/>
          <w:rtl/>
          <w:lang w:val="en-US" w:bidi="he-IL"/>
        </w:rPr>
        <w:t xml:space="preserve">‎present simple‎ או ‎present progressive?‎ הקיפו את הצורה הנכונה.</w:t>
      </w:r>
    </w:p>
    <w:p>
      <w:pPr>
        <w:bidi/>
        <w:spacing w:before="0" w:after="80"/>
        <w:jc w:val="both"/>
      </w:pPr>
      <w:r>
        <w:rPr>
          <w:rFonts w:ascii="Arial" w:hAnsi="Arial" w:cs="Arial"/>
          <w:color w:val="6B7280"/>
          <w:sz w:val="21"/>
          <w:szCs w:val="21"/>
          <w:rtl/>
          <w:lang w:val="en-US" w:bidi="ar-SA"/>
        </w:rPr>
        <w:t xml:space="preserve">‎present simple‎ أم ‎present progressive‎؟ ضع دائرة حول الصيغة الصحيحة.</w:t>
      </w:r>
    </w:p>
    <w:p>
      <w:pPr>
        <w:spacing w:before="0" w:after="20"/>
        <w:jc w:val="both"/>
      </w:pPr>
      <w:r>
        <w:rPr/>
        <w:t>a. Ben ___ to school every day.</w:t>
      </w:r>
    </w:p>
    <w:p>
      <w:pPr>
        <w:spacing w:before="0" w:after="80"/>
        <w:jc w:val="both"/>
      </w:pPr>
      <w:r>
        <w:rPr>
          <w:b/>
          <w:bCs/>
          <w:color w:val="0F7A4F"/>
        </w:rPr>
        <w:t xml:space="preserve">   ✔ walks</w:t>
      </w:r>
    </w:p>
    <w:p>
      <w:pPr>
        <w:spacing w:before="0" w:after="20"/>
        <w:jc w:val="both"/>
      </w:pPr>
      <w:r>
        <w:rPr/>
        <w:t>b. Shh! The baby ___.</w:t>
      </w:r>
    </w:p>
    <w:p>
      <w:pPr>
        <w:spacing w:before="0" w:after="80"/>
        <w:jc w:val="both"/>
      </w:pPr>
      <w:r>
        <w:rPr>
          <w:b/>
          <w:bCs/>
          <w:color w:val="0F7A4F"/>
        </w:rPr>
        <w:t xml:space="preserve">   ✔ is sleeping</w:t>
      </w:r>
    </w:p>
    <w:p>
      <w:pPr>
        <w:spacing w:before="0" w:after="20"/>
        <w:jc w:val="both"/>
      </w:pPr>
      <w:r>
        <w:rPr/>
        <w:t>c. Look! Omer ___ a tree.</w:t>
      </w:r>
    </w:p>
    <w:p>
      <w:pPr>
        <w:spacing w:before="0" w:after="80"/>
        <w:jc w:val="both"/>
      </w:pPr>
      <w:r>
        <w:rPr>
          <w:b/>
          <w:bCs/>
          <w:color w:val="0F7A4F"/>
        </w:rPr>
        <w:t xml:space="preserve">   ✔ is climbing</w:t>
      </w:r>
    </w:p>
    <w:p>
      <w:pPr>
        <w:spacing w:before="0" w:after="20"/>
        <w:jc w:val="both"/>
      </w:pPr>
      <w:r>
        <w:rPr/>
        <w:t>d. We often ___ pizza on Fridays.</w:t>
      </w:r>
    </w:p>
    <w:p>
      <w:pPr>
        <w:spacing w:before="0" w:after="80"/>
        <w:jc w:val="both"/>
      </w:pPr>
      <w:r>
        <w:rPr>
          <w:b/>
          <w:bCs/>
          <w:color w:val="0F7A4F"/>
        </w:rPr>
        <w:t xml:space="preserve">   ✔ eat</w:t>
      </w:r>
    </w:p>
    <w:p>
      <w:pPr>
        <w:spacing w:before="0" w:after="20"/>
        <w:jc w:val="both"/>
      </w:pPr>
      <w:r>
        <w:rPr/>
        <w:t>e. Right now, I ___ to music.</w:t>
      </w:r>
    </w:p>
    <w:p>
      <w:pPr>
        <w:spacing w:before="0" w:after="80"/>
        <w:jc w:val="both"/>
      </w:pPr>
      <w:r>
        <w:rPr>
          <w:b/>
          <w:bCs/>
          <w:color w:val="0F7A4F"/>
        </w:rPr>
        <w:t xml:space="preserve">   ✔ am listening</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40"/>
        <w:jc w:val="both"/>
      </w:pPr>
      <w:r>
        <w:rPr/>
        <w:t>a. We use the present progressive for things happening now. – True</w:t>
      </w:r>
    </w:p>
    <w:p>
      <w:pPr>
        <w:spacing w:before="0" w:after="40"/>
        <w:jc w:val="both"/>
      </w:pPr>
      <w:r>
        <w:rPr/>
        <w:t>b. The -ing form of run is runing. – False – It is running.</w:t>
      </w:r>
    </w:p>
    <w:p>
      <w:pPr>
        <w:spacing w:before="0" w:after="40"/>
        <w:jc w:val="both"/>
      </w:pPr>
      <w:r>
        <w:rPr/>
        <w:t>c. The -ing form of make is making. – True</w:t>
      </w:r>
    </w:p>
    <w:p>
      <w:pPr>
        <w:spacing w:before="0" w:after="40"/>
        <w:jc w:val="both"/>
      </w:pPr>
      <w:r>
        <w:rPr/>
        <w:t>d. With they, we use is: They is eating. – False – With they, we use are: They are eating.</w:t>
      </w:r>
    </w:p>
    <w:p>
      <w:pPr>
        <w:spacing w:before="160" w:after="20"/>
        <w:jc w:val="both"/>
      </w:pPr>
      <w:r>
        <w:rPr>
          <w:b/>
          <w:bCs/>
          <w:sz w:val="26"/>
          <w:szCs w:val="26"/>
        </w:rPr>
        <w:t>10. Read "A Phone Call". Write True or False. Correct the false sentences.</w:t>
      </w:r>
    </w:p>
    <w:p>
      <w:pPr>
        <w:bidi/>
        <w:spacing w:before="0" w:after="0"/>
        <w:jc w:val="both"/>
      </w:pPr>
      <w:r>
        <w:rPr>
          <w:rFonts w:ascii="Arial" w:hAnsi="Arial" w:cs="Arial"/>
          <w:color w:val="6B7280"/>
          <w:sz w:val="20"/>
          <w:szCs w:val="20"/>
          <w:rtl/>
          <w:lang w:val="en-US" w:bidi="he-IL"/>
        </w:rPr>
        <w:t xml:space="preserve">קראו את ‎"A Phone Call"‎.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‎"A Phone Call"‎. اكتب ‎True‎ أو ‎False‎. صحّح الجمل الخاطئة.</w:t>
      </w:r>
    </w:p>
    <w:p>
      <w:pPr>
        <w:spacing w:before="0" w:after="40"/>
        <w:jc w:val="both"/>
      </w:pPr>
      <w:r>
        <w:rPr/>
        <w:t>a. Noa is helping her dad. – False – Noa is helping her mom.</w:t>
      </w:r>
    </w:p>
    <w:p>
      <w:pPr>
        <w:spacing w:before="0" w:after="40"/>
        <w:jc w:val="both"/>
      </w:pPr>
      <w:r>
        <w:rPr/>
        <w:t>b. They are making a cake for Grandpa. – True</w:t>
      </w:r>
    </w:p>
    <w:p>
      <w:pPr>
        <w:spacing w:before="0" w:after="40"/>
        <w:jc w:val="both"/>
      </w:pPr>
      <w:r>
        <w:rPr/>
        <w:t>c. Ariel is helping in the kitchen. – False – Ariel is playing on his computer.</w:t>
      </w:r>
    </w:p>
    <w:p>
      <w:pPr>
        <w:spacing w:before="0" w:after="40"/>
        <w:jc w:val="both"/>
      </w:pPr>
      <w:r>
        <w:rPr/>
        <w:t>d. Tamar is drawing on the balcony. – True</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What kind of cake are they making?  → A chocolate cake.</w:t>
      </w:r>
    </w:p>
    <w:p>
      <w:pPr>
        <w:spacing w:before="0" w:after="100"/>
        <w:jc w:val="both"/>
      </w:pPr>
      <w:r>
        <w:rPr/>
        <w:t>b. Where is Ariel sitting?  → In his room.</w:t>
      </w:r>
    </w:p>
    <w:p>
      <w:pPr>
        <w:spacing w:before="0" w:after="100"/>
        <w:jc w:val="both"/>
      </w:pPr>
      <w:r>
        <w:rPr/>
        <w:t>c. What is the man doing?  → He is walking with three dogs.</w:t>
      </w:r>
    </w:p>
    <w:p>
      <w:pPr>
        <w:spacing w:before="0" w:after="100"/>
        <w:jc w:val="both"/>
      </w:pPr>
      <w:r>
        <w:rPr/>
        <w:t>d. Why is Tamar going inside?  → Because it's starting to rain.</w:t>
      </w:r>
    </w:p>
    <w:p>
      <w:pPr>
        <w:spacing w:before="160" w:after="20"/>
        <w:jc w:val="both"/>
      </w:pPr>
      <w:r>
        <w:rPr>
          <w:b/>
          <w:bCs/>
          <w:sz w:val="26"/>
          <w:szCs w:val="26"/>
        </w:rPr>
        <w:t>12. It's Saturday morning. What are the people in your family doing now? Write 4 sentences.</w:t>
      </w:r>
    </w:p>
    <w:p>
      <w:pPr>
        <w:bidi/>
        <w:spacing w:before="0" w:after="0"/>
        <w:jc w:val="both"/>
      </w:pPr>
      <w:r>
        <w:rPr>
          <w:rFonts w:ascii="Arial" w:hAnsi="Arial" w:cs="Arial"/>
          <w:color w:val="6B7280"/>
          <w:sz w:val="20"/>
          <w:szCs w:val="20"/>
          <w:rtl/>
          <w:lang w:val="en-US" w:bidi="he-IL"/>
        </w:rPr>
        <w:t xml:space="preserve">שבת בבוקר. מה עושים עכשיו בני המשפחה שלכם? כתבו 4 משפטים.</w:t>
      </w:r>
    </w:p>
    <w:p>
      <w:pPr>
        <w:bidi/>
        <w:spacing w:before="0" w:after="80"/>
        <w:jc w:val="both"/>
      </w:pPr>
      <w:r>
        <w:rPr>
          <w:rFonts w:ascii="Arial" w:hAnsi="Arial" w:cs="Arial"/>
          <w:color w:val="6B7280"/>
          <w:sz w:val="21"/>
          <w:szCs w:val="21"/>
          <w:rtl/>
          <w:lang w:val="en-US" w:bidi="ar-SA"/>
        </w:rPr>
        <w:t xml:space="preserve">إنّه صباح يوم السبت. ماذا يفعل أفراد عائلتك الآن؟ اكتب 4 جمل.</w:t>
      </w:r>
    </w:p>
    <w:p>
      <w:pPr>
        <w:spacing w:before="0" w:after="80"/>
        <w:jc w:val="both"/>
      </w:pPr>
      <w:r>
        <w:rPr>
          <w:color w:val="0F7A4F"/>
        </w:rPr>
        <w:t>Possible answer: My dad is reading a newspaper. My mom is drinking coffee. My brother is sleeping. I am playing with my cat.</w:t>
      </w:r>
    </w:p>
    <w:p>
      <w:pPr>
        <w:spacing w:before="160" w:after="80"/>
        <w:jc w:val="both"/>
      </w:pPr>
      <w:r>
        <w:rPr>
          <w:rFonts w:ascii="Arial Black" w:hAnsi="Arial Black" w:cs="Arial Black"/>
          <w:b/>
          <w:bCs/>
          <w:color w:val="047857"/>
          <w:sz w:val="30"/>
          <w:szCs w:val="30"/>
        </w:rPr>
        <w:t>Unit 3: Articles a, an, the and plural nouns</w:t>
      </w:r>
    </w:p>
    <w:p>
      <w:pPr>
        <w:spacing w:before="160" w:after="20"/>
        <w:jc w:val="both"/>
      </w:pPr>
      <w:r>
        <w:rPr>
          <w:b/>
          <w:bCs/>
          <w:sz w:val="26"/>
          <w:szCs w:val="26"/>
        </w:rPr>
        <w:t>1. Complete with a or an.</w:t>
      </w:r>
    </w:p>
    <w:p>
      <w:pPr>
        <w:bidi/>
        <w:spacing w:before="0" w:after="0"/>
        <w:jc w:val="both"/>
      </w:pPr>
      <w:r>
        <w:rPr>
          <w:rFonts w:ascii="Arial" w:hAnsi="Arial" w:cs="Arial"/>
          <w:color w:val="6B7280"/>
          <w:sz w:val="20"/>
          <w:szCs w:val="20"/>
          <w:rtl/>
          <w:lang w:val="en-US" w:bidi="he-IL"/>
        </w:rPr>
        <w:t xml:space="preserve">השלימו ב־‎a‎ או ב־‎an‎.</w:t>
      </w:r>
    </w:p>
    <w:p>
      <w:pPr>
        <w:bidi/>
        <w:spacing w:before="0" w:after="80"/>
        <w:jc w:val="both"/>
      </w:pPr>
      <w:r>
        <w:rPr>
          <w:rFonts w:ascii="Arial" w:hAnsi="Arial" w:cs="Arial"/>
          <w:color w:val="6B7280"/>
          <w:sz w:val="21"/>
          <w:szCs w:val="21"/>
          <w:rtl/>
          <w:lang w:val="en-US" w:bidi="ar-SA"/>
        </w:rPr>
        <w:t xml:space="preserve">أكمل بـ ‎a‎ أو ‎an‎.</w:t>
      </w:r>
    </w:p>
    <w:p>
      <w:pPr>
        <w:spacing w:before="0" w:after="40"/>
        <w:jc w:val="both"/>
      </w:pPr>
      <w:r>
        <w:rPr/>
        <w:t>a. an elephant</w:t>
      </w:r>
    </w:p>
    <w:p>
      <w:pPr>
        <w:spacing w:before="0" w:after="40"/>
        <w:jc w:val="both"/>
      </w:pPr>
      <w:r>
        <w:rPr/>
        <w:t>b. a letter</w:t>
      </w:r>
    </w:p>
    <w:p>
      <w:pPr>
        <w:spacing w:before="0" w:after="40"/>
        <w:jc w:val="both"/>
      </w:pPr>
      <w:r>
        <w:rPr/>
        <w:t>c. an old man</w:t>
      </w:r>
    </w:p>
    <w:p>
      <w:pPr>
        <w:spacing w:before="0" w:after="40"/>
        <w:jc w:val="both"/>
      </w:pPr>
      <w:r>
        <w:rPr/>
        <w:t>d. an idea</w:t>
      </w:r>
    </w:p>
    <w:p>
      <w:pPr>
        <w:spacing w:before="0" w:after="40"/>
        <w:jc w:val="both"/>
      </w:pPr>
      <w:r>
        <w:rPr/>
        <w:t>e. a T-shirt</w:t>
      </w:r>
    </w:p>
    <w:p>
      <w:pPr>
        <w:spacing w:before="0" w:after="40"/>
        <w:jc w:val="both"/>
      </w:pPr>
      <w:r>
        <w:rPr/>
        <w:t>f. an armchair</w:t>
      </w:r>
    </w:p>
    <w:p>
      <w:pPr>
        <w:spacing w:before="160" w:after="20"/>
        <w:jc w:val="both"/>
      </w:pPr>
      <w:r>
        <w:rPr>
          <w:b/>
          <w:bCs/>
          <w:sz w:val="26"/>
          <w:szCs w:val="26"/>
        </w:rPr>
        <w:t>2. Match the singular to the plural.</w:t>
      </w:r>
    </w:p>
    <w:p>
      <w:pPr>
        <w:bidi/>
        <w:spacing w:before="0" w:after="0"/>
        <w:jc w:val="both"/>
      </w:pPr>
      <w:r>
        <w:rPr>
          <w:rFonts w:ascii="Arial" w:hAnsi="Arial" w:cs="Arial"/>
          <w:color w:val="6B7280"/>
          <w:sz w:val="20"/>
          <w:szCs w:val="20"/>
          <w:rtl/>
          <w:lang w:val="en-US" w:bidi="he-IL"/>
        </w:rPr>
        <w:t xml:space="preserve">התאימו את היחיד לרבים.</w:t>
      </w:r>
    </w:p>
    <w:p>
      <w:pPr>
        <w:bidi/>
        <w:spacing w:before="0" w:after="80"/>
        <w:jc w:val="both"/>
      </w:pPr>
      <w:r>
        <w:rPr>
          <w:rFonts w:ascii="Arial" w:hAnsi="Arial" w:cs="Arial"/>
          <w:color w:val="6B7280"/>
          <w:sz w:val="21"/>
          <w:szCs w:val="21"/>
          <w:rtl/>
          <w:lang w:val="en-US" w:bidi="ar-SA"/>
        </w:rPr>
        <w:t xml:space="preserve">صل المفرد بالجمع.</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leaf</w:t>
            </w:r>
          </w:p>
        </w:tc>
        <w:tc>
          <w:tcPr>
            <w:tcW w:type="dxa" w:w="4989"/>
          </w:tcPr>
          <w:p>
            <w:pPr>
              <w:spacing w:before="0" w:after="40"/>
              <w:jc w:val="both"/>
            </w:pPr>
            <w:r>
              <w:rPr/>
              <w:t>[6] families</w:t>
            </w:r>
          </w:p>
        </w:tc>
      </w:tr>
      <w:tr>
        <w:tc>
          <w:tcPr>
            <w:tcW w:type="dxa" w:w="4989"/>
          </w:tcPr>
          <w:p>
            <w:pPr>
              <w:spacing w:before="0" w:after="40"/>
              <w:jc w:val="both"/>
            </w:pPr>
            <w:r>
              <w:rPr/>
              <w:t>2. knife</w:t>
            </w:r>
          </w:p>
        </w:tc>
        <w:tc>
          <w:tcPr>
            <w:tcW w:type="dxa" w:w="4989"/>
          </w:tcPr>
          <w:p>
            <w:pPr>
              <w:spacing w:before="0" w:after="40"/>
              <w:jc w:val="both"/>
            </w:pPr>
            <w:r>
              <w:rPr/>
              <w:t>[5] dresses</w:t>
            </w:r>
          </w:p>
        </w:tc>
      </w:tr>
      <w:tr>
        <w:tc>
          <w:tcPr>
            <w:tcW w:type="dxa" w:w="4989"/>
          </w:tcPr>
          <w:p>
            <w:pPr>
              <w:spacing w:before="0" w:after="40"/>
              <w:jc w:val="both"/>
            </w:pPr>
            <w:r>
              <w:rPr/>
              <w:t>3. person</w:t>
            </w:r>
          </w:p>
        </w:tc>
        <w:tc>
          <w:tcPr>
            <w:tcW w:type="dxa" w:w="4989"/>
          </w:tcPr>
          <w:p>
            <w:pPr>
              <w:spacing w:before="0" w:after="40"/>
              <w:jc w:val="both"/>
            </w:pPr>
            <w:r>
              <w:rPr/>
              <w:t>[1] leaves</w:t>
            </w:r>
          </w:p>
        </w:tc>
      </w:tr>
      <w:tr>
        <w:tc>
          <w:tcPr>
            <w:tcW w:type="dxa" w:w="4989"/>
          </w:tcPr>
          <w:p>
            <w:pPr>
              <w:spacing w:before="0" w:after="40"/>
              <w:jc w:val="both"/>
            </w:pPr>
            <w:r>
              <w:rPr/>
              <w:t>4. glass</w:t>
            </w:r>
          </w:p>
        </w:tc>
        <w:tc>
          <w:tcPr>
            <w:tcW w:type="dxa" w:w="4989"/>
          </w:tcPr>
          <w:p>
            <w:pPr>
              <w:spacing w:before="0" w:after="40"/>
              <w:jc w:val="both"/>
            </w:pPr>
            <w:r>
              <w:rPr/>
              <w:t>[3] people</w:t>
            </w:r>
          </w:p>
        </w:tc>
      </w:tr>
      <w:tr>
        <w:tc>
          <w:tcPr>
            <w:tcW w:type="dxa" w:w="4989"/>
          </w:tcPr>
          <w:p>
            <w:pPr>
              <w:spacing w:before="0" w:after="40"/>
              <w:jc w:val="both"/>
            </w:pPr>
            <w:r>
              <w:rPr/>
              <w:t>5. dress</w:t>
            </w:r>
          </w:p>
        </w:tc>
        <w:tc>
          <w:tcPr>
            <w:tcW w:type="dxa" w:w="4989"/>
          </w:tcPr>
          <w:p>
            <w:pPr>
              <w:spacing w:before="0" w:after="40"/>
              <w:jc w:val="both"/>
            </w:pPr>
            <w:r>
              <w:rPr/>
              <w:t>[2] knives</w:t>
            </w:r>
          </w:p>
        </w:tc>
      </w:tr>
      <w:tr>
        <w:tc>
          <w:tcPr>
            <w:tcW w:type="dxa" w:w="4989"/>
          </w:tcPr>
          <w:p>
            <w:pPr>
              <w:spacing w:before="0" w:after="40"/>
              <w:jc w:val="both"/>
            </w:pPr>
            <w:r>
              <w:rPr/>
              <w:t>6. family</w:t>
            </w:r>
          </w:p>
        </w:tc>
        <w:tc>
          <w:tcPr>
            <w:tcW w:type="dxa" w:w="4989"/>
          </w:tcPr>
          <w:p>
            <w:pPr>
              <w:spacing w:before="0" w:after="40"/>
              <w:jc w:val="both"/>
            </w:pPr>
            <w:r>
              <w:rPr/>
              <w:t>[4] glasses</w:t>
            </w:r>
          </w:p>
        </w:tc>
      </w:tr>
    </w:tbl>
    <w:p>
      <w:pPr>
        <w:spacing w:before="0" w:after="40"/>
        <w:jc w:val="both"/>
      </w:pP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singular</w:t>
            </w:r>
          </w:p>
        </w:tc>
        <w:tc>
          <w:tcPr>
            <w:tcW w:type="dxa" w:w="4989"/>
            <w:shd w:val="clear" w:color="auto" w:fill="047857"/>
          </w:tcPr>
          <w:p>
            <w:pPr>
              <w:spacing w:before="0" w:after="40"/>
              <w:jc w:val="both"/>
            </w:pPr>
            <w:r>
              <w:rPr>
                <w:b/>
                <w:bCs/>
                <w:color w:val="FFFFFF"/>
              </w:rPr>
              <w:t>plural</w:t>
            </w:r>
          </w:p>
        </w:tc>
      </w:tr>
      <w:tr>
        <w:tc>
          <w:tcPr>
            <w:tcW w:type="dxa" w:w="4989"/>
          </w:tcPr>
          <w:p>
            <w:pPr>
              <w:spacing w:before="0" w:after="40"/>
              <w:jc w:val="both"/>
            </w:pPr>
            <w:r>
              <w:rPr>
                <w:color w:val="0F7A4F"/>
              </w:rPr>
              <w:t>dish</w:t>
            </w:r>
          </w:p>
        </w:tc>
        <w:tc>
          <w:tcPr>
            <w:tcW w:type="dxa" w:w="4989"/>
          </w:tcPr>
          <w:p>
            <w:pPr>
              <w:spacing w:before="0" w:after="40"/>
              <w:jc w:val="both"/>
            </w:pPr>
            <w:r>
              <w:rPr/>
              <w:t>dishes</w:t>
            </w:r>
          </w:p>
        </w:tc>
      </w:tr>
      <w:tr>
        <w:tc>
          <w:tcPr>
            <w:tcW w:type="dxa" w:w="4989"/>
          </w:tcPr>
          <w:p>
            <w:pPr>
              <w:spacing w:before="0" w:after="40"/>
              <w:jc w:val="both"/>
            </w:pPr>
            <w:r>
              <w:rPr/>
              <w:t>lady</w:t>
            </w:r>
          </w:p>
        </w:tc>
        <w:tc>
          <w:tcPr>
            <w:tcW w:type="dxa" w:w="4989"/>
          </w:tcPr>
          <w:p>
            <w:pPr>
              <w:spacing w:before="0" w:after="40"/>
              <w:jc w:val="both"/>
            </w:pPr>
            <w:r>
              <w:rPr>
                <w:color w:val="0F7A4F"/>
              </w:rPr>
              <w:t>ladies</w:t>
            </w:r>
          </w:p>
        </w:tc>
      </w:tr>
      <w:tr>
        <w:tc>
          <w:tcPr>
            <w:tcW w:type="dxa" w:w="4989"/>
          </w:tcPr>
          <w:p>
            <w:pPr>
              <w:spacing w:before="0" w:after="40"/>
              <w:jc w:val="both"/>
            </w:pPr>
            <w:r>
              <w:rPr>
                <w:color w:val="0F7A4F"/>
              </w:rPr>
              <w:t>key</w:t>
            </w:r>
          </w:p>
        </w:tc>
        <w:tc>
          <w:tcPr>
            <w:tcW w:type="dxa" w:w="4989"/>
          </w:tcPr>
          <w:p>
            <w:pPr>
              <w:spacing w:before="0" w:after="40"/>
              <w:jc w:val="both"/>
            </w:pPr>
            <w:r>
              <w:rPr/>
              <w:t>keys</w:t>
            </w:r>
          </w:p>
        </w:tc>
      </w:tr>
      <w:tr>
        <w:tc>
          <w:tcPr>
            <w:tcW w:type="dxa" w:w="4989"/>
          </w:tcPr>
          <w:p>
            <w:pPr>
              <w:spacing w:before="0" w:after="40"/>
              <w:jc w:val="both"/>
            </w:pPr>
            <w:r>
              <w:rPr/>
              <w:t>sandwich</w:t>
            </w:r>
          </w:p>
        </w:tc>
        <w:tc>
          <w:tcPr>
            <w:tcW w:type="dxa" w:w="4989"/>
          </w:tcPr>
          <w:p>
            <w:pPr>
              <w:spacing w:before="0" w:after="40"/>
              <w:jc w:val="both"/>
            </w:pPr>
            <w:r>
              <w:rPr>
                <w:color w:val="0F7A4F"/>
              </w:rPr>
              <w:t>sandwiches</w:t>
            </w:r>
          </w:p>
        </w:tc>
      </w:tr>
      <w:tr>
        <w:tc>
          <w:tcPr>
            <w:tcW w:type="dxa" w:w="4989"/>
          </w:tcPr>
          <w:p>
            <w:pPr>
              <w:spacing w:before="0" w:after="40"/>
              <w:jc w:val="both"/>
            </w:pPr>
            <w:r>
              <w:rPr>
                <w:color w:val="0F7A4F"/>
              </w:rPr>
              <w:t>foot</w:t>
            </w:r>
          </w:p>
        </w:tc>
        <w:tc>
          <w:tcPr>
            <w:tcW w:type="dxa" w:w="4989"/>
          </w:tcPr>
          <w:p>
            <w:pPr>
              <w:spacing w:before="0" w:after="40"/>
              <w:jc w:val="both"/>
            </w:pPr>
            <w:r>
              <w:rPr/>
              <w:t>feet</w:t>
            </w:r>
          </w:p>
        </w:tc>
      </w:tr>
      <w:tr>
        <w:tc>
          <w:tcPr>
            <w:tcW w:type="dxa" w:w="4989"/>
          </w:tcPr>
          <w:p>
            <w:pPr>
              <w:spacing w:before="0" w:after="40"/>
              <w:jc w:val="both"/>
            </w:pPr>
            <w:r>
              <w:rPr/>
              <w:t>potato</w:t>
            </w:r>
          </w:p>
        </w:tc>
        <w:tc>
          <w:tcPr>
            <w:tcW w:type="dxa" w:w="4989"/>
          </w:tcPr>
          <w:p>
            <w:pPr>
              <w:spacing w:before="0" w:after="40"/>
              <w:jc w:val="both"/>
            </w:pPr>
            <w:r>
              <w:rPr>
                <w:color w:val="0F7A4F"/>
              </w:rPr>
              <w:t>potatoes</w:t>
            </w:r>
          </w:p>
        </w:tc>
      </w:tr>
    </w:tbl>
    <w:p>
      <w:pPr>
        <w:spacing w:before="0" w:after="40"/>
        <w:jc w:val="both"/>
      </w:pPr>
    </w:p>
    <w:p>
      <w:pPr>
        <w:spacing w:before="160" w:after="20"/>
        <w:jc w:val="both"/>
      </w:pPr>
      <w:r>
        <w:rPr>
          <w:b/>
          <w:bCs/>
          <w:sz w:val="26"/>
          <w:szCs w:val="26"/>
        </w:rPr>
        <w:t>4. Regular or special plural? Sort.</w:t>
      </w:r>
    </w:p>
    <w:p>
      <w:pPr>
        <w:bidi/>
        <w:spacing w:before="0" w:after="0"/>
        <w:jc w:val="both"/>
      </w:pPr>
      <w:r>
        <w:rPr>
          <w:rFonts w:ascii="Arial" w:hAnsi="Arial" w:cs="Arial"/>
          <w:color w:val="6B7280"/>
          <w:sz w:val="20"/>
          <w:szCs w:val="20"/>
          <w:rtl/>
          <w:lang w:val="en-US" w:bidi="he-IL"/>
        </w:rPr>
        <w:t xml:space="preserve">רבים רגיל או מיוחד? מיינו.</w:t>
      </w:r>
    </w:p>
    <w:p>
      <w:pPr>
        <w:bidi/>
        <w:spacing w:before="0" w:after="80"/>
        <w:jc w:val="both"/>
      </w:pPr>
      <w:r>
        <w:rPr>
          <w:rFonts w:ascii="Arial" w:hAnsi="Arial" w:cs="Arial"/>
          <w:color w:val="6B7280"/>
          <w:sz w:val="21"/>
          <w:szCs w:val="21"/>
          <w:rtl/>
          <w:lang w:val="en-US" w:bidi="ar-SA"/>
        </w:rPr>
        <w:t xml:space="preserve">جمع منتظم أم خاصّ؟ صنّف.</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regular</w:t>
            </w:r>
          </w:p>
        </w:tc>
        <w:tc>
          <w:tcPr>
            <w:tcW w:type="dxa" w:w="4989"/>
            <w:shd w:val="clear" w:color="auto" w:fill="047857"/>
          </w:tcPr>
          <w:p>
            <w:pPr>
              <w:spacing w:before="0" w:after="40"/>
              <w:jc w:val="both"/>
            </w:pPr>
            <w:r>
              <w:rPr>
                <w:b/>
                <w:bCs/>
                <w:color w:val="FFFFFF"/>
              </w:rPr>
              <w:t>special</w:t>
            </w:r>
          </w:p>
        </w:tc>
      </w:tr>
      <w:tr>
        <w:tc>
          <w:tcPr>
            <w:tcW w:type="dxa" w:w="4989"/>
          </w:tcPr>
          <w:p>
            <w:pPr>
              <w:spacing w:before="0" w:after="40"/>
              <w:jc w:val="both"/>
            </w:pPr>
            <w:r>
              <w:rPr/>
              <w:t>girls, buses, cities, toys</w:t>
            </w:r>
          </w:p>
        </w:tc>
        <w:tc>
          <w:tcPr>
            <w:tcW w:type="dxa" w:w="4989"/>
          </w:tcPr>
          <w:p>
            <w:pPr>
              <w:spacing w:before="0" w:after="40"/>
              <w:jc w:val="both"/>
            </w:pPr>
            <w:r>
              <w:rPr/>
              <w:t>men, teeth, children, women</w:t>
            </w:r>
          </w:p>
        </w:tc>
      </w:tr>
    </w:tbl>
    <w:p>
      <w:pPr>
        <w:spacing w:before="0" w:after="40"/>
        <w:jc w:val="both"/>
      </w:pPr>
    </w:p>
    <w:p>
      <w:pPr>
        <w:spacing w:before="160" w:after="20"/>
        <w:jc w:val="both"/>
      </w:pPr>
      <w:r>
        <w:rPr>
          <w:b/>
          <w:bCs/>
          <w:sz w:val="26"/>
          <w:szCs w:val="26"/>
        </w:rPr>
        <w:t>5. Complete with the plural of the word in brackets.</w:t>
      </w:r>
    </w:p>
    <w:p>
      <w:pPr>
        <w:bidi/>
        <w:spacing w:before="0" w:after="0"/>
        <w:jc w:val="both"/>
      </w:pPr>
      <w:r>
        <w:rPr>
          <w:rFonts w:ascii="Arial" w:hAnsi="Arial" w:cs="Arial"/>
          <w:color w:val="6B7280"/>
          <w:sz w:val="20"/>
          <w:szCs w:val="20"/>
          <w:rtl/>
          <w:lang w:val="en-US" w:bidi="he-IL"/>
        </w:rPr>
        <w:t xml:space="preserve">השלימו בצורת הרבים של המילה שבסוגריים.</w:t>
      </w:r>
    </w:p>
    <w:p>
      <w:pPr>
        <w:bidi/>
        <w:spacing w:before="0" w:after="80"/>
        <w:jc w:val="both"/>
      </w:pPr>
      <w:r>
        <w:rPr>
          <w:rFonts w:ascii="Arial" w:hAnsi="Arial" w:cs="Arial"/>
          <w:color w:val="6B7280"/>
          <w:sz w:val="21"/>
          <w:szCs w:val="21"/>
          <w:rtl/>
          <w:lang w:val="en-US" w:bidi="ar-SA"/>
        </w:rPr>
        <w:t xml:space="preserve">أكمل بصيغة الجمع للكلمة التي بين القوسين.</w:t>
      </w:r>
    </w:p>
    <w:p>
      <w:pPr>
        <w:spacing w:before="0" w:after="40"/>
        <w:jc w:val="both"/>
      </w:pPr>
      <w:r>
        <w:rPr/>
        <w:t>a. There are thirty children in my class. (child)</w:t>
      </w:r>
    </w:p>
    <w:p>
      <w:pPr>
        <w:spacing w:before="0" w:after="40"/>
        <w:jc w:val="both"/>
      </w:pPr>
      <w:r>
        <w:rPr/>
        <w:t>b. My dad has two watches. (watch)</w:t>
      </w:r>
    </w:p>
    <w:p>
      <w:pPr>
        <w:spacing w:before="0" w:after="40"/>
        <w:jc w:val="both"/>
      </w:pPr>
      <w:r>
        <w:rPr/>
        <w:t>c. We saw four sheep on the farm. (sheep)</w:t>
      </w:r>
    </w:p>
    <w:p>
      <w:pPr>
        <w:spacing w:before="0" w:after="40"/>
        <w:jc w:val="both"/>
      </w:pPr>
      <w:r>
        <w:rPr/>
        <w:t>d. I brush my teeth twice a day. (tooth)</w:t>
      </w:r>
    </w:p>
    <w:p>
      <w:pPr>
        <w:spacing w:before="0" w:after="40"/>
        <w:jc w:val="both"/>
      </w:pPr>
      <w:r>
        <w:rPr/>
        <w:t>e. The boys are playing in the snow. (boy)</w:t>
      </w:r>
    </w:p>
    <w:p>
      <w:pPr>
        <w:spacing w:before="0" w:after="40"/>
        <w:jc w:val="both"/>
      </w:pPr>
      <w:r>
        <w:rPr/>
        <w:t>f. There are many cities in Israel. (city)</w:t>
      </w:r>
    </w:p>
    <w:p>
      <w:pPr>
        <w:spacing w:before="160" w:after="20"/>
        <w:jc w:val="both"/>
      </w:pPr>
      <w:r>
        <w:rPr>
          <w:b/>
          <w:bCs/>
          <w:sz w:val="26"/>
          <w:szCs w:val="26"/>
        </w:rPr>
        <w:t>6. Choose a, an, the or – (no word).</w:t>
      </w:r>
    </w:p>
    <w:p>
      <w:pPr>
        <w:bidi/>
        <w:spacing w:before="0" w:after="0"/>
        <w:jc w:val="both"/>
      </w:pPr>
      <w:r>
        <w:rPr>
          <w:rFonts w:ascii="Arial" w:hAnsi="Arial" w:cs="Arial"/>
          <w:color w:val="6B7280"/>
          <w:sz w:val="20"/>
          <w:szCs w:val="20"/>
          <w:rtl/>
          <w:lang w:val="en-US" w:bidi="he-IL"/>
        </w:rPr>
        <w:t xml:space="preserve">בחרו ‎a, an, the‎ או – (בלי מילה).</w:t>
      </w:r>
    </w:p>
    <w:p>
      <w:pPr>
        <w:bidi/>
        <w:spacing w:before="0" w:after="80"/>
        <w:jc w:val="both"/>
      </w:pPr>
      <w:r>
        <w:rPr>
          <w:rFonts w:ascii="Arial" w:hAnsi="Arial" w:cs="Arial"/>
          <w:color w:val="6B7280"/>
          <w:sz w:val="21"/>
          <w:szCs w:val="21"/>
          <w:rtl/>
          <w:lang w:val="en-US" w:bidi="ar-SA"/>
        </w:rPr>
        <w:t xml:space="preserve">اختر ‎a‎ أو ‎an‎ أو ‎the‎ أو – (بدون كلمة).</w:t>
      </w:r>
    </w:p>
    <w:p>
      <w:pPr>
        <w:spacing w:before="0" w:after="20"/>
        <w:jc w:val="both"/>
      </w:pPr>
      <w:r>
        <w:rPr/>
        <w:t>a. I play ___ basketball on Mondays.</w:t>
      </w:r>
    </w:p>
    <w:p>
      <w:pPr>
        <w:spacing w:before="0" w:after="80"/>
        <w:jc w:val="both"/>
      </w:pPr>
      <w:r>
        <w:rPr>
          <w:b/>
          <w:bCs/>
          <w:color w:val="0F7A4F"/>
        </w:rPr>
        <w:t xml:space="preserve">   ✔ –</w:t>
      </w:r>
    </w:p>
    <w:p>
      <w:pPr>
        <w:spacing w:before="0" w:after="20"/>
        <w:jc w:val="both"/>
      </w:pPr>
      <w:r>
        <w:rPr/>
        <w:t>b. Can you close ___ door, please?</w:t>
      </w:r>
    </w:p>
    <w:p>
      <w:pPr>
        <w:spacing w:before="0" w:after="80"/>
        <w:jc w:val="both"/>
      </w:pPr>
      <w:r>
        <w:rPr>
          <w:b/>
          <w:bCs/>
          <w:color w:val="0F7A4F"/>
        </w:rPr>
        <w:t xml:space="preserve">   ✔ the</w:t>
      </w:r>
    </w:p>
    <w:p>
      <w:pPr>
        <w:spacing w:before="0" w:after="20"/>
        <w:jc w:val="both"/>
      </w:pPr>
      <w:r>
        <w:rPr/>
        <w:t>c. My mom is ___ doctor.</w:t>
      </w:r>
    </w:p>
    <w:p>
      <w:pPr>
        <w:spacing w:before="0" w:after="80"/>
        <w:jc w:val="both"/>
      </w:pPr>
      <w:r>
        <w:rPr>
          <w:b/>
          <w:bCs/>
          <w:color w:val="0F7A4F"/>
        </w:rPr>
        <w:t xml:space="preserve">   ✔ a</w:t>
      </w:r>
    </w:p>
    <w:p>
      <w:pPr>
        <w:spacing w:before="0" w:after="20"/>
        <w:jc w:val="both"/>
      </w:pPr>
      <w:r>
        <w:rPr/>
        <w:t>d. ___ moon is bright tonight.</w:t>
      </w:r>
    </w:p>
    <w:p>
      <w:pPr>
        <w:spacing w:before="0" w:after="80"/>
        <w:jc w:val="both"/>
      </w:pPr>
      <w:r>
        <w:rPr>
          <w:b/>
          <w:bCs/>
          <w:color w:val="0F7A4F"/>
        </w:rPr>
        <w:t xml:space="preserve">   ✔ The</w:t>
      </w:r>
    </w:p>
    <w:p>
      <w:pPr>
        <w:spacing w:before="160" w:after="20"/>
        <w:jc w:val="both"/>
      </w:pPr>
      <w:r>
        <w:rPr>
          <w:b/>
          <w:bCs/>
          <w:sz w:val="26"/>
          <w:szCs w:val="26"/>
        </w:rPr>
        <w:t>7. Complete the story with a, an or the.</w:t>
      </w:r>
    </w:p>
    <w:p>
      <w:pPr>
        <w:bidi/>
        <w:spacing w:before="0" w:after="0"/>
        <w:jc w:val="both"/>
      </w:pPr>
      <w:r>
        <w:rPr>
          <w:rFonts w:ascii="Arial" w:hAnsi="Arial" w:cs="Arial"/>
          <w:color w:val="6B7280"/>
          <w:sz w:val="20"/>
          <w:szCs w:val="20"/>
          <w:rtl/>
          <w:lang w:val="en-US" w:bidi="he-IL"/>
        </w:rPr>
        <w:t xml:space="preserve">השלימו את הסיפור ב־‎a‎, ב־‎an‎ או ב־‎the‎.</w:t>
      </w:r>
    </w:p>
    <w:p>
      <w:pPr>
        <w:bidi/>
        <w:spacing w:before="0" w:after="80"/>
        <w:jc w:val="both"/>
      </w:pPr>
      <w:r>
        <w:rPr>
          <w:rFonts w:ascii="Arial" w:hAnsi="Arial" w:cs="Arial"/>
          <w:color w:val="6B7280"/>
          <w:sz w:val="21"/>
          <w:szCs w:val="21"/>
          <w:rtl/>
          <w:lang w:val="en-US" w:bidi="ar-SA"/>
        </w:rPr>
        <w:t xml:space="preserve">أكمل القصّة بـ ‎a‎ أو ‎an‎ أو ‎the‎.</w:t>
      </w:r>
    </w:p>
    <w:p>
      <w:pPr>
        <w:spacing w:before="0" w:after="40"/>
        <w:jc w:val="both"/>
      </w:pPr>
      <w:r>
        <w:rPr/>
        <w:t>a. Itay has a dog and a cat.</w:t>
      </w:r>
    </w:p>
    <w:p>
      <w:pPr>
        <w:spacing w:before="0" w:after="40"/>
        <w:jc w:val="both"/>
      </w:pPr>
      <w:r>
        <w:rPr/>
        <w:t>b. The dog is called Max.</w:t>
      </w:r>
    </w:p>
    <w:p>
      <w:pPr>
        <w:spacing w:before="0" w:after="40"/>
        <w:jc w:val="both"/>
      </w:pPr>
      <w:r>
        <w:rPr/>
        <w:t>c. Max has an old ball.</w:t>
      </w:r>
    </w:p>
    <w:p>
      <w:pPr>
        <w:spacing w:before="0" w:after="40"/>
        <w:jc w:val="both"/>
      </w:pPr>
      <w:r>
        <w:rPr/>
        <w:t>d. He plays with the ball in the garden every day.</w:t>
      </w:r>
    </w:p>
    <w:p>
      <w:pPr>
        <w:spacing w:before="0" w:after="40"/>
        <w:jc w:val="both"/>
      </w:pPr>
      <w:r>
        <w:rPr/>
        <w:t>e. Itay also has an aquarium with fish.</w:t>
      </w:r>
    </w:p>
    <w:p>
      <w:pPr>
        <w:spacing w:before="160" w:after="20"/>
        <w:jc w:val="both"/>
      </w:pPr>
      <w:r>
        <w:rPr>
          <w:b/>
          <w:bCs/>
          <w:sz w:val="26"/>
          <w:szCs w:val="26"/>
        </w:rPr>
        <w:t>8.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I see two mouses.  → I see two mice.</w:t>
      </w:r>
    </w:p>
    <w:p>
      <w:pPr>
        <w:spacing w:before="0" w:after="100"/>
        <w:jc w:val="both"/>
      </w:pPr>
      <w:r>
        <w:rPr/>
        <w:t>b. She has a umbrella.  → She has an umbrella.</w:t>
      </w:r>
    </w:p>
    <w:p>
      <w:pPr>
        <w:spacing w:before="0" w:after="100"/>
        <w:jc w:val="both"/>
      </w:pPr>
      <w:r>
        <w:rPr/>
        <w:t>c. The mans are tall.  → The men are tall.</w:t>
      </w:r>
    </w:p>
    <w:p>
      <w:pPr>
        <w:spacing w:before="0" w:after="100"/>
        <w:jc w:val="both"/>
      </w:pPr>
      <w:r>
        <w:rPr/>
        <w:t>d. There are three boxs.  → There are three boxes.</w:t>
      </w:r>
    </w:p>
    <w:p>
      <w:pPr>
        <w:spacing w:before="0" w:after="100"/>
        <w:jc w:val="both"/>
      </w:pPr>
      <w:r>
        <w:rPr/>
        <w:t>e. He is a honest boy.  → He is an honest boy.</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40"/>
        <w:jc w:val="both"/>
      </w:pPr>
      <w:r>
        <w:rPr/>
        <w:t>a. We use an before a vowel sound. – True</w:t>
      </w:r>
    </w:p>
    <w:p>
      <w:pPr>
        <w:spacing w:before="0" w:after="40"/>
        <w:jc w:val="both"/>
      </w:pPr>
      <w:r>
        <w:rPr/>
        <w:t>b. The plural of child is childs. – False – It is children.</w:t>
      </w:r>
    </w:p>
    <w:p>
      <w:pPr>
        <w:spacing w:before="0" w:after="40"/>
        <w:jc w:val="both"/>
      </w:pPr>
      <w:r>
        <w:rPr/>
        <w:t>c. We say the sun and the sea. – True</w:t>
      </w:r>
    </w:p>
    <w:p>
      <w:pPr>
        <w:spacing w:before="0" w:after="40"/>
        <w:jc w:val="both"/>
      </w:pPr>
      <w:r>
        <w:rPr/>
        <w:t>d. The plural of baby is babys. – False – It is babies.</w:t>
      </w:r>
    </w:p>
    <w:p>
      <w:pPr>
        <w:spacing w:before="160" w:after="20"/>
        <w:jc w:val="both"/>
      </w:pPr>
      <w:r>
        <w:rPr>
          <w:b/>
          <w:bCs/>
          <w:sz w:val="26"/>
          <w:szCs w:val="26"/>
        </w:rPr>
        <w:t>10. Read "Our Class Trip". Choose the correct answer.</w:t>
      </w:r>
    </w:p>
    <w:p>
      <w:pPr>
        <w:bidi/>
        <w:spacing w:before="0" w:after="0"/>
        <w:jc w:val="both"/>
      </w:pPr>
      <w:r>
        <w:rPr>
          <w:rFonts w:ascii="Arial" w:hAnsi="Arial" w:cs="Arial"/>
          <w:color w:val="6B7280"/>
          <w:sz w:val="20"/>
          <w:szCs w:val="20"/>
          <w:rtl/>
          <w:lang w:val="en-US" w:bidi="he-IL"/>
        </w:rPr>
        <w:t xml:space="preserve">קראו את ‎"Our Class Trip"‎. בחרו את התשובה הנכונה.</w:t>
      </w:r>
    </w:p>
    <w:p>
      <w:pPr>
        <w:bidi/>
        <w:spacing w:before="0" w:after="80"/>
        <w:jc w:val="both"/>
      </w:pPr>
      <w:r>
        <w:rPr>
          <w:rFonts w:ascii="Arial" w:hAnsi="Arial" w:cs="Arial"/>
          <w:color w:val="6B7280"/>
          <w:sz w:val="21"/>
          <w:szCs w:val="21"/>
          <w:rtl/>
          <w:lang w:val="en-US" w:bidi="ar-SA"/>
        </w:rPr>
        <w:t xml:space="preserve">اقرأ ‎"Our Class Trip"‎. اختر الإجابة الصحيحة.</w:t>
      </w:r>
    </w:p>
    <w:p>
      <w:pPr>
        <w:spacing w:before="0" w:after="20"/>
        <w:jc w:val="both"/>
      </w:pPr>
      <w:r>
        <w:rPr/>
        <w:t>a. Where is the class today?</w:t>
      </w:r>
    </w:p>
    <w:p>
      <w:pPr>
        <w:spacing w:before="0" w:after="80"/>
        <w:jc w:val="both"/>
      </w:pPr>
      <w:r>
        <w:rPr>
          <w:b/>
          <w:bCs/>
          <w:color w:val="0F7A4F"/>
        </w:rPr>
        <w:t xml:space="preserve">   ✔ on a farm</w:t>
      </w:r>
    </w:p>
    <w:p>
      <w:pPr>
        <w:spacing w:before="0" w:after="20"/>
        <w:jc w:val="both"/>
      </w:pPr>
      <w:r>
        <w:rPr/>
        <w:t>b. How many teachers are on the bus?</w:t>
      </w:r>
    </w:p>
    <w:p>
      <w:pPr>
        <w:spacing w:before="0" w:after="80"/>
        <w:jc w:val="both"/>
      </w:pPr>
      <w:r>
        <w:rPr>
          <w:b/>
          <w:bCs/>
          <w:color w:val="0F7A4F"/>
        </w:rPr>
        <w:t xml:space="preserve">   ✔ three</w:t>
      </w:r>
    </w:p>
    <w:p>
      <w:pPr>
        <w:spacing w:before="0" w:after="20"/>
        <w:jc w:val="both"/>
      </w:pPr>
      <w:r>
        <w:rPr/>
        <w:t>c. What do the children feed?</w:t>
      </w:r>
    </w:p>
    <w:p>
      <w:pPr>
        <w:spacing w:before="0" w:after="80"/>
        <w:jc w:val="both"/>
      </w:pPr>
      <w:r>
        <w:rPr>
          <w:b/>
          <w:bCs/>
          <w:color w:val="0F7A4F"/>
        </w:rPr>
        <w:t xml:space="preserve">   ✔ the goats</w:t>
      </w:r>
    </w:p>
    <w:p>
      <w:pPr>
        <w:spacing w:before="160" w:after="20"/>
        <w:jc w:val="both"/>
      </w:pPr>
      <w:r>
        <w:rPr>
          <w:b/>
          <w:bCs/>
          <w:sz w:val="26"/>
          <w:szCs w:val="26"/>
        </w:rPr>
        <w:t>11. Find the plurals in the text and complete.</w:t>
      </w:r>
    </w:p>
    <w:p>
      <w:pPr>
        <w:bidi/>
        <w:spacing w:before="0" w:after="0"/>
        <w:jc w:val="both"/>
      </w:pPr>
      <w:r>
        <w:rPr>
          <w:rFonts w:ascii="Arial" w:hAnsi="Arial" w:cs="Arial"/>
          <w:color w:val="6B7280"/>
          <w:sz w:val="20"/>
          <w:szCs w:val="20"/>
          <w:rtl/>
          <w:lang w:val="en-US" w:bidi="he-IL"/>
        </w:rPr>
        <w:t xml:space="preserve">מצאו בטקסט את צורות הרבים והשלימו.</w:t>
      </w:r>
    </w:p>
    <w:p>
      <w:pPr>
        <w:bidi/>
        <w:spacing w:before="0" w:after="80"/>
        <w:jc w:val="both"/>
      </w:pPr>
      <w:r>
        <w:rPr>
          <w:rFonts w:ascii="Arial" w:hAnsi="Arial" w:cs="Arial"/>
          <w:color w:val="6B7280"/>
          <w:sz w:val="21"/>
          <w:szCs w:val="21"/>
          <w:rtl/>
          <w:lang w:val="en-US" w:bidi="ar-SA"/>
        </w:rPr>
        <w:t xml:space="preserve">جد صيغ الجمع في النصّ وأكمل.</w:t>
      </w:r>
    </w:p>
    <w:p>
      <w:pPr>
        <w:spacing w:before="0" w:after="40"/>
        <w:jc w:val="both"/>
      </w:pPr>
      <w:r>
        <w:rPr/>
        <w:t>a. There are forty children on the bus.</w:t>
      </w:r>
    </w:p>
    <w:p>
      <w:pPr>
        <w:spacing w:before="0" w:after="40"/>
        <w:jc w:val="both"/>
      </w:pPr>
      <w:r>
        <w:rPr/>
        <w:t>b. There are cows, goats, sheep and chickens.</w:t>
      </w:r>
    </w:p>
    <w:p>
      <w:pPr>
        <w:spacing w:before="0" w:after="40"/>
        <w:jc w:val="both"/>
      </w:pPr>
      <w:r>
        <w:rPr/>
        <w:t>c. We pick strawberries.</w:t>
      </w:r>
    </w:p>
    <w:p>
      <w:pPr>
        <w:spacing w:before="0" w:after="40"/>
        <w:jc w:val="both"/>
      </w:pPr>
      <w:r>
        <w:rPr/>
        <w:t>d. We sit under the trees.</w:t>
      </w:r>
    </w:p>
    <w:p>
      <w:pPr>
        <w:spacing w:before="160" w:after="20"/>
        <w:jc w:val="both"/>
      </w:pPr>
      <w:r>
        <w:rPr>
          <w:b/>
          <w:bCs/>
          <w:sz w:val="26"/>
          <w:szCs w:val="26"/>
        </w:rPr>
        <w:t>12. Imagine you are at a zoo. Write 4 sentences about the animals you see. Use a, an, the and plurals.</w:t>
      </w:r>
    </w:p>
    <w:p>
      <w:pPr>
        <w:bidi/>
        <w:spacing w:before="0" w:after="0"/>
        <w:jc w:val="both"/>
      </w:pPr>
      <w:r>
        <w:rPr>
          <w:rFonts w:ascii="Arial" w:hAnsi="Arial" w:cs="Arial"/>
          <w:color w:val="6B7280"/>
          <w:sz w:val="20"/>
          <w:szCs w:val="20"/>
          <w:rtl/>
          <w:lang w:val="en-US" w:bidi="he-IL"/>
        </w:rPr>
        <w:t xml:space="preserve">דמיינו שאתם בגן חיות. כתבו 4 משפטים על החיות שאתם רואים. השתמשו ב־‎a, an, the‎ ובצורות רבים.</w:t>
      </w:r>
    </w:p>
    <w:p>
      <w:pPr>
        <w:bidi/>
        <w:spacing w:before="0" w:after="80"/>
        <w:jc w:val="both"/>
      </w:pPr>
      <w:r>
        <w:rPr>
          <w:rFonts w:ascii="Arial" w:hAnsi="Arial" w:cs="Arial"/>
          <w:color w:val="6B7280"/>
          <w:sz w:val="21"/>
          <w:szCs w:val="21"/>
          <w:rtl/>
          <w:lang w:val="en-US" w:bidi="ar-SA"/>
        </w:rPr>
        <w:t xml:space="preserve">تخيّل أنّك في حديقة الحيوانات. اكتب 4 جمل عن الحيوانات التي تراها. استعمل ‎a‎ و‎an‎ و‎the‎ وصيغ الجمع.</w:t>
      </w:r>
    </w:p>
    <w:p>
      <w:pPr>
        <w:spacing w:before="0" w:after="80"/>
        <w:jc w:val="both"/>
      </w:pPr>
      <w:r>
        <w:rPr>
          <w:color w:val="0F7A4F"/>
        </w:rPr>
        <w:t>Possible answer: I see an elephant. The elephant is very big. There are three monkeys in a tree. There are two lions and a giraffe.</w:t>
      </w:r>
    </w:p>
    <w:p>
      <w:pPr>
        <w:spacing w:before="160" w:after="80"/>
        <w:jc w:val="both"/>
      </w:pPr>
      <w:r>
        <w:rPr>
          <w:rFonts w:ascii="Arial Black" w:hAnsi="Arial Black" w:cs="Arial Black"/>
          <w:b/>
          <w:bCs/>
          <w:color w:val="047857"/>
          <w:sz w:val="30"/>
          <w:szCs w:val="30"/>
        </w:rPr>
        <w:t>Unit 4: Past simple of "to be": was and were</w:t>
      </w:r>
    </w:p>
    <w:p>
      <w:pPr>
        <w:spacing w:before="160" w:after="20"/>
        <w:jc w:val="both"/>
      </w:pPr>
      <w:r>
        <w:rPr>
          <w:b/>
          <w:bCs/>
          <w:sz w:val="26"/>
          <w:szCs w:val="26"/>
        </w:rPr>
        <w:t>1. Match the time words to the same meaning.</w:t>
      </w:r>
    </w:p>
    <w:p>
      <w:pPr>
        <w:bidi/>
        <w:spacing w:before="0" w:after="0"/>
        <w:jc w:val="both"/>
      </w:pPr>
      <w:r>
        <w:rPr>
          <w:rFonts w:ascii="Arial" w:hAnsi="Arial" w:cs="Arial"/>
          <w:color w:val="6B7280"/>
          <w:sz w:val="20"/>
          <w:szCs w:val="20"/>
          <w:rtl/>
          <w:lang w:val="en-US" w:bidi="he-IL"/>
        </w:rPr>
        <w:t xml:space="preserve">התאימו בין מילות הזמן שיש להן אותה משמעות.</w:t>
      </w:r>
    </w:p>
    <w:p>
      <w:pPr>
        <w:bidi/>
        <w:spacing w:before="0" w:after="80"/>
        <w:jc w:val="both"/>
      </w:pPr>
      <w:r>
        <w:rPr>
          <w:rFonts w:ascii="Arial" w:hAnsi="Arial" w:cs="Arial"/>
          <w:color w:val="6B7280"/>
          <w:sz w:val="21"/>
          <w:szCs w:val="21"/>
          <w:rtl/>
          <w:lang w:val="en-US" w:bidi="ar-SA"/>
        </w:rPr>
        <w:t xml:space="preserve">صِل كلمات الزمن التي لها المعنى نفسه.</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yesterday</w:t>
            </w:r>
          </w:p>
        </w:tc>
        <w:tc>
          <w:tcPr>
            <w:tcW w:type="dxa" w:w="4989"/>
          </w:tcPr>
          <w:p>
            <w:pPr>
              <w:spacing w:before="0" w:after="40"/>
              <w:jc w:val="both"/>
            </w:pPr>
            <w:r>
              <w:rPr/>
              <w:t>[5] the summer before this year</w:t>
            </w:r>
          </w:p>
        </w:tc>
      </w:tr>
      <w:tr>
        <w:tc>
          <w:tcPr>
            <w:tcW w:type="dxa" w:w="4989"/>
          </w:tcPr>
          <w:p>
            <w:pPr>
              <w:spacing w:before="0" w:after="40"/>
              <w:jc w:val="both"/>
            </w:pPr>
            <w:r>
              <w:rPr/>
              <w:t>2. last night</w:t>
            </w:r>
          </w:p>
        </w:tc>
        <w:tc>
          <w:tcPr>
            <w:tcW w:type="dxa" w:w="4989"/>
          </w:tcPr>
          <w:p>
            <w:pPr>
              <w:spacing w:before="0" w:after="40"/>
              <w:jc w:val="both"/>
            </w:pPr>
            <w:r>
              <w:rPr/>
              <w:t>[2] the night before today</w:t>
            </w:r>
          </w:p>
        </w:tc>
      </w:tr>
      <w:tr>
        <w:tc>
          <w:tcPr>
            <w:tcW w:type="dxa" w:w="4989"/>
          </w:tcPr>
          <w:p>
            <w:pPr>
              <w:spacing w:before="0" w:after="40"/>
              <w:jc w:val="both"/>
            </w:pPr>
            <w:r>
              <w:rPr/>
              <w:t>3. last week</w:t>
            </w:r>
          </w:p>
        </w:tc>
        <w:tc>
          <w:tcPr>
            <w:tcW w:type="dxa" w:w="4989"/>
          </w:tcPr>
          <w:p>
            <w:pPr>
              <w:spacing w:before="0" w:after="40"/>
              <w:jc w:val="both"/>
            </w:pPr>
            <w:r>
              <w:rPr/>
              <w:t>[1] the day before today</w:t>
            </w:r>
          </w:p>
        </w:tc>
      </w:tr>
      <w:tr>
        <w:tc>
          <w:tcPr>
            <w:tcW w:type="dxa" w:w="4989"/>
          </w:tcPr>
          <w:p>
            <w:pPr>
              <w:spacing w:before="0" w:after="40"/>
              <w:jc w:val="both"/>
            </w:pPr>
            <w:r>
              <w:rPr/>
              <w:t>4. two days ago</w:t>
            </w:r>
          </w:p>
        </w:tc>
        <w:tc>
          <w:tcPr>
            <w:tcW w:type="dxa" w:w="4989"/>
          </w:tcPr>
          <w:p>
            <w:pPr>
              <w:spacing w:before="0" w:after="40"/>
              <w:jc w:val="both"/>
            </w:pPr>
            <w:r>
              <w:rPr/>
              <w:t>[4] the day before yesterday</w:t>
            </w:r>
          </w:p>
        </w:tc>
      </w:tr>
      <w:tr>
        <w:tc>
          <w:tcPr>
            <w:tcW w:type="dxa" w:w="4989"/>
          </w:tcPr>
          <w:p>
            <w:pPr>
              <w:spacing w:before="0" w:after="40"/>
              <w:jc w:val="both"/>
            </w:pPr>
            <w:r>
              <w:rPr/>
              <w:t>5. last summer</w:t>
            </w:r>
          </w:p>
        </w:tc>
        <w:tc>
          <w:tcPr>
            <w:tcW w:type="dxa" w:w="4989"/>
          </w:tcPr>
          <w:p>
            <w:pPr>
              <w:spacing w:before="0" w:after="40"/>
              <w:jc w:val="both"/>
            </w:pPr>
            <w:r>
              <w:rPr/>
              <w:t>[3] the week before this week</w:t>
            </w:r>
          </w:p>
        </w:tc>
      </w:tr>
    </w:tbl>
    <w:p>
      <w:pPr>
        <w:spacing w:before="0" w:after="40"/>
        <w:jc w:val="both"/>
      </w:pPr>
    </w:p>
    <w:p>
      <w:pPr>
        <w:spacing w:before="160" w:after="20"/>
        <w:jc w:val="both"/>
      </w:pPr>
      <w:r>
        <w:rPr>
          <w:b/>
          <w:bCs/>
          <w:sz w:val="26"/>
          <w:szCs w:val="26"/>
        </w:rPr>
        <w:t>2. Complete with was or were.</w:t>
      </w:r>
    </w:p>
    <w:p>
      <w:pPr>
        <w:bidi/>
        <w:spacing w:before="0" w:after="0"/>
        <w:jc w:val="both"/>
      </w:pPr>
      <w:r>
        <w:rPr>
          <w:rFonts w:ascii="Arial" w:hAnsi="Arial" w:cs="Arial"/>
          <w:color w:val="6B7280"/>
          <w:sz w:val="20"/>
          <w:szCs w:val="20"/>
          <w:rtl/>
          <w:lang w:val="en-US" w:bidi="he-IL"/>
        </w:rPr>
        <w:t xml:space="preserve">השלימו ב־‎was‎ או ב־‎were‎.</w:t>
      </w:r>
    </w:p>
    <w:p>
      <w:pPr>
        <w:bidi/>
        <w:spacing w:before="0" w:after="80"/>
        <w:jc w:val="both"/>
      </w:pPr>
      <w:r>
        <w:rPr>
          <w:rFonts w:ascii="Arial" w:hAnsi="Arial" w:cs="Arial"/>
          <w:color w:val="6B7280"/>
          <w:sz w:val="21"/>
          <w:szCs w:val="21"/>
          <w:rtl/>
          <w:lang w:val="en-US" w:bidi="ar-SA"/>
        </w:rPr>
        <w:t xml:space="preserve">أكمل بـ ‎was‎ أو ‎were‎.</w:t>
      </w:r>
    </w:p>
    <w:p>
      <w:pPr>
        <w:spacing w:before="0" w:after="40"/>
        <w:jc w:val="both"/>
      </w:pPr>
      <w:r>
        <w:rPr/>
        <w:t>a. The museum was very interesting.</w:t>
      </w:r>
    </w:p>
    <w:p>
      <w:pPr>
        <w:spacing w:before="0" w:after="40"/>
        <w:jc w:val="both"/>
      </w:pPr>
      <w:r>
        <w:rPr/>
        <w:t>b. Dad and I were at the soccer game.</w:t>
      </w:r>
    </w:p>
    <w:p>
      <w:pPr>
        <w:spacing w:before="0" w:after="40"/>
        <w:jc w:val="both"/>
      </w:pPr>
      <w:r>
        <w:rPr/>
        <w:t>c. It was a long day.</w:t>
      </w:r>
    </w:p>
    <w:p>
      <w:pPr>
        <w:spacing w:before="0" w:after="40"/>
        <w:jc w:val="both"/>
      </w:pPr>
      <w:r>
        <w:rPr/>
        <w:t>d. The students were in the library.</w:t>
      </w:r>
    </w:p>
    <w:p>
      <w:pPr>
        <w:spacing w:before="0" w:after="40"/>
        <w:jc w:val="both"/>
      </w:pPr>
      <w:r>
        <w:rPr/>
        <w:t>e. My dog was in the garden all day.</w:t>
      </w:r>
    </w:p>
    <w:p>
      <w:pPr>
        <w:spacing w:before="0" w:after="40"/>
        <w:jc w:val="both"/>
      </w:pPr>
      <w:r>
        <w:rPr/>
        <w:t>f. Where were your shoes?</w:t>
      </w: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c>
          <w:tcPr>
            <w:tcW w:type="dxa" w:w="3326"/>
            <w:shd w:val="clear" w:color="auto" w:fill="047857"/>
          </w:tcPr>
          <w:p>
            <w:pPr>
              <w:spacing w:before="0" w:after="40"/>
              <w:jc w:val="both"/>
            </w:pPr>
            <w:r>
              <w:rPr>
                <w:b/>
                <w:bCs/>
                <w:color w:val="FFFFFF"/>
              </w:rPr>
              <w:t>?</w:t>
            </w:r>
          </w:p>
        </w:tc>
      </w:tr>
      <w:tr>
        <w:tc>
          <w:tcPr>
            <w:tcW w:type="dxa" w:w="3326"/>
          </w:tcPr>
          <w:p>
            <w:pPr>
              <w:spacing w:before="0" w:after="40"/>
              <w:jc w:val="both"/>
            </w:pPr>
            <w:r>
              <w:rPr/>
              <w:t>He was at home.</w:t>
            </w:r>
          </w:p>
        </w:tc>
        <w:tc>
          <w:tcPr>
            <w:tcW w:type="dxa" w:w="3326"/>
          </w:tcPr>
          <w:p>
            <w:pPr>
              <w:spacing w:before="0" w:after="40"/>
              <w:jc w:val="both"/>
            </w:pPr>
            <w:r>
              <w:rPr>
                <w:color w:val="0F7A4F"/>
              </w:rPr>
              <w:t>He wasn't at home.</w:t>
            </w:r>
          </w:p>
        </w:tc>
        <w:tc>
          <w:tcPr>
            <w:tcW w:type="dxa" w:w="3326"/>
          </w:tcPr>
          <w:p>
            <w:pPr>
              <w:spacing w:before="0" w:after="40"/>
              <w:jc w:val="both"/>
            </w:pPr>
            <w:r>
              <w:rPr>
                <w:color w:val="0F7A4F"/>
              </w:rPr>
              <w:t>Was he at home?</w:t>
            </w:r>
          </w:p>
        </w:tc>
      </w:tr>
      <w:tr>
        <w:tc>
          <w:tcPr>
            <w:tcW w:type="dxa" w:w="3326"/>
          </w:tcPr>
          <w:p>
            <w:pPr>
              <w:spacing w:before="0" w:after="40"/>
              <w:jc w:val="both"/>
            </w:pPr>
            <w:r>
              <w:rPr/>
              <w:t>They were hungry.</w:t>
            </w:r>
          </w:p>
        </w:tc>
        <w:tc>
          <w:tcPr>
            <w:tcW w:type="dxa" w:w="3326"/>
          </w:tcPr>
          <w:p>
            <w:pPr>
              <w:spacing w:before="0" w:after="40"/>
              <w:jc w:val="both"/>
            </w:pPr>
            <w:r>
              <w:rPr>
                <w:color w:val="0F7A4F"/>
              </w:rPr>
              <w:t>They weren't hungry.</w:t>
            </w:r>
          </w:p>
        </w:tc>
        <w:tc>
          <w:tcPr>
            <w:tcW w:type="dxa" w:w="3326"/>
          </w:tcPr>
          <w:p>
            <w:pPr>
              <w:spacing w:before="0" w:after="40"/>
              <w:jc w:val="both"/>
            </w:pPr>
            <w:r>
              <w:rPr>
                <w:color w:val="0F7A4F"/>
              </w:rPr>
              <w:t>Were they hungry?</w:t>
            </w:r>
          </w:p>
        </w:tc>
      </w:tr>
      <w:tr>
        <w:tc>
          <w:tcPr>
            <w:tcW w:type="dxa" w:w="3326"/>
          </w:tcPr>
          <w:p>
            <w:pPr>
              <w:spacing w:before="0" w:after="40"/>
              <w:jc w:val="both"/>
            </w:pPr>
            <w:r>
              <w:rPr/>
              <w:t>It was easy.</w:t>
            </w:r>
          </w:p>
        </w:tc>
        <w:tc>
          <w:tcPr>
            <w:tcW w:type="dxa" w:w="3326"/>
          </w:tcPr>
          <w:p>
            <w:pPr>
              <w:spacing w:before="0" w:after="40"/>
              <w:jc w:val="both"/>
            </w:pPr>
            <w:r>
              <w:rPr>
                <w:color w:val="0F7A4F"/>
              </w:rPr>
              <w:t>It wasn't easy.</w:t>
            </w:r>
          </w:p>
        </w:tc>
        <w:tc>
          <w:tcPr>
            <w:tcW w:type="dxa" w:w="3326"/>
          </w:tcPr>
          <w:p>
            <w:pPr>
              <w:spacing w:before="0" w:after="40"/>
              <w:jc w:val="both"/>
            </w:pPr>
            <w:r>
              <w:rPr>
                <w:color w:val="0F7A4F"/>
              </w:rPr>
              <w:t>Was it easy?</w:t>
            </w:r>
          </w:p>
        </w:tc>
      </w:tr>
      <w:tr>
        <w:tc>
          <w:tcPr>
            <w:tcW w:type="dxa" w:w="3326"/>
          </w:tcPr>
          <w:p>
            <w:pPr>
              <w:spacing w:before="0" w:after="40"/>
              <w:jc w:val="both"/>
            </w:pPr>
            <w:r>
              <w:rPr/>
              <w:t>You were late.</w:t>
            </w:r>
          </w:p>
        </w:tc>
        <w:tc>
          <w:tcPr>
            <w:tcW w:type="dxa" w:w="3326"/>
          </w:tcPr>
          <w:p>
            <w:pPr>
              <w:spacing w:before="0" w:after="40"/>
              <w:jc w:val="both"/>
            </w:pPr>
            <w:r>
              <w:rPr>
                <w:color w:val="0F7A4F"/>
              </w:rPr>
              <w:t>You weren't late.</w:t>
            </w:r>
          </w:p>
        </w:tc>
        <w:tc>
          <w:tcPr>
            <w:tcW w:type="dxa" w:w="3326"/>
          </w:tcPr>
          <w:p>
            <w:pPr>
              <w:spacing w:before="0" w:after="40"/>
              <w:jc w:val="both"/>
            </w:pPr>
            <w:r>
              <w:rPr>
                <w:color w:val="0F7A4F"/>
              </w:rPr>
              <w:t>Were you late?</w:t>
            </w:r>
          </w:p>
        </w:tc>
      </w:tr>
    </w:tbl>
    <w:p>
      <w:pPr>
        <w:spacing w:before="0" w:after="40"/>
        <w:jc w:val="both"/>
      </w:pPr>
    </w:p>
    <w:p>
      <w:pPr>
        <w:spacing w:before="160" w:after="20"/>
        <w:jc w:val="both"/>
      </w:pPr>
      <w:r>
        <w:rPr>
          <w:b/>
          <w:bCs/>
          <w:sz w:val="26"/>
          <w:szCs w:val="26"/>
        </w:rPr>
        <w:t>4. Present or past? Sort the words.</w:t>
      </w:r>
    </w:p>
    <w:p>
      <w:pPr>
        <w:bidi/>
        <w:spacing w:before="0" w:after="0"/>
        <w:jc w:val="both"/>
      </w:pPr>
      <w:r>
        <w:rPr>
          <w:rFonts w:ascii="Arial" w:hAnsi="Arial" w:cs="Arial"/>
          <w:color w:val="6B7280"/>
          <w:sz w:val="20"/>
          <w:szCs w:val="20"/>
          <w:rtl/>
          <w:lang w:val="en-US" w:bidi="he-IL"/>
        </w:rPr>
        <w:t xml:space="preserve">הווה או עבר? מיינו את המילים.</w:t>
      </w:r>
    </w:p>
    <w:p>
      <w:pPr>
        <w:bidi/>
        <w:spacing w:before="0" w:after="80"/>
        <w:jc w:val="both"/>
      </w:pPr>
      <w:r>
        <w:rPr>
          <w:rFonts w:ascii="Arial" w:hAnsi="Arial" w:cs="Arial"/>
          <w:color w:val="6B7280"/>
          <w:sz w:val="21"/>
          <w:szCs w:val="21"/>
          <w:rtl/>
          <w:lang w:val="en-US" w:bidi="ar-SA"/>
        </w:rPr>
        <w:t xml:space="preserve">حاضر أم ماضٍ؟ صنّف الكلمات.</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present</w:t>
            </w:r>
          </w:p>
        </w:tc>
        <w:tc>
          <w:tcPr>
            <w:tcW w:type="dxa" w:w="4989"/>
            <w:shd w:val="clear" w:color="auto" w:fill="047857"/>
          </w:tcPr>
          <w:p>
            <w:pPr>
              <w:spacing w:before="0" w:after="40"/>
              <w:jc w:val="both"/>
            </w:pPr>
            <w:r>
              <w:rPr>
                <w:b/>
                <w:bCs/>
                <w:color w:val="FFFFFF"/>
              </w:rPr>
              <w:t>past</w:t>
            </w:r>
          </w:p>
        </w:tc>
      </w:tr>
      <w:tr>
        <w:tc>
          <w:tcPr>
            <w:tcW w:type="dxa" w:w="4989"/>
          </w:tcPr>
          <w:p>
            <w:pPr>
              <w:spacing w:before="0" w:after="40"/>
              <w:jc w:val="both"/>
            </w:pPr>
            <w:r>
              <w:rPr/>
              <w:t>am, is, are, isn't</w:t>
            </w:r>
          </w:p>
        </w:tc>
        <w:tc>
          <w:tcPr>
            <w:tcW w:type="dxa" w:w="4989"/>
          </w:tcPr>
          <w:p>
            <w:pPr>
              <w:spacing w:before="0" w:after="40"/>
              <w:jc w:val="both"/>
            </w:pPr>
            <w:r>
              <w:rPr/>
              <w:t>was, were, wasn't, weren't</w:t>
            </w:r>
          </w:p>
        </w:tc>
      </w:tr>
    </w:tbl>
    <w:p>
      <w:pPr>
        <w:spacing w:before="0" w:after="40"/>
        <w:jc w:val="both"/>
      </w:pPr>
    </w:p>
    <w:p>
      <w:pPr>
        <w:spacing w:before="160" w:after="20"/>
        <w:jc w:val="both"/>
      </w:pPr>
      <w:r>
        <w:rPr>
          <w:b/>
          <w:bCs/>
          <w:sz w:val="26"/>
          <w:szCs w:val="26"/>
        </w:rPr>
        <w:t>5. Complete with a word from the bank.</w:t>
      </w:r>
    </w:p>
    <w:p>
      <w:pPr>
        <w:bidi/>
        <w:spacing w:before="0" w:after="0"/>
        <w:jc w:val="both"/>
      </w:pPr>
      <w:r>
        <w:rPr>
          <w:rFonts w:ascii="Arial" w:hAnsi="Arial" w:cs="Arial"/>
          <w:color w:val="6B7280"/>
          <w:sz w:val="20"/>
          <w:szCs w:val="20"/>
          <w:rtl/>
          <w:lang w:val="en-US" w:bidi="he-IL"/>
        </w:rPr>
        <w:t xml:space="preserve">השלימו במילה ממחסן המילים.</w:t>
      </w:r>
    </w:p>
    <w:p>
      <w:pPr>
        <w:bidi/>
        <w:spacing w:before="0" w:after="80"/>
        <w:jc w:val="both"/>
      </w:pPr>
      <w:r>
        <w:rPr>
          <w:rFonts w:ascii="Arial" w:hAnsi="Arial" w:cs="Arial"/>
          <w:color w:val="6B7280"/>
          <w:sz w:val="21"/>
          <w:szCs w:val="21"/>
          <w:rtl/>
          <w:lang w:val="en-US" w:bidi="ar-SA"/>
        </w:rPr>
        <w:t xml:space="preserve">أكمل بكلمة من بنك الكلمات.</w:t>
      </w:r>
    </w:p>
    <w:p>
      <w:pPr>
        <w:spacing w:before="0" w:after="40"/>
        <w:jc w:val="both"/>
      </w:pPr>
      <w:r>
        <w:rPr/>
        <w:t>a. Were you at the concert? Yes, I was.</w:t>
      </w:r>
    </w:p>
    <w:p>
      <w:pPr>
        <w:spacing w:before="0" w:after="40"/>
        <w:jc w:val="both"/>
      </w:pPr>
      <w:r>
        <w:rPr/>
        <w:t>b. The bus wasn't on time. It was late.</w:t>
      </w:r>
    </w:p>
    <w:p>
      <w:pPr>
        <w:spacing w:before="0" w:after="40"/>
        <w:jc w:val="both"/>
      </w:pPr>
      <w:r>
        <w:rPr/>
        <w:t>c. We weren't in the classroom. We were outside.</w:t>
      </w:r>
    </w:p>
    <w:p>
      <w:pPr>
        <w:spacing w:before="0" w:after="40"/>
        <w:jc w:val="both"/>
      </w:pPr>
      <w:r>
        <w:rPr/>
        <w:t>d. Was the soup hot? Yes, it was.</w:t>
      </w:r>
    </w:p>
    <w:p>
      <w:pPr>
        <w:spacing w:before="0" w:after="40"/>
        <w:jc w:val="both"/>
      </w:pPr>
      <w:r>
        <w:rPr/>
        <w:t>e. My grandma was a teacher in the past.</w:t>
      </w:r>
    </w:p>
    <w:p>
      <w:pPr>
        <w:spacing w:before="0" w:after="40"/>
        <w:jc w:val="both"/>
      </w:pPr>
      <w:r>
        <w:rPr/>
        <w:t>f. The kids were very excited about the trip.</w:t>
      </w:r>
    </w:p>
    <w:p>
      <w:pPr>
        <w:spacing w:before="160" w:after="20"/>
        <w:jc w:val="both"/>
      </w:pPr>
      <w:r>
        <w:rPr>
          <w:b/>
          <w:bCs/>
          <w:sz w:val="26"/>
          <w:szCs w:val="26"/>
        </w:rPr>
        <w:t>6. Change the sentences to the past. Use yesterday.</w:t>
      </w:r>
    </w:p>
    <w:p>
      <w:pPr>
        <w:bidi/>
        <w:spacing w:before="0" w:after="0"/>
        <w:jc w:val="both"/>
      </w:pPr>
      <w:r>
        <w:rPr>
          <w:rFonts w:ascii="Arial" w:hAnsi="Arial" w:cs="Arial"/>
          <w:color w:val="6B7280"/>
          <w:sz w:val="20"/>
          <w:szCs w:val="20"/>
          <w:rtl/>
          <w:lang w:val="en-US" w:bidi="he-IL"/>
        </w:rPr>
        <w:t xml:space="preserve">הפכו את המשפטים לעבר. השתמשו ב־‎yesterday‎.</w:t>
      </w:r>
    </w:p>
    <w:p>
      <w:pPr>
        <w:bidi/>
        <w:spacing w:before="0" w:after="80"/>
        <w:jc w:val="both"/>
      </w:pPr>
      <w:r>
        <w:rPr>
          <w:rFonts w:ascii="Arial" w:hAnsi="Arial" w:cs="Arial"/>
          <w:color w:val="6B7280"/>
          <w:sz w:val="21"/>
          <w:szCs w:val="21"/>
          <w:rtl/>
          <w:lang w:val="en-US" w:bidi="ar-SA"/>
        </w:rPr>
        <w:t xml:space="preserve">حوّل الجمل إلى الماضي. استعمل ‎yesterday‎.</w:t>
      </w:r>
    </w:p>
    <w:p>
      <w:pPr>
        <w:spacing w:before="0" w:after="100"/>
        <w:jc w:val="both"/>
      </w:pPr>
      <w:r>
        <w:rPr/>
        <w:t>a. I am at the dentist.  → I was at the dentist yesterday.</w:t>
      </w:r>
    </w:p>
    <w:p>
      <w:pPr>
        <w:spacing w:before="0" w:after="100"/>
        <w:jc w:val="both"/>
      </w:pPr>
      <w:r>
        <w:rPr/>
        <w:t>b. The weather is rainy.  → The weather was rainy yesterday.</w:t>
      </w:r>
    </w:p>
    <w:p>
      <w:pPr>
        <w:spacing w:before="0" w:after="100"/>
        <w:jc w:val="both"/>
      </w:pPr>
      <w:r>
        <w:rPr/>
        <w:t>c. Ben and Noam are at the swimming pool.  → Ben and Noam were at the swimming pool yesterday.</w:t>
      </w:r>
    </w:p>
    <w:p>
      <w:pPr>
        <w:spacing w:before="0" w:after="100"/>
        <w:jc w:val="both"/>
      </w:pPr>
      <w:r>
        <w:rPr/>
        <w:t>d. My cat isn't hungry.  → My cat wasn't hungry yesterday.</w:t>
      </w:r>
    </w:p>
    <w:p>
      <w:pPr>
        <w:spacing w:before="160" w:after="20"/>
        <w:jc w:val="both"/>
      </w:pPr>
      <w:r>
        <w:rPr>
          <w:b/>
          <w:bCs/>
          <w:sz w:val="26"/>
          <w:szCs w:val="26"/>
        </w:rPr>
        <w:t>7. Circle the correct question word.</w:t>
      </w:r>
    </w:p>
    <w:p>
      <w:pPr>
        <w:bidi/>
        <w:spacing w:before="0" w:after="0"/>
        <w:jc w:val="both"/>
      </w:pPr>
      <w:r>
        <w:rPr>
          <w:rFonts w:ascii="Arial" w:hAnsi="Arial" w:cs="Arial"/>
          <w:color w:val="6B7280"/>
          <w:sz w:val="20"/>
          <w:szCs w:val="20"/>
          <w:rtl/>
          <w:lang w:val="en-US" w:bidi="he-IL"/>
        </w:rPr>
        <w:t xml:space="preserve">הקיפו את מילת השאלה הנכונה.</w:t>
      </w:r>
    </w:p>
    <w:p>
      <w:pPr>
        <w:bidi/>
        <w:spacing w:before="0" w:after="80"/>
        <w:jc w:val="both"/>
      </w:pPr>
      <w:r>
        <w:rPr>
          <w:rFonts w:ascii="Arial" w:hAnsi="Arial" w:cs="Arial"/>
          <w:color w:val="6B7280"/>
          <w:sz w:val="21"/>
          <w:szCs w:val="21"/>
          <w:rtl/>
          <w:lang w:val="en-US" w:bidi="ar-SA"/>
        </w:rPr>
        <w:t xml:space="preserve">ضع دائرة حول أداة الاستفهام الصحيحة.</w:t>
      </w:r>
    </w:p>
    <w:p>
      <w:pPr>
        <w:spacing w:before="0" w:after="20"/>
        <w:jc w:val="both"/>
      </w:pPr>
      <w:r>
        <w:rPr/>
        <w:t>a. ___ was your teacher? Mr. Cohen.</w:t>
      </w:r>
    </w:p>
    <w:p>
      <w:pPr>
        <w:spacing w:before="0" w:after="80"/>
        <w:jc w:val="both"/>
      </w:pPr>
      <w:r>
        <w:rPr>
          <w:b/>
          <w:bCs/>
          <w:color w:val="0F7A4F"/>
        </w:rPr>
        <w:t xml:space="preserve">   ✔ Who</w:t>
      </w:r>
    </w:p>
    <w:p>
      <w:pPr>
        <w:spacing w:before="0" w:after="20"/>
        <w:jc w:val="both"/>
      </w:pPr>
      <w:r>
        <w:rPr/>
        <w:t>b. ___ were you on Friday? At the beach.</w:t>
      </w:r>
    </w:p>
    <w:p>
      <w:pPr>
        <w:spacing w:before="0" w:after="80"/>
        <w:jc w:val="both"/>
      </w:pPr>
      <w:r>
        <w:rPr>
          <w:b/>
          <w:bCs/>
          <w:color w:val="0F7A4F"/>
        </w:rPr>
        <w:t xml:space="preserve">   ✔ Where</w:t>
      </w:r>
    </w:p>
    <w:p>
      <w:pPr>
        <w:spacing w:before="0" w:after="20"/>
        <w:jc w:val="both"/>
      </w:pPr>
      <w:r>
        <w:rPr/>
        <w:t>c. ___ was the test? It was hard.</w:t>
      </w:r>
    </w:p>
    <w:p>
      <w:pPr>
        <w:spacing w:before="0" w:after="80"/>
        <w:jc w:val="both"/>
      </w:pPr>
      <w:r>
        <w:rPr>
          <w:b/>
          <w:bCs/>
          <w:color w:val="0F7A4F"/>
        </w:rPr>
        <w:t xml:space="preserve">   ✔ How</w:t>
      </w:r>
    </w:p>
    <w:p>
      <w:pPr>
        <w:spacing w:before="0" w:after="20"/>
        <w:jc w:val="both"/>
      </w:pPr>
      <w:r>
        <w:rPr/>
        <w:t>d. ___ was the party? On Monday.</w:t>
      </w:r>
    </w:p>
    <w:p>
      <w:pPr>
        <w:spacing w:before="0" w:after="80"/>
        <w:jc w:val="both"/>
      </w:pPr>
      <w:r>
        <w:rPr>
          <w:b/>
          <w:bCs/>
          <w:color w:val="0F7A4F"/>
        </w:rPr>
        <w:t xml:space="preserve">   ✔ When</w:t>
      </w:r>
    </w:p>
    <w:p>
      <w:pPr>
        <w:spacing w:before="160" w:after="20"/>
        <w:jc w:val="both"/>
      </w:pPr>
      <w:r>
        <w:rPr>
          <w:b/>
          <w:bCs/>
          <w:sz w:val="26"/>
          <w:szCs w:val="26"/>
        </w:rPr>
        <w:t>8.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We was at the zoo.  → We were at the zoo.</w:t>
      </w:r>
    </w:p>
    <w:p>
      <w:pPr>
        <w:spacing w:before="0" w:after="100"/>
        <w:jc w:val="both"/>
      </w:pPr>
      <w:r>
        <w:rPr/>
        <w:t>b. Were Tom at school?  → Was Tom at school?</w:t>
      </w:r>
    </w:p>
    <w:p>
      <w:pPr>
        <w:spacing w:before="0" w:after="100"/>
        <w:jc w:val="both"/>
      </w:pPr>
      <w:r>
        <w:rPr/>
        <w:t>c. The children wasn't tired.  → The children weren't tired.</w:t>
      </w:r>
    </w:p>
    <w:p>
      <w:pPr>
        <w:spacing w:before="0" w:after="100"/>
        <w:jc w:val="both"/>
      </w:pPr>
      <w:r>
        <w:rPr/>
        <w:t>d. I were very happy.  → I was very happy.</w:t>
      </w:r>
    </w:p>
    <w:p>
      <w:pPr>
        <w:spacing w:before="0" w:after="100"/>
        <w:jc w:val="both"/>
      </w:pPr>
      <w:r>
        <w:rPr/>
        <w:t>e. It weren't my fault.  → It wasn't my fault.</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40"/>
        <w:jc w:val="both"/>
      </w:pPr>
      <w:r>
        <w:rPr/>
        <w:t>a. We use were with I. – False – We use was with I.</w:t>
      </w:r>
    </w:p>
    <w:p>
      <w:pPr>
        <w:spacing w:before="0" w:after="40"/>
        <w:jc w:val="both"/>
      </w:pPr>
      <w:r>
        <w:rPr/>
        <w:t>b. We use were with you, we and they. – True</w:t>
      </w:r>
    </w:p>
    <w:p>
      <w:pPr>
        <w:spacing w:before="0" w:after="40"/>
        <w:jc w:val="both"/>
      </w:pPr>
      <w:r>
        <w:rPr/>
        <w:t>c. Weren't is short for were not. – True</w:t>
      </w:r>
    </w:p>
    <w:p>
      <w:pPr>
        <w:spacing w:before="0" w:after="40"/>
        <w:jc w:val="both"/>
      </w:pPr>
      <w:r>
        <w:rPr/>
        <w:t>d. The past of is is were. – False – The past of is is was.</w:t>
      </w:r>
    </w:p>
    <w:p>
      <w:pPr>
        <w:spacing w:before="160" w:after="20"/>
        <w:jc w:val="both"/>
      </w:pPr>
      <w:r>
        <w:rPr>
          <w:b/>
          <w:bCs/>
          <w:sz w:val="26"/>
          <w:szCs w:val="26"/>
        </w:rPr>
        <w:t>10. Read "A Rainy Day". Write True or False. Correct the false sentences.</w:t>
      </w:r>
    </w:p>
    <w:p>
      <w:pPr>
        <w:bidi/>
        <w:spacing w:before="0" w:after="0"/>
        <w:jc w:val="both"/>
      </w:pPr>
      <w:r>
        <w:rPr>
          <w:rFonts w:ascii="Arial" w:hAnsi="Arial" w:cs="Arial"/>
          <w:color w:val="6B7280"/>
          <w:sz w:val="20"/>
          <w:szCs w:val="20"/>
          <w:rtl/>
          <w:lang w:val="en-US" w:bidi="he-IL"/>
        </w:rPr>
        <w:t xml:space="preserve">קראו את ‎"A Rainy Day"‎.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‎"A Rainy Day"‎. اكتب ‎True‎ أو ‎False‎. صحّح الجمل الخاطئة.</w:t>
      </w:r>
    </w:p>
    <w:p>
      <w:pPr>
        <w:spacing w:before="0" w:after="40"/>
        <w:jc w:val="both"/>
      </w:pPr>
      <w:r>
        <w:rPr/>
        <w:t>a. In the morning, the sky was gray. – False – In the morning, the sky was blue.</w:t>
      </w:r>
    </w:p>
    <w:p>
      <w:pPr>
        <w:spacing w:before="0" w:after="40"/>
        <w:jc w:val="both"/>
      </w:pPr>
      <w:r>
        <w:rPr/>
        <w:t>b. The boys' jackets were at home. – True</w:t>
      </w:r>
    </w:p>
    <w:p>
      <w:pPr>
        <w:spacing w:before="0" w:after="40"/>
        <w:jc w:val="both"/>
      </w:pPr>
      <w:r>
        <w:rPr/>
        <w:t>c. Tom's uncle was in his car near the park. – True</w:t>
      </w:r>
    </w:p>
    <w:p>
      <w:pPr>
        <w:spacing w:before="0" w:after="40"/>
        <w:jc w:val="both"/>
      </w:pPr>
      <w:r>
        <w:rPr/>
        <w:t>d. There was soup on the table. – False – There was hot chocolate on the table.</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Where were Ariel and Tom in the morning?  → They were in the park.</w:t>
      </w:r>
    </w:p>
    <w:p>
      <w:pPr>
        <w:spacing w:before="0" w:after="100"/>
        <w:jc w:val="both"/>
      </w:pPr>
      <w:r>
        <w:rPr/>
        <w:t>b. Why were the boys wet and cold?  → Because their jackets were at home and it was raining.</w:t>
      </w:r>
    </w:p>
    <w:p>
      <w:pPr>
        <w:spacing w:before="0" w:after="100"/>
        <w:jc w:val="both"/>
      </w:pPr>
      <w:r>
        <w:rPr/>
        <w:t>c. Who was in the kitchen?  → Tom's mom.</w:t>
      </w:r>
    </w:p>
    <w:p>
      <w:pPr>
        <w:spacing w:before="160" w:after="20"/>
        <w:jc w:val="both"/>
      </w:pPr>
      <w:r>
        <w:rPr>
          <w:b/>
          <w:bCs/>
          <w:sz w:val="26"/>
          <w:szCs w:val="26"/>
        </w:rPr>
        <w:t>12. Where were you last weekend? Who was with you? How was it? Write 4 sentences.</w:t>
      </w:r>
    </w:p>
    <w:p>
      <w:pPr>
        <w:bidi/>
        <w:spacing w:before="0" w:after="0"/>
        <w:jc w:val="both"/>
      </w:pPr>
      <w:r>
        <w:rPr>
          <w:rFonts w:ascii="Arial" w:hAnsi="Arial" w:cs="Arial"/>
          <w:color w:val="6B7280"/>
          <w:sz w:val="20"/>
          <w:szCs w:val="20"/>
          <w:rtl/>
          <w:lang w:val="en-US" w:bidi="he-IL"/>
        </w:rPr>
        <w:t xml:space="preserve">איפה הייתם בסוף השבוע שעבר? מי היה איתכם? איך היה? כתבו 4 משפטים.</w:t>
      </w:r>
    </w:p>
    <w:p>
      <w:pPr>
        <w:bidi/>
        <w:spacing w:before="0" w:after="80"/>
        <w:jc w:val="both"/>
      </w:pPr>
      <w:r>
        <w:rPr>
          <w:rFonts w:ascii="Arial" w:hAnsi="Arial" w:cs="Arial"/>
          <w:color w:val="6B7280"/>
          <w:sz w:val="21"/>
          <w:szCs w:val="21"/>
          <w:rtl/>
          <w:lang w:val="en-US" w:bidi="ar-SA"/>
        </w:rPr>
        <w:t xml:space="preserve">أين كنت في نهاية الأسبوع الماضي؟ مَن كان معك؟ كيف كان؟ اكتب 4 جمل.</w:t>
      </w:r>
    </w:p>
    <w:p>
      <w:pPr>
        <w:spacing w:before="0" w:after="80"/>
        <w:jc w:val="both"/>
      </w:pPr>
      <w:r>
        <w:rPr>
          <w:color w:val="0F7A4F"/>
        </w:rPr>
        <w:t>Possible answer: Last weekend I was at my grandparents' house. My cousins were there too. The food was great. It was a fun weekend.</w:t>
      </w:r>
    </w:p>
    <w:p>
      <w:pPr>
        <w:spacing w:before="160" w:after="80"/>
        <w:jc w:val="both"/>
      </w:pPr>
      <w:r>
        <w:rPr>
          <w:rFonts w:ascii="Arial Black" w:hAnsi="Arial Black" w:cs="Arial Black"/>
          <w:b/>
          <w:bCs/>
          <w:color w:val="047857"/>
          <w:sz w:val="30"/>
          <w:szCs w:val="30"/>
        </w:rPr>
        <w:t>Unit 5: Past simple: regular and irregular verbs</w:t>
      </w:r>
    </w:p>
    <w:p>
      <w:pPr>
        <w:spacing w:before="160" w:after="20"/>
        <w:jc w:val="both"/>
      </w:pPr>
      <w:r>
        <w:rPr>
          <w:b/>
          <w:bCs/>
          <w:sz w:val="26"/>
          <w:szCs w:val="26"/>
        </w:rPr>
        <w:t>1. Match the verb to its past form.</w:t>
      </w:r>
    </w:p>
    <w:p>
      <w:pPr>
        <w:bidi/>
        <w:spacing w:before="0" w:after="0"/>
        <w:jc w:val="both"/>
      </w:pPr>
      <w:r>
        <w:rPr>
          <w:rFonts w:ascii="Arial" w:hAnsi="Arial" w:cs="Arial"/>
          <w:color w:val="6B7280"/>
          <w:sz w:val="20"/>
          <w:szCs w:val="20"/>
          <w:rtl/>
          <w:lang w:val="en-US" w:bidi="he-IL"/>
        </w:rPr>
        <w:t xml:space="preserve">התאימו בין הפועל לצורת העבר שלו.</w:t>
      </w:r>
    </w:p>
    <w:p>
      <w:pPr>
        <w:bidi/>
        <w:spacing w:before="0" w:after="80"/>
        <w:jc w:val="both"/>
      </w:pPr>
      <w:r>
        <w:rPr>
          <w:rFonts w:ascii="Arial" w:hAnsi="Arial" w:cs="Arial"/>
          <w:color w:val="6B7280"/>
          <w:sz w:val="21"/>
          <w:szCs w:val="21"/>
          <w:rtl/>
          <w:lang w:val="en-US" w:bidi="ar-SA"/>
        </w:rPr>
        <w:t xml:space="preserve">صِل الفعل بصيغة الماضي الخاصّة به.</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come</w:t>
            </w:r>
          </w:p>
        </w:tc>
        <w:tc>
          <w:tcPr>
            <w:tcW w:type="dxa" w:w="4989"/>
          </w:tcPr>
          <w:p>
            <w:pPr>
              <w:spacing w:before="0" w:after="40"/>
              <w:jc w:val="both"/>
            </w:pPr>
            <w:r>
              <w:rPr/>
              <w:t>[2] took</w:t>
            </w:r>
          </w:p>
        </w:tc>
      </w:tr>
      <w:tr>
        <w:tc>
          <w:tcPr>
            <w:tcW w:type="dxa" w:w="4989"/>
          </w:tcPr>
          <w:p>
            <w:pPr>
              <w:spacing w:before="0" w:after="40"/>
              <w:jc w:val="both"/>
            </w:pPr>
            <w:r>
              <w:rPr/>
              <w:t>2. take</w:t>
            </w:r>
          </w:p>
        </w:tc>
        <w:tc>
          <w:tcPr>
            <w:tcW w:type="dxa" w:w="4989"/>
          </w:tcPr>
          <w:p>
            <w:pPr>
              <w:spacing w:before="0" w:after="40"/>
              <w:jc w:val="both"/>
            </w:pPr>
            <w:r>
              <w:rPr/>
              <w:t>[3] gave</w:t>
            </w:r>
          </w:p>
        </w:tc>
      </w:tr>
      <w:tr>
        <w:tc>
          <w:tcPr>
            <w:tcW w:type="dxa" w:w="4989"/>
          </w:tcPr>
          <w:p>
            <w:pPr>
              <w:spacing w:before="0" w:after="40"/>
              <w:jc w:val="both"/>
            </w:pPr>
            <w:r>
              <w:rPr/>
              <w:t>3. give</w:t>
            </w:r>
          </w:p>
        </w:tc>
        <w:tc>
          <w:tcPr>
            <w:tcW w:type="dxa" w:w="4989"/>
          </w:tcPr>
          <w:p>
            <w:pPr>
              <w:spacing w:before="0" w:after="40"/>
              <w:jc w:val="both"/>
            </w:pPr>
            <w:r>
              <w:rPr/>
              <w:t>[5] swam</w:t>
            </w:r>
          </w:p>
        </w:tc>
      </w:tr>
      <w:tr>
        <w:tc>
          <w:tcPr>
            <w:tcW w:type="dxa" w:w="4989"/>
          </w:tcPr>
          <w:p>
            <w:pPr>
              <w:spacing w:before="0" w:after="40"/>
              <w:jc w:val="both"/>
            </w:pPr>
            <w:r>
              <w:rPr/>
              <w:t>4. sit</w:t>
            </w:r>
          </w:p>
        </w:tc>
        <w:tc>
          <w:tcPr>
            <w:tcW w:type="dxa" w:w="4989"/>
          </w:tcPr>
          <w:p>
            <w:pPr>
              <w:spacing w:before="0" w:after="40"/>
              <w:jc w:val="both"/>
            </w:pPr>
            <w:r>
              <w:rPr/>
              <w:t>[6] got</w:t>
            </w:r>
          </w:p>
        </w:tc>
      </w:tr>
      <w:tr>
        <w:tc>
          <w:tcPr>
            <w:tcW w:type="dxa" w:w="4989"/>
          </w:tcPr>
          <w:p>
            <w:pPr>
              <w:spacing w:before="0" w:after="40"/>
              <w:jc w:val="both"/>
            </w:pPr>
            <w:r>
              <w:rPr/>
              <w:t>5. swim</w:t>
            </w:r>
          </w:p>
        </w:tc>
        <w:tc>
          <w:tcPr>
            <w:tcW w:type="dxa" w:w="4989"/>
          </w:tcPr>
          <w:p>
            <w:pPr>
              <w:spacing w:before="0" w:after="40"/>
              <w:jc w:val="both"/>
            </w:pPr>
            <w:r>
              <w:rPr/>
              <w:t>[1] came</w:t>
            </w:r>
          </w:p>
        </w:tc>
      </w:tr>
      <w:tr>
        <w:tc>
          <w:tcPr>
            <w:tcW w:type="dxa" w:w="4989"/>
          </w:tcPr>
          <w:p>
            <w:pPr>
              <w:spacing w:before="0" w:after="40"/>
              <w:jc w:val="both"/>
            </w:pPr>
            <w:r>
              <w:rPr/>
              <w:t>6. get</w:t>
            </w:r>
          </w:p>
        </w:tc>
        <w:tc>
          <w:tcPr>
            <w:tcW w:type="dxa" w:w="4989"/>
          </w:tcPr>
          <w:p>
            <w:pPr>
              <w:spacing w:before="0" w:after="40"/>
              <w:jc w:val="both"/>
            </w:pPr>
            <w:r>
              <w:rPr/>
              <w:t>[4] sat</w:t>
            </w:r>
          </w:p>
        </w:tc>
      </w:tr>
    </w:tbl>
    <w:p>
      <w:pPr>
        <w:spacing w:before="0" w:after="40"/>
        <w:jc w:val="both"/>
      </w:pPr>
    </w:p>
    <w:p>
      <w:pPr>
        <w:spacing w:before="160" w:after="20"/>
        <w:jc w:val="both"/>
      </w:pPr>
      <w:r>
        <w:rPr>
          <w:b/>
          <w:bCs/>
          <w:sz w:val="26"/>
          <w:szCs w:val="26"/>
        </w:rPr>
        <w:t>2. Sort the regular verbs by spelling in the past.</w:t>
      </w:r>
    </w:p>
    <w:p>
      <w:pPr>
        <w:bidi/>
        <w:spacing w:before="0" w:after="0"/>
        <w:jc w:val="both"/>
      </w:pPr>
      <w:r>
        <w:rPr>
          <w:rFonts w:ascii="Arial" w:hAnsi="Arial" w:cs="Arial"/>
          <w:color w:val="6B7280"/>
          <w:sz w:val="20"/>
          <w:szCs w:val="20"/>
          <w:rtl/>
          <w:lang w:val="en-US" w:bidi="he-IL"/>
        </w:rPr>
        <w:t xml:space="preserve">מיינו את הפעלים הרגילים לפי הכתיב שלהם בעבר.</w:t>
      </w:r>
    </w:p>
    <w:p>
      <w:pPr>
        <w:bidi/>
        <w:spacing w:before="0" w:after="80"/>
        <w:jc w:val="both"/>
      </w:pPr>
      <w:r>
        <w:rPr>
          <w:rFonts w:ascii="Arial" w:hAnsi="Arial" w:cs="Arial"/>
          <w:color w:val="6B7280"/>
          <w:sz w:val="21"/>
          <w:szCs w:val="21"/>
          <w:rtl/>
          <w:lang w:val="en-US" w:bidi="ar-SA"/>
        </w:rPr>
        <w:t xml:space="preserve">صنّف الأفعال المنتظمة حسب إملائها في الماضي.</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 ed</w:t>
            </w:r>
          </w:p>
        </w:tc>
        <w:tc>
          <w:tcPr>
            <w:tcW w:type="dxa" w:w="3326"/>
            <w:shd w:val="clear" w:color="auto" w:fill="047857"/>
          </w:tcPr>
          <w:p>
            <w:pPr>
              <w:spacing w:before="0" w:after="40"/>
              <w:jc w:val="both"/>
            </w:pPr>
            <w:r>
              <w:rPr>
                <w:b/>
                <w:bCs/>
                <w:color w:val="FFFFFF"/>
              </w:rPr>
              <w:t>+ d</w:t>
            </w:r>
          </w:p>
        </w:tc>
        <w:tc>
          <w:tcPr>
            <w:tcW w:type="dxa" w:w="3326"/>
            <w:shd w:val="clear" w:color="auto" w:fill="047857"/>
          </w:tcPr>
          <w:p>
            <w:pPr>
              <w:spacing w:before="0" w:after="40"/>
              <w:jc w:val="both"/>
            </w:pPr>
            <w:r>
              <w:rPr>
                <w:b/>
                <w:bCs/>
                <w:color w:val="FFFFFF"/>
              </w:rPr>
              <w:t>y, ied</w:t>
            </w:r>
          </w:p>
        </w:tc>
      </w:tr>
      <w:tr>
        <w:tc>
          <w:tcPr>
            <w:tcW w:type="dxa" w:w="3326"/>
          </w:tcPr>
          <w:p>
            <w:pPr>
              <w:spacing w:before="0" w:after="40"/>
              <w:jc w:val="both"/>
            </w:pPr>
            <w:r>
              <w:rPr/>
              <w:t>walk, jump, help</w:t>
            </w:r>
          </w:p>
        </w:tc>
        <w:tc>
          <w:tcPr>
            <w:tcW w:type="dxa" w:w="3326"/>
          </w:tcPr>
          <w:p>
            <w:pPr>
              <w:spacing w:before="0" w:after="40"/>
              <w:jc w:val="both"/>
            </w:pPr>
            <w:r>
              <w:rPr/>
              <w:t>smile, close, move</w:t>
            </w:r>
          </w:p>
        </w:tc>
        <w:tc>
          <w:tcPr>
            <w:tcW w:type="dxa" w:w="3326"/>
          </w:tcPr>
          <w:p>
            <w:pPr>
              <w:spacing w:before="0" w:after="40"/>
              <w:jc w:val="both"/>
            </w:pPr>
            <w:r>
              <w:rPr/>
              <w:t>carry, hurry</w:t>
            </w:r>
          </w:p>
        </w:tc>
      </w:tr>
    </w:tbl>
    <w:p>
      <w:pPr>
        <w:spacing w:before="0" w:after="40"/>
        <w:jc w:val="both"/>
      </w:pP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verb</w:t>
            </w:r>
          </w:p>
        </w:tc>
        <w:tc>
          <w:tcPr>
            <w:tcW w:type="dxa" w:w="4989"/>
            <w:shd w:val="clear" w:color="auto" w:fill="047857"/>
          </w:tcPr>
          <w:p>
            <w:pPr>
              <w:spacing w:before="0" w:after="40"/>
              <w:jc w:val="both"/>
            </w:pPr>
            <w:r>
              <w:rPr>
                <w:b/>
                <w:bCs/>
                <w:color w:val="FFFFFF"/>
              </w:rPr>
              <w:t>past</w:t>
            </w:r>
          </w:p>
        </w:tc>
      </w:tr>
      <w:tr>
        <w:tc>
          <w:tcPr>
            <w:tcW w:type="dxa" w:w="4989"/>
          </w:tcPr>
          <w:p>
            <w:pPr>
              <w:spacing w:before="0" w:after="40"/>
              <w:jc w:val="both"/>
            </w:pPr>
            <w:r>
              <w:rPr>
                <w:color w:val="0F7A4F"/>
              </w:rPr>
              <w:t>have</w:t>
            </w:r>
          </w:p>
        </w:tc>
        <w:tc>
          <w:tcPr>
            <w:tcW w:type="dxa" w:w="4989"/>
          </w:tcPr>
          <w:p>
            <w:pPr>
              <w:spacing w:before="0" w:after="40"/>
              <w:jc w:val="both"/>
            </w:pPr>
            <w:r>
              <w:rPr/>
              <w:t>had</w:t>
            </w:r>
          </w:p>
        </w:tc>
      </w:tr>
      <w:tr>
        <w:tc>
          <w:tcPr>
            <w:tcW w:type="dxa" w:w="4989"/>
          </w:tcPr>
          <w:p>
            <w:pPr>
              <w:spacing w:before="0" w:after="40"/>
              <w:jc w:val="both"/>
            </w:pPr>
            <w:r>
              <w:rPr/>
              <w:t>make</w:t>
            </w:r>
          </w:p>
        </w:tc>
        <w:tc>
          <w:tcPr>
            <w:tcW w:type="dxa" w:w="4989"/>
          </w:tcPr>
          <w:p>
            <w:pPr>
              <w:spacing w:before="0" w:after="40"/>
              <w:jc w:val="both"/>
            </w:pPr>
            <w:r>
              <w:rPr>
                <w:color w:val="0F7A4F"/>
              </w:rPr>
              <w:t>made</w:t>
            </w:r>
          </w:p>
        </w:tc>
      </w:tr>
      <w:tr>
        <w:tc>
          <w:tcPr>
            <w:tcW w:type="dxa" w:w="4989"/>
          </w:tcPr>
          <w:p>
            <w:pPr>
              <w:spacing w:before="0" w:after="40"/>
              <w:jc w:val="both"/>
            </w:pPr>
            <w:r>
              <w:rPr>
                <w:color w:val="0F7A4F"/>
              </w:rPr>
              <w:t>run</w:t>
            </w:r>
          </w:p>
        </w:tc>
        <w:tc>
          <w:tcPr>
            <w:tcW w:type="dxa" w:w="4989"/>
          </w:tcPr>
          <w:p>
            <w:pPr>
              <w:spacing w:before="0" w:after="40"/>
              <w:jc w:val="both"/>
            </w:pPr>
            <w:r>
              <w:rPr/>
              <w:t>ran</w:t>
            </w:r>
          </w:p>
        </w:tc>
      </w:tr>
      <w:tr>
        <w:tc>
          <w:tcPr>
            <w:tcW w:type="dxa" w:w="4989"/>
          </w:tcPr>
          <w:p>
            <w:pPr>
              <w:spacing w:before="0" w:after="40"/>
              <w:jc w:val="both"/>
            </w:pPr>
            <w:r>
              <w:rPr/>
              <w:t>read</w:t>
            </w:r>
          </w:p>
        </w:tc>
        <w:tc>
          <w:tcPr>
            <w:tcW w:type="dxa" w:w="4989"/>
          </w:tcPr>
          <w:p>
            <w:pPr>
              <w:spacing w:before="0" w:after="40"/>
              <w:jc w:val="both"/>
            </w:pPr>
            <w:r>
              <w:rPr>
                <w:color w:val="0F7A4F"/>
              </w:rPr>
              <w:t>read</w:t>
            </w:r>
          </w:p>
        </w:tc>
      </w:tr>
      <w:tr>
        <w:tc>
          <w:tcPr>
            <w:tcW w:type="dxa" w:w="4989"/>
          </w:tcPr>
          <w:p>
            <w:pPr>
              <w:spacing w:before="0" w:after="40"/>
              <w:jc w:val="both"/>
            </w:pPr>
            <w:r>
              <w:rPr>
                <w:color w:val="0F7A4F"/>
              </w:rPr>
              <w:t>find</w:t>
            </w:r>
          </w:p>
        </w:tc>
        <w:tc>
          <w:tcPr>
            <w:tcW w:type="dxa" w:w="4989"/>
          </w:tcPr>
          <w:p>
            <w:pPr>
              <w:spacing w:before="0" w:after="40"/>
              <w:jc w:val="both"/>
            </w:pPr>
            <w:r>
              <w:rPr/>
              <w:t>found</w:t>
            </w:r>
          </w:p>
        </w:tc>
      </w:tr>
      <w:tr>
        <w:tc>
          <w:tcPr>
            <w:tcW w:type="dxa" w:w="4989"/>
          </w:tcPr>
          <w:p>
            <w:pPr>
              <w:spacing w:before="0" w:after="40"/>
              <w:jc w:val="both"/>
            </w:pPr>
            <w:r>
              <w:rPr/>
              <w:t>fly</w:t>
            </w:r>
          </w:p>
        </w:tc>
        <w:tc>
          <w:tcPr>
            <w:tcW w:type="dxa" w:w="4989"/>
          </w:tcPr>
          <w:p>
            <w:pPr>
              <w:spacing w:before="0" w:after="40"/>
              <w:jc w:val="both"/>
            </w:pPr>
            <w:r>
              <w:rPr>
                <w:color w:val="0F7A4F"/>
              </w:rPr>
              <w:t>flew</w:t>
            </w:r>
          </w:p>
        </w:tc>
      </w:tr>
    </w:tbl>
    <w:p>
      <w:pPr>
        <w:spacing w:before="0" w:after="40"/>
        <w:jc w:val="both"/>
      </w:pPr>
    </w:p>
    <w:p>
      <w:pPr>
        <w:spacing w:before="160" w:after="20"/>
        <w:jc w:val="both"/>
      </w:pPr>
      <w:r>
        <w:rPr>
          <w:b/>
          <w:bCs/>
          <w:sz w:val="26"/>
          <w:szCs w:val="26"/>
        </w:rPr>
        <w:t>4. Complete with a verb from the bank in the past simple.</w:t>
      </w:r>
    </w:p>
    <w:p>
      <w:pPr>
        <w:bidi/>
        <w:spacing w:before="0" w:after="0"/>
        <w:jc w:val="both"/>
      </w:pPr>
      <w:r>
        <w:rPr>
          <w:rFonts w:ascii="Arial" w:hAnsi="Arial" w:cs="Arial"/>
          <w:color w:val="6B7280"/>
          <w:sz w:val="20"/>
          <w:szCs w:val="20"/>
          <w:rtl/>
          <w:lang w:val="en-US" w:bidi="he-IL"/>
        </w:rPr>
        <w:t xml:space="preserve">השלימו בפועל ממחסן המילים ב־‎past simple‎.</w:t>
      </w:r>
    </w:p>
    <w:p>
      <w:pPr>
        <w:bidi/>
        <w:spacing w:before="0" w:after="80"/>
        <w:jc w:val="both"/>
      </w:pPr>
      <w:r>
        <w:rPr>
          <w:rFonts w:ascii="Arial" w:hAnsi="Arial" w:cs="Arial"/>
          <w:color w:val="6B7280"/>
          <w:sz w:val="21"/>
          <w:szCs w:val="21"/>
          <w:rtl/>
          <w:lang w:val="en-US" w:bidi="ar-SA"/>
        </w:rPr>
        <w:t xml:space="preserve">أكمل بفعل من بنك الكلمات بصيغة ‎past simple‎.</w:t>
      </w:r>
    </w:p>
    <w:p>
      <w:pPr>
        <w:spacing w:before="0" w:after="40"/>
        <w:jc w:val="both"/>
      </w:pPr>
      <w:r>
        <w:rPr/>
        <w:t>a. Our team won the game 3–1!</w:t>
      </w:r>
    </w:p>
    <w:p>
      <w:pPr>
        <w:spacing w:before="0" w:after="40"/>
        <w:jc w:val="both"/>
      </w:pPr>
      <w:r>
        <w:rPr/>
        <w:t>b. Noa sang a song at the party.</w:t>
      </w:r>
    </w:p>
    <w:p>
      <w:pPr>
        <w:spacing w:before="0" w:after="40"/>
        <w:jc w:val="both"/>
      </w:pPr>
      <w:r>
        <w:rPr/>
        <w:t>c. I forgot my homework at home.</w:t>
      </w:r>
    </w:p>
    <w:p>
      <w:pPr>
        <w:spacing w:before="0" w:after="40"/>
        <w:jc w:val="both"/>
      </w:pPr>
      <w:r>
        <w:rPr/>
        <w:t>d. Yoav broke his arm last year.</w:t>
      </w:r>
    </w:p>
    <w:p>
      <w:pPr>
        <w:spacing w:before="0" w:after="40"/>
        <w:jc w:val="both"/>
      </w:pPr>
      <w:r>
        <w:rPr/>
        <w:t>e. The baby slept for three hours.</w:t>
      </w:r>
    </w:p>
    <w:p>
      <w:pPr>
        <w:spacing w:before="0" w:after="40"/>
        <w:jc w:val="both"/>
      </w:pPr>
      <w:r>
        <w:rPr/>
        <w:t>f. Dad lost his keys, so we looked for them.</w:t>
      </w:r>
    </w:p>
    <w:p>
      <w:pPr>
        <w:spacing w:before="160" w:after="20"/>
        <w:jc w:val="both"/>
      </w:pPr>
      <w:r>
        <w:rPr>
          <w:b/>
          <w:bCs/>
          <w:sz w:val="26"/>
          <w:szCs w:val="26"/>
        </w:rPr>
        <w:t>5. Complete with the past simple of the verb in brackets.</w:t>
      </w:r>
    </w:p>
    <w:p>
      <w:pPr>
        <w:bidi/>
        <w:spacing w:before="0" w:after="0"/>
        <w:jc w:val="both"/>
      </w:pPr>
      <w:r>
        <w:rPr>
          <w:rFonts w:ascii="Arial" w:hAnsi="Arial" w:cs="Arial"/>
          <w:color w:val="6B7280"/>
          <w:sz w:val="20"/>
          <w:szCs w:val="20"/>
          <w:rtl/>
          <w:lang w:val="en-US" w:bidi="he-IL"/>
        </w:rPr>
        <w:t xml:space="preserve">השלימו ב־‎past simple‎ של הפועל שבסוגריים.</w:t>
      </w:r>
    </w:p>
    <w:p>
      <w:pPr>
        <w:bidi/>
        <w:spacing w:before="0" w:after="80"/>
        <w:jc w:val="both"/>
      </w:pPr>
      <w:r>
        <w:rPr>
          <w:rFonts w:ascii="Arial" w:hAnsi="Arial" w:cs="Arial"/>
          <w:color w:val="6B7280"/>
          <w:sz w:val="21"/>
          <w:szCs w:val="21"/>
          <w:rtl/>
          <w:lang w:val="en-US" w:bidi="ar-SA"/>
        </w:rPr>
        <w:t xml:space="preserve">أكمل بصيغة ‎past simple‎ للفعل الذي بين القوسين.</w:t>
      </w:r>
    </w:p>
    <w:p>
      <w:pPr>
        <w:spacing w:before="0" w:after="40"/>
        <w:jc w:val="both"/>
      </w:pPr>
      <w:r>
        <w:rPr/>
        <w:t>a. Two days ago, we swam in the sea. (swim)</w:t>
      </w:r>
    </w:p>
    <w:p>
      <w:pPr>
        <w:spacing w:before="0" w:after="40"/>
        <w:jc w:val="both"/>
      </w:pPr>
      <w:r>
        <w:rPr/>
        <w:t>b. Last night, Mom cooked a delicious soup. (cook)</w:t>
      </w:r>
    </w:p>
    <w:p>
      <w:pPr>
        <w:spacing w:before="0" w:after="40"/>
        <w:jc w:val="both"/>
      </w:pPr>
      <w:r>
        <w:rPr/>
        <w:t>c. Omer rode his bike to school. (ride)</w:t>
      </w:r>
    </w:p>
    <w:p>
      <w:pPr>
        <w:spacing w:before="0" w:after="40"/>
        <w:jc w:val="both"/>
      </w:pPr>
      <w:r>
        <w:rPr/>
        <w:t>d. The teacher told us a story. (tell)</w:t>
      </w:r>
    </w:p>
    <w:p>
      <w:pPr>
        <w:spacing w:before="0" w:after="40"/>
        <w:jc w:val="both"/>
      </w:pPr>
      <w:r>
        <w:rPr/>
        <w:t>e. I opened the door and went out. (open)</w:t>
      </w:r>
    </w:p>
    <w:p>
      <w:pPr>
        <w:spacing w:before="0" w:after="40"/>
        <w:jc w:val="both"/>
      </w:pPr>
      <w:r>
        <w:rPr/>
        <w:t>f. We took a lot of photos on the trip. (take)</w:t>
      </w:r>
    </w:p>
    <w:p>
      <w:pPr>
        <w:spacing w:before="160" w:after="20"/>
        <w:jc w:val="both"/>
      </w:pPr>
      <w:r>
        <w:rPr>
          <w:b/>
          <w:bCs/>
          <w:sz w:val="26"/>
          <w:szCs w:val="26"/>
        </w:rPr>
        <w:t>6.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Last year my family ___ to Eilat.</w:t>
      </w:r>
    </w:p>
    <w:p>
      <w:pPr>
        <w:spacing w:before="0" w:after="80"/>
        <w:jc w:val="both"/>
      </w:pPr>
      <w:r>
        <w:rPr>
          <w:b/>
          <w:bCs/>
          <w:color w:val="0F7A4F"/>
        </w:rPr>
        <w:t xml:space="preserve">   ✔ drove</w:t>
      </w:r>
    </w:p>
    <w:p>
      <w:pPr>
        <w:spacing w:before="0" w:after="20"/>
        <w:jc w:val="both"/>
      </w:pPr>
      <w:r>
        <w:rPr/>
        <w:t>b. Shira ___ a picture of a horse.</w:t>
      </w:r>
    </w:p>
    <w:p>
      <w:pPr>
        <w:spacing w:before="0" w:after="80"/>
        <w:jc w:val="both"/>
      </w:pPr>
      <w:r>
        <w:rPr>
          <w:b/>
          <w:bCs/>
          <w:color w:val="0F7A4F"/>
        </w:rPr>
        <w:t xml:space="preserve">   ✔ drew</w:t>
      </w:r>
    </w:p>
    <w:p>
      <w:pPr>
        <w:spacing w:before="0" w:after="20"/>
        <w:jc w:val="both"/>
      </w:pPr>
      <w:r>
        <w:rPr/>
        <w:t>c. The bus ___ at the red light.</w:t>
      </w:r>
    </w:p>
    <w:p>
      <w:pPr>
        <w:spacing w:before="0" w:after="80"/>
        <w:jc w:val="both"/>
      </w:pPr>
      <w:r>
        <w:rPr>
          <w:b/>
          <w:bCs/>
          <w:color w:val="0F7A4F"/>
        </w:rPr>
        <w:t xml:space="preserve">   ✔ stopped</w:t>
      </w:r>
    </w:p>
    <w:p>
      <w:pPr>
        <w:spacing w:before="0" w:after="20"/>
        <w:jc w:val="both"/>
      </w:pPr>
      <w:r>
        <w:rPr/>
        <w:t>d. I ___ a strange noise last night.</w:t>
      </w:r>
    </w:p>
    <w:p>
      <w:pPr>
        <w:spacing w:before="0" w:after="80"/>
        <w:jc w:val="both"/>
      </w:pPr>
      <w:r>
        <w:rPr>
          <w:b/>
          <w:bCs/>
          <w:color w:val="0F7A4F"/>
        </w:rPr>
        <w:t xml:space="preserve">   ✔ heard</w:t>
      </w:r>
    </w:p>
    <w:p>
      <w:pPr>
        <w:spacing w:before="160" w:after="20"/>
        <w:jc w:val="both"/>
      </w:pPr>
      <w:r>
        <w:rPr>
          <w:b/>
          <w:bCs/>
          <w:sz w:val="26"/>
          <w:szCs w:val="26"/>
        </w:rPr>
        <w:t>7.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Yesterday I eated pizza.  → Yesterday I ate pizza.</w:t>
      </w:r>
    </w:p>
    <w:p>
      <w:pPr>
        <w:spacing w:before="0" w:after="100"/>
        <w:jc w:val="both"/>
      </w:pPr>
      <w:r>
        <w:rPr/>
        <w:t>b. She buyed a new dress.  → She bought a new dress.</w:t>
      </w:r>
    </w:p>
    <w:p>
      <w:pPr>
        <w:spacing w:before="0" w:after="100"/>
        <w:jc w:val="both"/>
      </w:pPr>
      <w:r>
        <w:rPr/>
        <w:t>c. We planed a party.  → We planned a party.</w:t>
      </w:r>
    </w:p>
    <w:p>
      <w:pPr>
        <w:spacing w:before="0" w:after="100"/>
        <w:jc w:val="both"/>
      </w:pPr>
      <w:r>
        <w:rPr/>
        <w:t>d. He runned to the bus.  → He ran to the bus.</w:t>
      </w:r>
    </w:p>
    <w:p>
      <w:pPr>
        <w:spacing w:before="0" w:after="100"/>
        <w:jc w:val="both"/>
      </w:pPr>
      <w:r>
        <w:rPr/>
        <w:t>e. Last week they goes to Haifa.  → Last week they went to Haifa.</w:t>
      </w:r>
    </w:p>
    <w:p>
      <w:pPr>
        <w:spacing w:before="160" w:after="20"/>
        <w:jc w:val="both"/>
      </w:pPr>
      <w:r>
        <w:rPr>
          <w:b/>
          <w:bCs/>
          <w:sz w:val="26"/>
          <w:szCs w:val="26"/>
        </w:rPr>
        <w:t>8.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40"/>
        <w:jc w:val="both"/>
      </w:pPr>
      <w:r>
        <w:rPr/>
        <w:t>a. All verbs in the past end in -ed. – False – Irregular verbs have special past forms, like went and saw.</w:t>
      </w:r>
    </w:p>
    <w:p>
      <w:pPr>
        <w:spacing w:before="0" w:after="40"/>
        <w:jc w:val="both"/>
      </w:pPr>
      <w:r>
        <w:rPr/>
        <w:t>b. The past of study is studied. – True</w:t>
      </w:r>
    </w:p>
    <w:p>
      <w:pPr>
        <w:spacing w:before="0" w:after="40"/>
        <w:jc w:val="both"/>
      </w:pPr>
      <w:r>
        <w:rPr/>
        <w:t>c. With he and she, the past form gets -s: he wents. – False – The past form is the same for everybody: he went.</w:t>
      </w:r>
    </w:p>
    <w:p>
      <w:pPr>
        <w:spacing w:before="0" w:after="40"/>
        <w:jc w:val="both"/>
      </w:pPr>
      <w:r>
        <w:rPr/>
        <w:t>d. The past of stop is stopped. – True</w:t>
      </w:r>
    </w:p>
    <w:p>
      <w:pPr>
        <w:spacing w:before="160" w:after="20"/>
        <w:jc w:val="both"/>
      </w:pPr>
      <w:r>
        <w:rPr>
          <w:b/>
          <w:bCs/>
          <w:sz w:val="26"/>
          <w:szCs w:val="26"/>
        </w:rPr>
        <w:t>9. Put the words in order. Write the sentence.</w:t>
      </w:r>
    </w:p>
    <w:p>
      <w:pPr>
        <w:bidi/>
        <w:spacing w:before="0" w:after="0"/>
        <w:jc w:val="both"/>
      </w:pPr>
      <w:r>
        <w:rPr>
          <w:rFonts w:ascii="Arial" w:hAnsi="Arial" w:cs="Arial"/>
          <w:color w:val="6B7280"/>
          <w:sz w:val="20"/>
          <w:szCs w:val="20"/>
          <w:rtl/>
          <w:lang w:val="en-US" w:bidi="he-IL"/>
        </w:rPr>
        <w:t xml:space="preserve">סדרו את המילים. כתבו את המשפט.</w:t>
      </w:r>
    </w:p>
    <w:p>
      <w:pPr>
        <w:bidi/>
        <w:spacing w:before="0" w:after="80"/>
        <w:jc w:val="both"/>
      </w:pPr>
      <w:r>
        <w:rPr>
          <w:rFonts w:ascii="Arial" w:hAnsi="Arial" w:cs="Arial"/>
          <w:color w:val="6B7280"/>
          <w:sz w:val="21"/>
          <w:szCs w:val="21"/>
          <w:rtl/>
          <w:lang w:val="en-US" w:bidi="ar-SA"/>
        </w:rPr>
        <w:t xml:space="preserve">رتّب الكلمات. اكتب الجملة.</w:t>
      </w:r>
    </w:p>
    <w:p>
      <w:pPr>
        <w:spacing w:before="0" w:after="100"/>
        <w:jc w:val="both"/>
      </w:pPr>
      <w:r>
        <w:rPr/>
        <w:t>a. went / to the beach / We / last Saturday  → We went to the beach last Saturday.</w:t>
      </w:r>
    </w:p>
    <w:p>
      <w:pPr>
        <w:spacing w:before="0" w:after="100"/>
        <w:jc w:val="both"/>
      </w:pPr>
      <w:r>
        <w:rPr/>
        <w:t>b. a cake / made / Grandma / yesterday  → Grandma made a cake yesterday.</w:t>
      </w:r>
    </w:p>
    <w:p>
      <w:pPr>
        <w:spacing w:before="0" w:after="100"/>
        <w:jc w:val="both"/>
      </w:pPr>
      <w:r>
        <w:rPr/>
        <w:t>c. the window / broke / The ball  → The ball broke the window.</w:t>
      </w:r>
    </w:p>
    <w:p>
      <w:pPr>
        <w:spacing w:before="0" w:after="100"/>
        <w:jc w:val="both"/>
      </w:pPr>
      <w:r>
        <w:rPr/>
        <w:t>d. saw / at the zoo / a lion / I  → I saw a lion at the zoo.</w:t>
      </w:r>
    </w:p>
    <w:p>
      <w:pPr>
        <w:spacing w:before="160" w:after="20"/>
        <w:jc w:val="both"/>
      </w:pPr>
      <w:r>
        <w:rPr>
          <w:b/>
          <w:bCs/>
          <w:sz w:val="26"/>
          <w:szCs w:val="26"/>
        </w:rPr>
        <w:t>10. Read "The Lost Puppy". Choose the correct answer.</w:t>
      </w:r>
    </w:p>
    <w:p>
      <w:pPr>
        <w:bidi/>
        <w:spacing w:before="0" w:after="0"/>
        <w:jc w:val="both"/>
      </w:pPr>
      <w:r>
        <w:rPr>
          <w:rFonts w:ascii="Arial" w:hAnsi="Arial" w:cs="Arial"/>
          <w:color w:val="6B7280"/>
          <w:sz w:val="20"/>
          <w:szCs w:val="20"/>
          <w:rtl/>
          <w:lang w:val="en-US" w:bidi="he-IL"/>
        </w:rPr>
        <w:t xml:space="preserve">קראו את ‎"The Lost Puppy"‎. בחרו את התשובה הנכונה.</w:t>
      </w:r>
    </w:p>
    <w:p>
      <w:pPr>
        <w:bidi/>
        <w:spacing w:before="0" w:after="80"/>
        <w:jc w:val="both"/>
      </w:pPr>
      <w:r>
        <w:rPr>
          <w:rFonts w:ascii="Arial" w:hAnsi="Arial" w:cs="Arial"/>
          <w:color w:val="6B7280"/>
          <w:sz w:val="21"/>
          <w:szCs w:val="21"/>
          <w:rtl/>
          <w:lang w:val="en-US" w:bidi="ar-SA"/>
        </w:rPr>
        <w:t xml:space="preserve">اقرأ ‎"The Lost Puppy"‎. اختر الإجابة الصحيحة.</w:t>
      </w:r>
    </w:p>
    <w:p>
      <w:pPr>
        <w:spacing w:before="0" w:after="20"/>
        <w:jc w:val="both"/>
      </w:pPr>
      <w:r>
        <w:rPr/>
        <w:t>a. Where did the boys find the puppy?</w:t>
      </w:r>
    </w:p>
    <w:p>
      <w:pPr>
        <w:spacing w:before="0" w:after="80"/>
        <w:jc w:val="both"/>
      </w:pPr>
      <w:r>
        <w:rPr>
          <w:b/>
          <w:bCs/>
          <w:color w:val="0F7A4F"/>
        </w:rPr>
        <w:t xml:space="preserve">   ✔ under a bench</w:t>
      </w:r>
    </w:p>
    <w:p>
      <w:pPr>
        <w:spacing w:before="0" w:after="20"/>
        <w:jc w:val="both"/>
      </w:pPr>
      <w:r>
        <w:rPr/>
        <w:t>b. What did Itay's mom give the puppy?</w:t>
      </w:r>
    </w:p>
    <w:p>
      <w:pPr>
        <w:spacing w:before="0" w:after="80"/>
        <w:jc w:val="both"/>
      </w:pPr>
      <w:r>
        <w:rPr>
          <w:b/>
          <w:bCs/>
          <w:color w:val="0F7A4F"/>
        </w:rPr>
        <w:t xml:space="preserve">   ✔ milk and a towel</w:t>
      </w:r>
    </w:p>
    <w:p>
      <w:pPr>
        <w:spacing w:before="0" w:after="20"/>
        <w:jc w:val="both"/>
      </w:pPr>
      <w:r>
        <w:rPr/>
        <w:t>c. Why did Shira cry?</w:t>
      </w:r>
    </w:p>
    <w:p>
      <w:pPr>
        <w:spacing w:before="0" w:after="80"/>
        <w:jc w:val="both"/>
      </w:pPr>
      <w:r>
        <w:rPr>
          <w:b/>
          <w:bCs/>
          <w:color w:val="0F7A4F"/>
        </w:rPr>
        <w:t xml:space="preserve">   ✔ She was very happy.</w:t>
      </w:r>
    </w:p>
    <w:p>
      <w:pPr>
        <w:spacing w:before="160" w:after="20"/>
        <w:jc w:val="both"/>
      </w:pPr>
      <w:r>
        <w:rPr>
          <w:b/>
          <w:bCs/>
          <w:sz w:val="26"/>
          <w:szCs w:val="26"/>
        </w:rPr>
        <w:t>11. Complete the sentences about the text with the past simple.</w:t>
      </w:r>
    </w:p>
    <w:p>
      <w:pPr>
        <w:bidi/>
        <w:spacing w:before="0" w:after="0"/>
        <w:jc w:val="both"/>
      </w:pPr>
      <w:r>
        <w:rPr>
          <w:rFonts w:ascii="Arial" w:hAnsi="Arial" w:cs="Arial"/>
          <w:color w:val="6B7280"/>
          <w:sz w:val="20"/>
          <w:szCs w:val="20"/>
          <w:rtl/>
          <w:lang w:val="en-US" w:bidi="he-IL"/>
        </w:rPr>
        <w:t xml:space="preserve">השלימו את המשפטים על הטקסט ב־‎past simple‎.</w:t>
      </w:r>
    </w:p>
    <w:p>
      <w:pPr>
        <w:bidi/>
        <w:spacing w:before="0" w:after="80"/>
        <w:jc w:val="both"/>
      </w:pPr>
      <w:r>
        <w:rPr>
          <w:rFonts w:ascii="Arial" w:hAnsi="Arial" w:cs="Arial"/>
          <w:color w:val="6B7280"/>
          <w:sz w:val="21"/>
          <w:szCs w:val="21"/>
          <w:rtl/>
          <w:lang w:val="en-US" w:bidi="ar-SA"/>
        </w:rPr>
        <w:t xml:space="preserve">أكمل الجمل حول النصّ بصيغة ‎past simple‎.</w:t>
      </w:r>
    </w:p>
    <w:p>
      <w:pPr>
        <w:spacing w:before="0" w:after="40"/>
        <w:jc w:val="both"/>
      </w:pPr>
      <w:r>
        <w:rPr/>
        <w:t>a. The boys heard a small noise.</w:t>
      </w:r>
    </w:p>
    <w:p>
      <w:pPr>
        <w:spacing w:before="0" w:after="40"/>
        <w:jc w:val="both"/>
      </w:pPr>
      <w:r>
        <w:rPr/>
        <w:t>b. Itay took the puppy home.</w:t>
      </w:r>
    </w:p>
    <w:p>
      <w:pPr>
        <w:spacing w:before="0" w:after="40"/>
        <w:jc w:val="both"/>
      </w:pPr>
      <w:r>
        <w:rPr/>
        <w:t>c. They put the sign on a tree.</w:t>
      </w:r>
    </w:p>
    <w:p>
      <w:pPr>
        <w:spacing w:before="0" w:after="40"/>
        <w:jc w:val="both"/>
      </w:pPr>
      <w:r>
        <w:rPr/>
        <w:t>d. Two hours later, the phone rang.</w:t>
      </w:r>
    </w:p>
    <w:p>
      <w:pPr>
        <w:spacing w:before="160" w:after="20"/>
        <w:jc w:val="both"/>
      </w:pPr>
      <w:r>
        <w:rPr>
          <w:b/>
          <w:bCs/>
          <w:sz w:val="26"/>
          <w:szCs w:val="26"/>
        </w:rPr>
        <w:t>12. Write a short story (4 lines) about a day when something surprising happened. Use the past simple.</w:t>
      </w:r>
    </w:p>
    <w:p>
      <w:pPr>
        <w:bidi/>
        <w:spacing w:before="0" w:after="0"/>
        <w:jc w:val="both"/>
      </w:pPr>
      <w:r>
        <w:rPr>
          <w:rFonts w:ascii="Arial" w:hAnsi="Arial" w:cs="Arial"/>
          <w:color w:val="6B7280"/>
          <w:sz w:val="20"/>
          <w:szCs w:val="20"/>
          <w:rtl/>
          <w:lang w:val="en-US" w:bidi="he-IL"/>
        </w:rPr>
        <w:t xml:space="preserve">כתבו סיפור קצר (4 שורות) על יום שבו קרה משהו מפתיע. השתמשו ב־‎past simple‎.</w:t>
      </w:r>
    </w:p>
    <w:p>
      <w:pPr>
        <w:bidi/>
        <w:spacing w:before="0" w:after="80"/>
        <w:jc w:val="both"/>
      </w:pPr>
      <w:r>
        <w:rPr>
          <w:rFonts w:ascii="Arial" w:hAnsi="Arial" w:cs="Arial"/>
          <w:color w:val="6B7280"/>
          <w:sz w:val="21"/>
          <w:szCs w:val="21"/>
          <w:rtl/>
          <w:lang w:val="en-US" w:bidi="ar-SA"/>
        </w:rPr>
        <w:t xml:space="preserve">اكتب قصّة قصيرة (4 أسطر) عن يوم حدث فيه شيء مفاجئ. استعمل ‎past simple‎.</w:t>
      </w:r>
    </w:p>
    <w:p>
      <w:pPr>
        <w:spacing w:before="0" w:after="80"/>
        <w:jc w:val="both"/>
      </w:pPr>
      <w:r>
        <w:rPr>
          <w:color w:val="0F7A4F"/>
        </w:rPr>
        <w:t>Possible answer: Last summer I went to the beach with my dad. I swam in the sea and saw a dolphin! I called my dad, and he saw it too. We took a photo and showed it to everyone.</w:t>
      </w:r>
    </w:p>
    <w:p>
      <w:pPr>
        <w:spacing w:before="160" w:after="80"/>
        <w:jc w:val="both"/>
      </w:pPr>
      <w:r>
        <w:rPr>
          <w:rFonts w:ascii="Arial Black" w:hAnsi="Arial Black" w:cs="Arial Black"/>
          <w:b/>
          <w:bCs/>
          <w:color w:val="047857"/>
          <w:sz w:val="30"/>
          <w:szCs w:val="30"/>
        </w:rPr>
        <w:t>Unit 6: Possessives: 's, my, your, his, her, our, their</w:t>
      </w:r>
    </w:p>
    <w:p>
      <w:pPr>
        <w:spacing w:before="160" w:after="20"/>
        <w:jc w:val="both"/>
      </w:pPr>
      <w:r>
        <w:rPr>
          <w:b/>
          <w:bCs/>
          <w:sz w:val="26"/>
          <w:szCs w:val="26"/>
        </w:rPr>
        <w:t>1. Complete with a possessive word.</w:t>
      </w:r>
    </w:p>
    <w:p>
      <w:pPr>
        <w:bidi/>
        <w:spacing w:before="0" w:after="0"/>
        <w:jc w:val="both"/>
      </w:pPr>
      <w:r>
        <w:rPr>
          <w:rFonts w:ascii="Arial" w:hAnsi="Arial" w:cs="Arial"/>
          <w:color w:val="6B7280"/>
          <w:sz w:val="20"/>
          <w:szCs w:val="20"/>
          <w:rtl/>
          <w:lang w:val="en-US" w:bidi="he-IL"/>
        </w:rPr>
        <w:t xml:space="preserve">השלימו במילת שייכות.</w:t>
      </w:r>
    </w:p>
    <w:p>
      <w:pPr>
        <w:bidi/>
        <w:spacing w:before="0" w:after="80"/>
        <w:jc w:val="both"/>
      </w:pPr>
      <w:r>
        <w:rPr>
          <w:rFonts w:ascii="Arial" w:hAnsi="Arial" w:cs="Arial"/>
          <w:color w:val="6B7280"/>
          <w:sz w:val="21"/>
          <w:szCs w:val="21"/>
          <w:rtl/>
          <w:lang w:val="en-US" w:bidi="ar-SA"/>
        </w:rPr>
        <w:t xml:space="preserve">أكمل بكلمة ملكيّة.</w:t>
      </w:r>
    </w:p>
    <w:p>
      <w:pPr>
        <w:spacing w:before="0" w:after="40"/>
        <w:jc w:val="both"/>
      </w:pPr>
      <w:r>
        <w:rPr/>
        <w:t>a. I am Daniel. This is my room.</w:t>
      </w:r>
    </w:p>
    <w:p>
      <w:pPr>
        <w:spacing w:before="0" w:after="40"/>
        <w:jc w:val="both"/>
      </w:pPr>
      <w:r>
        <w:rPr/>
        <w:t>b. You are my friend. Is this your jacket?</w:t>
      </w:r>
    </w:p>
    <w:p>
      <w:pPr>
        <w:spacing w:before="0" w:after="40"/>
        <w:jc w:val="both"/>
      </w:pPr>
      <w:r>
        <w:rPr/>
        <w:t>c. Ariel is ten. His birthday is in May.</w:t>
      </w:r>
    </w:p>
    <w:p>
      <w:pPr>
        <w:spacing w:before="0" w:after="40"/>
        <w:jc w:val="both"/>
      </w:pPr>
      <w:r>
        <w:rPr/>
        <w:t>d. Shira has a parrot. Her parrot can talk.</w:t>
      </w:r>
    </w:p>
    <w:p>
      <w:pPr>
        <w:spacing w:before="0" w:after="40"/>
        <w:jc w:val="both"/>
      </w:pPr>
      <w:r>
        <w:rPr/>
        <w:t>e. We are in Class 5B. Our class is on the second floor.</w:t>
      </w:r>
    </w:p>
    <w:p>
      <w:pPr>
        <w:spacing w:before="0" w:after="40"/>
        <w:jc w:val="both"/>
      </w:pPr>
      <w:r>
        <w:rPr/>
        <w:t>f. My cousins live in Akko. Their house is old.</w:t>
      </w:r>
    </w:p>
    <w:p>
      <w:pPr>
        <w:spacing w:before="160" w:after="20"/>
        <w:jc w:val="both"/>
      </w:pPr>
      <w:r>
        <w:rPr>
          <w:b/>
          <w:bCs/>
          <w:sz w:val="26"/>
          <w:szCs w:val="26"/>
        </w:rPr>
        <w:t>2. Match the sentences that mean the same.</w:t>
      </w:r>
    </w:p>
    <w:p>
      <w:pPr>
        <w:bidi/>
        <w:spacing w:before="0" w:after="0"/>
        <w:jc w:val="both"/>
      </w:pPr>
      <w:r>
        <w:rPr>
          <w:rFonts w:ascii="Arial" w:hAnsi="Arial" w:cs="Arial"/>
          <w:color w:val="6B7280"/>
          <w:sz w:val="20"/>
          <w:szCs w:val="20"/>
          <w:rtl/>
          <w:lang w:val="en-US" w:bidi="he-IL"/>
        </w:rPr>
        <w:t xml:space="preserve">התאימו בין המשפטים שיש להם אותה משמעות.</w:t>
      </w:r>
    </w:p>
    <w:p>
      <w:pPr>
        <w:bidi/>
        <w:spacing w:before="0" w:after="80"/>
        <w:jc w:val="both"/>
      </w:pPr>
      <w:r>
        <w:rPr>
          <w:rFonts w:ascii="Arial" w:hAnsi="Arial" w:cs="Arial"/>
          <w:color w:val="6B7280"/>
          <w:sz w:val="21"/>
          <w:szCs w:val="21"/>
          <w:rtl/>
          <w:lang w:val="en-US" w:bidi="ar-SA"/>
        </w:rPr>
        <w:t xml:space="preserve">صِل الجمل التي لها المعنى نفسه.</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It's Tom's ball.</w:t>
            </w:r>
          </w:p>
        </w:tc>
        <w:tc>
          <w:tcPr>
            <w:tcW w:type="dxa" w:w="4989"/>
          </w:tcPr>
          <w:p>
            <w:pPr>
              <w:spacing w:before="0" w:after="40"/>
              <w:jc w:val="both"/>
            </w:pPr>
            <w:r>
              <w:rPr/>
              <w:t>[3] It's their ball.</w:t>
            </w:r>
          </w:p>
        </w:tc>
      </w:tr>
      <w:tr>
        <w:tc>
          <w:tcPr>
            <w:tcW w:type="dxa" w:w="4989"/>
          </w:tcPr>
          <w:p>
            <w:pPr>
              <w:spacing w:before="0" w:after="40"/>
              <w:jc w:val="both"/>
            </w:pPr>
            <w:r>
              <w:rPr/>
              <w:t>2. It's Noa's ball.</w:t>
            </w:r>
          </w:p>
        </w:tc>
        <w:tc>
          <w:tcPr>
            <w:tcW w:type="dxa" w:w="4989"/>
          </w:tcPr>
          <w:p>
            <w:pPr>
              <w:spacing w:before="0" w:after="40"/>
              <w:jc w:val="both"/>
            </w:pPr>
            <w:r>
              <w:rPr/>
              <w:t>[2] It's her ball.</w:t>
            </w:r>
          </w:p>
        </w:tc>
      </w:tr>
      <w:tr>
        <w:tc>
          <w:tcPr>
            <w:tcW w:type="dxa" w:w="4989"/>
          </w:tcPr>
          <w:p>
            <w:pPr>
              <w:spacing w:before="0" w:after="40"/>
              <w:jc w:val="both"/>
            </w:pPr>
            <w:r>
              <w:rPr/>
              <w:t>3. It's Ben and Dan's ball.</w:t>
            </w:r>
          </w:p>
        </w:tc>
        <w:tc>
          <w:tcPr>
            <w:tcW w:type="dxa" w:w="4989"/>
          </w:tcPr>
          <w:p>
            <w:pPr>
              <w:spacing w:before="0" w:after="40"/>
              <w:jc w:val="both"/>
            </w:pPr>
            <w:r>
              <w:rPr/>
              <w:t>[6] It's our ball.</w:t>
            </w:r>
          </w:p>
        </w:tc>
      </w:tr>
      <w:tr>
        <w:tc>
          <w:tcPr>
            <w:tcW w:type="dxa" w:w="4989"/>
          </w:tcPr>
          <w:p>
            <w:pPr>
              <w:spacing w:before="0" w:after="40"/>
              <w:jc w:val="both"/>
            </w:pPr>
            <w:r>
              <w:rPr/>
              <w:t>4. The ball belongs to me.</w:t>
            </w:r>
          </w:p>
        </w:tc>
        <w:tc>
          <w:tcPr>
            <w:tcW w:type="dxa" w:w="4989"/>
          </w:tcPr>
          <w:p>
            <w:pPr>
              <w:spacing w:before="0" w:after="40"/>
              <w:jc w:val="both"/>
            </w:pPr>
            <w:r>
              <w:rPr/>
              <w:t>[4] It's my ball.</w:t>
            </w:r>
          </w:p>
        </w:tc>
      </w:tr>
      <w:tr>
        <w:tc>
          <w:tcPr>
            <w:tcW w:type="dxa" w:w="4989"/>
          </w:tcPr>
          <w:p>
            <w:pPr>
              <w:spacing w:before="0" w:after="40"/>
              <w:jc w:val="both"/>
            </w:pPr>
            <w:r>
              <w:rPr/>
              <w:t>5. The ball belongs to you.</w:t>
            </w:r>
          </w:p>
        </w:tc>
        <w:tc>
          <w:tcPr>
            <w:tcW w:type="dxa" w:w="4989"/>
          </w:tcPr>
          <w:p>
            <w:pPr>
              <w:spacing w:before="0" w:after="40"/>
              <w:jc w:val="both"/>
            </w:pPr>
            <w:r>
              <w:rPr/>
              <w:t>[5] It's your ball.</w:t>
            </w:r>
          </w:p>
        </w:tc>
      </w:tr>
      <w:tr>
        <w:tc>
          <w:tcPr>
            <w:tcW w:type="dxa" w:w="4989"/>
          </w:tcPr>
          <w:p>
            <w:pPr>
              <w:spacing w:before="0" w:after="40"/>
              <w:jc w:val="both"/>
            </w:pPr>
            <w:r>
              <w:rPr/>
              <w:t>6. The ball belongs to Noa and me.</w:t>
            </w:r>
          </w:p>
        </w:tc>
        <w:tc>
          <w:tcPr>
            <w:tcW w:type="dxa" w:w="4989"/>
          </w:tcPr>
          <w:p>
            <w:pPr>
              <w:spacing w:before="0" w:after="40"/>
              <w:jc w:val="both"/>
            </w:pPr>
            <w:r>
              <w:rPr/>
              <w:t>[1] It's his ball.</w:t>
            </w:r>
          </w:p>
        </w:tc>
      </w:tr>
    </w:tbl>
    <w:p>
      <w:pPr>
        <w:spacing w:before="0" w:after="40"/>
        <w:jc w:val="both"/>
      </w:pPr>
    </w:p>
    <w:p>
      <w:pPr>
        <w:spacing w:before="160" w:after="20"/>
        <w:jc w:val="both"/>
      </w:pPr>
      <w:r>
        <w:rPr>
          <w:b/>
          <w:bCs/>
          <w:sz w:val="26"/>
          <w:szCs w:val="26"/>
        </w:rPr>
        <w:t>3. Sort the words.</w:t>
      </w:r>
    </w:p>
    <w:p>
      <w:pPr>
        <w:bidi/>
        <w:spacing w:before="0" w:after="0"/>
        <w:jc w:val="both"/>
      </w:pPr>
      <w:r>
        <w:rPr>
          <w:rFonts w:ascii="Arial" w:hAnsi="Arial" w:cs="Arial"/>
          <w:color w:val="6B7280"/>
          <w:sz w:val="20"/>
          <w:szCs w:val="20"/>
          <w:rtl/>
          <w:lang w:val="en-US" w:bidi="he-IL"/>
        </w:rPr>
        <w:t xml:space="preserve">מיינו את המילים.</w:t>
      </w:r>
    </w:p>
    <w:p>
      <w:pPr>
        <w:bidi/>
        <w:spacing w:before="0" w:after="80"/>
        <w:jc w:val="both"/>
      </w:pPr>
      <w:r>
        <w:rPr>
          <w:rFonts w:ascii="Arial" w:hAnsi="Arial" w:cs="Arial"/>
          <w:color w:val="6B7280"/>
          <w:sz w:val="21"/>
          <w:szCs w:val="21"/>
          <w:rtl/>
          <w:lang w:val="en-US" w:bidi="ar-SA"/>
        </w:rPr>
        <w:t xml:space="preserve">صنّف الكلمات.</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possessive words</w:t>
            </w:r>
          </w:p>
        </w:tc>
        <w:tc>
          <w:tcPr>
            <w:tcW w:type="dxa" w:w="4989"/>
            <w:shd w:val="clear" w:color="auto" w:fill="047857"/>
          </w:tcPr>
          <w:p>
            <w:pPr>
              <w:spacing w:before="0" w:after="40"/>
              <w:jc w:val="both"/>
            </w:pPr>
            <w:r>
              <w:rPr>
                <w:b/>
                <w:bCs/>
                <w:color w:val="FFFFFF"/>
              </w:rPr>
              <w:t>question words</w:t>
            </w:r>
          </w:p>
        </w:tc>
      </w:tr>
      <w:tr>
        <w:tc>
          <w:tcPr>
            <w:tcW w:type="dxa" w:w="4989"/>
          </w:tcPr>
          <w:p>
            <w:pPr>
              <w:spacing w:before="0" w:after="40"/>
              <w:jc w:val="both"/>
            </w:pPr>
            <w:r>
              <w:rPr/>
              <w:t>my, his, their, its, our, her</w:t>
            </w:r>
          </w:p>
        </w:tc>
        <w:tc>
          <w:tcPr>
            <w:tcW w:type="dxa" w:w="4989"/>
          </w:tcPr>
          <w:p>
            <w:pPr>
              <w:spacing w:before="0" w:after="40"/>
              <w:jc w:val="both"/>
            </w:pPr>
            <w:r>
              <w:rPr/>
              <w:t>Who, Whose</w:t>
            </w:r>
          </w:p>
        </w:tc>
      </w:tr>
    </w:tbl>
    <w:p>
      <w:pPr>
        <w:spacing w:before="0" w:after="40"/>
        <w:jc w:val="both"/>
      </w:pPr>
    </w:p>
    <w:p>
      <w:pPr>
        <w:spacing w:before="160" w:after="20"/>
        <w:jc w:val="both"/>
      </w:pPr>
      <w:r>
        <w:rPr>
          <w:b/>
          <w:bCs/>
          <w:sz w:val="26"/>
          <w:szCs w:val="26"/>
        </w:rPr>
        <w:t>4. Complete with the 's or s' form.</w:t>
      </w:r>
    </w:p>
    <w:p>
      <w:pPr>
        <w:bidi/>
        <w:spacing w:before="0" w:after="0"/>
        <w:jc w:val="both"/>
      </w:pPr>
      <w:r>
        <w:rPr>
          <w:rFonts w:ascii="Arial" w:hAnsi="Arial" w:cs="Arial"/>
          <w:color w:val="6B7280"/>
          <w:sz w:val="20"/>
          <w:szCs w:val="20"/>
          <w:rtl/>
          <w:lang w:val="en-US" w:bidi="he-IL"/>
        </w:rPr>
        <w:t xml:space="preserve">השלימו בצורה ‎'s‎ או ‎s'‎.</w:t>
      </w:r>
    </w:p>
    <w:p>
      <w:pPr>
        <w:bidi/>
        <w:spacing w:before="0" w:after="80"/>
        <w:jc w:val="both"/>
      </w:pPr>
      <w:r>
        <w:rPr>
          <w:rFonts w:ascii="Arial" w:hAnsi="Arial" w:cs="Arial"/>
          <w:color w:val="6B7280"/>
          <w:sz w:val="21"/>
          <w:szCs w:val="21"/>
          <w:rtl/>
          <w:lang w:val="en-US" w:bidi="ar-SA"/>
        </w:rPr>
        <w:t xml:space="preserve">أكمل بالصيغة ‎'s‎ أو ‎s'‎.</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the owner</w:t>
            </w:r>
          </w:p>
        </w:tc>
        <w:tc>
          <w:tcPr>
            <w:tcW w:type="dxa" w:w="3326"/>
            <w:shd w:val="clear" w:color="auto" w:fill="047857"/>
          </w:tcPr>
          <w:p>
            <w:pPr>
              <w:spacing w:before="0" w:after="40"/>
              <w:jc w:val="both"/>
            </w:pPr>
            <w:r>
              <w:rPr>
                <w:b/>
                <w:bCs/>
                <w:color w:val="FFFFFF"/>
              </w:rPr>
              <w:t>the thing</w:t>
            </w:r>
          </w:p>
        </w:tc>
        <w:tc>
          <w:tcPr>
            <w:tcW w:type="dxa" w:w="3326"/>
            <w:shd w:val="clear" w:color="auto" w:fill="047857"/>
          </w:tcPr>
          <w:p>
            <w:pPr>
              <w:spacing w:before="0" w:after="40"/>
              <w:jc w:val="both"/>
            </w:pPr>
            <w:r>
              <w:rPr>
                <w:b/>
                <w:bCs/>
                <w:color w:val="FFFFFF"/>
              </w:rPr>
              <w:t>together</w:t>
            </w:r>
          </w:p>
        </w:tc>
      </w:tr>
      <w:tr>
        <w:tc>
          <w:tcPr>
            <w:tcW w:type="dxa" w:w="3326"/>
          </w:tcPr>
          <w:p>
            <w:pPr>
              <w:spacing w:before="0" w:after="40"/>
              <w:jc w:val="both"/>
            </w:pPr>
            <w:r>
              <w:rPr/>
              <w:t>Maya</w:t>
            </w:r>
          </w:p>
        </w:tc>
        <w:tc>
          <w:tcPr>
            <w:tcW w:type="dxa" w:w="3326"/>
          </w:tcPr>
          <w:p>
            <w:pPr>
              <w:spacing w:before="0" w:after="40"/>
              <w:jc w:val="both"/>
            </w:pPr>
            <w:r>
              <w:rPr/>
              <w:t>book</w:t>
            </w:r>
          </w:p>
        </w:tc>
        <w:tc>
          <w:tcPr>
            <w:tcW w:type="dxa" w:w="3326"/>
          </w:tcPr>
          <w:p>
            <w:pPr>
              <w:spacing w:before="0" w:after="40"/>
              <w:jc w:val="both"/>
            </w:pPr>
            <w:r>
              <w:rPr>
                <w:color w:val="0F7A4F"/>
              </w:rPr>
              <w:t>Maya's book</w:t>
            </w:r>
          </w:p>
        </w:tc>
      </w:tr>
      <w:tr>
        <w:tc>
          <w:tcPr>
            <w:tcW w:type="dxa" w:w="3326"/>
          </w:tcPr>
          <w:p>
            <w:pPr>
              <w:spacing w:before="0" w:after="40"/>
              <w:jc w:val="both"/>
            </w:pPr>
            <w:r>
              <w:rPr/>
              <w:t>my parents</w:t>
            </w:r>
          </w:p>
        </w:tc>
        <w:tc>
          <w:tcPr>
            <w:tcW w:type="dxa" w:w="3326"/>
          </w:tcPr>
          <w:p>
            <w:pPr>
              <w:spacing w:before="0" w:after="40"/>
              <w:jc w:val="both"/>
            </w:pPr>
            <w:r>
              <w:rPr/>
              <w:t>car</w:t>
            </w:r>
          </w:p>
        </w:tc>
        <w:tc>
          <w:tcPr>
            <w:tcW w:type="dxa" w:w="3326"/>
          </w:tcPr>
          <w:p>
            <w:pPr>
              <w:spacing w:before="0" w:after="40"/>
              <w:jc w:val="both"/>
            </w:pPr>
            <w:r>
              <w:rPr>
                <w:color w:val="0F7A4F"/>
              </w:rPr>
              <w:t>my parents' car</w:t>
            </w:r>
          </w:p>
        </w:tc>
      </w:tr>
      <w:tr>
        <w:tc>
          <w:tcPr>
            <w:tcW w:type="dxa" w:w="3326"/>
          </w:tcPr>
          <w:p>
            <w:pPr>
              <w:spacing w:before="0" w:after="40"/>
              <w:jc w:val="both"/>
            </w:pPr>
            <w:r>
              <w:rPr/>
              <w:t>the children</w:t>
            </w:r>
          </w:p>
        </w:tc>
        <w:tc>
          <w:tcPr>
            <w:tcW w:type="dxa" w:w="3326"/>
          </w:tcPr>
          <w:p>
            <w:pPr>
              <w:spacing w:before="0" w:after="40"/>
              <w:jc w:val="both"/>
            </w:pPr>
            <w:r>
              <w:rPr/>
              <w:t>toys</w:t>
            </w:r>
          </w:p>
        </w:tc>
        <w:tc>
          <w:tcPr>
            <w:tcW w:type="dxa" w:w="3326"/>
          </w:tcPr>
          <w:p>
            <w:pPr>
              <w:spacing w:before="0" w:after="40"/>
              <w:jc w:val="both"/>
            </w:pPr>
            <w:r>
              <w:rPr>
                <w:color w:val="0F7A4F"/>
              </w:rPr>
              <w:t>the children's toys</w:t>
            </w:r>
          </w:p>
        </w:tc>
      </w:tr>
      <w:tr>
        <w:tc>
          <w:tcPr>
            <w:tcW w:type="dxa" w:w="3326"/>
          </w:tcPr>
          <w:p>
            <w:pPr>
              <w:spacing w:before="0" w:after="40"/>
              <w:jc w:val="both"/>
            </w:pPr>
            <w:r>
              <w:rPr/>
              <w:t>the teacher</w:t>
            </w:r>
          </w:p>
        </w:tc>
        <w:tc>
          <w:tcPr>
            <w:tcW w:type="dxa" w:w="3326"/>
          </w:tcPr>
          <w:p>
            <w:pPr>
              <w:spacing w:before="0" w:after="40"/>
              <w:jc w:val="both"/>
            </w:pPr>
            <w:r>
              <w:rPr/>
              <w:t>desk</w:t>
            </w:r>
          </w:p>
        </w:tc>
        <w:tc>
          <w:tcPr>
            <w:tcW w:type="dxa" w:w="3326"/>
          </w:tcPr>
          <w:p>
            <w:pPr>
              <w:spacing w:before="0" w:after="40"/>
              <w:jc w:val="both"/>
            </w:pPr>
            <w:r>
              <w:rPr>
                <w:color w:val="0F7A4F"/>
              </w:rPr>
              <w:t>the teacher's desk</w:t>
            </w:r>
          </w:p>
        </w:tc>
      </w:tr>
      <w:tr>
        <w:tc>
          <w:tcPr>
            <w:tcW w:type="dxa" w:w="3326"/>
          </w:tcPr>
          <w:p>
            <w:pPr>
              <w:spacing w:before="0" w:after="40"/>
              <w:jc w:val="both"/>
            </w:pPr>
            <w:r>
              <w:rPr/>
              <w:t>the girls</w:t>
            </w:r>
          </w:p>
        </w:tc>
        <w:tc>
          <w:tcPr>
            <w:tcW w:type="dxa" w:w="3326"/>
          </w:tcPr>
          <w:p>
            <w:pPr>
              <w:spacing w:before="0" w:after="40"/>
              <w:jc w:val="both"/>
            </w:pPr>
            <w:r>
              <w:rPr/>
              <w:t>bags</w:t>
            </w:r>
          </w:p>
        </w:tc>
        <w:tc>
          <w:tcPr>
            <w:tcW w:type="dxa" w:w="3326"/>
          </w:tcPr>
          <w:p>
            <w:pPr>
              <w:spacing w:before="0" w:after="40"/>
              <w:jc w:val="both"/>
            </w:pPr>
            <w:r>
              <w:rPr>
                <w:color w:val="0F7A4F"/>
              </w:rPr>
              <w:t>the girls' bags</w:t>
            </w:r>
          </w:p>
        </w:tc>
      </w:tr>
    </w:tbl>
    <w:p>
      <w:pPr>
        <w:spacing w:before="0" w:after="40"/>
        <w:jc w:val="both"/>
      </w:pPr>
    </w:p>
    <w:p>
      <w:pPr>
        <w:spacing w:before="160" w:after="20"/>
        <w:jc w:val="both"/>
      </w:pPr>
      <w:r>
        <w:rPr>
          <w:b/>
          <w:bCs/>
          <w:sz w:val="26"/>
          <w:szCs w:val="26"/>
        </w:rPr>
        <w:t>5. Complete with it's or its.</w:t>
      </w:r>
    </w:p>
    <w:p>
      <w:pPr>
        <w:bidi/>
        <w:spacing w:before="0" w:after="0"/>
        <w:jc w:val="both"/>
      </w:pPr>
      <w:r>
        <w:rPr>
          <w:rFonts w:ascii="Arial" w:hAnsi="Arial" w:cs="Arial"/>
          <w:color w:val="6B7280"/>
          <w:sz w:val="20"/>
          <w:szCs w:val="20"/>
          <w:rtl/>
          <w:lang w:val="en-US" w:bidi="he-IL"/>
        </w:rPr>
        <w:t xml:space="preserve">השלימו ב־‎it's‎ או ב־‎its‎.</w:t>
      </w:r>
    </w:p>
    <w:p>
      <w:pPr>
        <w:bidi/>
        <w:spacing w:before="0" w:after="80"/>
        <w:jc w:val="both"/>
      </w:pPr>
      <w:r>
        <w:rPr>
          <w:rFonts w:ascii="Arial" w:hAnsi="Arial" w:cs="Arial"/>
          <w:color w:val="6B7280"/>
          <w:sz w:val="21"/>
          <w:szCs w:val="21"/>
          <w:rtl/>
          <w:lang w:val="en-US" w:bidi="ar-SA"/>
        </w:rPr>
        <w:t xml:space="preserve">أكمل بـ ‎it's‎ أو ‎its‎.</w:t>
      </w:r>
    </w:p>
    <w:p>
      <w:pPr>
        <w:spacing w:before="0" w:after="40"/>
        <w:jc w:val="both"/>
      </w:pPr>
      <w:r>
        <w:rPr/>
        <w:t>a. It's very hot today.</w:t>
      </w:r>
    </w:p>
    <w:p>
      <w:pPr>
        <w:spacing w:before="0" w:after="40"/>
        <w:jc w:val="both"/>
      </w:pPr>
      <w:r>
        <w:rPr/>
        <w:t>b. The bird is building its nest.</w:t>
      </w:r>
    </w:p>
    <w:p>
      <w:pPr>
        <w:spacing w:before="0" w:after="40"/>
        <w:jc w:val="both"/>
      </w:pPr>
      <w:r>
        <w:rPr/>
        <w:t>c. Look at that dog! Its tail is so long.</w:t>
      </w:r>
    </w:p>
    <w:p>
      <w:pPr>
        <w:spacing w:before="0" w:after="40"/>
        <w:jc w:val="both"/>
      </w:pPr>
      <w:r>
        <w:rPr/>
        <w:t>d. It's my birthday tomorrow.</w:t>
      </w:r>
    </w:p>
    <w:p>
      <w:pPr>
        <w:spacing w:before="160" w:after="20"/>
        <w:jc w:val="both"/>
      </w:pPr>
      <w:r>
        <w:rPr>
          <w:b/>
          <w:bCs/>
          <w:sz w:val="26"/>
          <w:szCs w:val="26"/>
        </w:rPr>
        <w:t>6.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___ is that man? He's my uncle.</w:t>
      </w:r>
    </w:p>
    <w:p>
      <w:pPr>
        <w:spacing w:before="0" w:after="80"/>
        <w:jc w:val="both"/>
      </w:pPr>
      <w:r>
        <w:rPr>
          <w:b/>
          <w:bCs/>
          <w:color w:val="0F7A4F"/>
        </w:rPr>
        <w:t xml:space="preserve">   ✔ Who</w:t>
      </w:r>
    </w:p>
    <w:p>
      <w:pPr>
        <w:spacing w:before="0" w:after="20"/>
        <w:jc w:val="both"/>
      </w:pPr>
      <w:r>
        <w:rPr/>
        <w:t>b. This is ___ bag.</w:t>
      </w:r>
    </w:p>
    <w:p>
      <w:pPr>
        <w:spacing w:before="0" w:after="80"/>
        <w:jc w:val="both"/>
      </w:pPr>
      <w:r>
        <w:rPr>
          <w:b/>
          <w:bCs/>
          <w:color w:val="0F7A4F"/>
        </w:rPr>
        <w:t xml:space="preserve">   ✔ Tamar's</w:t>
      </w:r>
    </w:p>
    <w:p>
      <w:pPr>
        <w:spacing w:before="0" w:after="20"/>
        <w:jc w:val="both"/>
      </w:pPr>
      <w:r>
        <w:rPr/>
        <w:t>c. The ___ room is very big. (two boys)</w:t>
      </w:r>
    </w:p>
    <w:p>
      <w:pPr>
        <w:spacing w:before="0" w:after="80"/>
        <w:jc w:val="both"/>
      </w:pPr>
      <w:r>
        <w:rPr>
          <w:b/>
          <w:bCs/>
          <w:color w:val="0F7A4F"/>
        </w:rPr>
        <w:t xml:space="preserve">   ✔ boys'</w:t>
      </w:r>
    </w:p>
    <w:p>
      <w:pPr>
        <w:spacing w:before="0" w:after="20"/>
        <w:jc w:val="both"/>
      </w:pPr>
      <w:r>
        <w:rPr/>
        <w:t>d. Noam and I love ___ school.</w:t>
      </w:r>
    </w:p>
    <w:p>
      <w:pPr>
        <w:spacing w:before="0" w:after="80"/>
        <w:jc w:val="both"/>
      </w:pPr>
      <w:r>
        <w:rPr>
          <w:b/>
          <w:bCs/>
          <w:color w:val="0F7A4F"/>
        </w:rPr>
        <w:t xml:space="preserve">   ✔ our</w:t>
      </w:r>
    </w:p>
    <w:p>
      <w:pPr>
        <w:spacing w:before="160" w:after="20"/>
        <w:jc w:val="both"/>
      </w:pPr>
      <w:r>
        <w:rPr>
          <w:b/>
          <w:bCs/>
          <w:sz w:val="26"/>
          <w:szCs w:val="26"/>
        </w:rPr>
        <w:t>7. Write a sentence with 's. Example: Ben / skateboard: This is Ben's skateboard.</w:t>
      </w:r>
    </w:p>
    <w:p>
      <w:pPr>
        <w:bidi/>
        <w:spacing w:before="0" w:after="0"/>
        <w:jc w:val="both"/>
      </w:pPr>
      <w:r>
        <w:rPr>
          <w:rFonts w:ascii="Arial" w:hAnsi="Arial" w:cs="Arial"/>
          <w:color w:val="6B7280"/>
          <w:sz w:val="20"/>
          <w:szCs w:val="20"/>
          <w:rtl/>
          <w:lang w:val="en-US" w:bidi="he-IL"/>
        </w:rPr>
        <w:t xml:space="preserve">כתבו משפט עם ‎'s‎. דוגמה: ‎Ben / skateboard: This is Ben's skateboard‎.</w:t>
      </w:r>
    </w:p>
    <w:p>
      <w:pPr>
        <w:bidi/>
        <w:spacing w:before="0" w:after="80"/>
        <w:jc w:val="both"/>
      </w:pPr>
      <w:r>
        <w:rPr>
          <w:rFonts w:ascii="Arial" w:hAnsi="Arial" w:cs="Arial"/>
          <w:color w:val="6B7280"/>
          <w:sz w:val="21"/>
          <w:szCs w:val="21"/>
          <w:rtl/>
          <w:lang w:val="en-US" w:bidi="ar-SA"/>
        </w:rPr>
        <w:t xml:space="preserve">اكتب جملة مع ‎'s‎. مثال: ‎Ben / skateboard: This is Ben's skateboard‎.</w:t>
      </w:r>
    </w:p>
    <w:p>
      <w:pPr>
        <w:spacing w:before="0" w:after="100"/>
        <w:jc w:val="both"/>
      </w:pPr>
      <w:r>
        <w:rPr/>
        <w:t>a. Noa / guitar  → This is Noa's guitar.</w:t>
      </w:r>
    </w:p>
    <w:p>
      <w:pPr>
        <w:spacing w:before="0" w:after="100"/>
        <w:jc w:val="both"/>
      </w:pPr>
      <w:r>
        <w:rPr/>
        <w:t>b. my brother / phone  → This is my brother's phone.</w:t>
      </w:r>
    </w:p>
    <w:p>
      <w:pPr>
        <w:spacing w:before="0" w:after="100"/>
        <w:jc w:val="both"/>
      </w:pPr>
      <w:r>
        <w:rPr/>
        <w:t>c. Grandpa / glasses  → These are Grandpa's glasses.</w:t>
      </w:r>
    </w:p>
    <w:p>
      <w:pPr>
        <w:spacing w:before="0" w:after="100"/>
        <w:jc w:val="both"/>
      </w:pPr>
      <w:r>
        <w:rPr/>
        <w:t>d. the cat / bowl  → This is the cat's bowl.</w:t>
      </w:r>
    </w:p>
    <w:p>
      <w:pPr>
        <w:spacing w:before="160" w:after="20"/>
        <w:jc w:val="both"/>
      </w:pPr>
      <w:r>
        <w:rPr>
          <w:b/>
          <w:bCs/>
          <w:sz w:val="26"/>
          <w:szCs w:val="26"/>
        </w:rPr>
        <w:t>8.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She loves his mother. (Shira's mother)  → She loves her mother.</w:t>
      </w:r>
    </w:p>
    <w:p>
      <w:pPr>
        <w:spacing w:before="0" w:after="100"/>
        <w:jc w:val="both"/>
      </w:pPr>
      <w:r>
        <w:rPr/>
        <w:t>b. Whose is your teacher?  → Who is your teacher?</w:t>
      </w:r>
    </w:p>
    <w:p>
      <w:pPr>
        <w:spacing w:before="0" w:after="100"/>
        <w:jc w:val="both"/>
      </w:pPr>
      <w:r>
        <w:rPr/>
        <w:t>c. This is the girls bag. (one girl)  → This is the girl's bag.</w:t>
      </w:r>
    </w:p>
    <w:p>
      <w:pPr>
        <w:spacing w:before="0" w:after="100"/>
        <w:jc w:val="both"/>
      </w:pPr>
      <w:r>
        <w:rPr/>
        <w:t>d. The dog is eating it's food.  → The dog is eating its food.</w:t>
      </w:r>
    </w:p>
    <w:p>
      <w:pPr>
        <w:spacing w:before="0" w:after="100"/>
        <w:jc w:val="both"/>
      </w:pPr>
      <w:r>
        <w:rPr/>
        <w:t>e. They are playing with our ball. (their own ball)  → They are playing with their ball.</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40"/>
        <w:jc w:val="both"/>
      </w:pPr>
      <w:r>
        <w:rPr/>
        <w:t>a. We use her for a girl or a woman. – True</w:t>
      </w:r>
    </w:p>
    <w:p>
      <w:pPr>
        <w:spacing w:before="0" w:after="40"/>
        <w:jc w:val="both"/>
      </w:pPr>
      <w:r>
        <w:rPr/>
        <w:t>b. Whose asks who something belongs to. – True</w:t>
      </w:r>
    </w:p>
    <w:p>
      <w:pPr>
        <w:spacing w:before="0" w:after="40"/>
        <w:jc w:val="both"/>
      </w:pPr>
      <w:r>
        <w:rPr/>
        <w:t>c. It's means "belongs to it". – False – It's means it is. Its means belongs to it.</w:t>
      </w:r>
    </w:p>
    <w:p>
      <w:pPr>
        <w:spacing w:before="0" w:after="40"/>
        <w:jc w:val="both"/>
      </w:pPr>
      <w:r>
        <w:rPr/>
        <w:t>d. For two boys we write the boy's room. – False – We write the boys' room.</w:t>
      </w:r>
    </w:p>
    <w:p>
      <w:pPr>
        <w:spacing w:before="160" w:after="20"/>
        <w:jc w:val="both"/>
      </w:pPr>
      <w:r>
        <w:rPr>
          <w:b/>
          <w:bCs/>
          <w:sz w:val="26"/>
          <w:szCs w:val="26"/>
        </w:rPr>
        <w:t>10. Read "Lost and Found". Write True or False. Correct the false sentences.</w:t>
      </w:r>
    </w:p>
    <w:p>
      <w:pPr>
        <w:bidi/>
        <w:spacing w:before="0" w:after="0"/>
        <w:jc w:val="both"/>
      </w:pPr>
      <w:r>
        <w:rPr>
          <w:rFonts w:ascii="Arial" w:hAnsi="Arial" w:cs="Arial"/>
          <w:color w:val="6B7280"/>
          <w:sz w:val="20"/>
          <w:szCs w:val="20"/>
          <w:rtl/>
          <w:lang w:val="en-US" w:bidi="he-IL"/>
        </w:rPr>
        <w:t xml:space="preserve">קראו את ‎"Lost and Found"‎.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‎"Lost and Found"‎. اكتب ‎True‎ أو ‎False‎. صحّح الجمل الخاطئة.</w:t>
      </w:r>
    </w:p>
    <w:p>
      <w:pPr>
        <w:spacing w:before="0" w:after="40"/>
        <w:jc w:val="both"/>
      </w:pPr>
      <w:r>
        <w:rPr/>
        <w:t>a. The blue water bottle was Maya's. – False – It was Omer's bottle.</w:t>
      </w:r>
    </w:p>
    <w:p>
      <w:pPr>
        <w:spacing w:before="0" w:after="40"/>
        <w:jc w:val="both"/>
      </w:pPr>
      <w:r>
        <w:rPr/>
        <w:t>b. Noa's name was on the pencil case. – True</w:t>
      </w:r>
    </w:p>
    <w:p>
      <w:pPr>
        <w:spacing w:before="0" w:after="40"/>
        <w:jc w:val="both"/>
      </w:pPr>
      <w:r>
        <w:rPr/>
        <w:t>c. The black sweatshirts were the twins'. – True</w:t>
      </w:r>
    </w:p>
    <w:p>
      <w:pPr>
        <w:spacing w:before="0" w:after="40"/>
        <w:jc w:val="both"/>
      </w:pPr>
      <w:r>
        <w:rPr/>
        <w:t>d. Itay's sweatshirt has a hole in the pocket. – False – Ariel's sweatshirt has a hole in the pocket.</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Whose pencil case had stars on it?  → Noa's.</w:t>
      </w:r>
    </w:p>
    <w:p>
      <w:pPr>
        <w:spacing w:before="0" w:after="100"/>
        <w:jc w:val="both"/>
      </w:pPr>
      <w:r>
        <w:rPr/>
        <w:t>b. Who are Itay and Ariel?  → They are twins.</w:t>
      </w:r>
    </w:p>
    <w:p>
      <w:pPr>
        <w:spacing w:before="0" w:after="100"/>
        <w:jc w:val="both"/>
      </w:pPr>
      <w:r>
        <w:rPr/>
        <w:t>c. How do they know which sweatshirt is Ariel's?  → Ariel's sweatshirt has a hole in the pocket.</w:t>
      </w:r>
    </w:p>
    <w:p>
      <w:pPr>
        <w:spacing w:before="160" w:after="20"/>
        <w:jc w:val="both"/>
      </w:pPr>
      <w:r>
        <w:rPr>
          <w:b/>
          <w:bCs/>
          <w:sz w:val="26"/>
          <w:szCs w:val="26"/>
        </w:rPr>
        <w:t>12. Write about 4 things in your classroom and who they belong to. Use 's, his, her or their.</w:t>
      </w:r>
    </w:p>
    <w:p>
      <w:pPr>
        <w:bidi/>
        <w:spacing w:before="0" w:after="0"/>
        <w:jc w:val="both"/>
      </w:pPr>
      <w:r>
        <w:rPr>
          <w:rFonts w:ascii="Arial" w:hAnsi="Arial" w:cs="Arial"/>
          <w:color w:val="6B7280"/>
          <w:sz w:val="20"/>
          <w:szCs w:val="20"/>
          <w:rtl/>
          <w:lang w:val="en-US" w:bidi="he-IL"/>
        </w:rPr>
        <w:t xml:space="preserve">כתבו על 4 דברים בכיתה שלכם ולמי הם שייכים. השתמשו ב־‎'s, his, her‎ או ‎their‎.</w:t>
      </w:r>
    </w:p>
    <w:p>
      <w:pPr>
        <w:bidi/>
        <w:spacing w:before="0" w:after="80"/>
        <w:jc w:val="both"/>
      </w:pPr>
      <w:r>
        <w:rPr>
          <w:rFonts w:ascii="Arial" w:hAnsi="Arial" w:cs="Arial"/>
          <w:color w:val="6B7280"/>
          <w:sz w:val="21"/>
          <w:szCs w:val="21"/>
          <w:rtl/>
          <w:lang w:val="en-US" w:bidi="ar-SA"/>
        </w:rPr>
        <w:t xml:space="preserve">اكتب عن 4 أشياء في صفّك ولِمن تعود. استعمل ‎'s‎ أو ‎his‎ أو ‎her‎ أو ‎their‎.</w:t>
      </w:r>
    </w:p>
    <w:p>
      <w:pPr>
        <w:spacing w:before="0" w:after="80"/>
        <w:jc w:val="both"/>
      </w:pPr>
      <w:r>
        <w:rPr>
          <w:color w:val="0F7A4F"/>
        </w:rPr>
        <w:t>Possible answer: The red bag is Maya's. Her pencil case is on the desk. The ball is the boys'. The big desk is our teacher's desk.</w:t>
      </w:r>
    </w:p>
    <w:p>
      <w:pPr>
        <w:spacing w:before="160" w:after="80"/>
        <w:jc w:val="both"/>
      </w:pPr>
      <w:r>
        <w:rPr>
          <w:rFonts w:ascii="Arial Black" w:hAnsi="Arial Black" w:cs="Arial Black"/>
          <w:b/>
          <w:bCs/>
          <w:color w:val="047857"/>
          <w:sz w:val="30"/>
          <w:szCs w:val="30"/>
        </w:rPr>
        <w:t>Unit 7: Reading a short text and writing a paragraph (and, but, then, because)</w:t>
      </w:r>
    </w:p>
    <w:p>
      <w:pPr>
        <w:spacing w:before="160" w:after="20"/>
        <w:jc w:val="both"/>
      </w:pPr>
      <w:r>
        <w:rPr>
          <w:b/>
          <w:bCs/>
          <w:sz w:val="26"/>
          <w:szCs w:val="26"/>
        </w:rPr>
        <w:t>1. Match the questions to the answers.</w:t>
      </w:r>
    </w:p>
    <w:p>
      <w:pPr>
        <w:bidi/>
        <w:spacing w:before="0" w:after="0"/>
        <w:jc w:val="both"/>
      </w:pPr>
      <w:r>
        <w:rPr>
          <w:rFonts w:ascii="Arial" w:hAnsi="Arial" w:cs="Arial"/>
          <w:color w:val="6B7280"/>
          <w:sz w:val="20"/>
          <w:szCs w:val="20"/>
          <w:rtl/>
          <w:lang w:val="en-US" w:bidi="he-IL"/>
        </w:rPr>
        <w:t xml:space="preserve">התאימו בין השאלות לתשובות.</w:t>
      </w:r>
    </w:p>
    <w:p>
      <w:pPr>
        <w:bidi/>
        <w:spacing w:before="0" w:after="80"/>
        <w:jc w:val="both"/>
      </w:pPr>
      <w:r>
        <w:rPr>
          <w:rFonts w:ascii="Arial" w:hAnsi="Arial" w:cs="Arial"/>
          <w:color w:val="6B7280"/>
          <w:sz w:val="21"/>
          <w:szCs w:val="21"/>
          <w:rtl/>
          <w:lang w:val="en-US" w:bidi="ar-SA"/>
        </w:rPr>
        <w:t xml:space="preserve">صِل الأسئلة بالإجابات.</w:t>
      </w:r>
    </w:p>
    <w:tbl>
      <w:tblPr>
        <w:tblStyle w:val="TableGrid"/>
        <w:tblW w:type="auto" w:w="0"/>
        <w:tblLook w:firstColumn="1" w:firstRow="1" w:lastColumn="0" w:lastRow="0" w:noHBand="0" w:noVBand="1" w:val="04A0"/>
      </w:tblPr>
      <w:tblGrid>
        <w:gridCol w:w="4989"/>
        <w:gridCol w:w="4989"/>
      </w:tblGrid>
      <w:tr>
        <w:tc>
          <w:tcPr>
            <w:tcW w:type="dxa" w:w="4989"/>
            <w:shd w:val="clear" w:color="auto" w:fill="047857"/>
          </w:tcPr>
          <w:p>
            <w:pPr>
              <w:spacing w:before="0" w:after="40"/>
              <w:jc w:val="both"/>
            </w:pPr>
            <w:r>
              <w:rPr>
                <w:b/>
                <w:bCs/>
                <w:color w:val="FFFFFF"/>
              </w:rPr>
              <w:t>Column A</w:t>
            </w:r>
          </w:p>
        </w:tc>
        <w:tc>
          <w:tcPr>
            <w:tcW w:type="dxa" w:w="4989"/>
            <w:shd w:val="clear" w:color="auto" w:fill="047857"/>
          </w:tcPr>
          <w:p>
            <w:pPr>
              <w:spacing w:before="0" w:after="40"/>
              <w:jc w:val="both"/>
            </w:pPr>
            <w:r>
              <w:rPr>
                <w:b/>
                <w:bCs/>
                <w:color w:val="FFFFFF"/>
              </w:rPr>
              <w:t>Column B</w:t>
            </w:r>
          </w:p>
        </w:tc>
      </w:tr>
      <w:tr>
        <w:tc>
          <w:tcPr>
            <w:tcW w:type="dxa" w:w="4989"/>
          </w:tcPr>
          <w:p>
            <w:pPr>
              <w:spacing w:before="0" w:after="40"/>
              <w:jc w:val="both"/>
            </w:pPr>
            <w:r>
              <w:rPr/>
              <w:t>1. Who is your best friend?</w:t>
            </w:r>
          </w:p>
        </w:tc>
        <w:tc>
          <w:tcPr>
            <w:tcW w:type="dxa" w:w="4989"/>
          </w:tcPr>
          <w:p>
            <w:pPr>
              <w:spacing w:before="0" w:after="40"/>
              <w:jc w:val="both"/>
            </w:pPr>
            <w:r>
              <w:rPr/>
              <w:t>[1] Daniel.</w:t>
            </w:r>
          </w:p>
        </w:tc>
      </w:tr>
      <w:tr>
        <w:tc>
          <w:tcPr>
            <w:tcW w:type="dxa" w:w="4989"/>
          </w:tcPr>
          <w:p>
            <w:pPr>
              <w:spacing w:before="0" w:after="40"/>
              <w:jc w:val="both"/>
            </w:pPr>
            <w:r>
              <w:rPr/>
              <w:t>2. Where do you live?</w:t>
            </w:r>
          </w:p>
        </w:tc>
        <w:tc>
          <w:tcPr>
            <w:tcW w:type="dxa" w:w="4989"/>
          </w:tcPr>
          <w:p>
            <w:pPr>
              <w:spacing w:before="0" w:after="40"/>
              <w:jc w:val="both"/>
            </w:pPr>
            <w:r>
              <w:rPr/>
              <w:t>[5] Pizza.</w:t>
            </w:r>
          </w:p>
        </w:tc>
      </w:tr>
      <w:tr>
        <w:tc>
          <w:tcPr>
            <w:tcW w:type="dxa" w:w="4989"/>
          </w:tcPr>
          <w:p>
            <w:pPr>
              <w:spacing w:before="0" w:after="40"/>
              <w:jc w:val="both"/>
            </w:pPr>
            <w:r>
              <w:rPr/>
              <w:t>3. When is your birthday?</w:t>
            </w:r>
          </w:p>
        </w:tc>
        <w:tc>
          <w:tcPr>
            <w:tcW w:type="dxa" w:w="4989"/>
          </w:tcPr>
          <w:p>
            <w:pPr>
              <w:spacing w:before="0" w:after="40"/>
              <w:jc w:val="both"/>
            </w:pPr>
            <w:r>
              <w:rPr/>
              <w:t>[2] In Petah Tikva.</w:t>
            </w:r>
          </w:p>
        </w:tc>
      </w:tr>
      <w:tr>
        <w:tc>
          <w:tcPr>
            <w:tcW w:type="dxa" w:w="4989"/>
          </w:tcPr>
          <w:p>
            <w:pPr>
              <w:spacing w:before="0" w:after="40"/>
              <w:jc w:val="both"/>
            </w:pPr>
            <w:r>
              <w:rPr/>
              <w:t>4. Why are you late?</w:t>
            </w:r>
          </w:p>
        </w:tc>
        <w:tc>
          <w:tcPr>
            <w:tcW w:type="dxa" w:w="4989"/>
          </w:tcPr>
          <w:p>
            <w:pPr>
              <w:spacing w:before="0" w:after="40"/>
              <w:jc w:val="both"/>
            </w:pPr>
            <w:r>
              <w:rPr/>
              <w:t>[3] In October.</w:t>
            </w:r>
          </w:p>
        </w:tc>
      </w:tr>
      <w:tr>
        <w:tc>
          <w:tcPr>
            <w:tcW w:type="dxa" w:w="4989"/>
          </w:tcPr>
          <w:p>
            <w:pPr>
              <w:spacing w:before="0" w:after="40"/>
              <w:jc w:val="both"/>
            </w:pPr>
            <w:r>
              <w:rPr/>
              <w:t>5. What is your favorite food?</w:t>
            </w:r>
          </w:p>
        </w:tc>
        <w:tc>
          <w:tcPr>
            <w:tcW w:type="dxa" w:w="4989"/>
          </w:tcPr>
          <w:p>
            <w:pPr>
              <w:spacing w:before="0" w:after="40"/>
              <w:jc w:val="both"/>
            </w:pPr>
            <w:r>
              <w:rPr/>
              <w:t>[4] Because I missed the bus.</w:t>
            </w:r>
          </w:p>
        </w:tc>
      </w:tr>
    </w:tbl>
    <w:p>
      <w:pPr>
        <w:spacing w:before="0" w:after="40"/>
        <w:jc w:val="both"/>
      </w:pPr>
    </w:p>
    <w:p>
      <w:pPr>
        <w:spacing w:before="160" w:after="20"/>
        <w:jc w:val="both"/>
      </w:pPr>
      <w:r>
        <w:rPr>
          <w:b/>
          <w:bCs/>
          <w:sz w:val="26"/>
          <w:szCs w:val="26"/>
        </w:rPr>
        <w:t>2. Complete with and, but, then or because.</w:t>
      </w:r>
    </w:p>
    <w:p>
      <w:pPr>
        <w:bidi/>
        <w:spacing w:before="0" w:after="0"/>
        <w:jc w:val="both"/>
      </w:pPr>
      <w:r>
        <w:rPr>
          <w:rFonts w:ascii="Arial" w:hAnsi="Arial" w:cs="Arial"/>
          <w:color w:val="6B7280"/>
          <w:sz w:val="20"/>
          <w:szCs w:val="20"/>
          <w:rtl/>
          <w:lang w:val="en-US" w:bidi="he-IL"/>
        </w:rPr>
        <w:t xml:space="preserve">השלימו ב־‎and, but, then‎ או ‎because‎.</w:t>
      </w:r>
    </w:p>
    <w:p>
      <w:pPr>
        <w:bidi/>
        <w:spacing w:before="0" w:after="80"/>
        <w:jc w:val="both"/>
      </w:pPr>
      <w:r>
        <w:rPr>
          <w:rFonts w:ascii="Arial" w:hAnsi="Arial" w:cs="Arial"/>
          <w:color w:val="6B7280"/>
          <w:sz w:val="21"/>
          <w:szCs w:val="21"/>
          <w:rtl/>
          <w:lang w:val="en-US" w:bidi="ar-SA"/>
        </w:rPr>
        <w:t xml:space="preserve">أكمل بـ ‎and‎ أو ‎but‎ أو ‎then‎ أو ‎because‎.</w:t>
      </w:r>
    </w:p>
    <w:p>
      <w:pPr>
        <w:spacing w:before="0" w:after="40"/>
        <w:jc w:val="both"/>
      </w:pPr>
      <w:r>
        <w:rPr/>
        <w:t>a. I like to read and I like to draw.</w:t>
      </w:r>
    </w:p>
    <w:p>
      <w:pPr>
        <w:spacing w:before="0" w:after="40"/>
        <w:jc w:val="both"/>
      </w:pPr>
      <w:r>
        <w:rPr/>
        <w:t>b. Shira can swim, but she can't dive.</w:t>
      </w:r>
    </w:p>
    <w:p>
      <w:pPr>
        <w:spacing w:before="0" w:after="40"/>
        <w:jc w:val="both"/>
      </w:pPr>
      <w:r>
        <w:rPr/>
        <w:t>c. We had breakfast, and then we went to school.</w:t>
      </w:r>
    </w:p>
    <w:p>
      <w:pPr>
        <w:spacing w:before="0" w:after="40"/>
        <w:jc w:val="both"/>
      </w:pPr>
      <w:r>
        <w:rPr/>
        <w:t>d. I took an umbrella because it was raining.</w:t>
      </w:r>
    </w:p>
    <w:p>
      <w:pPr>
        <w:spacing w:before="0" w:after="40"/>
        <w:jc w:val="both"/>
      </w:pPr>
      <w:r>
        <w:rPr/>
        <w:t>e. Tom is good at math and science.</w:t>
      </w:r>
    </w:p>
    <w:p>
      <w:pPr>
        <w:spacing w:before="160" w:after="20"/>
        <w:jc w:val="both"/>
      </w:pPr>
      <w:r>
        <w:rPr>
          <w:b/>
          <w:bCs/>
          <w:sz w:val="26"/>
          <w:szCs w:val="26"/>
        </w:rPr>
        <w:t>3. Sort the sentences: opening, detail or closing sentence?</w:t>
      </w:r>
    </w:p>
    <w:p>
      <w:pPr>
        <w:bidi/>
        <w:spacing w:before="0" w:after="0"/>
        <w:jc w:val="both"/>
      </w:pPr>
      <w:r>
        <w:rPr>
          <w:rFonts w:ascii="Arial" w:hAnsi="Arial" w:cs="Arial"/>
          <w:color w:val="6B7280"/>
          <w:sz w:val="20"/>
          <w:szCs w:val="20"/>
          <w:rtl/>
          <w:lang w:val="en-US" w:bidi="he-IL"/>
        </w:rPr>
        <w:t xml:space="preserve">מיינו את המשפטים: משפט פתיחה, משפט פרטים או משפט סיום?</w:t>
      </w:r>
    </w:p>
    <w:p>
      <w:pPr>
        <w:bidi/>
        <w:spacing w:before="0" w:after="80"/>
        <w:jc w:val="both"/>
      </w:pPr>
      <w:r>
        <w:rPr>
          <w:rFonts w:ascii="Arial" w:hAnsi="Arial" w:cs="Arial"/>
          <w:color w:val="6B7280"/>
          <w:sz w:val="21"/>
          <w:szCs w:val="21"/>
          <w:rtl/>
          <w:lang w:val="en-US" w:bidi="ar-SA"/>
        </w:rPr>
        <w:t xml:space="preserve">صنّف الجمل: جملة افتتاحيّة أم جملة تفاصيل أم جملة ختاميّة؟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opening</w:t>
            </w:r>
          </w:p>
        </w:tc>
        <w:tc>
          <w:tcPr>
            <w:tcW w:type="dxa" w:w="3326"/>
            <w:shd w:val="clear" w:color="auto" w:fill="047857"/>
          </w:tcPr>
          <w:p>
            <w:pPr>
              <w:spacing w:before="0" w:after="40"/>
              <w:jc w:val="both"/>
            </w:pPr>
            <w:r>
              <w:rPr>
                <w:b/>
                <w:bCs/>
                <w:color w:val="FFFFFF"/>
              </w:rPr>
              <w:t>detail</w:t>
            </w:r>
          </w:p>
        </w:tc>
        <w:tc>
          <w:tcPr>
            <w:tcW w:type="dxa" w:w="3326"/>
            <w:shd w:val="clear" w:color="auto" w:fill="047857"/>
          </w:tcPr>
          <w:p>
            <w:pPr>
              <w:spacing w:before="0" w:after="40"/>
              <w:jc w:val="both"/>
            </w:pPr>
            <w:r>
              <w:rPr>
                <w:b/>
                <w:bCs/>
                <w:color w:val="FFFFFF"/>
              </w:rPr>
              <w:t>closing</w:t>
            </w:r>
          </w:p>
        </w:tc>
      </w:tr>
      <w:tr>
        <w:tc>
          <w:tcPr>
            <w:tcW w:type="dxa" w:w="3326"/>
          </w:tcPr>
          <w:p>
            <w:pPr>
              <w:spacing w:before="0" w:after="40"/>
              <w:jc w:val="both"/>
            </w:pPr>
            <w:r>
              <w:rPr/>
              <w:t>My favorite animal is the dolphin.</w:t>
            </w:r>
          </w:p>
        </w:tc>
        <w:tc>
          <w:tcPr>
            <w:tcW w:type="dxa" w:w="3326"/>
          </w:tcPr>
          <w:p>
            <w:pPr>
              <w:spacing w:before="0" w:after="40"/>
              <w:jc w:val="both"/>
            </w:pPr>
            <w:r>
              <w:rPr/>
              <w:t>Dolphins live in the sea., They are very smart.</w:t>
            </w:r>
          </w:p>
        </w:tc>
        <w:tc>
          <w:tcPr>
            <w:tcW w:type="dxa" w:w="3326"/>
          </w:tcPr>
          <w:p>
            <w:pPr>
              <w:spacing w:before="0" w:after="40"/>
              <w:jc w:val="both"/>
            </w:pPr>
            <w:r>
              <w:rPr/>
              <w:t>That is why I love dolphins.</w:t>
            </w:r>
          </w:p>
        </w:tc>
      </w:tr>
    </w:tbl>
    <w:p>
      <w:pPr>
        <w:spacing w:before="0" w:after="40"/>
        <w:jc w:val="both"/>
      </w:pPr>
    </w:p>
    <w:p>
      <w:pPr>
        <w:spacing w:before="160" w:after="20"/>
        <w:jc w:val="both"/>
      </w:pPr>
      <w:r>
        <w:rPr>
          <w:b/>
          <w:bCs/>
          <w:sz w:val="26"/>
          <w:szCs w:val="26"/>
        </w:rPr>
        <w:t>4. Choose the best ending.</w:t>
      </w:r>
    </w:p>
    <w:p>
      <w:pPr>
        <w:bidi/>
        <w:spacing w:before="0" w:after="0"/>
        <w:jc w:val="both"/>
      </w:pPr>
      <w:r>
        <w:rPr>
          <w:rFonts w:ascii="Arial" w:hAnsi="Arial" w:cs="Arial"/>
          <w:color w:val="6B7280"/>
          <w:sz w:val="20"/>
          <w:szCs w:val="20"/>
          <w:rtl/>
          <w:lang w:val="en-US" w:bidi="he-IL"/>
        </w:rPr>
        <w:t xml:space="preserve">בחרו את הסיום הטוב ביותר.</w:t>
      </w:r>
    </w:p>
    <w:p>
      <w:pPr>
        <w:bidi/>
        <w:spacing w:before="0" w:after="80"/>
        <w:jc w:val="both"/>
      </w:pPr>
      <w:r>
        <w:rPr>
          <w:rFonts w:ascii="Arial" w:hAnsi="Arial" w:cs="Arial"/>
          <w:color w:val="6B7280"/>
          <w:sz w:val="21"/>
          <w:szCs w:val="21"/>
          <w:rtl/>
          <w:lang w:val="en-US" w:bidi="ar-SA"/>
        </w:rPr>
        <w:t xml:space="preserve">اختر أفضل نهاية.</w:t>
      </w:r>
    </w:p>
    <w:p>
      <w:pPr>
        <w:spacing w:before="0" w:after="20"/>
        <w:jc w:val="both"/>
      </w:pPr>
      <w:r>
        <w:rPr/>
        <w:t>a. I went to bed early because ...</w:t>
      </w:r>
    </w:p>
    <w:p>
      <w:pPr>
        <w:spacing w:before="0" w:after="80"/>
        <w:jc w:val="both"/>
      </w:pPr>
      <w:r>
        <w:rPr>
          <w:b/>
          <w:bCs/>
          <w:color w:val="0F7A4F"/>
        </w:rPr>
        <w:t xml:space="preserve">   ✔ I was very tired.</w:t>
      </w:r>
    </w:p>
    <w:p>
      <w:pPr>
        <w:spacing w:before="0" w:after="20"/>
        <w:jc w:val="both"/>
      </w:pPr>
      <w:r>
        <w:rPr/>
        <w:t>b. We wanted to swim, but ...</w:t>
      </w:r>
    </w:p>
    <w:p>
      <w:pPr>
        <w:spacing w:before="0" w:after="80"/>
        <w:jc w:val="both"/>
      </w:pPr>
      <w:r>
        <w:rPr>
          <w:b/>
          <w:bCs/>
          <w:color w:val="0F7A4F"/>
        </w:rPr>
        <w:t xml:space="preserve">   ✔ the pool was closed.</w:t>
      </w:r>
    </w:p>
    <w:p>
      <w:pPr>
        <w:spacing w:before="0" w:after="20"/>
        <w:jc w:val="both"/>
      </w:pPr>
      <w:r>
        <w:rPr/>
        <w:t>c. Noam was sad because ...</w:t>
      </w:r>
    </w:p>
    <w:p>
      <w:pPr>
        <w:spacing w:before="0" w:after="80"/>
        <w:jc w:val="both"/>
      </w:pPr>
      <w:r>
        <w:rPr>
          <w:b/>
          <w:bCs/>
          <w:color w:val="0F7A4F"/>
        </w:rPr>
        <w:t xml:space="preserve">   ✔ his team lost.</w:t>
      </w:r>
    </w:p>
    <w:p>
      <w:pPr>
        <w:spacing w:before="160" w:after="20"/>
        <w:jc w:val="both"/>
      </w:pPr>
      <w:r>
        <w:rPr>
          <w:b/>
          <w:bCs/>
          <w:sz w:val="26"/>
          <w:szCs w:val="26"/>
        </w:rPr>
        <w:t>5. Answer with because.</w:t>
      </w:r>
    </w:p>
    <w:p>
      <w:pPr>
        <w:bidi/>
        <w:spacing w:before="0" w:after="0"/>
        <w:jc w:val="both"/>
      </w:pPr>
      <w:r>
        <w:rPr>
          <w:rFonts w:ascii="Arial" w:hAnsi="Arial" w:cs="Arial"/>
          <w:color w:val="6B7280"/>
          <w:sz w:val="20"/>
          <w:szCs w:val="20"/>
          <w:rtl/>
          <w:lang w:val="en-US" w:bidi="he-IL"/>
        </w:rPr>
        <w:t xml:space="preserve">ענו עם ‎because‎.</w:t>
      </w:r>
    </w:p>
    <w:p>
      <w:pPr>
        <w:bidi/>
        <w:spacing w:before="0" w:after="80"/>
        <w:jc w:val="both"/>
      </w:pPr>
      <w:r>
        <w:rPr>
          <w:rFonts w:ascii="Arial" w:hAnsi="Arial" w:cs="Arial"/>
          <w:color w:val="6B7280"/>
          <w:sz w:val="21"/>
          <w:szCs w:val="21"/>
          <w:rtl/>
          <w:lang w:val="en-US" w:bidi="ar-SA"/>
        </w:rPr>
        <w:t xml:space="preserve">أجب مع ‎because‎.</w:t>
      </w:r>
    </w:p>
    <w:p>
      <w:pPr>
        <w:spacing w:before="0" w:after="100"/>
        <w:jc w:val="both"/>
      </w:pPr>
      <w:r>
        <w:rPr/>
        <w:t>a. Why do you wear a hat in summer?  → Because the sun is strong.</w:t>
      </w:r>
    </w:p>
    <w:p>
      <w:pPr>
        <w:spacing w:before="0" w:after="100"/>
        <w:jc w:val="both"/>
      </w:pPr>
      <w:r>
        <w:rPr/>
        <w:t>b. Why do we brush our teeth?  → Because we want healthy teeth.</w:t>
      </w:r>
    </w:p>
    <w:p>
      <w:pPr>
        <w:spacing w:before="0" w:after="100"/>
        <w:jc w:val="both"/>
      </w:pPr>
      <w:r>
        <w:rPr/>
        <w:t>c. Why do people go to the beach?  → Because they want to swim and relax.</w:t>
      </w:r>
    </w:p>
    <w:p>
      <w:pPr>
        <w:spacing w:before="0" w:after="100"/>
        <w:jc w:val="both"/>
      </w:pPr>
      <w:r>
        <w:rPr/>
        <w:t>d. Why do you like your best friend?  → Because he is funny and kind.</w:t>
      </w:r>
    </w:p>
    <w:p>
      <w:pPr>
        <w:spacing w:before="160" w:after="20"/>
        <w:jc w:val="both"/>
      </w:pPr>
      <w:r>
        <w:rPr>
          <w:b/>
          <w:bCs/>
          <w:sz w:val="26"/>
          <w:szCs w:val="26"/>
        </w:rPr>
        <w:t>6. Correct the capital letters and the full stops. Write the missing letter or mark.</w:t>
      </w:r>
    </w:p>
    <w:p>
      <w:pPr>
        <w:bidi/>
        <w:spacing w:before="0" w:after="0"/>
        <w:jc w:val="both"/>
      </w:pPr>
      <w:r>
        <w:rPr>
          <w:rFonts w:ascii="Arial" w:hAnsi="Arial" w:cs="Arial"/>
          <w:color w:val="6B7280"/>
          <w:sz w:val="20"/>
          <w:szCs w:val="20"/>
          <w:rtl/>
          <w:lang w:val="en-US" w:bidi="he-IL"/>
        </w:rPr>
        <w:t xml:space="preserve">תקנו את האותיות הגדולות ואת הנקודות. כתבו את האות או את הסימן החסרים.</w:t>
      </w:r>
    </w:p>
    <w:p>
      <w:pPr>
        <w:bidi/>
        <w:spacing w:before="0" w:after="80"/>
        <w:jc w:val="both"/>
      </w:pPr>
      <w:r>
        <w:rPr>
          <w:rFonts w:ascii="Arial" w:hAnsi="Arial" w:cs="Arial"/>
          <w:color w:val="6B7280"/>
          <w:sz w:val="21"/>
          <w:szCs w:val="21"/>
          <w:rtl/>
          <w:lang w:val="en-US" w:bidi="ar-SA"/>
        </w:rPr>
        <w:t xml:space="preserve">صحّح الأحرف الكبيرة والنقاط. اكتب الحرف أو العلامة الناقصة.</w:t>
      </w:r>
    </w:p>
    <w:p>
      <w:pPr>
        <w:spacing w:before="0" w:after="40"/>
        <w:jc w:val="both"/>
      </w:pPr>
      <w:r>
        <w:rPr/>
        <w:t>a. I like ice cream. (i)</w:t>
      </w:r>
    </w:p>
    <w:p>
      <w:pPr>
        <w:spacing w:before="0" w:after="40"/>
        <w:jc w:val="both"/>
      </w:pPr>
      <w:r>
        <w:rPr/>
        <w:t>b. my sister and I went to school. (i)</w:t>
      </w:r>
    </w:p>
    <w:p>
      <w:pPr>
        <w:spacing w:before="0" w:after="40"/>
        <w:jc w:val="both"/>
      </w:pPr>
      <w:r>
        <w:rPr/>
        <w:t>c. We live in Haifa. (h)</w:t>
      </w:r>
    </w:p>
    <w:p>
      <w:pPr>
        <w:spacing w:before="0" w:after="40"/>
        <w:jc w:val="both"/>
      </w:pPr>
      <w:r>
        <w:rPr/>
        <w:t>d. Where are you going? (? or .)</w:t>
      </w:r>
    </w:p>
    <w:p>
      <w:pPr>
        <w:spacing w:before="160" w:after="20"/>
        <w:jc w:val="both"/>
      </w:pPr>
      <w:r>
        <w:rPr>
          <w:b/>
          <w:bCs/>
          <w:sz w:val="26"/>
          <w:szCs w:val="26"/>
        </w:rPr>
        <w:t>7. Join the sentences. Use the word in brackets.</w:t>
      </w:r>
    </w:p>
    <w:p>
      <w:pPr>
        <w:bidi/>
        <w:spacing w:before="0" w:after="0"/>
        <w:jc w:val="both"/>
      </w:pPr>
      <w:r>
        <w:rPr>
          <w:rFonts w:ascii="Arial" w:hAnsi="Arial" w:cs="Arial"/>
          <w:color w:val="6B7280"/>
          <w:sz w:val="20"/>
          <w:szCs w:val="20"/>
          <w:rtl/>
          <w:lang w:val="en-US" w:bidi="he-IL"/>
        </w:rPr>
        <w:t xml:space="preserve">חברו את המשפטים. השתמשו במילה שבסוגריים.</w:t>
      </w:r>
    </w:p>
    <w:p>
      <w:pPr>
        <w:bidi/>
        <w:spacing w:before="0" w:after="80"/>
        <w:jc w:val="both"/>
      </w:pPr>
      <w:r>
        <w:rPr>
          <w:rFonts w:ascii="Arial" w:hAnsi="Arial" w:cs="Arial"/>
          <w:color w:val="6B7280"/>
          <w:sz w:val="21"/>
          <w:szCs w:val="21"/>
          <w:rtl/>
          <w:lang w:val="en-US" w:bidi="ar-SA"/>
        </w:rPr>
        <w:t xml:space="preserve">اربط الجمل. استعمل الكلمة التي بين القوسين.</w:t>
      </w:r>
    </w:p>
    <w:p>
      <w:pPr>
        <w:spacing w:before="0" w:after="100"/>
        <w:jc w:val="both"/>
      </w:pPr>
      <w:r>
        <w:rPr/>
        <w:t>a. Maya is tall. Her brother is short. (but)  → Maya is tall, but her brother is short.</w:t>
      </w:r>
    </w:p>
    <w:p>
      <w:pPr>
        <w:spacing w:before="0" w:after="100"/>
        <w:jc w:val="both"/>
      </w:pPr>
      <w:r>
        <w:rPr/>
        <w:t>b. I finished my homework. I went outside. (then)  → I finished my homework. Then I went outside.</w:t>
      </w:r>
    </w:p>
    <w:p>
      <w:pPr>
        <w:spacing w:before="0" w:after="100"/>
        <w:jc w:val="both"/>
      </w:pPr>
      <w:r>
        <w:rPr/>
        <w:t>c. Ben is happy. He got a puppy. (because)  → Ben is happy because he got a puppy.</w:t>
      </w:r>
    </w:p>
    <w:p>
      <w:pPr>
        <w:spacing w:before="0" w:after="100"/>
        <w:jc w:val="both"/>
      </w:pPr>
      <w:r>
        <w:rPr/>
        <w:t>d. Grandma made soup. Grandma made salad. (and)  → Grandma made soup and salad.</w:t>
      </w:r>
    </w:p>
    <w:p>
      <w:pPr>
        <w:spacing w:before="160" w:after="20"/>
        <w:jc w:val="both"/>
      </w:pPr>
      <w:r>
        <w:rPr>
          <w:b/>
          <w:bCs/>
          <w:sz w:val="26"/>
          <w:szCs w:val="26"/>
        </w:rPr>
        <w:t>8. Put the sentences in the correct order. Write the numbers 1–4.</w:t>
      </w:r>
    </w:p>
    <w:p>
      <w:pPr>
        <w:bidi/>
        <w:spacing w:before="0" w:after="0"/>
        <w:jc w:val="both"/>
      </w:pPr>
      <w:r>
        <w:rPr>
          <w:rFonts w:ascii="Arial" w:hAnsi="Arial" w:cs="Arial"/>
          <w:color w:val="6B7280"/>
          <w:sz w:val="20"/>
          <w:szCs w:val="20"/>
          <w:rtl/>
          <w:lang w:val="en-US" w:bidi="he-IL"/>
        </w:rPr>
        <w:t xml:space="preserve">סדרו את המשפטים בסדר הנכון. כתבו את המספרים 1–4.</w:t>
      </w:r>
    </w:p>
    <w:p>
      <w:pPr>
        <w:bidi/>
        <w:spacing w:before="0" w:after="80"/>
        <w:jc w:val="both"/>
      </w:pPr>
      <w:r>
        <w:rPr>
          <w:rFonts w:ascii="Arial" w:hAnsi="Arial" w:cs="Arial"/>
          <w:color w:val="6B7280"/>
          <w:sz w:val="21"/>
          <w:szCs w:val="21"/>
          <w:rtl/>
          <w:lang w:val="en-US" w:bidi="ar-SA"/>
        </w:rPr>
        <w:t xml:space="preserve">رتّب الجمل بالترتيب الصحيح. اكتب الأرقام 1–4.</w:t>
      </w:r>
    </w:p>
    <w:p>
      <w:pPr>
        <w:spacing w:before="0" w:after="100"/>
        <w:jc w:val="both"/>
      </w:pPr>
      <w:r>
        <w:rPr/>
        <w:t>a. Then he looked under his bed.  → 2</w:t>
      </w:r>
    </w:p>
    <w:p>
      <w:pPr>
        <w:spacing w:before="0" w:after="100"/>
        <w:jc w:val="both"/>
      </w:pPr>
      <w:r>
        <w:rPr/>
        <w:t>b. Yesterday Omer couldn't find his shoe.  → 1</w:t>
      </w:r>
    </w:p>
    <w:p>
      <w:pPr>
        <w:spacing w:before="0" w:after="100"/>
        <w:jc w:val="both"/>
      </w:pPr>
      <w:r>
        <w:rPr/>
        <w:t>c. He was happy because he wasn't late for school.  → 4</w:t>
      </w:r>
    </w:p>
    <w:p>
      <w:pPr>
        <w:spacing w:before="0" w:after="100"/>
        <w:jc w:val="both"/>
      </w:pPr>
      <w:r>
        <w:rPr/>
        <w:t>d. The shoe was there, with his dog next to it!  → 3</w:t>
      </w:r>
    </w:p>
    <w:p>
      <w:pPr>
        <w:spacing w:before="160" w:after="20"/>
        <w:jc w:val="both"/>
      </w:pPr>
      <w:r>
        <w:rPr>
          <w:b/>
          <w:bCs/>
          <w:sz w:val="26"/>
          <w:szCs w:val="26"/>
        </w:rPr>
        <w:t>9. True or False? Correct the false rules.</w:t>
      </w:r>
    </w:p>
    <w:p>
      <w:pPr>
        <w:bidi/>
        <w:spacing w:before="0" w:after="0"/>
        <w:jc w:val="both"/>
      </w:pPr>
      <w:r>
        <w:rPr>
          <w:rFonts w:ascii="Arial" w:hAnsi="Arial" w:cs="Arial"/>
          <w:color w:val="6B7280"/>
          <w:sz w:val="20"/>
          <w:szCs w:val="20"/>
          <w:rtl/>
          <w:lang w:val="en-US" w:bidi="he-IL"/>
        </w:rPr>
        <w:t xml:space="preserve">נכון או לא נכון? תקנו את הכללים הלא נכונים.</w:t>
      </w:r>
    </w:p>
    <w:p>
      <w:pPr>
        <w:bidi/>
        <w:spacing w:before="0" w:after="80"/>
        <w:jc w:val="both"/>
      </w:pPr>
      <w:r>
        <w:rPr>
          <w:rFonts w:ascii="Arial" w:hAnsi="Arial" w:cs="Arial"/>
          <w:color w:val="6B7280"/>
          <w:sz w:val="21"/>
          <w:szCs w:val="21"/>
          <w:rtl/>
          <w:lang w:val="en-US" w:bidi="ar-SA"/>
        </w:rPr>
        <w:t xml:space="preserve">صحيح أم خطأ؟ صحّح القواعد الخاطئة.</w:t>
      </w:r>
    </w:p>
    <w:p>
      <w:pPr>
        <w:spacing w:before="0" w:after="40"/>
        <w:jc w:val="both"/>
      </w:pPr>
      <w:r>
        <w:rPr/>
        <w:t>a. A paragraph is about one topic. – True</w:t>
      </w:r>
    </w:p>
    <w:p>
      <w:pPr>
        <w:spacing w:before="0" w:after="40"/>
        <w:jc w:val="both"/>
      </w:pPr>
      <w:r>
        <w:rPr/>
        <w:t>b. We use but to give a reason. – False – We use because to give a reason.</w:t>
      </w:r>
    </w:p>
    <w:p>
      <w:pPr>
        <w:spacing w:before="0" w:after="40"/>
        <w:jc w:val="both"/>
      </w:pPr>
      <w:r>
        <w:rPr/>
        <w:t>c. We always write I with a capital letter. – True</w:t>
      </w:r>
    </w:p>
    <w:p>
      <w:pPr>
        <w:spacing w:before="0" w:after="40"/>
        <w:jc w:val="both"/>
      </w:pPr>
      <w:r>
        <w:rPr/>
        <w:t>d. Then tells us what happened before. – False – Then tells us what happened next.</w:t>
      </w:r>
    </w:p>
    <w:p>
      <w:pPr>
        <w:spacing w:before="160" w:after="20"/>
        <w:jc w:val="both"/>
      </w:pPr>
      <w:r>
        <w:rPr>
          <w:b/>
          <w:bCs/>
          <w:sz w:val="26"/>
          <w:szCs w:val="26"/>
        </w:rPr>
        <w:t>10. Read "A New Neighbor". Write True or False. Correct the false sentences.</w:t>
      </w:r>
    </w:p>
    <w:p>
      <w:pPr>
        <w:bidi/>
        <w:spacing w:before="0" w:after="0"/>
        <w:jc w:val="both"/>
      </w:pPr>
      <w:r>
        <w:rPr>
          <w:rFonts w:ascii="Arial" w:hAnsi="Arial" w:cs="Arial"/>
          <w:color w:val="6B7280"/>
          <w:sz w:val="20"/>
          <w:szCs w:val="20"/>
          <w:rtl/>
          <w:lang w:val="en-US" w:bidi="he-IL"/>
        </w:rPr>
        <w:t xml:space="preserve">קראו את ‎"A New Neighbor"‎. כתבו ‎True‎ או ‎False‎. תקנו את המשפטים הלא נכונים.</w:t>
      </w:r>
    </w:p>
    <w:p>
      <w:pPr>
        <w:bidi/>
        <w:spacing w:before="0" w:after="80"/>
        <w:jc w:val="both"/>
      </w:pPr>
      <w:r>
        <w:rPr>
          <w:rFonts w:ascii="Arial" w:hAnsi="Arial" w:cs="Arial"/>
          <w:color w:val="6B7280"/>
          <w:sz w:val="21"/>
          <w:szCs w:val="21"/>
          <w:rtl/>
          <w:lang w:val="en-US" w:bidi="ar-SA"/>
        </w:rPr>
        <w:t xml:space="preserve">اقرأ ‎"A New Neighbor"‎. اكتب ‎True‎ أو ‎False‎. صحّح الجمل الخاطئة.</w:t>
      </w:r>
    </w:p>
    <w:p>
      <w:pPr>
        <w:spacing w:before="0" w:after="40"/>
        <w:jc w:val="both"/>
      </w:pPr>
      <w:r>
        <w:rPr/>
        <w:t>a. The new family came from France. – True</w:t>
      </w:r>
    </w:p>
    <w:p>
      <w:pPr>
        <w:spacing w:before="0" w:after="40"/>
        <w:jc w:val="both"/>
      </w:pPr>
      <w:r>
        <w:rPr/>
        <w:t>b. Lucas was happy on the first day. – False – He looked sad, because he didn't know anybody.</w:t>
      </w:r>
    </w:p>
    <w:p>
      <w:pPr>
        <w:spacing w:before="0" w:after="40"/>
        <w:jc w:val="both"/>
      </w:pPr>
      <w:r>
        <w:rPr/>
        <w:t>c. The boys spoke English at first. – True</w:t>
      </w:r>
    </w:p>
    <w:p>
      <w:pPr>
        <w:spacing w:before="0" w:after="40"/>
        <w:jc w:val="both"/>
      </w:pPr>
      <w:r>
        <w:rPr/>
        <w:t>d. Lucas teaches the writer Hebrew. – False – The writer teaches Lucas Hebrew. Lucas teaches him French.</w:t>
      </w:r>
    </w:p>
    <w:p>
      <w:pPr>
        <w:spacing w:before="160" w:after="20"/>
        <w:jc w:val="both"/>
      </w:pPr>
      <w:r>
        <w:rPr>
          <w:b/>
          <w:bCs/>
          <w:sz w:val="26"/>
          <w:szCs w:val="26"/>
        </w:rPr>
        <w:t>11. Answer the questions about the text.</w:t>
      </w:r>
    </w:p>
    <w:p>
      <w:pPr>
        <w:bidi/>
        <w:spacing w:before="0" w:after="0"/>
        <w:jc w:val="both"/>
      </w:pPr>
      <w:r>
        <w:rPr>
          <w:rFonts w:ascii="Arial" w:hAnsi="Arial" w:cs="Arial"/>
          <w:color w:val="6B7280"/>
          <w:sz w:val="20"/>
          <w:szCs w:val="20"/>
          <w:rtl/>
          <w:lang w:val="en-US" w:bidi="he-IL"/>
        </w:rPr>
        <w:t xml:space="preserve">ענו על השאלות על הטקסט.</w:t>
      </w:r>
    </w:p>
    <w:p>
      <w:pPr>
        <w:bidi/>
        <w:spacing w:before="0" w:after="80"/>
        <w:jc w:val="both"/>
      </w:pPr>
      <w:r>
        <w:rPr>
          <w:rFonts w:ascii="Arial" w:hAnsi="Arial" w:cs="Arial"/>
          <w:color w:val="6B7280"/>
          <w:sz w:val="21"/>
          <w:szCs w:val="21"/>
          <w:rtl/>
          <w:lang w:val="en-US" w:bidi="ar-SA"/>
        </w:rPr>
        <w:t xml:space="preserve">أجب عن الأسئلة حول النصّ.</w:t>
      </w:r>
    </w:p>
    <w:p>
      <w:pPr>
        <w:spacing w:before="0" w:after="100"/>
        <w:jc w:val="both"/>
      </w:pPr>
      <w:r>
        <w:rPr/>
        <w:t>a. Where did the new family come from?  → From France.</w:t>
      </w:r>
    </w:p>
    <w:p>
      <w:pPr>
        <w:spacing w:before="0" w:after="100"/>
        <w:jc w:val="both"/>
      </w:pPr>
      <w:r>
        <w:rPr/>
        <w:t>b. Why did Lucas look sad?  → Because he didn't know anybody.</w:t>
      </w:r>
    </w:p>
    <w:p>
      <w:pPr>
        <w:spacing w:before="0" w:after="100"/>
        <w:jc w:val="both"/>
      </w:pPr>
      <w:r>
        <w:rPr/>
        <w:t>c. What was the writer's idea?  → To take his soccer ball and ask Lucas to play.</w:t>
      </w:r>
    </w:p>
    <w:p>
      <w:pPr>
        <w:spacing w:before="0" w:after="100"/>
        <w:jc w:val="both"/>
      </w:pPr>
      <w:r>
        <w:rPr/>
        <w:t>d. How do the boys help each other now?  → The writer helps Lucas with Hebrew, and Lucas teaches him French words.</w:t>
      </w:r>
    </w:p>
    <w:p>
      <w:pPr>
        <w:spacing w:before="160" w:after="20"/>
        <w:jc w:val="both"/>
      </w:pPr>
      <w:r>
        <w:rPr>
          <w:b/>
          <w:bCs/>
          <w:sz w:val="26"/>
          <w:szCs w:val="26"/>
        </w:rPr>
        <w:t>12. Write a paragraph (4 lines) about a friend. Who is he or she? How did you meet? What do you do together? Use and, but, then and because.</w:t>
      </w:r>
    </w:p>
    <w:p>
      <w:pPr>
        <w:bidi/>
        <w:spacing w:before="0" w:after="0"/>
        <w:jc w:val="both"/>
      </w:pPr>
      <w:r>
        <w:rPr>
          <w:rFonts w:ascii="Arial" w:hAnsi="Arial" w:cs="Arial"/>
          <w:color w:val="6B7280"/>
          <w:sz w:val="20"/>
          <w:szCs w:val="20"/>
          <w:rtl/>
          <w:lang w:val="en-US" w:bidi="he-IL"/>
        </w:rPr>
        <w:t xml:space="preserve">כתבו פסקה (4 שורות) על חבר או חברה. מי הוא או היא? איך הכרתם? מה אתם עושים יחד? השתמשו ב־‎and, but, then‎ ו־‎because‎.</w:t>
      </w:r>
    </w:p>
    <w:p>
      <w:pPr>
        <w:bidi/>
        <w:spacing w:before="0" w:after="80"/>
        <w:jc w:val="both"/>
      </w:pPr>
      <w:r>
        <w:rPr>
          <w:rFonts w:ascii="Arial" w:hAnsi="Arial" w:cs="Arial"/>
          <w:color w:val="6B7280"/>
          <w:sz w:val="21"/>
          <w:szCs w:val="21"/>
          <w:rtl/>
          <w:lang w:val="en-US" w:bidi="ar-SA"/>
        </w:rPr>
        <w:t xml:space="preserve">اكتب فقرة (4 أسطر) عن صديق أو صديقة. مَن هو أو هي؟ كيف تعارفتما؟ ماذا تفعلان معًا؟ استعمل ‎and‎ و‎but‎ و‎then‎ و‎because‎.</w:t>
      </w:r>
    </w:p>
    <w:p>
      <w:pPr>
        <w:spacing w:before="0" w:after="80"/>
        <w:jc w:val="both"/>
      </w:pPr>
      <w:r>
        <w:rPr>
          <w:color w:val="0F7A4F"/>
        </w:rPr>
        <w:t>Possible answer: My best friend is Itay. We met in first grade because we sat next to each other. We play soccer and ride our bikes together. He is sometimes noisy, but he is always kind.</w:t>
      </w:r>
    </w:p>
    <w:p>
      <w:pPr>
        <w:spacing w:before="160" w:after="80"/>
        <w:jc w:val="both"/>
      </w:pPr>
      <w:r>
        <w:rPr>
          <w:rFonts w:ascii="Arial Black" w:hAnsi="Arial Black" w:cs="Arial Black"/>
          <w:b/>
          <w:bCs/>
          <w:color w:val="047857"/>
          <w:sz w:val="30"/>
          <w:szCs w:val="30"/>
        </w:rPr>
        <w:t>Review</w:t>
      </w:r>
    </w:p>
    <w:p>
      <w:pPr>
        <w:spacing w:before="160" w:after="20"/>
        <w:jc w:val="both"/>
      </w:pPr>
      <w:r>
        <w:rPr>
          <w:b/>
          <w:bCs/>
          <w:sz w:val="26"/>
          <w:szCs w:val="26"/>
        </w:rPr>
        <w:t>1. Complete with the correct form of the verb in brackets.</w:t>
      </w:r>
    </w:p>
    <w:p>
      <w:pPr>
        <w:bidi/>
        <w:spacing w:before="0" w:after="0"/>
        <w:jc w:val="both"/>
      </w:pPr>
      <w:r>
        <w:rPr>
          <w:rFonts w:ascii="Arial" w:hAnsi="Arial" w:cs="Arial"/>
          <w:color w:val="6B7280"/>
          <w:sz w:val="20"/>
          <w:szCs w:val="20"/>
          <w:rtl/>
          <w:lang w:val="en-US" w:bidi="he-IL"/>
        </w:rPr>
        <w:t xml:space="preserve">השלימו בצורה הנכונה של הפועל שבסוגריים.</w:t>
      </w:r>
    </w:p>
    <w:p>
      <w:pPr>
        <w:bidi/>
        <w:spacing w:before="0" w:after="80"/>
        <w:jc w:val="both"/>
      </w:pPr>
      <w:r>
        <w:rPr>
          <w:rFonts w:ascii="Arial" w:hAnsi="Arial" w:cs="Arial"/>
          <w:color w:val="6B7280"/>
          <w:sz w:val="21"/>
          <w:szCs w:val="21"/>
          <w:rtl/>
          <w:lang w:val="en-US" w:bidi="ar-SA"/>
        </w:rPr>
        <w:t xml:space="preserve">أكمل بالصيغة الصحيحة للفعل الذي بين القوسين.</w:t>
      </w:r>
    </w:p>
    <w:p>
      <w:pPr>
        <w:spacing w:before="0" w:after="40"/>
        <w:jc w:val="both"/>
      </w:pPr>
      <w:r>
        <w:rPr/>
        <w:t>a. My brother rides to school by bike every day. (ride)</w:t>
      </w:r>
    </w:p>
    <w:p>
      <w:pPr>
        <w:spacing w:before="0" w:after="40"/>
        <w:jc w:val="both"/>
      </w:pPr>
      <w:r>
        <w:rPr/>
        <w:t>b. Look! The children are dancing in the rain. (dance)</w:t>
      </w:r>
    </w:p>
    <w:p>
      <w:pPr>
        <w:spacing w:before="0" w:after="40"/>
        <w:jc w:val="both"/>
      </w:pPr>
      <w:r>
        <w:rPr/>
        <w:t>c. Yesterday we were at the zoo. (be)</w:t>
      </w:r>
    </w:p>
    <w:p>
      <w:pPr>
        <w:spacing w:before="0" w:after="40"/>
        <w:jc w:val="both"/>
      </w:pPr>
      <w:r>
        <w:rPr/>
        <w:t>d. Last week Noa bought a new book. (buy)</w:t>
      </w:r>
    </w:p>
    <w:p>
      <w:pPr>
        <w:spacing w:before="0" w:after="40"/>
        <w:jc w:val="both"/>
      </w:pPr>
      <w:r>
        <w:rPr/>
        <w:t>e. Itay doesn't like spicy food. (not)</w:t>
      </w:r>
    </w:p>
    <w:p>
      <w:pPr>
        <w:spacing w:before="160" w:after="20"/>
        <w:jc w:val="both"/>
      </w:pPr>
      <w:r>
        <w:rPr>
          <w:b/>
          <w:bCs/>
          <w:sz w:val="26"/>
          <w:szCs w:val="26"/>
        </w:rPr>
        <w:t>2.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She has ___ umbrella.</w:t>
      </w:r>
    </w:p>
    <w:p>
      <w:pPr>
        <w:spacing w:before="0" w:after="80"/>
        <w:jc w:val="both"/>
      </w:pPr>
      <w:r>
        <w:rPr>
          <w:b/>
          <w:bCs/>
          <w:color w:val="0F7A4F"/>
        </w:rPr>
        <w:t xml:space="preserve">   ✔ an</w:t>
      </w:r>
    </w:p>
    <w:p>
      <w:pPr>
        <w:spacing w:before="0" w:after="20"/>
        <w:jc w:val="both"/>
      </w:pPr>
      <w:r>
        <w:rPr/>
        <w:t>b. Two ___ are playing in the garden.</w:t>
      </w:r>
    </w:p>
    <w:p>
      <w:pPr>
        <w:spacing w:before="0" w:after="80"/>
        <w:jc w:val="both"/>
      </w:pPr>
      <w:r>
        <w:rPr>
          <w:b/>
          <w:bCs/>
          <w:color w:val="0F7A4F"/>
        </w:rPr>
        <w:t xml:space="preserve">   ✔ children</w:t>
      </w:r>
    </w:p>
    <w:p>
      <w:pPr>
        <w:spacing w:before="0" w:after="20"/>
        <w:jc w:val="both"/>
      </w:pPr>
      <w:r>
        <w:rPr/>
        <w:t>c. ___ bag is this? It's Ben's.</w:t>
      </w:r>
    </w:p>
    <w:p>
      <w:pPr>
        <w:spacing w:before="0" w:after="80"/>
        <w:jc w:val="both"/>
      </w:pPr>
      <w:r>
        <w:rPr>
          <w:b/>
          <w:bCs/>
          <w:color w:val="0F7A4F"/>
        </w:rPr>
        <w:t xml:space="preserve">   ✔ Whose</w:t>
      </w:r>
    </w:p>
    <w:p>
      <w:pPr>
        <w:spacing w:before="0" w:after="20"/>
        <w:jc w:val="both"/>
      </w:pPr>
      <w:r>
        <w:rPr/>
        <w:t>d. I was late ___ I missed the bus.</w:t>
      </w:r>
    </w:p>
    <w:p>
      <w:pPr>
        <w:spacing w:before="0" w:after="80"/>
        <w:jc w:val="both"/>
      </w:pPr>
      <w:r>
        <w:rPr>
          <w:b/>
          <w:bCs/>
          <w:color w:val="0F7A4F"/>
        </w:rPr>
        <w:t xml:space="preserve">   ✔ because</w:t>
      </w:r>
    </w:p>
    <w:p>
      <w:pPr>
        <w:spacing w:before="160" w:after="20"/>
        <w:jc w:val="both"/>
      </w:pPr>
      <w:r>
        <w:rPr>
          <w:b/>
          <w:bCs/>
          <w:sz w:val="26"/>
          <w:szCs w:val="26"/>
        </w:rPr>
        <w:t>3. Complete the table.</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2494"/>
        <w:gridCol w:w="2494"/>
        <w:gridCol w:w="2494"/>
        <w:gridCol w:w="2494"/>
      </w:tblGrid>
      <w:tr>
        <w:tc>
          <w:tcPr>
            <w:tcW w:type="dxa" w:w="2494"/>
            <w:shd w:val="clear" w:color="auto" w:fill="047857"/>
          </w:tcPr>
          <w:p>
            <w:pPr>
              <w:spacing w:before="0" w:after="40"/>
              <w:jc w:val="both"/>
            </w:pPr>
            <w:r>
              <w:rPr>
                <w:b/>
                <w:bCs/>
                <w:color w:val="FFFFFF"/>
              </w:rPr>
              <w:t>verb</w:t>
            </w:r>
          </w:p>
        </w:tc>
        <w:tc>
          <w:tcPr>
            <w:tcW w:type="dxa" w:w="2494"/>
            <w:shd w:val="clear" w:color="auto" w:fill="047857"/>
          </w:tcPr>
          <w:p>
            <w:pPr>
              <w:spacing w:before="0" w:after="40"/>
              <w:jc w:val="both"/>
            </w:pPr>
            <w:r>
              <w:rPr>
                <w:b/>
                <w:bCs/>
                <w:color w:val="FFFFFF"/>
              </w:rPr>
              <w:t>he / she (present)</w:t>
            </w:r>
          </w:p>
        </w:tc>
        <w:tc>
          <w:tcPr>
            <w:tcW w:type="dxa" w:w="2494"/>
            <w:shd w:val="clear" w:color="auto" w:fill="047857"/>
          </w:tcPr>
          <w:p>
            <w:pPr>
              <w:spacing w:before="0" w:after="40"/>
              <w:jc w:val="both"/>
            </w:pPr>
            <w:r>
              <w:rPr>
                <w:b/>
                <w:bCs/>
                <w:color w:val="FFFFFF"/>
              </w:rPr>
              <w:t>-ing</w:t>
            </w:r>
          </w:p>
        </w:tc>
        <w:tc>
          <w:tcPr>
            <w:tcW w:type="dxa" w:w="2494"/>
            <w:shd w:val="clear" w:color="auto" w:fill="047857"/>
          </w:tcPr>
          <w:p>
            <w:pPr>
              <w:spacing w:before="0" w:after="40"/>
              <w:jc w:val="both"/>
            </w:pPr>
            <w:r>
              <w:rPr>
                <w:b/>
                <w:bCs/>
                <w:color w:val="FFFFFF"/>
              </w:rPr>
              <w:t>past</w:t>
            </w:r>
          </w:p>
        </w:tc>
      </w:tr>
      <w:tr>
        <w:tc>
          <w:tcPr>
            <w:tcW w:type="dxa" w:w="2494"/>
          </w:tcPr>
          <w:p>
            <w:pPr>
              <w:spacing w:before="0" w:after="40"/>
              <w:jc w:val="both"/>
            </w:pPr>
            <w:r>
              <w:rPr/>
              <w:t>go</w:t>
            </w:r>
          </w:p>
        </w:tc>
        <w:tc>
          <w:tcPr>
            <w:tcW w:type="dxa" w:w="2494"/>
          </w:tcPr>
          <w:p>
            <w:pPr>
              <w:spacing w:before="0" w:after="40"/>
              <w:jc w:val="both"/>
            </w:pPr>
            <w:r>
              <w:rPr>
                <w:color w:val="0F7A4F"/>
              </w:rPr>
              <w:t>goes</w:t>
            </w:r>
          </w:p>
        </w:tc>
        <w:tc>
          <w:tcPr>
            <w:tcW w:type="dxa" w:w="2494"/>
          </w:tcPr>
          <w:p>
            <w:pPr>
              <w:spacing w:before="0" w:after="40"/>
              <w:jc w:val="both"/>
            </w:pPr>
            <w:r>
              <w:rPr>
                <w:color w:val="0F7A4F"/>
              </w:rPr>
              <w:t>going</w:t>
            </w:r>
          </w:p>
        </w:tc>
        <w:tc>
          <w:tcPr>
            <w:tcW w:type="dxa" w:w="2494"/>
          </w:tcPr>
          <w:p>
            <w:pPr>
              <w:spacing w:before="0" w:after="40"/>
              <w:jc w:val="both"/>
            </w:pPr>
            <w:r>
              <w:rPr>
                <w:color w:val="0F7A4F"/>
              </w:rPr>
              <w:t>went</w:t>
            </w:r>
          </w:p>
        </w:tc>
      </w:tr>
      <w:tr>
        <w:tc>
          <w:tcPr>
            <w:tcW w:type="dxa" w:w="2494"/>
          </w:tcPr>
          <w:p>
            <w:pPr>
              <w:spacing w:before="0" w:after="40"/>
              <w:jc w:val="both"/>
            </w:pPr>
            <w:r>
              <w:rPr/>
              <w:t>swim</w:t>
            </w:r>
          </w:p>
        </w:tc>
        <w:tc>
          <w:tcPr>
            <w:tcW w:type="dxa" w:w="2494"/>
          </w:tcPr>
          <w:p>
            <w:pPr>
              <w:spacing w:before="0" w:after="40"/>
              <w:jc w:val="both"/>
            </w:pPr>
            <w:r>
              <w:rPr>
                <w:color w:val="0F7A4F"/>
              </w:rPr>
              <w:t>swims</w:t>
            </w:r>
          </w:p>
        </w:tc>
        <w:tc>
          <w:tcPr>
            <w:tcW w:type="dxa" w:w="2494"/>
          </w:tcPr>
          <w:p>
            <w:pPr>
              <w:spacing w:before="0" w:after="40"/>
              <w:jc w:val="both"/>
            </w:pPr>
            <w:r>
              <w:rPr>
                <w:color w:val="0F7A4F"/>
              </w:rPr>
              <w:t>swimming</w:t>
            </w:r>
          </w:p>
        </w:tc>
        <w:tc>
          <w:tcPr>
            <w:tcW w:type="dxa" w:w="2494"/>
          </w:tcPr>
          <w:p>
            <w:pPr>
              <w:spacing w:before="0" w:after="40"/>
              <w:jc w:val="both"/>
            </w:pPr>
            <w:r>
              <w:rPr>
                <w:color w:val="0F7A4F"/>
              </w:rPr>
              <w:t>swam</w:t>
            </w:r>
          </w:p>
        </w:tc>
      </w:tr>
      <w:tr>
        <w:tc>
          <w:tcPr>
            <w:tcW w:type="dxa" w:w="2494"/>
          </w:tcPr>
          <w:p>
            <w:pPr>
              <w:spacing w:before="0" w:after="40"/>
              <w:jc w:val="both"/>
            </w:pPr>
            <w:r>
              <w:rPr/>
              <w:t>study</w:t>
            </w:r>
          </w:p>
        </w:tc>
        <w:tc>
          <w:tcPr>
            <w:tcW w:type="dxa" w:w="2494"/>
          </w:tcPr>
          <w:p>
            <w:pPr>
              <w:spacing w:before="0" w:after="40"/>
              <w:jc w:val="both"/>
            </w:pPr>
            <w:r>
              <w:rPr>
                <w:color w:val="0F7A4F"/>
              </w:rPr>
              <w:t>studies</w:t>
            </w:r>
          </w:p>
        </w:tc>
        <w:tc>
          <w:tcPr>
            <w:tcW w:type="dxa" w:w="2494"/>
          </w:tcPr>
          <w:p>
            <w:pPr>
              <w:spacing w:before="0" w:after="40"/>
              <w:jc w:val="both"/>
            </w:pPr>
            <w:r>
              <w:rPr>
                <w:color w:val="0F7A4F"/>
              </w:rPr>
              <w:t>studying</w:t>
            </w:r>
          </w:p>
        </w:tc>
        <w:tc>
          <w:tcPr>
            <w:tcW w:type="dxa" w:w="2494"/>
          </w:tcPr>
          <w:p>
            <w:pPr>
              <w:spacing w:before="0" w:after="40"/>
              <w:jc w:val="both"/>
            </w:pPr>
            <w:r>
              <w:rPr>
                <w:color w:val="0F7A4F"/>
              </w:rPr>
              <w:t>studied</w:t>
            </w:r>
          </w:p>
        </w:tc>
      </w:tr>
      <w:tr>
        <w:tc>
          <w:tcPr>
            <w:tcW w:type="dxa" w:w="2494"/>
          </w:tcPr>
          <w:p>
            <w:pPr>
              <w:spacing w:before="0" w:after="40"/>
              <w:jc w:val="both"/>
            </w:pPr>
            <w:r>
              <w:rPr/>
              <w:t>have</w:t>
            </w:r>
          </w:p>
        </w:tc>
        <w:tc>
          <w:tcPr>
            <w:tcW w:type="dxa" w:w="2494"/>
          </w:tcPr>
          <w:p>
            <w:pPr>
              <w:spacing w:before="0" w:after="40"/>
              <w:jc w:val="both"/>
            </w:pPr>
            <w:r>
              <w:rPr>
                <w:color w:val="0F7A4F"/>
              </w:rPr>
              <w:t>has</w:t>
            </w:r>
          </w:p>
        </w:tc>
        <w:tc>
          <w:tcPr>
            <w:tcW w:type="dxa" w:w="2494"/>
          </w:tcPr>
          <w:p>
            <w:pPr>
              <w:spacing w:before="0" w:after="40"/>
              <w:jc w:val="both"/>
            </w:pPr>
            <w:r>
              <w:rPr>
                <w:color w:val="0F7A4F"/>
              </w:rPr>
              <w:t>having</w:t>
            </w:r>
          </w:p>
        </w:tc>
        <w:tc>
          <w:tcPr>
            <w:tcW w:type="dxa" w:w="2494"/>
          </w:tcPr>
          <w:p>
            <w:pPr>
              <w:spacing w:before="0" w:after="40"/>
              <w:jc w:val="both"/>
            </w:pPr>
            <w:r>
              <w:rPr>
                <w:color w:val="0F7A4F"/>
              </w:rPr>
              <w:t>had</w:t>
            </w:r>
          </w:p>
        </w:tc>
      </w:tr>
    </w:tbl>
    <w:p>
      <w:pPr>
        <w:spacing w:before="0" w:after="40"/>
        <w:jc w:val="both"/>
      </w:pPr>
    </w:p>
    <w:p>
      <w:pPr>
        <w:spacing w:before="160" w:after="20"/>
        <w:jc w:val="both"/>
      </w:pPr>
      <w:r>
        <w:rPr>
          <w:b/>
          <w:bCs/>
          <w:sz w:val="26"/>
          <w:szCs w:val="26"/>
        </w:rPr>
        <w:t>4. Sort the sentences by time.</w:t>
      </w:r>
    </w:p>
    <w:p>
      <w:pPr>
        <w:bidi/>
        <w:spacing w:before="0" w:after="0"/>
        <w:jc w:val="both"/>
      </w:pPr>
      <w:r>
        <w:rPr>
          <w:rFonts w:ascii="Arial" w:hAnsi="Arial" w:cs="Arial"/>
          <w:color w:val="6B7280"/>
          <w:sz w:val="20"/>
          <w:szCs w:val="20"/>
          <w:rtl/>
          <w:lang w:val="en-US" w:bidi="he-IL"/>
        </w:rPr>
        <w:t xml:space="preserve">מיינו את המשפטים לפי הזמן.</w:t>
      </w:r>
    </w:p>
    <w:p>
      <w:pPr>
        <w:bidi/>
        <w:spacing w:before="0" w:after="80"/>
        <w:jc w:val="both"/>
      </w:pPr>
      <w:r>
        <w:rPr>
          <w:rFonts w:ascii="Arial" w:hAnsi="Arial" w:cs="Arial"/>
          <w:color w:val="6B7280"/>
          <w:sz w:val="21"/>
          <w:szCs w:val="21"/>
          <w:rtl/>
          <w:lang w:val="en-US" w:bidi="ar-SA"/>
        </w:rPr>
        <w:t xml:space="preserve">صنّف الجمل حسب الزمن.</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47857"/>
          </w:tcPr>
          <w:p>
            <w:pPr>
              <w:spacing w:before="0" w:after="40"/>
              <w:jc w:val="both"/>
            </w:pPr>
            <w:r>
              <w:rPr>
                <w:b/>
                <w:bCs/>
                <w:color w:val="FFFFFF"/>
              </w:rPr>
              <w:t>every day</w:t>
            </w:r>
          </w:p>
        </w:tc>
        <w:tc>
          <w:tcPr>
            <w:tcW w:type="dxa" w:w="3326"/>
            <w:shd w:val="clear" w:color="auto" w:fill="047857"/>
          </w:tcPr>
          <w:p>
            <w:pPr>
              <w:spacing w:before="0" w:after="40"/>
              <w:jc w:val="both"/>
            </w:pPr>
            <w:r>
              <w:rPr>
                <w:b/>
                <w:bCs/>
                <w:color w:val="FFFFFF"/>
              </w:rPr>
              <w:t>now</w:t>
            </w:r>
          </w:p>
        </w:tc>
        <w:tc>
          <w:tcPr>
            <w:tcW w:type="dxa" w:w="3326"/>
            <w:shd w:val="clear" w:color="auto" w:fill="047857"/>
          </w:tcPr>
          <w:p>
            <w:pPr>
              <w:spacing w:before="0" w:after="40"/>
              <w:jc w:val="both"/>
            </w:pPr>
            <w:r>
              <w:rPr>
                <w:b/>
                <w:bCs/>
                <w:color w:val="FFFFFF"/>
              </w:rPr>
              <w:t>in the past</w:t>
            </w:r>
          </w:p>
        </w:tc>
      </w:tr>
      <w:tr>
        <w:tc>
          <w:tcPr>
            <w:tcW w:type="dxa" w:w="3326"/>
          </w:tcPr>
          <w:p>
            <w:pPr>
              <w:spacing w:before="0" w:after="40"/>
              <w:jc w:val="both"/>
            </w:pPr>
            <w:r>
              <w:rPr/>
              <w:t>I play tennis on Mondays., She watches TV every evening.</w:t>
            </w:r>
          </w:p>
        </w:tc>
        <w:tc>
          <w:tcPr>
            <w:tcW w:type="dxa" w:w="3326"/>
          </w:tcPr>
          <w:p>
            <w:pPr>
              <w:spacing w:before="0" w:after="40"/>
              <w:jc w:val="both"/>
            </w:pPr>
            <w:r>
              <w:rPr/>
              <w:t>I am playing tennis now., She is watching TV right now.</w:t>
            </w:r>
          </w:p>
        </w:tc>
        <w:tc>
          <w:tcPr>
            <w:tcW w:type="dxa" w:w="3326"/>
          </w:tcPr>
          <w:p>
            <w:pPr>
              <w:spacing w:before="0" w:after="40"/>
              <w:jc w:val="both"/>
            </w:pPr>
            <w:r>
              <w:rPr/>
              <w:t>I played tennis yesterday., She watched TV last night.</w:t>
            </w:r>
          </w:p>
        </w:tc>
      </w:tr>
    </w:tbl>
    <w:p>
      <w:pPr>
        <w:spacing w:before="0" w:after="40"/>
        <w:jc w:val="both"/>
      </w:pPr>
    </w:p>
    <w:p>
      <w:pPr>
        <w:spacing w:before="160" w:after="20"/>
        <w:jc w:val="both"/>
      </w:pPr>
      <w:r>
        <w:rPr>
          <w:b/>
          <w:bCs/>
          <w:sz w:val="26"/>
          <w:szCs w:val="26"/>
        </w:rPr>
        <w:t>5. Complete with my, his, her, our, their or 's.</w:t>
      </w:r>
    </w:p>
    <w:p>
      <w:pPr>
        <w:bidi/>
        <w:spacing w:before="0" w:after="0"/>
        <w:jc w:val="both"/>
      </w:pPr>
      <w:r>
        <w:rPr>
          <w:rFonts w:ascii="Arial" w:hAnsi="Arial" w:cs="Arial"/>
          <w:color w:val="6B7280"/>
          <w:sz w:val="20"/>
          <w:szCs w:val="20"/>
          <w:rtl/>
          <w:lang w:val="en-US" w:bidi="he-IL"/>
        </w:rPr>
        <w:t xml:space="preserve">השלימו ב־‎my, his, her, our, their‎ או ב־‎'s‎.</w:t>
      </w:r>
    </w:p>
    <w:p>
      <w:pPr>
        <w:bidi/>
        <w:spacing w:before="0" w:after="80"/>
        <w:jc w:val="both"/>
      </w:pPr>
      <w:r>
        <w:rPr>
          <w:rFonts w:ascii="Arial" w:hAnsi="Arial" w:cs="Arial"/>
          <w:color w:val="6B7280"/>
          <w:sz w:val="21"/>
          <w:szCs w:val="21"/>
          <w:rtl/>
          <w:lang w:val="en-US" w:bidi="ar-SA"/>
        </w:rPr>
        <w:t xml:space="preserve">أكمل بـ ‎my‎ أو ‎his‎ أو ‎her‎ أو ‎our‎ أو ‎their‎ أو ‎'s‎.</w:t>
      </w:r>
    </w:p>
    <w:p>
      <w:pPr>
        <w:spacing w:before="0" w:after="40"/>
        <w:jc w:val="both"/>
      </w:pPr>
      <w:r>
        <w:rPr/>
        <w:t>a. Tamar loves her new bike.</w:t>
      </w:r>
    </w:p>
    <w:p>
      <w:pPr>
        <w:spacing w:before="0" w:after="40"/>
        <w:jc w:val="both"/>
      </w:pPr>
      <w:r>
        <w:rPr/>
        <w:t>b. Omer and Yoav are with their grandfather.</w:t>
      </w:r>
    </w:p>
    <w:p>
      <w:pPr>
        <w:spacing w:before="0" w:after="40"/>
        <w:jc w:val="both"/>
      </w:pPr>
      <w:r>
        <w:rPr/>
        <w:t>c. This is Ariel's room.</w:t>
      </w:r>
    </w:p>
    <w:p>
      <w:pPr>
        <w:spacing w:before="0" w:after="40"/>
        <w:jc w:val="both"/>
      </w:pPr>
      <w:r>
        <w:rPr/>
        <w:t>d. We love our teacher.</w:t>
      </w:r>
    </w:p>
    <w:p>
      <w:pPr>
        <w:spacing w:before="160" w:after="20"/>
        <w:jc w:val="both"/>
      </w:pPr>
      <w:r>
        <w:rPr>
          <w:b/>
          <w:bCs/>
          <w:sz w:val="26"/>
          <w:szCs w:val="26"/>
        </w:rPr>
        <w:t>6. Find the mistake. Write the sentence correctly.</w:t>
      </w:r>
    </w:p>
    <w:p>
      <w:pPr>
        <w:bidi/>
        <w:spacing w:before="0" w:after="0"/>
        <w:jc w:val="both"/>
      </w:pPr>
      <w:r>
        <w:rPr>
          <w:rFonts w:ascii="Arial" w:hAnsi="Arial" w:cs="Arial"/>
          <w:color w:val="6B7280"/>
          <w:sz w:val="20"/>
          <w:szCs w:val="20"/>
          <w:rtl/>
          <w:lang w:val="en-US" w:bidi="he-IL"/>
        </w:rPr>
        <w:t xml:space="preserve">מצאו את הטעות. כתבו את המשפט נכון.</w:t>
      </w:r>
    </w:p>
    <w:p>
      <w:pPr>
        <w:bidi/>
        <w:spacing w:before="0" w:after="80"/>
        <w:jc w:val="both"/>
      </w:pPr>
      <w:r>
        <w:rPr>
          <w:rFonts w:ascii="Arial" w:hAnsi="Arial" w:cs="Arial"/>
          <w:color w:val="6B7280"/>
          <w:sz w:val="21"/>
          <w:szCs w:val="21"/>
          <w:rtl/>
          <w:lang w:val="en-US" w:bidi="ar-SA"/>
        </w:rPr>
        <w:t xml:space="preserve">جد الخطأ. اكتب الجملة بشكل صحيح.</w:t>
      </w:r>
    </w:p>
    <w:p>
      <w:pPr>
        <w:spacing w:before="0" w:after="100"/>
        <w:jc w:val="both"/>
      </w:pPr>
      <w:r>
        <w:rPr/>
        <w:t>a. He don't like milk.  → He doesn't like milk.</w:t>
      </w:r>
    </w:p>
    <w:p>
      <w:pPr>
        <w:spacing w:before="0" w:after="100"/>
        <w:jc w:val="both"/>
      </w:pPr>
      <w:r>
        <w:rPr/>
        <w:t>b. They was at the beach.  → They were at the beach.</w:t>
      </w:r>
    </w:p>
    <w:p>
      <w:pPr>
        <w:spacing w:before="0" w:after="100"/>
        <w:jc w:val="both"/>
      </w:pPr>
      <w:r>
        <w:rPr/>
        <w:t>c. She is runing to the bus.  → She is running to the bus.</w:t>
      </w:r>
    </w:p>
    <w:p>
      <w:pPr>
        <w:spacing w:before="0" w:after="100"/>
        <w:jc w:val="both"/>
      </w:pPr>
      <w:r>
        <w:rPr/>
        <w:t>d. Yesterday I goed to the park.  → Yesterday I went to the park.</w:t>
      </w:r>
    </w:p>
    <w:p>
      <w:pPr>
        <w:spacing w:before="0" w:after="100"/>
        <w:jc w:val="both"/>
      </w:pPr>
      <w:r>
        <w:rPr/>
        <w:t>e. I have a apple.  → I have an apple.</w:t>
      </w:r>
    </w:p>
    <w:p>
      <w:pPr>
        <w:spacing w:before="160" w:after="20"/>
        <w:jc w:val="both"/>
      </w:pPr>
      <w:r>
        <w:rPr>
          <w:b/>
          <w:bCs/>
          <w:sz w:val="26"/>
          <w:szCs w:val="26"/>
        </w:rPr>
        <w:t>7.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40"/>
        <w:jc w:val="both"/>
      </w:pPr>
      <w:r>
        <w:rPr/>
        <w:t>a. Does your dog sleep inside? – True</w:t>
      </w:r>
    </w:p>
    <w:p>
      <w:pPr>
        <w:spacing w:before="0" w:after="40"/>
        <w:jc w:val="both"/>
      </w:pPr>
      <w:r>
        <w:rPr/>
        <w:t>b. Where were you last night? – True</w:t>
      </w:r>
    </w:p>
    <w:p>
      <w:pPr>
        <w:spacing w:before="0" w:after="40"/>
        <w:jc w:val="both"/>
      </w:pPr>
      <w:r>
        <w:rPr/>
        <w:t>c. Is Maya play the piano now? – False – Is Maya playing the piano now?</w:t>
      </w:r>
    </w:p>
    <w:p>
      <w:pPr>
        <w:spacing w:before="0" w:after="40"/>
        <w:jc w:val="both"/>
      </w:pPr>
      <w:r>
        <w:rPr/>
        <w:t>d. The mens are tall. – False – The men are tall.</w:t>
      </w:r>
    </w:p>
    <w:p>
      <w:pPr>
        <w:spacing w:before="160" w:after="20"/>
        <w:jc w:val="both"/>
      </w:pPr>
      <w:r>
        <w:rPr>
          <w:b/>
          <w:bCs/>
          <w:sz w:val="26"/>
          <w:szCs w:val="26"/>
        </w:rPr>
        <w:t>8. Write 4 sentences about yourself: one about every day, one about now, one about yesterday and one with because.</w:t>
      </w:r>
    </w:p>
    <w:p>
      <w:pPr>
        <w:bidi/>
        <w:spacing w:before="0" w:after="0"/>
        <w:jc w:val="both"/>
      </w:pPr>
      <w:r>
        <w:rPr>
          <w:rFonts w:ascii="Arial" w:hAnsi="Arial" w:cs="Arial"/>
          <w:color w:val="6B7280"/>
          <w:sz w:val="20"/>
          <w:szCs w:val="20"/>
          <w:rtl/>
          <w:lang w:val="en-US" w:bidi="he-IL"/>
        </w:rPr>
        <w:t xml:space="preserve">כתבו 4 משפטים על עצמכם: אחד על מה שקורה כל יום, אחד על עכשיו, אחד על אתמול ואחד עם ‎because‎.</w:t>
      </w:r>
    </w:p>
    <w:p>
      <w:pPr>
        <w:bidi/>
        <w:spacing w:before="0" w:after="80"/>
        <w:jc w:val="both"/>
      </w:pPr>
      <w:r>
        <w:rPr>
          <w:rFonts w:ascii="Arial" w:hAnsi="Arial" w:cs="Arial"/>
          <w:color w:val="6B7280"/>
          <w:sz w:val="21"/>
          <w:szCs w:val="21"/>
          <w:rtl/>
          <w:lang w:val="en-US" w:bidi="ar-SA"/>
        </w:rPr>
        <w:t xml:space="preserve">اكتب 4 جمل عن نفسك: جملة عن كلّ يوم، وجملة عن الآن، وجملة عن أمس، وجملة فيها ‎because‎.</w:t>
      </w:r>
    </w:p>
    <w:p>
      <w:pPr>
        <w:spacing w:before="0" w:after="80"/>
        <w:jc w:val="both"/>
      </w:pPr>
      <w:r>
        <w:rPr>
          <w:color w:val="0F7A4F"/>
        </w:rPr>
        <w:t>Possible answer: I go to school every day. Now I am writing in my book. Yesterday I played with my friends. I like English because it is fun.</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