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6   |   Test</w:t>
      </w:r>
    </w:p>
    <w:p>
      <w:pPr>
        <w:spacing w:before="0" w:after="200"/>
        <w:jc w:val="left"/>
      </w:pPr>
      <w:r>
        <w:rPr>
          <w:rFonts w:ascii="Arial" w:hAnsi="Arial" w:cs="Arial"/>
          <w:sz w:val="20"/>
          <w:szCs w:val="20"/>
        </w:rPr>
        <w:t xml:space="preserve">First name · </w:t>
      </w:r>
      <w:r>
        <w:rPr>
          <w:rFonts w:ascii="Arial" w:hAnsi="Arial" w:cs="Arial"/>
          <w:color w:val="1D2433"/>
          <w:sz w:val="20"/>
          <w:szCs w:val="20"/>
          <w:rtl/>
          <w:lang w:val="en-US" w:bidi="he-IL"/>
        </w:rPr>
        <w:t xml:space="preserve">שם פרטי</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الاسم الشخصي</w:t>
      </w:r>
      <w:r>
        <w:rPr>
          <w:sz w:val="20"/>
          <w:szCs w:val="20"/>
        </w:rPr>
        <w:t>‎</w:t>
      </w:r>
      <w:r>
        <w:rPr>
          <w:rFonts w:ascii="Arial" w:hAnsi="Arial" w:cs="Arial"/>
          <w:sz w:val="20"/>
          <w:szCs w:val="20"/>
        </w:rPr>
        <w:t xml:space="preserve">: ______________     Last name · </w:t>
      </w:r>
      <w:r>
        <w:rPr>
          <w:rFonts w:ascii="Arial" w:hAnsi="Arial" w:cs="Arial"/>
          <w:color w:val="1D2433"/>
          <w:sz w:val="20"/>
          <w:szCs w:val="20"/>
          <w:rtl/>
          <w:lang w:val="en-US" w:bidi="he-IL"/>
        </w:rPr>
        <w:t xml:space="preserve">שם משפחה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اسم العائلة</w:t>
      </w:r>
      <w:r>
        <w:rPr>
          <w:sz w:val="20"/>
          <w:szCs w:val="20"/>
        </w:rPr>
        <w:t>‎</w:t>
      </w:r>
      <w:r>
        <w:rPr>
          <w:rFonts w:ascii="Arial" w:hAnsi="Arial" w:cs="Arial"/>
          <w:sz w:val="20"/>
          <w:szCs w:val="20"/>
        </w:rPr>
        <w:t xml:space="preserve">: ______________     Class · </w:t>
      </w:r>
      <w:r>
        <w:rPr>
          <w:rFonts w:ascii="Arial" w:hAnsi="Arial" w:cs="Arial"/>
          <w:color w:val="1D2433"/>
          <w:sz w:val="20"/>
          <w:szCs w:val="20"/>
          <w:rtl/>
          <w:lang w:val="en-US" w:bidi="he-IL"/>
        </w:rPr>
        <w:t xml:space="preserve">כיתה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الصف</w:t>
      </w:r>
      <w:r>
        <w:rPr>
          <w:sz w:val="20"/>
          <w:szCs w:val="20"/>
        </w:rPr>
        <w:t>‎</w:t>
      </w:r>
      <w:r>
        <w:rPr>
          <w:rFonts w:ascii="Arial" w:hAnsi="Arial" w:cs="Arial"/>
          <w:sz w:val="20"/>
          <w:szCs w:val="20"/>
        </w:rPr>
        <w:t>: ______</w:t>
      </w:r>
    </w:p>
    <w:p>
      <w:pPr>
        <w:spacing w:before="0" w:after="40"/>
        <w:jc w:val="both"/>
      </w:pPr>
      <w:r>
        <w:rPr>
          <w:rFonts w:ascii="Arial Black" w:hAnsi="Arial Black" w:cs="Arial Black"/>
          <w:b/>
          <w:bCs/>
          <w:color w:val="0F766E"/>
          <w:sz w:val="44"/>
          <w:szCs w:val="44"/>
        </w:rPr>
        <w:t>Final Test – Basic Level</w:t>
      </w:r>
    </w:p>
    <w:p>
      <w:pPr>
        <w:bidi/>
        <w:spacing w:before="0" w:after="0"/>
        <w:jc w:val="both"/>
      </w:pPr>
      <w:r>
        <w:rPr>
          <w:rFonts w:ascii="Arial" w:hAnsi="Arial" w:cs="Arial"/>
          <w:color w:val="6B7280"/>
          <w:sz w:val="22"/>
          <w:szCs w:val="22"/>
          <w:rtl/>
          <w:lang w:val="en-US" w:bidi="he-IL"/>
        </w:rPr>
        <w:t xml:space="preserve">מבחן מסכם – רמה בסיסית</w:t>
      </w:r>
    </w:p>
    <w:p>
      <w:pPr>
        <w:bidi/>
        <w:spacing w:before="0" w:after="120"/>
        <w:jc w:val="both"/>
      </w:pPr>
      <w:r>
        <w:rPr>
          <w:rFonts w:ascii="Arial" w:hAnsi="Arial" w:cs="Arial"/>
          <w:color w:val="6B7280"/>
          <w:sz w:val="23"/>
          <w:szCs w:val="23"/>
          <w:rtl/>
          <w:lang w:val="en-US" w:bidi="ar-SA"/>
        </w:rPr>
        <w:t xml:space="preserve">الامتحان النهائيّ – المستوى الأساسيّ</w:t>
      </w:r>
    </w:p>
    <w:p>
      <w:pPr>
        <w:spacing w:before="0" w:after="20"/>
        <w:jc w:val="both"/>
      </w:pPr>
      <w:r>
        <w:rPr>
          <w:color w:val="5B6476"/>
          <w:sz w:val="22"/>
          <w:szCs w:val="22"/>
        </w:rPr>
        <w:t>Time: 90 minutes · Total: 100 points · Read the text carefully and answer all the questions.</w:t>
      </w:r>
    </w:p>
    <w:p>
      <w:pPr>
        <w:bidi/>
        <w:spacing w:before="0" w:after="0"/>
        <w:jc w:val="both"/>
      </w:pPr>
      <w:r>
        <w:rPr>
          <w:rFonts w:ascii="Arial" w:hAnsi="Arial" w:cs="Arial"/>
          <w:color w:val="6B7280"/>
          <w:sz w:val="20"/>
          <w:szCs w:val="20"/>
          <w:rtl/>
          <w:lang w:val="en-US" w:bidi="he-IL"/>
        </w:rPr>
        <w:t xml:space="preserve">זמן: 90 דקות · סך הכול: 100 נקודות · קראו את הטקסט בעיון וענו על כל השאלות.</w:t>
      </w:r>
    </w:p>
    <w:p>
      <w:pPr>
        <w:bidi/>
        <w:spacing w:before="0" w:after="120"/>
        <w:jc w:val="both"/>
      </w:pPr>
      <w:r>
        <w:rPr>
          <w:rFonts w:ascii="Arial" w:hAnsi="Arial" w:cs="Arial"/>
          <w:color w:val="6B7280"/>
          <w:sz w:val="21"/>
          <w:szCs w:val="21"/>
          <w:rtl/>
          <w:lang w:val="en-US" w:bidi="ar-SA"/>
        </w:rPr>
        <w:t xml:space="preserve">الوقت: 90 دقيقة · المجموع: 100 علامة · اقرأ النصّ بتمعّن وأجب عن جميع الأسئلة.</w:t>
      </w:r>
    </w:p>
    <w:p>
      <w:pPr>
        <w:spacing w:before="200" w:after="80"/>
        <w:jc w:val="both"/>
      </w:pPr>
      <w:r>
        <w:rPr>
          <w:rFonts w:ascii="Arial Black" w:hAnsi="Arial Black" w:cs="Arial Black"/>
          <w:b/>
          <w:bCs/>
          <w:color w:val="0F766E"/>
          <w:sz w:val="30"/>
          <w:szCs w:val="30"/>
        </w:rPr>
        <w:t>Score table</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f766e"/>
          </w:tcPr>
          <w:p>
            <w:pPr>
              <w:spacing w:before="0" w:after="40"/>
              <w:jc w:val="both"/>
            </w:pPr>
            <w:r>
              <w:rPr>
                <w:b/>
                <w:bCs/>
                <w:color w:val="FFFFFF"/>
              </w:rPr>
              <w:t>Part</w:t>
            </w:r>
          </w:p>
        </w:tc>
        <w:tc>
          <w:tcPr>
            <w:tcW w:type="dxa" w:w="3326"/>
            <w:shd w:val="clear" w:color="auto" w:fill="0f766e"/>
          </w:tcPr>
          <w:p>
            <w:pPr>
              <w:spacing w:before="0" w:after="40"/>
              <w:jc w:val="both"/>
            </w:pPr>
            <w:r>
              <w:rPr>
                <w:b/>
                <w:bCs/>
                <w:color w:val="FFFFFF"/>
              </w:rPr>
              <w:t>Max points</w:t>
            </w:r>
          </w:p>
        </w:tc>
        <w:tc>
          <w:tcPr>
            <w:tcW w:type="dxa" w:w="3326"/>
            <w:shd w:val="clear" w:color="auto" w:fill="0f766e"/>
          </w:tcPr>
          <w:p>
            <w:pPr>
              <w:spacing w:before="0" w:after="40"/>
              <w:jc w:val="both"/>
            </w:pPr>
            <w:r>
              <w:rPr>
                <w:b/>
                <w:bCs/>
                <w:color w:val="FFFFFF"/>
              </w:rPr>
              <w:t>Points earned</w:t>
            </w:r>
          </w:p>
        </w:tc>
      </w:tr>
      <w:tr>
        <w:tc>
          <w:tcPr>
            <w:tcW w:type="dxa" w:w="3326"/>
          </w:tcPr>
          <w:p>
            <w:pPr>
              <w:spacing w:before="0" w:after="40"/>
              <w:jc w:val="both"/>
            </w:pPr>
            <w:r>
              <w:rPr/>
              <w:t>Part A: Reading Comprehension</w:t>
            </w:r>
          </w:p>
        </w:tc>
        <w:tc>
          <w:tcPr>
            <w:tcW w:type="dxa" w:w="3326"/>
          </w:tcPr>
          <w:p>
            <w:pPr>
              <w:spacing w:before="0" w:after="40"/>
              <w:jc w:val="both"/>
            </w:pPr>
            <w:r>
              <w:rPr/>
              <w:t>40</w:t>
            </w:r>
          </w:p>
        </w:tc>
        <w:tc>
          <w:tcPr>
            <w:tcW w:type="dxa" w:w="3326"/>
          </w:tcPr>
          <w:p>
            <w:pPr>
              <w:spacing w:before="0" w:after="40"/>
              <w:jc w:val="both"/>
            </w:pPr>
            <w:r>
              <w:rPr/>
            </w:r>
          </w:p>
        </w:tc>
      </w:tr>
      <w:tr>
        <w:tc>
          <w:tcPr>
            <w:tcW w:type="dxa" w:w="3326"/>
          </w:tcPr>
          <w:p>
            <w:pPr>
              <w:spacing w:before="0" w:after="40"/>
              <w:jc w:val="both"/>
            </w:pPr>
            <w:r>
              <w:rPr/>
              <w:t>Part B: Vocabulary and Grammar</w:t>
            </w:r>
          </w:p>
        </w:tc>
        <w:tc>
          <w:tcPr>
            <w:tcW w:type="dxa" w:w="3326"/>
          </w:tcPr>
          <w:p>
            <w:pPr>
              <w:spacing w:before="0" w:after="40"/>
              <w:jc w:val="both"/>
            </w:pPr>
            <w:r>
              <w:rPr/>
              <w:t>30</w:t>
            </w:r>
          </w:p>
        </w:tc>
        <w:tc>
          <w:tcPr>
            <w:tcW w:type="dxa" w:w="3326"/>
          </w:tcPr>
          <w:p>
            <w:pPr>
              <w:spacing w:before="0" w:after="40"/>
              <w:jc w:val="both"/>
            </w:pPr>
            <w:r>
              <w:rPr/>
            </w:r>
          </w:p>
        </w:tc>
      </w:tr>
      <w:tr>
        <w:tc>
          <w:tcPr>
            <w:tcW w:type="dxa" w:w="3326"/>
          </w:tcPr>
          <w:p>
            <w:pPr>
              <w:spacing w:before="0" w:after="40"/>
              <w:jc w:val="both"/>
            </w:pPr>
            <w:r>
              <w:rPr/>
              <w:t>Part C: Writing</w:t>
            </w:r>
          </w:p>
        </w:tc>
        <w:tc>
          <w:tcPr>
            <w:tcW w:type="dxa" w:w="3326"/>
          </w:tcPr>
          <w:p>
            <w:pPr>
              <w:spacing w:before="0" w:after="40"/>
              <w:jc w:val="both"/>
            </w:pPr>
            <w:r>
              <w:rPr/>
              <w:t>30</w:t>
            </w:r>
          </w:p>
        </w:tc>
        <w:tc>
          <w:tcPr>
            <w:tcW w:type="dxa" w:w="3326"/>
          </w:tcPr>
          <w:p>
            <w:pPr>
              <w:spacing w:before="0" w:after="40"/>
              <w:jc w:val="both"/>
            </w:pPr>
            <w:r>
              <w:rPr/>
            </w:r>
          </w:p>
        </w:tc>
      </w:tr>
      <w:tr>
        <w:tc>
          <w:tcPr>
            <w:tcW w:type="dxa" w:w="3326"/>
          </w:tcPr>
          <w:p>
            <w:pPr>
              <w:spacing w:before="0" w:after="40"/>
              <w:jc w:val="both"/>
            </w:pPr>
            <w:r>
              <w:rPr/>
              <w:t>Total</w:t>
            </w:r>
          </w:p>
        </w:tc>
        <w:tc>
          <w:tcPr>
            <w:tcW w:type="dxa" w:w="3326"/>
          </w:tcPr>
          <w:p>
            <w:pPr>
              <w:spacing w:before="0" w:after="40"/>
              <w:jc w:val="both"/>
            </w:pPr>
            <w:r>
              <w:rPr/>
              <w:t>100</w:t>
            </w:r>
          </w:p>
        </w:tc>
        <w:tc>
          <w:tcPr>
            <w:tcW w:type="dxa" w:w="3326"/>
          </w:tcPr>
          <w:p>
            <w:pPr>
              <w:spacing w:before="0" w:after="40"/>
              <w:jc w:val="both"/>
            </w:pPr>
            <w:r>
              <w:rPr/>
            </w:r>
          </w:p>
        </w:tc>
      </w:tr>
    </w:tbl>
    <w:p>
      <w:pPr>
        <w:spacing w:before="0" w:after="40"/>
        <w:jc w:val="both"/>
      </w:pPr>
    </w:p>
    <w:p>
      <w:pPr>
        <w:spacing w:before="160" w:after="20"/>
        <w:jc w:val="both"/>
      </w:pPr>
      <w:r>
        <w:rPr>
          <w:rFonts w:ascii="Arial Black" w:hAnsi="Arial Black" w:cs="Arial Black"/>
          <w:b/>
          <w:bCs/>
          <w:color w:val="0F766E"/>
          <w:sz w:val="32"/>
          <w:szCs w:val="32"/>
        </w:rPr>
        <w:t>Part A: Reading Comprehension (40 points)</w:t>
      </w:r>
    </w:p>
    <w:p>
      <w:pPr>
        <w:bidi/>
        <w:spacing w:before="0" w:after="0"/>
        <w:jc w:val="both"/>
      </w:pPr>
      <w:r>
        <w:rPr>
          <w:rFonts w:ascii="Arial" w:hAnsi="Arial" w:cs="Arial"/>
          <w:color w:val="6B7280"/>
          <w:sz w:val="20"/>
          <w:szCs w:val="20"/>
          <w:rtl/>
          <w:lang w:val="en-US" w:bidi="he-IL"/>
        </w:rPr>
        <w:t xml:space="preserve">חלק א': הבנת הנקרא (40 נקודות)</w:t>
      </w:r>
    </w:p>
    <w:p>
      <w:pPr>
        <w:bidi/>
        <w:spacing w:before="0" w:after="80"/>
        <w:jc w:val="both"/>
      </w:pPr>
      <w:r>
        <w:rPr>
          <w:rFonts w:ascii="Arial" w:hAnsi="Arial" w:cs="Arial"/>
          <w:color w:val="6B7280"/>
          <w:sz w:val="21"/>
          <w:szCs w:val="21"/>
          <w:rtl/>
          <w:lang w:val="en-US" w:bidi="ar-SA"/>
        </w:rPr>
        <w:t xml:space="preserve">الجزء أ: فهم المقروء (40 علامة)</w:t>
      </w:r>
    </w:p>
    <w:p>
      <w:pPr>
        <w:spacing w:before="120" w:after="40"/>
        <w:jc w:val="center"/>
      </w:pPr>
      <w:r>
        <w:rPr>
          <w:rFonts w:ascii="Arial Black" w:hAnsi="Arial Black" w:cs="Arial Black"/>
          <w:b/>
          <w:bCs/>
          <w:color w:val="0F766E"/>
          <w:sz w:val="30"/>
          <w:szCs w:val="30"/>
        </w:rPr>
        <w:t>The Old Lighthouse</w:t>
      </w:r>
    </w:p>
    <w:p>
      <w:pPr>
        <w:spacing w:before="0" w:after="80"/>
        <w:jc w:val="both"/>
      </w:pPr>
      <w:r>
        <w:rPr/>
        <w:t>Every summer Ben and his family stay for a week in a small village near the sea. Near the village there is an old lighthouse. Nobody uses it now, and the door is always locked.</w:t>
      </w:r>
    </w:p>
    <w:p>
      <w:pPr>
        <w:spacing w:before="0" w:after="80"/>
        <w:jc w:val="both"/>
      </w:pPr>
      <w:r>
        <w:rPr/>
        <w:t>This summer something was different. On the first evening, Ben saw a light at the top of the lighthouse. "Did you see that?" he asked his sister, Shira. She laughed. "You're imagining things," she said. But the next evening, the light was there again.</w:t>
      </w:r>
    </w:p>
    <w:p>
      <w:pPr>
        <w:spacing w:before="0" w:after="80"/>
        <w:jc w:val="both"/>
      </w:pPr>
      <w:r>
        <w:rPr/>
        <w:t>On Wednesday morning Ben decided to find out the truth. He walked to the lighthouse with his dog, Bamba. The door was open! Inside, an old man was cleaning the stairs. "Hello," said the man. "I'm Mr. Shalev. My grandfather was the lighthouse keeper here. The town is going to turn the lighthouse into a small museum, and I'm helping them."</w:t>
      </w:r>
    </w:p>
    <w:p>
      <w:pPr>
        <w:spacing w:before="0" w:after="80"/>
        <w:jc w:val="both"/>
      </w:pPr>
      <w:r>
        <w:rPr/>
        <w:t>Mr. Shalev showed Ben old photos, maps and a big lamp. "Why does the light go on at night?" Ben asked. "Because I'm checking the old lamp. It still works!" he answered.</w:t>
      </w:r>
    </w:p>
    <w:p>
      <w:pPr>
        <w:spacing w:before="0" w:after="80"/>
        <w:jc w:val="both"/>
      </w:pPr>
      <w:r>
        <w:rPr/>
        <w:t>That evening Ben told Shira the whole story. This time she didn't laugh. "Can I come with you tomorrow?" she asked. "Of course," said Ben. "But you must promise to help with the stairs!"</w:t>
      </w:r>
    </w:p>
    <w:p>
      <w:pPr>
        <w:spacing w:before="160" w:after="20"/>
        <w:jc w:val="both"/>
      </w:pPr>
      <w:r>
        <w:rPr>
          <w:b/>
          <w:bCs/>
          <w:sz w:val="26"/>
          <w:szCs w:val="26"/>
        </w:rPr>
        <w:t>1. Finding information: circle the correct answer. (8 pts)</w:t>
      </w:r>
    </w:p>
    <w:p>
      <w:pPr>
        <w:bidi/>
        <w:spacing w:before="0" w:after="0"/>
        <w:jc w:val="both"/>
      </w:pPr>
      <w:r>
        <w:rPr>
          <w:rFonts w:ascii="Arial" w:hAnsi="Arial" w:cs="Arial"/>
          <w:color w:val="6B7280"/>
          <w:sz w:val="20"/>
          <w:szCs w:val="20"/>
          <w:rtl/>
          <w:lang w:val="en-US" w:bidi="he-IL"/>
        </w:rPr>
        <w:t xml:space="preserve">איתור מידע: הקיפו את התשובה הנכונה.</w:t>
      </w:r>
    </w:p>
    <w:p>
      <w:pPr>
        <w:bidi/>
        <w:spacing w:before="0" w:after="80"/>
        <w:jc w:val="both"/>
      </w:pPr>
      <w:r>
        <w:rPr>
          <w:rFonts w:ascii="Arial" w:hAnsi="Arial" w:cs="Arial"/>
          <w:color w:val="6B7280"/>
          <w:sz w:val="21"/>
          <w:szCs w:val="21"/>
          <w:rtl/>
          <w:lang w:val="en-US" w:bidi="ar-SA"/>
        </w:rPr>
        <w:t xml:space="preserve">إيجاد المعلومات: ضع دائرة حول الإجابة الصحيحة.</w:t>
      </w:r>
    </w:p>
    <w:p>
      <w:pPr>
        <w:spacing w:before="0" w:after="20"/>
        <w:jc w:val="both"/>
      </w:pPr>
      <w:r>
        <w:rPr/>
        <w:t>a. Where does Ben's family stay every summer?</w:t>
      </w:r>
    </w:p>
    <w:p>
      <w:pPr>
        <w:spacing w:before="0" w:after="80"/>
        <w:jc w:val="both"/>
      </w:pPr>
      <w:r>
        <w:rPr/>
        <w:t xml:space="preserve">   ○ in a big city      ○ in a village near the sea      ○ in a museum      ○ in the desert</w:t>
      </w:r>
    </w:p>
    <w:p>
      <w:pPr>
        <w:spacing w:before="0" w:after="20"/>
        <w:jc w:val="both"/>
      </w:pPr>
      <w:r>
        <w:rPr/>
        <w:t>b. What did Ben see on the first evening?</w:t>
      </w:r>
    </w:p>
    <w:p>
      <w:pPr>
        <w:spacing w:before="0" w:after="80"/>
        <w:jc w:val="both"/>
      </w:pPr>
      <w:r>
        <w:rPr/>
        <w:t xml:space="preserve">   ○ a light at the top of the lighthouse      ○ an open door      ○ an old man      ○ a boat</w:t>
      </w:r>
    </w:p>
    <w:p>
      <w:pPr>
        <w:spacing w:before="0" w:after="20"/>
        <w:jc w:val="both"/>
      </w:pPr>
      <w:r>
        <w:rPr/>
        <w:t>c. Who went with Ben to the lighthouse?</w:t>
      </w:r>
    </w:p>
    <w:p>
      <w:pPr>
        <w:spacing w:before="0" w:after="80"/>
        <w:jc w:val="both"/>
      </w:pPr>
      <w:r>
        <w:rPr/>
        <w:t xml:space="preserve">   ○ Shira      ○ Mr. Shalev      ○ his dad      ○ his dog</w:t>
      </w:r>
    </w:p>
    <w:p>
      <w:pPr>
        <w:spacing w:before="0" w:after="20"/>
        <w:jc w:val="both"/>
      </w:pPr>
      <w:r>
        <w:rPr/>
        <w:t>d. What is the town going to do with the lighthouse?</w:t>
      </w:r>
    </w:p>
    <w:p>
      <w:pPr>
        <w:spacing w:before="0" w:after="80"/>
        <w:jc w:val="both"/>
      </w:pPr>
      <w:r>
        <w:rPr/>
        <w:t xml:space="preserve">   ○ close it      ○ sell it      ○ turn it into a museum      ○ paint it</w:t>
      </w:r>
    </w:p>
    <w:p>
      <w:pPr>
        <w:spacing w:before="160" w:after="20"/>
        <w:jc w:val="both"/>
      </w:pPr>
      <w:r>
        <w:rPr>
          <w:b/>
          <w:bCs/>
          <w:sz w:val="26"/>
          <w:szCs w:val="26"/>
        </w:rPr>
        <w:t>2. Complete the sentences according to the text. (6 pts)</w:t>
      </w:r>
    </w:p>
    <w:p>
      <w:pPr>
        <w:bidi/>
        <w:spacing w:before="0" w:after="0"/>
        <w:jc w:val="both"/>
      </w:pPr>
      <w:r>
        <w:rPr>
          <w:rFonts w:ascii="Arial" w:hAnsi="Arial" w:cs="Arial"/>
          <w:color w:val="6B7280"/>
          <w:sz w:val="20"/>
          <w:szCs w:val="20"/>
          <w:rtl/>
          <w:lang w:val="en-US" w:bidi="he-IL"/>
        </w:rPr>
        <w:t xml:space="preserve">השלימו את המשפטים לפי הטקסט.</w:t>
      </w:r>
    </w:p>
    <w:p>
      <w:pPr>
        <w:bidi/>
        <w:spacing w:before="0" w:after="80"/>
        <w:jc w:val="both"/>
      </w:pPr>
      <w:r>
        <w:rPr>
          <w:rFonts w:ascii="Arial" w:hAnsi="Arial" w:cs="Arial"/>
          <w:color w:val="6B7280"/>
          <w:sz w:val="21"/>
          <w:szCs w:val="21"/>
          <w:rtl/>
          <w:lang w:val="en-US" w:bidi="ar-SA"/>
        </w:rPr>
        <w:t xml:space="preserve">أكمل الجمل حسب النص.</w:t>
      </w:r>
    </w:p>
    <w:p>
      <w:pPr>
        <w:spacing w:before="0" w:after="60"/>
        <w:jc w:val="both"/>
      </w:pPr>
      <w:r>
        <w:rPr/>
        <w:t>a. Ben went to the lighthouse on __________ morning.</w:t>
      </w:r>
    </w:p>
    <w:p>
      <w:pPr>
        <w:spacing w:before="0" w:after="60"/>
        <w:jc w:val="both"/>
      </w:pPr>
      <w:r>
        <w:rPr/>
        <w:t>b. Mr. Shalev's grandfather was the lighthouse __________.</w:t>
      </w:r>
    </w:p>
    <w:p>
      <w:pPr>
        <w:spacing w:before="0" w:after="60"/>
        <w:jc w:val="both"/>
      </w:pPr>
      <w:r>
        <w:rPr/>
        <w:t>c. The light goes on because Mr. Shalev is checking the old __________.</w:t>
      </w:r>
    </w:p>
    <w:p>
      <w:pPr>
        <w:spacing w:before="160" w:after="20"/>
        <w:jc w:val="both"/>
      </w:pPr>
      <w:r>
        <w:rPr>
          <w:b/>
          <w:bCs/>
          <w:sz w:val="26"/>
          <w:szCs w:val="26"/>
        </w:rPr>
        <w:t>3. True or false? Correct the false sentences with words from the text. (8 pts)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 בעזרת מילים מהטקסט.</w:t>
      </w:r>
    </w:p>
    <w:p>
      <w:pPr>
        <w:bidi/>
        <w:spacing w:before="0" w:after="80"/>
        <w:jc w:val="both"/>
      </w:pPr>
      <w:r>
        <w:rPr>
          <w:rFonts w:ascii="Arial" w:hAnsi="Arial" w:cs="Arial"/>
          <w:color w:val="6B7280"/>
          <w:sz w:val="21"/>
          <w:szCs w:val="21"/>
          <w:rtl/>
          <w:lang w:val="en-US" w:bidi="ar-SA"/>
        </w:rPr>
        <w:t xml:space="preserve">صحيح أم خطأ؟ صحّح الجمل الخاطئة بكلمات من النص.</w:t>
      </w:r>
    </w:p>
    <w:p>
      <w:pPr>
        <w:spacing w:before="0" w:after="60"/>
        <w:jc w:val="both"/>
      </w:pPr>
      <w:r>
        <w:rPr/>
        <w:t>a. The door of the lighthouse is usually open.      True / False</w:t>
      </w:r>
    </w:p>
    <w:p>
      <w:pPr>
        <w:spacing w:before="0" w:after="60"/>
        <w:jc w:val="both"/>
      </w:pPr>
      <w:r>
        <w:rPr/>
        <w:t>b. Shira believed Ben on the first evening.      True / False</w:t>
      </w:r>
    </w:p>
    <w:p>
      <w:pPr>
        <w:spacing w:before="0" w:after="60"/>
        <w:jc w:val="both"/>
      </w:pPr>
      <w:r>
        <w:rPr/>
        <w:t>c. Mr. Shalev showed Ben old photos and maps.      True / False</w:t>
      </w:r>
    </w:p>
    <w:p>
      <w:pPr>
        <w:spacing w:before="0" w:after="60"/>
        <w:jc w:val="both"/>
      </w:pPr>
      <w:r>
        <w:rPr/>
        <w:t>d. Shira wants to go to the lighthouse tomorrow.      True / False</w:t>
      </w:r>
    </w:p>
    <w:p>
      <w:pPr>
        <w:spacing w:before="160" w:after="20"/>
        <w:jc w:val="both"/>
      </w:pPr>
      <w:r>
        <w:rPr>
          <w:b/>
          <w:bCs/>
          <w:sz w:val="26"/>
          <w:szCs w:val="26"/>
        </w:rPr>
        <w:t>4. Vocabulary: match each word from the text to its meaning. (6 pts)</w:t>
      </w:r>
    </w:p>
    <w:p>
      <w:pPr>
        <w:bidi/>
        <w:spacing w:before="0" w:after="0"/>
        <w:jc w:val="both"/>
      </w:pPr>
      <w:r>
        <w:rPr>
          <w:rFonts w:ascii="Arial" w:hAnsi="Arial" w:cs="Arial"/>
          <w:color w:val="6B7280"/>
          <w:sz w:val="20"/>
          <w:szCs w:val="20"/>
          <w:rtl/>
          <w:lang w:val="en-US" w:bidi="he-IL"/>
        </w:rPr>
        <w:t xml:space="preserve">אוצר מילים: התאימו כל מילה מהטקסט למשמעות שלה.</w:t>
      </w:r>
    </w:p>
    <w:p>
      <w:pPr>
        <w:bidi/>
        <w:spacing w:before="0" w:after="80"/>
        <w:jc w:val="both"/>
      </w:pPr>
      <w:r>
        <w:rPr>
          <w:rFonts w:ascii="Arial" w:hAnsi="Arial" w:cs="Arial"/>
          <w:color w:val="6B7280"/>
          <w:sz w:val="21"/>
          <w:szCs w:val="21"/>
          <w:rtl/>
          <w:lang w:val="en-US" w:bidi="ar-SA"/>
        </w:rPr>
        <w:t xml:space="preserve">المفردات: صِل كل كلمة من النص بمعناها.</w:t>
      </w:r>
    </w:p>
    <w:tbl>
      <w:tblPr>
        <w:tblStyle w:val="TableGrid"/>
        <w:tblW w:type="auto" w:w="0"/>
        <w:tblLook w:firstColumn="1" w:firstRow="1" w:lastColumn="0" w:lastRow="0" w:noHBand="0" w:noVBand="1" w:val="04A0"/>
      </w:tblPr>
      <w:tblGrid>
        <w:gridCol w:w="4989"/>
        <w:gridCol w:w="4989"/>
      </w:tblGrid>
      <w:tr>
        <w:tc>
          <w:tcPr>
            <w:tcW w:type="dxa" w:w="4989"/>
            <w:shd w:val="clear" w:color="auto" w:fill="0f766e"/>
          </w:tcPr>
          <w:p>
            <w:pPr>
              <w:spacing w:before="0" w:after="40"/>
              <w:jc w:val="both"/>
            </w:pPr>
            <w:r>
              <w:rPr>
                <w:b/>
                <w:bCs/>
                <w:color w:val="FFFFFF"/>
              </w:rPr>
              <w:t>Column A</w:t>
            </w:r>
          </w:p>
        </w:tc>
        <w:tc>
          <w:tcPr>
            <w:tcW w:type="dxa" w:w="4989"/>
            <w:shd w:val="clear" w:color="auto" w:fill="0f766e"/>
          </w:tcPr>
          <w:p>
            <w:pPr>
              <w:spacing w:before="0" w:after="40"/>
              <w:jc w:val="both"/>
            </w:pPr>
            <w:r>
              <w:rPr>
                <w:b/>
                <w:bCs/>
                <w:color w:val="FFFFFF"/>
              </w:rPr>
              <w:t>Column B</w:t>
            </w:r>
          </w:p>
        </w:tc>
      </w:tr>
      <w:tr>
        <w:tc>
          <w:tcPr>
            <w:tcW w:type="dxa" w:w="4989"/>
          </w:tcPr>
          <w:p>
            <w:pPr>
              <w:spacing w:before="0" w:after="40"/>
              <w:jc w:val="both"/>
            </w:pPr>
            <w:r>
              <w:rPr/>
              <w:t>1. locked</w:t>
            </w:r>
          </w:p>
        </w:tc>
        <w:tc>
          <w:tcPr>
            <w:tcW w:type="dxa" w:w="4989"/>
          </w:tcPr>
          <w:p>
            <w:pPr>
              <w:spacing w:before="0" w:after="40"/>
              <w:jc w:val="both"/>
            </w:pPr>
            <w:r>
              <w:rPr/>
              <w:t>[   ] seeing things that are not really there</w:t>
            </w:r>
          </w:p>
        </w:tc>
      </w:tr>
      <w:tr>
        <w:tc>
          <w:tcPr>
            <w:tcW w:type="dxa" w:w="4989"/>
          </w:tcPr>
          <w:p>
            <w:pPr>
              <w:spacing w:before="0" w:after="40"/>
              <w:jc w:val="both"/>
            </w:pPr>
            <w:r>
              <w:rPr/>
              <w:t>2. imagining</w:t>
            </w:r>
          </w:p>
        </w:tc>
        <w:tc>
          <w:tcPr>
            <w:tcW w:type="dxa" w:w="4989"/>
          </w:tcPr>
          <w:p>
            <w:pPr>
              <w:spacing w:before="0" w:after="40"/>
              <w:jc w:val="both"/>
            </w:pPr>
            <w:r>
              <w:rPr/>
              <w:t>[   ] a very small town</w:t>
            </w:r>
          </w:p>
        </w:tc>
      </w:tr>
      <w:tr>
        <w:tc>
          <w:tcPr>
            <w:tcW w:type="dxa" w:w="4989"/>
          </w:tcPr>
          <w:p>
            <w:pPr>
              <w:spacing w:before="0" w:after="40"/>
              <w:jc w:val="both"/>
            </w:pPr>
            <w:r>
              <w:rPr/>
              <w:t>3. keeper</w:t>
            </w:r>
          </w:p>
        </w:tc>
        <w:tc>
          <w:tcPr>
            <w:tcW w:type="dxa" w:w="4989"/>
          </w:tcPr>
          <w:p>
            <w:pPr>
              <w:spacing w:before="0" w:after="40"/>
              <w:jc w:val="both"/>
            </w:pPr>
            <w:r>
              <w:rPr/>
              <w:t>[   ] closed with a key</w:t>
            </w:r>
          </w:p>
        </w:tc>
      </w:tr>
      <w:tr>
        <w:tc>
          <w:tcPr>
            <w:tcW w:type="dxa" w:w="4989"/>
          </w:tcPr>
          <w:p>
            <w:pPr>
              <w:spacing w:before="0" w:after="40"/>
              <w:jc w:val="both"/>
            </w:pPr>
            <w:r>
              <w:rPr/>
              <w:t>4. promise</w:t>
            </w:r>
          </w:p>
        </w:tc>
        <w:tc>
          <w:tcPr>
            <w:tcW w:type="dxa" w:w="4989"/>
          </w:tcPr>
          <w:p>
            <w:pPr>
              <w:spacing w:before="0" w:after="40"/>
              <w:jc w:val="both"/>
            </w:pPr>
            <w:r>
              <w:rPr/>
              <w:t>[   ] a person who takes care of a place</w:t>
            </w:r>
          </w:p>
        </w:tc>
      </w:tr>
      <w:tr>
        <w:tc>
          <w:tcPr>
            <w:tcW w:type="dxa" w:w="4989"/>
          </w:tcPr>
          <w:p>
            <w:pPr>
              <w:spacing w:before="0" w:after="40"/>
              <w:jc w:val="both"/>
            </w:pPr>
            <w:r>
              <w:rPr/>
              <w:t>5. truth</w:t>
            </w:r>
          </w:p>
        </w:tc>
        <w:tc>
          <w:tcPr>
            <w:tcW w:type="dxa" w:w="4989"/>
          </w:tcPr>
          <w:p>
            <w:pPr>
              <w:spacing w:before="0" w:after="40"/>
              <w:jc w:val="both"/>
            </w:pPr>
            <w:r>
              <w:rPr/>
              <w:t>[   ] what really happened</w:t>
            </w:r>
          </w:p>
        </w:tc>
      </w:tr>
      <w:tr>
        <w:tc>
          <w:tcPr>
            <w:tcW w:type="dxa" w:w="4989"/>
          </w:tcPr>
          <w:p>
            <w:pPr>
              <w:spacing w:before="0" w:after="40"/>
              <w:jc w:val="both"/>
            </w:pPr>
            <w:r>
              <w:rPr/>
              <w:t>6. village</w:t>
            </w:r>
          </w:p>
        </w:tc>
        <w:tc>
          <w:tcPr>
            <w:tcW w:type="dxa" w:w="4989"/>
          </w:tcPr>
          <w:p>
            <w:pPr>
              <w:spacing w:before="0" w:after="40"/>
              <w:jc w:val="both"/>
            </w:pPr>
            <w:r>
              <w:rPr/>
              <w:t>[   ] to say that you will really do something</w:t>
            </w:r>
          </w:p>
        </w:tc>
      </w:tr>
    </w:tbl>
    <w:p>
      <w:pPr>
        <w:spacing w:before="0" w:after="40"/>
        <w:jc w:val="both"/>
      </w:pPr>
    </w:p>
    <w:p>
      <w:pPr>
        <w:spacing w:before="160" w:after="20"/>
        <w:jc w:val="both"/>
      </w:pPr>
      <w:r>
        <w:rPr>
          <w:b/>
          <w:bCs/>
          <w:sz w:val="26"/>
          <w:szCs w:val="26"/>
        </w:rPr>
        <w:t>5. Inference: How did Shira feel at the end of the story? How do you know? (6 pts)</w:t>
      </w:r>
    </w:p>
    <w:p>
      <w:pPr>
        <w:bidi/>
        <w:spacing w:before="0" w:after="0"/>
        <w:jc w:val="both"/>
      </w:pPr>
      <w:r>
        <w:rPr>
          <w:rFonts w:ascii="Arial" w:hAnsi="Arial" w:cs="Arial"/>
          <w:color w:val="6B7280"/>
          <w:sz w:val="20"/>
          <w:szCs w:val="20"/>
          <w:rtl/>
          <w:lang w:val="en-US" w:bidi="he-IL"/>
        </w:rPr>
        <w:t xml:space="preserve">הסקת מסקנות: איך הרגישה שירה בסוף הסיפור? איך אתם יודעים?</w:t>
      </w:r>
    </w:p>
    <w:p>
      <w:pPr>
        <w:bidi/>
        <w:spacing w:before="0" w:after="80"/>
        <w:jc w:val="both"/>
      </w:pPr>
      <w:r>
        <w:rPr>
          <w:rFonts w:ascii="Arial" w:hAnsi="Arial" w:cs="Arial"/>
          <w:color w:val="6B7280"/>
          <w:sz w:val="21"/>
          <w:szCs w:val="21"/>
          <w:rtl/>
          <w:lang w:val="en-US" w:bidi="ar-SA"/>
        </w:rPr>
        <w:t xml:space="preserve">الاستنتاج: كيف شعرت شيرا في نهاية القصة؟ كيف عرفت ذلك؟</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6. Why do you think Ben decided to go to the lighthouse? Explain in 1–2 sentences. (6 pts)</w:t>
      </w:r>
    </w:p>
    <w:p>
      <w:pPr>
        <w:bidi/>
        <w:spacing w:before="0" w:after="0"/>
        <w:jc w:val="both"/>
      </w:pPr>
      <w:r>
        <w:rPr>
          <w:rFonts w:ascii="Arial" w:hAnsi="Arial" w:cs="Arial"/>
          <w:color w:val="6B7280"/>
          <w:sz w:val="20"/>
          <w:szCs w:val="20"/>
          <w:rtl/>
          <w:lang w:val="en-US" w:bidi="he-IL"/>
        </w:rPr>
        <w:t xml:space="preserve">למה לדעתכם בן החליט ללכת למגדלור? הסבירו ב-1–2 משפטים.</w:t>
      </w:r>
    </w:p>
    <w:p>
      <w:pPr>
        <w:bidi/>
        <w:spacing w:before="0" w:after="80"/>
        <w:jc w:val="both"/>
      </w:pPr>
      <w:r>
        <w:rPr>
          <w:rFonts w:ascii="Arial" w:hAnsi="Arial" w:cs="Arial"/>
          <w:color w:val="6B7280"/>
          <w:sz w:val="21"/>
          <w:szCs w:val="21"/>
          <w:rtl/>
          <w:lang w:val="en-US" w:bidi="ar-SA"/>
        </w:rPr>
        <w:t xml:space="preserve">لماذا برأيك قرّر بن الذهاب إلى المنارة؟ اشرح في جملة أو جملتين (1–2).</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rFonts w:ascii="Arial Black" w:hAnsi="Arial Black" w:cs="Arial Black"/>
          <w:b/>
          <w:bCs/>
          <w:color w:val="0F766E"/>
          <w:sz w:val="32"/>
          <w:szCs w:val="32"/>
        </w:rPr>
        <w:t>Part B: Vocabulary and Grammar (30 points)</w:t>
      </w:r>
    </w:p>
    <w:p>
      <w:pPr>
        <w:bidi/>
        <w:spacing w:before="0" w:after="0"/>
        <w:jc w:val="both"/>
      </w:pPr>
      <w:r>
        <w:rPr>
          <w:rFonts w:ascii="Arial" w:hAnsi="Arial" w:cs="Arial"/>
          <w:color w:val="6B7280"/>
          <w:sz w:val="20"/>
          <w:szCs w:val="20"/>
          <w:rtl/>
          <w:lang w:val="en-US" w:bidi="he-IL"/>
        </w:rPr>
        <w:t xml:space="preserve">חלק ב': אוצר מילים ודקדוק (30 נקודות)</w:t>
      </w:r>
    </w:p>
    <w:p>
      <w:pPr>
        <w:bidi/>
        <w:spacing w:before="0" w:after="80"/>
        <w:jc w:val="both"/>
      </w:pPr>
      <w:r>
        <w:rPr>
          <w:rFonts w:ascii="Arial" w:hAnsi="Arial" w:cs="Arial"/>
          <w:color w:val="6B7280"/>
          <w:sz w:val="21"/>
          <w:szCs w:val="21"/>
          <w:rtl/>
          <w:lang w:val="en-US" w:bidi="ar-SA"/>
        </w:rPr>
        <w:t xml:space="preserve">الجزء ب: المفردات والقواعد (30 علامة)</w:t>
      </w:r>
    </w:p>
    <w:p>
      <w:pPr>
        <w:spacing w:before="160" w:after="20"/>
        <w:jc w:val="both"/>
      </w:pPr>
      <w:r>
        <w:rPr>
          <w:b/>
          <w:bCs/>
          <w:sz w:val="26"/>
          <w:szCs w:val="26"/>
        </w:rPr>
        <w:t>1. Complete with the correct form of the verb in brackets. (8 pts)</w:t>
      </w:r>
    </w:p>
    <w:p>
      <w:pPr>
        <w:bidi/>
        <w:spacing w:before="0" w:after="0"/>
        <w:jc w:val="both"/>
      </w:pPr>
      <w:r>
        <w:rPr>
          <w:rFonts w:ascii="Arial" w:hAnsi="Arial" w:cs="Arial"/>
          <w:color w:val="6B7280"/>
          <w:sz w:val="20"/>
          <w:szCs w:val="20"/>
          <w:rtl/>
          <w:lang w:val="en-US" w:bidi="he-IL"/>
        </w:rPr>
        <w:t xml:space="preserve">השלימו בצורה הנכונה של הפועל שבסוגריים.</w:t>
      </w:r>
    </w:p>
    <w:p>
      <w:pPr>
        <w:bidi/>
        <w:spacing w:before="0" w:after="80"/>
        <w:jc w:val="both"/>
      </w:pPr>
      <w:r>
        <w:rPr>
          <w:rFonts w:ascii="Arial" w:hAnsi="Arial" w:cs="Arial"/>
          <w:color w:val="6B7280"/>
          <w:sz w:val="21"/>
          <w:szCs w:val="21"/>
          <w:rtl/>
          <w:lang w:val="en-US" w:bidi="ar-SA"/>
        </w:rPr>
        <w:t xml:space="preserve">أكمل بالصيغة الصحيحة للفعل الذي بين القوسين.</w:t>
      </w:r>
    </w:p>
    <w:p>
      <w:pPr>
        <w:spacing w:before="0" w:after="60"/>
        <w:jc w:val="both"/>
      </w:pPr>
      <w:r>
        <w:rPr/>
        <w:t>a. Shira usually __________ (read) before bed.</w:t>
      </w:r>
    </w:p>
    <w:p>
      <w:pPr>
        <w:spacing w:before="0" w:after="60"/>
        <w:jc w:val="both"/>
      </w:pPr>
      <w:r>
        <w:rPr/>
        <w:t>b. Shh! The baby __________ (sleep) now.</w:t>
      </w:r>
    </w:p>
    <w:p>
      <w:pPr>
        <w:spacing w:before="0" w:after="60"/>
        <w:jc w:val="both"/>
      </w:pPr>
      <w:r>
        <w:rPr/>
        <w:t>c. Last night we __________ (not / watch) TV.</w:t>
      </w:r>
    </w:p>
    <w:p>
      <w:pPr>
        <w:spacing w:before="0" w:after="60"/>
        <w:jc w:val="both"/>
      </w:pPr>
      <w:r>
        <w:rPr/>
        <w:t>d. Next summer my family __________ (travel) to Rome. (going to)</w:t>
      </w:r>
    </w:p>
    <w:p>
      <w:pPr>
        <w:spacing w:before="160" w:after="20"/>
        <w:jc w:val="both"/>
      </w:pPr>
      <w:r>
        <w:rPr>
          <w:b/>
          <w:bCs/>
          <w:sz w:val="26"/>
          <w:szCs w:val="26"/>
        </w:rPr>
        <w:t>2. Complete the table. (6 pts)</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f766e"/>
          </w:tcPr>
          <w:p>
            <w:pPr>
              <w:spacing w:before="0" w:after="40"/>
              <w:jc w:val="both"/>
            </w:pPr>
            <w:r>
              <w:rPr>
                <w:b/>
                <w:bCs/>
                <w:color w:val="FFFFFF"/>
              </w:rPr>
              <w:t>Adjective</w:t>
            </w:r>
          </w:p>
        </w:tc>
        <w:tc>
          <w:tcPr>
            <w:tcW w:type="dxa" w:w="3326"/>
            <w:shd w:val="clear" w:color="auto" w:fill="0f766e"/>
          </w:tcPr>
          <w:p>
            <w:pPr>
              <w:spacing w:before="0" w:after="40"/>
              <w:jc w:val="both"/>
            </w:pPr>
            <w:r>
              <w:rPr>
                <w:b/>
                <w:bCs/>
                <w:color w:val="FFFFFF"/>
              </w:rPr>
              <w:t>Comparative</w:t>
            </w:r>
          </w:p>
        </w:tc>
        <w:tc>
          <w:tcPr>
            <w:tcW w:type="dxa" w:w="3326"/>
            <w:shd w:val="clear" w:color="auto" w:fill="0f766e"/>
          </w:tcPr>
          <w:p>
            <w:pPr>
              <w:spacing w:before="0" w:after="40"/>
              <w:jc w:val="both"/>
            </w:pPr>
            <w:r>
              <w:rPr>
                <w:b/>
                <w:bCs/>
                <w:color w:val="FFFFFF"/>
              </w:rPr>
              <w:t>Superlative</w:t>
            </w:r>
          </w:p>
        </w:tc>
      </w:tr>
      <w:tr>
        <w:tc>
          <w:tcPr>
            <w:tcW w:type="dxa" w:w="3326"/>
          </w:tcPr>
          <w:p>
            <w:pPr>
              <w:spacing w:before="0" w:after="40"/>
              <w:jc w:val="both"/>
            </w:pPr>
            <w:r>
              <w:rPr/>
              <w:t>cold</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easy</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expensive</w:t>
            </w:r>
          </w:p>
        </w:tc>
        <w:tc>
          <w:tcPr>
            <w:tcW w:type="dxa" w:w="3326"/>
          </w:tcPr>
          <w:p>
            <w:pPr>
              <w:spacing w:before="0" w:after="40"/>
              <w:jc w:val="both"/>
            </w:pPr>
            <w:r>
              <w:rPr/>
            </w:r>
          </w:p>
        </w:tc>
        <w:tc>
          <w:tcPr>
            <w:tcW w:type="dxa" w:w="3326"/>
          </w:tcPr>
          <w:p>
            <w:pPr>
              <w:spacing w:before="0" w:after="40"/>
              <w:jc w:val="both"/>
            </w:pPr>
            <w:r>
              <w:rPr/>
            </w:r>
          </w:p>
        </w:tc>
      </w:tr>
    </w:tbl>
    <w:p>
      <w:pPr>
        <w:spacing w:before="0" w:after="40"/>
        <w:jc w:val="both"/>
      </w:pPr>
    </w:p>
    <w:p>
      <w:pPr>
        <w:spacing w:before="160" w:after="20"/>
        <w:jc w:val="both"/>
      </w:pPr>
      <w:r>
        <w:rPr>
          <w:b/>
          <w:bCs/>
          <w:sz w:val="26"/>
          <w:szCs w:val="26"/>
        </w:rPr>
        <w:t>3. Circle the correct answer. (6 pts)</w:t>
      </w:r>
    </w:p>
    <w:p>
      <w:pPr>
        <w:bidi/>
        <w:spacing w:before="0" w:after="0"/>
        <w:jc w:val="both"/>
      </w:pPr>
      <w:r>
        <w:rPr>
          <w:rFonts w:ascii="Arial" w:hAnsi="Arial" w:cs="Arial"/>
          <w:color w:val="6B7280"/>
          <w:sz w:val="20"/>
          <w:szCs w:val="20"/>
          <w:rtl/>
          <w:lang w:val="en-US" w:bidi="he-IL"/>
        </w:rPr>
        <w:t xml:space="preserve">הקיפו את התשובה הנכונה.</w:t>
      </w:r>
    </w:p>
    <w:p>
      <w:pPr>
        <w:bidi/>
        <w:spacing w:before="0" w:after="80"/>
        <w:jc w:val="both"/>
      </w:pPr>
      <w:r>
        <w:rPr>
          <w:rFonts w:ascii="Arial" w:hAnsi="Arial" w:cs="Arial"/>
          <w:color w:val="6B7280"/>
          <w:sz w:val="21"/>
          <w:szCs w:val="21"/>
          <w:rtl/>
          <w:lang w:val="en-US" w:bidi="ar-SA"/>
        </w:rPr>
        <w:t xml:space="preserve">ضع دائرة حول الإجابة الصحيحة.</w:t>
      </w:r>
    </w:p>
    <w:p>
      <w:pPr>
        <w:spacing w:before="0" w:after="20"/>
        <w:jc w:val="both"/>
      </w:pPr>
      <w:r>
        <w:rPr/>
        <w:t>a. You ___ run near the pool. It's dangerous.</w:t>
      </w:r>
    </w:p>
    <w:p>
      <w:pPr>
        <w:spacing w:before="0" w:after="80"/>
        <w:jc w:val="both"/>
      </w:pPr>
      <w:r>
        <w:rPr/>
        <w:t xml:space="preserve">   ○ mustn't      ○ should      ○ can</w:t>
      </w:r>
    </w:p>
    <w:p>
      <w:pPr>
        <w:spacing w:before="0" w:after="20"/>
        <w:jc w:val="both"/>
      </w:pPr>
      <w:r>
        <w:rPr/>
        <w:t>b. ___ you help me, please?</w:t>
      </w:r>
    </w:p>
    <w:p>
      <w:pPr>
        <w:spacing w:before="0" w:after="80"/>
        <w:jc w:val="both"/>
      </w:pPr>
      <w:r>
        <w:rPr/>
        <w:t xml:space="preserve">   ○ Must      ○ Could      ○ Should</w:t>
      </w:r>
    </w:p>
    <w:p>
      <w:pPr>
        <w:spacing w:before="0" w:after="20"/>
        <w:jc w:val="both"/>
      </w:pPr>
      <w:r>
        <w:rPr/>
        <w:t>c. You have a fever. You ___ see a doctor.</w:t>
      </w:r>
    </w:p>
    <w:p>
      <w:pPr>
        <w:spacing w:before="0" w:after="80"/>
        <w:jc w:val="both"/>
      </w:pPr>
      <w:r>
        <w:rPr/>
        <w:t xml:space="preserve">   ○ shouldn't      ○ mustn't      ○ should</w:t>
      </w:r>
    </w:p>
    <w:p>
      <w:pPr>
        <w:spacing w:before="160" w:after="20"/>
        <w:jc w:val="both"/>
      </w:pPr>
      <w:r>
        <w:rPr>
          <w:b/>
          <w:bCs/>
          <w:sz w:val="26"/>
          <w:szCs w:val="26"/>
        </w:rPr>
        <w:t>4. Complete with a question word from the box. (5 pts)</w:t>
      </w:r>
    </w:p>
    <w:p>
      <w:pPr>
        <w:bidi/>
        <w:spacing w:before="0" w:after="0"/>
        <w:jc w:val="both"/>
      </w:pPr>
      <w:r>
        <w:rPr>
          <w:rFonts w:ascii="Arial" w:hAnsi="Arial" w:cs="Arial"/>
          <w:color w:val="6B7280"/>
          <w:sz w:val="20"/>
          <w:szCs w:val="20"/>
          <w:rtl/>
          <w:lang w:val="en-US" w:bidi="he-IL"/>
        </w:rPr>
        <w:t xml:space="preserve">השלימו במילת שאלה מהתיבה.</w:t>
      </w:r>
    </w:p>
    <w:p>
      <w:pPr>
        <w:bidi/>
        <w:spacing w:before="0" w:after="80"/>
        <w:jc w:val="both"/>
      </w:pPr>
      <w:r>
        <w:rPr>
          <w:rFonts w:ascii="Arial" w:hAnsi="Arial" w:cs="Arial"/>
          <w:color w:val="6B7280"/>
          <w:sz w:val="21"/>
          <w:szCs w:val="21"/>
          <w:rtl/>
          <w:lang w:val="en-US" w:bidi="ar-SA"/>
        </w:rPr>
        <w:t xml:space="preserve">أكمل بكلمة سؤال من المربع.</w:t>
      </w:r>
    </w:p>
    <w:p>
      <w:pPr>
        <w:spacing w:before="0" w:after="80"/>
        <w:jc w:val="both"/>
      </w:pPr>
      <w:r>
        <w:rPr>
          <w:color w:val="0F766E"/>
          <w:sz w:val="24"/>
          <w:szCs w:val="24"/>
        </w:rPr>
        <w:t>Word bank: Where  |  When  |  Why  |  How many  |  Who</w:t>
      </w:r>
    </w:p>
    <w:p>
      <w:pPr>
        <w:spacing w:before="0" w:after="60"/>
        <w:jc w:val="both"/>
      </w:pPr>
      <w:r>
        <w:rPr/>
        <w:t>a. __________ is your birthday? In April.</w:t>
      </w:r>
    </w:p>
    <w:p>
      <w:pPr>
        <w:spacing w:before="0" w:after="60"/>
        <w:jc w:val="both"/>
      </w:pPr>
      <w:r>
        <w:rPr/>
        <w:t>b. __________ did you go yesterday? To the mall.</w:t>
      </w:r>
    </w:p>
    <w:p>
      <w:pPr>
        <w:spacing w:before="0" w:after="60"/>
        <w:jc w:val="both"/>
      </w:pPr>
      <w:r>
        <w:rPr/>
        <w:t>c. __________ is crying? My little brother.</w:t>
      </w:r>
    </w:p>
    <w:p>
      <w:pPr>
        <w:spacing w:before="0" w:after="60"/>
        <w:jc w:val="both"/>
      </w:pPr>
      <w:r>
        <w:rPr/>
        <w:t>d. __________ are you late? Because I missed the bus.</w:t>
      </w:r>
    </w:p>
    <w:p>
      <w:pPr>
        <w:spacing w:before="0" w:after="60"/>
        <w:jc w:val="both"/>
      </w:pPr>
      <w:r>
        <w:rPr/>
        <w:t>e. __________ cousins do you have? Six.</w:t>
      </w:r>
    </w:p>
    <w:p>
      <w:pPr>
        <w:spacing w:before="160" w:after="20"/>
        <w:jc w:val="both"/>
      </w:pPr>
      <w:r>
        <w:rPr>
          <w:b/>
          <w:bCs/>
          <w:sz w:val="26"/>
          <w:szCs w:val="26"/>
        </w:rPr>
        <w:t>5. Find the mistake and write the correct sentence. (5 pts)</w:t>
      </w:r>
    </w:p>
    <w:p>
      <w:pPr>
        <w:bidi/>
        <w:spacing w:before="0" w:after="0"/>
        <w:jc w:val="both"/>
      </w:pPr>
      <w:r>
        <w:rPr>
          <w:rFonts w:ascii="Arial" w:hAnsi="Arial" w:cs="Arial"/>
          <w:color w:val="6B7280"/>
          <w:sz w:val="20"/>
          <w:szCs w:val="20"/>
          <w:rtl/>
          <w:lang w:val="en-US" w:bidi="he-IL"/>
        </w:rPr>
        <w:t xml:space="preserve">מצאו את הטעות וכתבו את המשפט הנכון.</w:t>
      </w:r>
    </w:p>
    <w:p>
      <w:pPr>
        <w:bidi/>
        <w:spacing w:before="0" w:after="80"/>
        <w:jc w:val="both"/>
      </w:pPr>
      <w:r>
        <w:rPr>
          <w:rFonts w:ascii="Arial" w:hAnsi="Arial" w:cs="Arial"/>
          <w:color w:val="6B7280"/>
          <w:sz w:val="21"/>
          <w:szCs w:val="21"/>
          <w:rtl/>
          <w:lang w:val="en-US" w:bidi="ar-SA"/>
        </w:rPr>
        <w:t xml:space="preserve">جد الخطأ واكتب الجملة الصحيحة.</w:t>
      </w:r>
    </w:p>
    <w:p>
      <w:pPr>
        <w:spacing w:before="0" w:after="100"/>
        <w:jc w:val="both"/>
      </w:pPr>
      <w:r>
        <w:rPr/>
        <w:t>a. Did you saw my bag?</w:t>
      </w:r>
    </w:p>
    <w:p>
      <w:pPr>
        <w:spacing w:before="0" w:after="100"/>
        <w:jc w:val="both"/>
      </w:pPr>
      <w:r>
        <w:rPr/>
        <w:t>b. He is going to visits his grandma.</w:t>
      </w:r>
    </w:p>
    <w:p>
      <w:pPr>
        <w:spacing w:before="160" w:after="20"/>
        <w:jc w:val="both"/>
      </w:pPr>
      <w:r>
        <w:rPr>
          <w:rFonts w:ascii="Arial Black" w:hAnsi="Arial Black" w:cs="Arial Black"/>
          <w:b/>
          <w:bCs/>
          <w:color w:val="0F766E"/>
          <w:sz w:val="32"/>
          <w:szCs w:val="32"/>
        </w:rPr>
        <w:t>Part C: Writing (30 points)</w:t>
      </w:r>
    </w:p>
    <w:p>
      <w:pPr>
        <w:bidi/>
        <w:spacing w:before="0" w:after="0"/>
        <w:jc w:val="both"/>
      </w:pPr>
      <w:r>
        <w:rPr>
          <w:rFonts w:ascii="Arial" w:hAnsi="Arial" w:cs="Arial"/>
          <w:color w:val="6B7280"/>
          <w:sz w:val="20"/>
          <w:szCs w:val="20"/>
          <w:rtl/>
          <w:lang w:val="en-US" w:bidi="he-IL"/>
        </w:rPr>
        <w:t xml:space="preserve">חלק ג': כתיבה (30 נקודות)</w:t>
      </w:r>
    </w:p>
    <w:p>
      <w:pPr>
        <w:bidi/>
        <w:spacing w:before="0" w:after="80"/>
        <w:jc w:val="both"/>
      </w:pPr>
      <w:r>
        <w:rPr>
          <w:rFonts w:ascii="Arial" w:hAnsi="Arial" w:cs="Arial"/>
          <w:color w:val="6B7280"/>
          <w:sz w:val="21"/>
          <w:szCs w:val="21"/>
          <w:rtl/>
          <w:lang w:val="en-US" w:bidi="ar-SA"/>
        </w:rPr>
        <w:t xml:space="preserve">الجزء ج: الكتابة (30 علامة)</w:t>
      </w:r>
    </w:p>
    <w:p>
      <w:pPr>
        <w:spacing w:before="160" w:after="20"/>
        <w:jc w:val="both"/>
      </w:pPr>
      <w:r>
        <w:rPr>
          <w:b/>
          <w:bCs/>
          <w:sz w:val="26"/>
          <w:szCs w:val="26"/>
        </w:rPr>
        <w:t>1. Write an email (8–10 sentences) to a friend about a place you visited last summer. Include: a subject, a greeting and a closing; where you went and what you did (past simple); what the place is like compared to your town (comparatives); one plan for next summer (going to); and at least two linking words (and, but, because, so). (30 pts)</w:t>
      </w:r>
    </w:p>
    <w:p>
      <w:pPr>
        <w:bidi/>
        <w:spacing w:before="0" w:after="0"/>
        <w:jc w:val="both"/>
      </w:pPr>
      <w:r>
        <w:rPr>
          <w:rFonts w:ascii="Arial" w:hAnsi="Arial" w:cs="Arial"/>
          <w:color w:val="6B7280"/>
          <w:sz w:val="20"/>
          <w:szCs w:val="20"/>
          <w:rtl/>
          <w:lang w:val="en-US" w:bidi="he-IL"/>
        </w:rPr>
        <w:t xml:space="preserve">כתבו מייל (8–10 משפטים) לחבר או לחברה על מקום שביקרתם בו בקיץ שעבר. כללו: נושא, פתיחה וסיום; לאן הלכתם ומה עשיתם ‎(past simple)‎; איך המקום בהשוואה לעיר שלכם ‎(comparatives)‎; תוכנית אחת לקיץ הבא ‎(going to)‎; ולפחות שתי מילות קישור ‎(and, but, because, so)‎.</w:t>
      </w:r>
    </w:p>
    <w:p>
      <w:pPr>
        <w:bidi/>
        <w:spacing w:before="0" w:after="80"/>
        <w:jc w:val="both"/>
      </w:pPr>
      <w:r>
        <w:rPr>
          <w:rFonts w:ascii="Arial" w:hAnsi="Arial" w:cs="Arial"/>
          <w:color w:val="6B7280"/>
          <w:sz w:val="21"/>
          <w:szCs w:val="21"/>
          <w:rtl/>
          <w:lang w:val="en-US" w:bidi="ar-SA"/>
        </w:rPr>
        <w:t xml:space="preserve">اكتب رسالة إلكترونية (8–10 جمل) إلى صديق عن مكان زرته في الصيف الماضي. اذكر فيها: موضوعًا، وتحية وخاتمة؛ إلى أين ذهبت وماذا فعلت ‎(past simple)‎؛ كيف يبدو المكان مقارنةً ببلدتك ‎(comparatives)‎؛ خطة واحدة للصيف القادم ‎(going to)‎؛ وكلمتي ربط على الأقل ‎(and, but, because, so)‎.</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center"/>
      </w:pPr>
      <w:r>
        <w:rPr>
          <w:rFonts w:ascii="Arial" w:hAnsi="Arial" w:cs="Arial"/>
          <w:b/>
          <w:bCs/>
          <w:sz w:val="32"/>
          <w:szCs w:val="32"/>
        </w:rPr>
        <w:t xml:space="preserve">Good luck! · </w:t>
      </w:r>
      <w:r>
        <w:rPr>
          <w:rFonts w:ascii="Arial" w:hAnsi="Arial" w:cs="Arial"/>
          <w:b/>
          <w:bCs/>
          <w:color w:val="1D2433"/>
          <w:sz w:val="32"/>
          <w:szCs w:val="32"/>
          <w:rtl/>
          <w:lang w:val="en-US" w:bidi="he-IL"/>
        </w:rPr>
        <w:t xml:space="preserve">בהצלחה!</w:t>
      </w:r>
      <w:r>
        <w:rPr>
          <w:sz w:val="32"/>
          <w:szCs w:val="32"/>
        </w:rPr>
        <w:t>‎</w:t>
      </w:r>
      <w:r>
        <w:rPr>
          <w:rFonts w:ascii="Arial" w:hAnsi="Arial" w:cs="Arial"/>
          <w:b/>
          <w:bCs/>
          <w:sz w:val="32"/>
          <w:szCs w:val="32"/>
        </w:rPr>
        <w:t xml:space="preserve"> · </w:t>
      </w:r>
      <w:r>
        <w:rPr>
          <w:rFonts w:ascii="Arial" w:hAnsi="Arial" w:cs="Arial"/>
          <w:b/>
          <w:bCs/>
          <w:color w:val="1D2433"/>
          <w:sz w:val="32"/>
          <w:szCs w:val="32"/>
          <w:rtl/>
          <w:lang w:val="en-US" w:bidi="ar-SA"/>
        </w:rPr>
        <w:t xml:space="preserve">بالتوفيق!</w:t>
      </w:r>
      <w:r>
        <w:rPr>
          <w:sz w:val="32"/>
          <w:szCs w:val="32"/>
        </w:rPr>
        <w:t>‎</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