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Test answer key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🔑 🎯 Final Test – High Level – Answer Key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🎯 מבחן מסכם – רמה גבוהה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🎯 الامتحان النهائيّ – المستوى المتقدّم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90 minutes · Total: 100 points · Read the text carefully, answer in full sentences where asked, and give evidence from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90 דקות · סה"כ: 100 נקודות · קראו את הטקסט בעיון, ענו במשפטים מלאים היכן שמתבקש, והביאו ראיה מהטקסט.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90 دقيقة · المجموع: 100 علامة · اقرأ النص بتمعّن، وأجب بجمل كاملة حيث يُطلب ذلك، واذكر دليلًا من النص.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9F1239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Reading Comprehension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Vocabulary and Grammar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9F1239"/>
          <w:sz w:val="32"/>
          <w:szCs w:val="32"/>
        </w:rPr>
        <w:t>Part A: Reading Comprehension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הבנת הנקרא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فهم المقروء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Finding information: circle the correct answer.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איתור מידע: 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إيجاد المعلومات: ضع دائرة حول الإجابة الصحيحة.</w:t>
      </w:r>
    </w:p>
    <w:p>
      <w:pPr>
        <w:spacing w:before="0" w:after="20"/>
        <w:jc w:val="both"/>
      </w:pPr>
      <w:r>
        <w:rPr/>
        <w:t>a. Which pupils took part in the project?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grades five and six</w:t>
      </w:r>
    </w:p>
    <w:p>
      <w:pPr>
        <w:spacing w:before="0" w:after="20"/>
        <w:jc w:val="both"/>
      </w:pPr>
      <w:r>
        <w:rPr/>
        <w:t>b. What could pupils use in an emergency?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 office phone</w:t>
      </w:r>
    </w:p>
    <w:p>
      <w:pPr>
        <w:spacing w:before="0" w:after="20"/>
        <w:jc w:val="both"/>
      </w:pPr>
      <w:r>
        <w:rPr/>
        <w:t>c. When did things start to change?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on Tuesday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Answer according to the text. Complete the sentences.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לפי הטקסט. השלימו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حسب النص. أكمل الجمل.</w:t>
      </w:r>
    </w:p>
    <w:p>
      <w:pPr>
        <w:spacing w:before="0" w:after="40"/>
        <w:jc w:val="both"/>
      </w:pPr>
      <w:r>
        <w:rPr/>
        <w:t>a. Tamar started a chess club.</w:t>
      </w:r>
    </w:p>
    <w:p>
      <w:pPr>
        <w:spacing w:before="0" w:after="40"/>
        <w:jc w:val="both"/>
      </w:pPr>
      <w:r>
        <w:rPr/>
        <w:t>b. The club had twelve members.</w:t>
      </w:r>
    </w:p>
    <w:p>
      <w:pPr>
        <w:spacing w:before="0" w:after="40"/>
        <w:jc w:val="both"/>
      </w:pPr>
      <w:r>
        <w:rPr/>
        <w:t>c. Next year the parents are going to join the project, too.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True or false? Copy the words from the text that prove your answer.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העתיקו מהטקסט את המילים שמוכיחות את התשובה.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انسخ من النص الكلمات التي تُثبت إجابتك.</w:t>
      </w:r>
    </w:p>
    <w:p>
      <w:pPr>
        <w:spacing w:before="0" w:after="40"/>
        <w:jc w:val="both"/>
      </w:pPr>
      <w:r>
        <w:rPr/>
        <w:t>a. All the pupils liked the idea from the beginning. – False – «At first, many pupils were against the idea.»</w:t>
      </w:r>
    </w:p>
    <w:p>
      <w:pPr>
        <w:spacing w:before="0" w:after="40"/>
        <w:jc w:val="both"/>
      </w:pPr>
      <w:r>
        <w:rPr/>
        <w:t>b. The library had more visitors than usual during the week. – True</w:t>
      </w:r>
    </w:p>
    <w:p>
      <w:pPr>
        <w:spacing w:before="0" w:after="40"/>
        <w:jc w:val="both"/>
      </w:pPr>
      <w:r>
        <w:rPr/>
        <w:t>c. Omer missed his phone very much. – False – «I didn't miss my phone as much as I expected»</w:t>
      </w:r>
    </w:p>
    <w:p>
      <w:pPr>
        <w:spacing w:before="0" w:after="40"/>
        <w:jc w:val="both"/>
      </w:pPr>
      <w:r>
        <w:rPr/>
        <w:t>d. Most pupils want to stop using phones forever. – False – «most of them also said that they didn't want to live without phones all the time»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Vocabulary in context: what does the word mean in the text?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אוצר מילים בהקשר: מה פירוש המילה בטקסט?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المفردات في السياق: ما معنى الكلمة في النص؟</w:t>
      </w:r>
    </w:p>
    <w:p>
      <w:pPr>
        <w:spacing w:before="0" w:after="20"/>
        <w:jc w:val="both"/>
      </w:pPr>
      <w:r>
        <w:rPr/>
        <w:t>a. «unusual» (paragraph 1)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not common, different</w:t>
      </w:r>
    </w:p>
    <w:p>
      <w:pPr>
        <w:spacing w:before="0" w:after="20"/>
        <w:jc w:val="both"/>
      </w:pPr>
      <w:r>
        <w:rPr/>
        <w:t>b. «complained» (paragraph 3)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said they were not happy about something</w:t>
      </w:r>
    </w:p>
    <w:p>
      <w:pPr>
        <w:spacing w:before="0" w:after="20"/>
        <w:jc w:val="both"/>
      </w:pPr>
      <w:r>
        <w:rPr/>
        <w:t>c. «admitted» (paragraph 4)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said that something is true, even if it is hard to say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Inference: Why do you think the first two days were the hardest? (5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הסקת מסקנות: למה לדעתכם היומיים הראשונים היו הקשים ביותר?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الاستنتاج: لماذا برأيك كان اليومان الأولان الأصعب؟</w:t>
      </w:r>
    </w:p>
    <w:p>
      <w:pPr>
        <w:spacing w:before="0" w:after="80"/>
        <w:jc w:val="both"/>
      </w:pPr>
      <w:r>
        <w:rPr>
          <w:color w:val="0F7A4F"/>
        </w:rPr>
        <w:t>Possible answer: Because the pupils were used to their phones and didn't know what to do in the breaks yet. Later they found new activities.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Explain the pupil's sentence: «I can control my phone, and my phone doesn't have to control me.» (5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הסבירו את המשפט של התלמיד: ‎«I can control my phone, and my phone doesn't have to control me.»‎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اشرح جملة الطالب: ‎«I can control my phone, and my phone doesn't have to control me.»‎</w:t>
      </w:r>
    </w:p>
    <w:p>
      <w:pPr>
        <w:spacing w:before="0" w:after="80"/>
        <w:jc w:val="both"/>
      </w:pPr>
      <w:r>
        <w:rPr>
          <w:color w:val="0F7A4F"/>
        </w:rPr>
        <w:t>Possible answer: The pupil means that he can decide when to use the phone. He doesn't have to use it all the time just because it is there.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Do you think the project was a good idea? Give two reasons, one from the text and one of your own. (4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לדעתכם הפרויקט היה רעיון טוב? תנו שתי סיבות, אחת מהטקסט ואחת משלכם.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تعتقد أن المشروع كان فكرة جيدة؟ اذكر سببين: واحدًا من النص وواحدًا من عندك.</w:t>
      </w:r>
    </w:p>
    <w:p>
      <w:pPr>
        <w:spacing w:before="0" w:after="80"/>
        <w:jc w:val="both"/>
      </w:pPr>
      <w:r>
        <w:rPr>
          <w:color w:val="0F7A4F"/>
        </w:rPr>
        <w:t>Possible answer: Yes. In the text, pupils slept better and felt calmer. Also, I think children talk more face to face without phones.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9F1239"/>
          <w:sz w:val="32"/>
          <w:szCs w:val="32"/>
        </w:rPr>
        <w:t>Part B: Vocabulary and Grammar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אוצר מילים ודקדוק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المفردات والقواعد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the paragraph with the correct form of the verbs in brackets.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הפסקה בצורה הנכונה של הפעלים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الفقرة بالصيغة الصحيحة للأفعال التي بين القوسين.</w:t>
      </w:r>
    </w:p>
    <w:p>
      <w:pPr>
        <w:spacing w:before="0" w:after="40"/>
        <w:jc w:val="both"/>
      </w:pPr>
      <w:r>
        <w:rPr/>
        <w:t>a. Every Friday Yoav helps (help) his dad at the market.</w:t>
      </w:r>
    </w:p>
    <w:p>
      <w:pPr>
        <w:spacing w:before="0" w:after="40"/>
        <w:jc w:val="both"/>
      </w:pPr>
      <w:r>
        <w:rPr/>
        <w:t>b. But today he isn't working (not / work). He is at home with a cold.</w:t>
      </w:r>
    </w:p>
    <w:p>
      <w:pPr>
        <w:spacing w:before="0" w:after="40"/>
        <w:jc w:val="both"/>
      </w:pPr>
      <w:r>
        <w:rPr/>
        <w:t>c. Last Friday he sold (sell) forty boxes of strawberries.</w:t>
      </w:r>
    </w:p>
    <w:p>
      <w:pPr>
        <w:spacing w:before="0" w:after="40"/>
        <w:jc w:val="both"/>
      </w:pPr>
      <w:r>
        <w:rPr/>
        <w:t>d. His dad didn't believe (not / believe) it at first!</w:t>
      </w:r>
    </w:p>
    <w:p>
      <w:pPr>
        <w:spacing w:before="0" w:after="40"/>
        <w:jc w:val="both"/>
      </w:pPr>
      <w:r>
        <w:rPr/>
        <w:t>e. Next Friday they are going to open (open) a second stand. (going to)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a question about the words in CAPITAL letters.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על המילים שכתובות באותיות גדולות ‎(CAPITAL)‎.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عن الكلمات المكتوبة بالأحرف الكبيرة ‎(CAPITAL)‎.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Noa went to the dentist YESTERDAY.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When did Noa go to the dentist?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Omer is going to stay AT HIS COUSIN'S HOUSE.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Where is Omer going to stay?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boys are laughing BECAUSE THE CLOWN FELL.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Why are the boys laughing?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Tamar drinks TWO glasses of milk a day.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How many glasses of milk does Tamar drink a day?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the comparative or superlative form.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בצורת ההשוואה ‎(comparative)‎ או בצורת ההפלגה ‎(superlative)‎.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المقارنة ‎(comparative)‎ أو صيغة التفضيل ‎(superlative)‎.</w:t>
      </w:r>
    </w:p>
    <w:p>
      <w:pPr>
        <w:spacing w:before="0" w:after="40"/>
        <w:jc w:val="both"/>
      </w:pPr>
      <w:r>
        <w:rPr/>
        <w:t>a. Mount Everest is the highest (high) mountain in the world.</w:t>
      </w:r>
    </w:p>
    <w:p>
      <w:pPr>
        <w:spacing w:before="0" w:after="40"/>
        <w:jc w:val="both"/>
      </w:pPr>
      <w:r>
        <w:rPr/>
        <w:t>b. My new phone is better (good) than my old one.</w:t>
      </w:r>
    </w:p>
    <w:p>
      <w:pPr>
        <w:spacing w:before="0" w:after="40"/>
        <w:jc w:val="both"/>
      </w:pPr>
      <w:r>
        <w:rPr/>
        <w:t>c. For me, history is the most interesting (interesting) subject at school.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the sentences with a modal verb (can, could, must, mustn't, should, shouldn't) and explain your choice (rule, advice or request).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המשפטים בפועל עזר מודאלי ‎(can, could, must, mustn't, should, shouldn't)‎ והסבירו את הבחירה (כלל, עצה או בקשה).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الجمل بفعل مساعد ‎(can, could, must, mustn't, should, shouldn't)‎ واشرح اختيارك (قاعدة، نصيحة أو طلب).</w:t>
      </w:r>
    </w:p>
    <w:p>
      <w:pPr>
        <w:spacing w:before="0" w:after="100"/>
        <w:jc w:val="both"/>
      </w:pPr>
      <w:r>
        <w:rPr/>
        <w:t>a. You ___ use your phone during the test.  → mustn't – rule</w:t>
      </w:r>
    </w:p>
    <w:p>
      <w:pPr>
        <w:spacing w:before="0" w:after="100"/>
        <w:jc w:val="both"/>
      </w:pPr>
      <w:r>
        <w:rPr/>
        <w:t>b. ___ you lend me your eraser, please?  → Could – request</w:t>
      </w:r>
    </w:p>
    <w:p>
      <w:pPr>
        <w:spacing w:before="0" w:after="100"/>
        <w:jc w:val="both"/>
      </w:pPr>
      <w:r>
        <w:rPr/>
        <w:t>c. You look pale. You ___ eat something.  → should – advice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9F1239"/>
          <w:sz w:val="32"/>
          <w:szCs w:val="32"/>
        </w:rPr>
        <w:t>Part C: Writing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כתיבה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الكتابة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Your school is planning a «Phone-Free Week» next year. Write an email (10–12 sentences) to the principal, Ms. Golan, and give your opinion. Include: a subject, a formal greeting and closing; your opinion with at least two reasons and an example; something you did or didn't do last year (past simple); a comparison (comparative or superlative); one suggestion with should and one plan with going to; linking words (because, but, so, also). (30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בית הספר שלכם מתכנן «שבוע בלי טלפון» בשנה הבאה. כתבו מייל (10–12 משפטים) למנהלת, ‎Ms.‎‏ ‎Golan‎, והביעו את דעתכם. כללו: נושא, פתיחה וסיום רשמיים; את דעתכם עם לפחות שתי סיבות ודוגמה; משהו שעשיתם או לא עשיתם בשנה שעברה ‎(past simple)‎; השוואה ‎(comparative‎ או ‎superlative)‎; הצעה אחת עם ‎should‎ ותוכנית אחת עם ‎going to‎; מילות קישור ‎(because, but, so, also)‎.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مدرستك تخطّط لـ«أسبوع بلا هاتف» في السنة القادمة. اكتب رسالة إلكترونية (10–12 جملة) إلى المديرة ‎Ms.‎‏ ‎Golan‎، وعبّر عن رأيك. اذكر فيها: موضوعًا، وتحية وخاتمة رسميتين؛ رأيك مع سببين على الأقل ومثال؛ شيئًا فعلته أو لم تفعله في السنة الماضية ‎(past simple)‎؛ مقارنة ‎(comparative‎ أو ‎superlative)‎؛ اقتراحًا واحدًا مع ‎should‎ وخطة واحدة مع ‎going to‎؛ كلمات ربط ‎(because, but, so, also)‎.</w:t>
      </w:r>
    </w:p>
    <w:p>
      <w:pPr>
        <w:spacing w:before="0" w:after="80"/>
        <w:jc w:val="both"/>
      </w:pPr>
      <w:r>
        <w:rPr>
          <w:color w:val="0F7A4F"/>
        </w:rPr>
        <w:t>Possible answer: Criteria: formal email form: subject, greeting, closing and name (5); clear opinion with two reasons and an example (9); grammar: past simple, comparative/superlative, should, going to (8); linking words and logical paragraphs (4); vocabulary, spelling and punctuation (4). Model answer: Subject: The Phone-Free Week. Dear Ms. Golan, my name is Daniel and I am in class 6B. I am writing to tell you my opinion about the Phone-Free Week. I think it is a great idea because children spend too much time on their phones. Last year I didn't read any books, but during a trip without phones I read two! Breaks are also more fun when we play together. A game of soccer is better than a game on a small screen. However, some parents are worried, so the school should keep the office phone open for emergencies. My friends and I are going to start a board game club for the week. I hope you like my ideas. Best regards, Daniel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