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C2410C"/>
          <w:sz w:val="44"/>
          <w:szCs w:val="44"/>
        </w:rPr>
        <w:t>Present simple or present progressive?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‎Present simple‎ או ‎present progressive?‎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‎Present simple‎ أم ‎present progressive‎؟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</w:rPr>
        <w:t>Summary: when to use the present simple and when to use the present progressive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מתי משתמשים ב-‎present simple‎ ומתי ב-‎present progressive‎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متى نستعمل ‎present simple‎ ومتى نستعمل ‎present progressive‎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6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Two present tenses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שני זמני הווה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زمنان للحاضر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Tense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When?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Present simple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habits, facts, routines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Omer swims every Sunday.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Present progressive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now, at this moment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Omer is swimming now.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How do we build them?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איך בונים אותם?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كيف نبنيهما؟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Present simple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Present progressive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+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She reads.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She is reading.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–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She doesn't read.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She isn't reading.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Does she read?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Is she reading?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Time words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מילות זמן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كلمات الزمن</w:t>
      </w:r>
    </w:p>
    <w:p>
      <w:pPr>
        <w:spacing w:before="0" w:after="20"/>
        <w:jc w:val="both"/>
      </w:pPr>
      <w:r>
        <w:rPr/>
        <w:t>1. Present simple: always, usually, often, sometimes, never, every day, on Mondays.</w:t>
      </w:r>
    </w:p>
    <w:p>
      <w:pPr>
        <w:spacing w:before="0" w:after="20"/>
        <w:jc w:val="both"/>
      </w:pPr>
      <w:r>
        <w:rPr/>
        <w:t>2. Present progressive: now, right now, at the moment, today, Look!, Listen!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Spelling of -ing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כתיב של -‎ing‎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إملاء -‎ing‎</w:t>
      </w:r>
    </w:p>
    <w:p>
      <w:pPr>
        <w:spacing w:before="0" w:after="20"/>
        <w:jc w:val="both"/>
      </w:pPr>
      <w:r>
        <w:rPr/>
        <w:t>1. play – playing, read – reading</w:t>
      </w:r>
    </w:p>
    <w:p>
      <w:pPr>
        <w:spacing w:before="0" w:after="20"/>
        <w:jc w:val="both"/>
      </w:pPr>
      <w:r>
        <w:rPr/>
        <w:t>2. write – writing (drop the e)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‎write – writing (‎מורידים את ה-‎e)‎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‎write – writing (‎نحذف الـ ‎e)‎</w:t>
      </w:r>
    </w:p>
    <w:p>
      <w:pPr>
        <w:spacing w:before="0" w:after="20"/>
        <w:jc w:val="both"/>
      </w:pPr>
      <w:r>
        <w:rPr/>
        <w:t>3. swim – swimming, run – running (double the last letter)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‎swim – swimming, run – running (‎מכפילים את האות האחרונה)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‎swim – swimming, run – running (‎نضاعف الحرف الأخير)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095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09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school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בית 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مدرسة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637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ik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63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bike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אופניים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دراجة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312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ll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3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ball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כדור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1687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168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bus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אוטובוס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حافلة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8025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mputer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8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computer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מחשב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حاسوب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795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nnis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79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tennis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טניס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تنس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Ask yourself: Is it a habit or a fact? Use the present simple. Is it happening now? Use am / is / are + verb-ing.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שאלו את עצמכם: זה הרגל או עובדה? השתמשו ב-‎present simple‎. זה קורה עכשיו? השתמשו ב-‎am / is / are + verb-ing‎.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اسأل نفسك: هل هي عادة أم حقيقة؟ استعمل ‎present simple‎. هل يحدث الآن؟ استعمل ‎am / is / are + verb-ing‎.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Every day Ben ___ (walk) to school, but today he is going by bus.</w:t>
      </w:r>
    </w:p>
    <w:p>
      <w:pPr>
        <w:spacing w:before="0" w:after="20"/>
        <w:jc w:val="both"/>
      </w:pPr>
      <w:r>
        <w:rPr/>
        <w:t>1. The time words are «every day»: a habit.</w:t>
      </w:r>
    </w:p>
    <w:p>
      <w:pPr>
        <w:spacing w:before="0" w:after="20"/>
        <w:jc w:val="both"/>
      </w:pPr>
      <w:r>
        <w:rPr/>
        <w:t>2. A habit takes the present simple.</w:t>
      </w:r>
    </w:p>
    <w:p>
      <w:pPr>
        <w:spacing w:before="0" w:after="20"/>
        <w:jc w:val="both"/>
      </w:pPr>
      <w:r>
        <w:rPr/>
        <w:t>3. Ben = he, so we add -s.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walks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Check yourself – Complete with the correct form of the verb.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בצורה הנכונה של הפועל.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بالصيغة الصحيحة للفعل.</w:t>
      </w:r>
    </w:p>
    <w:p>
      <w:pPr>
        <w:spacing w:before="0" w:after="60"/>
        <w:jc w:val="both"/>
      </w:pPr>
      <w:r>
        <w:rPr/>
        <w:t>a. My mom __________ (drink) coffee every morning.</w:t>
      </w:r>
    </w:p>
    <w:p>
      <w:pPr>
        <w:spacing w:before="0" w:after="60"/>
        <w:jc w:val="both"/>
      </w:pPr>
      <w:r>
        <w:rPr/>
        <w:t>b. Be quiet! The baby __________ (sleep).</w:t>
      </w:r>
    </w:p>
    <w:p>
      <w:pPr>
        <w:spacing w:before="0" w:after="60"/>
        <w:jc w:val="both"/>
      </w:pPr>
      <w:r>
        <w:rPr/>
        <w:t>c. Noa __________ (not / like) spicy food.</w:t>
      </w:r>
    </w:p>
    <w:p>
      <w:pPr>
        <w:spacing w:before="0" w:after="60"/>
        <w:jc w:val="both"/>
      </w:pPr>
      <w:r>
        <w:rPr/>
        <w:t>d. Right now the boys __________ (play) chess.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drinks · b. is sleeping · c. doesn't like · d. are playing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