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</w:rPr>
        <w:t>English · Grade 6   |   Worksheet</w:t>
      </w:r>
    </w:p>
    <w:p>
      <w:pPr>
        <w:spacing w:before="0" w:after="200"/>
        <w:jc w:val="left"/>
      </w:pPr>
      <w:r>
        <w:rPr>
          <w:rFonts w:ascii="Arial" w:hAnsi="Arial" w:cs="Arial"/>
          <w:sz w:val="20"/>
          <w:szCs w:val="20"/>
        </w:rPr>
        <w:t xml:space="preserve">First name · </w:t>
      </w:r>
      <w:r>
        <w:rPr>
          <w:rFonts w:ascii="Arial" w:hAnsi="Arial" w:cs="Arial"/>
          <w:color w:val="1D2433"/>
          <w:sz w:val="20"/>
          <w:szCs w:val="20"/>
          <w:rtl/>
          <w:lang w:val="en-US" w:bidi="he-IL"/>
        </w:rPr>
        <w:t xml:space="preserve">שם פרטי</w:t>
      </w:r>
      <w:r>
        <w:rPr>
          <w:sz w:val="20"/>
          <w:szCs w:val="20"/>
        </w:rPr>
        <w:t>‎</w:t>
      </w:r>
      <w:r>
        <w:rPr>
          <w:rFonts w:ascii="Arial" w:hAnsi="Arial" w:cs="Arial"/>
          <w:sz w:val="20"/>
          <w:szCs w:val="20"/>
        </w:rPr>
        <w:t xml:space="preserve"> · </w:t>
      </w:r>
      <w:r>
        <w:rPr>
          <w:rFonts w:ascii="Arial" w:hAnsi="Arial" w:cs="Arial"/>
          <w:color w:val="1D2433"/>
          <w:sz w:val="20"/>
          <w:szCs w:val="20"/>
          <w:rtl/>
          <w:lang w:val="en-US" w:bidi="ar-SA"/>
        </w:rPr>
        <w:t xml:space="preserve">الاسم الشخصي</w:t>
      </w:r>
      <w:r>
        <w:rPr>
          <w:sz w:val="20"/>
          <w:szCs w:val="20"/>
        </w:rPr>
        <w:t>‎</w:t>
      </w:r>
      <w:r>
        <w:rPr>
          <w:rFonts w:ascii="Arial" w:hAnsi="Arial" w:cs="Arial"/>
          <w:sz w:val="20"/>
          <w:szCs w:val="20"/>
        </w:rPr>
        <w:t xml:space="preserve">: ______________     Last name · </w:t>
      </w:r>
      <w:r>
        <w:rPr>
          <w:rFonts w:ascii="Arial" w:hAnsi="Arial" w:cs="Arial"/>
          <w:color w:val="1D2433"/>
          <w:sz w:val="20"/>
          <w:szCs w:val="20"/>
          <w:rtl/>
          <w:lang w:val="en-US" w:bidi="he-IL"/>
        </w:rPr>
        <w:t xml:space="preserve">שם משפחה</w:t>
      </w:r>
      <w:r>
        <w:rPr>
          <w:sz w:val="20"/>
          <w:szCs w:val="20"/>
        </w:rPr>
        <w:t>‎</w:t>
      </w:r>
      <w:r>
        <w:rPr>
          <w:rFonts w:ascii="Arial" w:hAnsi="Arial" w:cs="Arial"/>
          <w:sz w:val="20"/>
          <w:szCs w:val="20"/>
        </w:rPr>
        <w:t xml:space="preserve"> · </w:t>
      </w:r>
      <w:r>
        <w:rPr>
          <w:rFonts w:ascii="Arial" w:hAnsi="Arial" w:cs="Arial"/>
          <w:color w:val="1D2433"/>
          <w:sz w:val="20"/>
          <w:szCs w:val="20"/>
          <w:rtl/>
          <w:lang w:val="en-US" w:bidi="ar-SA"/>
        </w:rPr>
        <w:t xml:space="preserve">اسم العائلة</w:t>
      </w:r>
      <w:r>
        <w:rPr>
          <w:sz w:val="20"/>
          <w:szCs w:val="20"/>
        </w:rPr>
        <w:t>‎</w:t>
      </w:r>
      <w:r>
        <w:rPr>
          <w:rFonts w:ascii="Arial" w:hAnsi="Arial" w:cs="Arial"/>
          <w:sz w:val="20"/>
          <w:szCs w:val="20"/>
        </w:rPr>
        <w:t xml:space="preserve">: ______________     Class · </w:t>
      </w:r>
      <w:r>
        <w:rPr>
          <w:rFonts w:ascii="Arial" w:hAnsi="Arial" w:cs="Arial"/>
          <w:color w:val="1D2433"/>
          <w:sz w:val="20"/>
          <w:szCs w:val="20"/>
          <w:rtl/>
          <w:lang w:val="en-US" w:bidi="he-IL"/>
        </w:rPr>
        <w:t xml:space="preserve">כיתה</w:t>
      </w:r>
      <w:r>
        <w:rPr>
          <w:sz w:val="20"/>
          <w:szCs w:val="20"/>
        </w:rPr>
        <w:t>‎</w:t>
      </w:r>
      <w:r>
        <w:rPr>
          <w:rFonts w:ascii="Arial" w:hAnsi="Arial" w:cs="Arial"/>
          <w:sz w:val="20"/>
          <w:szCs w:val="20"/>
        </w:rPr>
        <w:t xml:space="preserve"> · </w:t>
      </w:r>
      <w:r>
        <w:rPr>
          <w:rFonts w:ascii="Arial" w:hAnsi="Arial" w:cs="Arial"/>
          <w:color w:val="1D2433"/>
          <w:sz w:val="20"/>
          <w:szCs w:val="20"/>
          <w:rtl/>
          <w:lang w:val="en-US" w:bidi="ar-SA"/>
        </w:rPr>
        <w:t xml:space="preserve">الصف</w:t>
      </w:r>
      <w:r>
        <w:rPr>
          <w:sz w:val="20"/>
          <w:szCs w:val="20"/>
        </w:rPr>
        <w:t>‎</w:t>
      </w:r>
      <w:r>
        <w:rPr>
          <w:rFonts w:ascii="Arial" w:hAnsi="Arial" w:cs="Arial"/>
          <w:sz w:val="20"/>
          <w:szCs w:val="20"/>
        </w:rPr>
        <w:t>: ______</w:t>
      </w:r>
    </w:p>
    <w:p>
      <w:pPr>
        <w:spacing w:before="0" w:after="40"/>
        <w:jc w:val="both"/>
      </w:pPr>
      <w:r>
        <w:rPr>
          <w:rFonts w:ascii="Arial Black" w:hAnsi="Arial Black" w:cs="Arial Black"/>
          <w:b/>
          <w:bCs/>
          <w:color w:val="1D4ED8"/>
          <w:sz w:val="44"/>
          <w:szCs w:val="44"/>
        </w:rPr>
        <w:t>Present simple or present progressive?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2"/>
          <w:szCs w:val="22"/>
          <w:rtl/>
          <w:lang w:val="en-US" w:bidi="he-IL"/>
        </w:rPr>
        <w:t xml:space="preserve">‎Present simple‎ או ‎present progressive?‎</w:t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6B7280"/>
          <w:sz w:val="23"/>
          <w:szCs w:val="23"/>
          <w:rtl/>
          <w:lang w:val="en-US" w:bidi="ar-SA"/>
        </w:rPr>
        <w:t xml:space="preserve">‎Present simple‎ أم ‎present progressive‎؟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1. Match the time words to the tense.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התאימו את מילות הזמן לזמן הדקדוקי.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صِل كلمات الزمن بالزمن المناسب.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9"/>
        <w:gridCol w:w="4989"/>
      </w:tblGrid>
      <w:tr>
        <w:tc>
          <w:tcPr>
            <w:tcW w:type="dxa" w:w="4989"/>
            <w:shd w:val="clear" w:color="auto" w:fill="1d4ed8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Column A</w:t>
            </w:r>
          </w:p>
        </w:tc>
        <w:tc>
          <w:tcPr>
            <w:tcW w:type="dxa" w:w="4989"/>
            <w:shd w:val="clear" w:color="auto" w:fill="1d4ed8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Column B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1. every day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   ] present progressive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2. right now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   ] present simple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3. usually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   ] present simple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4. at the moment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   ] present progressive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5. on Fridays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   ] present simple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6. Look!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   ] present progressive</w:t>
            </w:r>
          </w:p>
        </w:tc>
      </w:tr>
    </w:tbl>
    <w:p>
      <w:pPr>
        <w:spacing w:before="0" w:after="4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2. Write the -ing form of the verb.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כתבו את צורת ה-‎ing‎ של הפועל.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اكتب صيغة الـ ‎ing‎ للفعل.</w:t>
      </w:r>
    </w:p>
    <w:p>
      <w:pPr>
        <w:spacing w:before="0" w:after="60"/>
        <w:jc w:val="both"/>
      </w:pPr>
      <w:r>
        <w:rPr/>
        <w:t>a. play – play__________</w:t>
      </w:r>
    </w:p>
    <w:p>
      <w:pPr>
        <w:spacing w:before="0" w:after="60"/>
        <w:jc w:val="both"/>
      </w:pPr>
      <w:r>
        <w:rPr/>
        <w:t>b. write – writ__________</w:t>
      </w:r>
    </w:p>
    <w:p>
      <w:pPr>
        <w:spacing w:before="0" w:after="60"/>
        <w:jc w:val="both"/>
      </w:pPr>
      <w:r>
        <w:rPr/>
        <w:t>c. swim – swim__________</w:t>
      </w:r>
    </w:p>
    <w:p>
      <w:pPr>
        <w:spacing w:before="0" w:after="60"/>
        <w:jc w:val="both"/>
      </w:pPr>
      <w:r>
        <w:rPr/>
        <w:t>d. read – read__________</w:t>
      </w:r>
    </w:p>
    <w:p>
      <w:pPr>
        <w:spacing w:before="0" w:after="60"/>
        <w:jc w:val="both"/>
      </w:pPr>
      <w:r>
        <w:rPr/>
        <w:t>e. dance – danc__________</w:t>
      </w:r>
    </w:p>
    <w:p>
      <w:pPr>
        <w:spacing w:before="0" w:after="60"/>
        <w:jc w:val="both"/>
      </w:pPr>
      <w:r>
        <w:rPr/>
        <w:t>f. run – run__________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3. Sort the time words.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מיינו את מילות הזמן.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صنّف كلمات الزمن.</w:t>
      </w:r>
    </w:p>
    <w:p>
      <w:pPr>
        <w:spacing w:before="0" w:after="80"/>
        <w:jc w:val="both"/>
      </w:pPr>
      <w:r>
        <w:rPr>
          <w:color w:val="1D4ED8"/>
          <w:sz w:val="24"/>
          <w:szCs w:val="24"/>
        </w:rPr>
        <w:t>Words: always  |  now  |  never  |  at the moment  |  every week  |  right now  |  sometimes  |  today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9"/>
        <w:gridCol w:w="4989"/>
      </w:tblGrid>
      <w:tr>
        <w:tc>
          <w:tcPr>
            <w:tcW w:type="dxa" w:w="4989"/>
            <w:shd w:val="clear" w:color="auto" w:fill="1d4ed8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Present simple</w:t>
            </w:r>
          </w:p>
        </w:tc>
        <w:tc>
          <w:tcPr>
            <w:tcW w:type="dxa" w:w="4989"/>
            <w:shd w:val="clear" w:color="auto" w:fill="1d4ed8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Present progressive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br/>
              <w:br/>
              <w:br/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br/>
              <w:br/>
              <w:br/>
            </w:r>
          </w:p>
        </w:tc>
      </w:tr>
    </w:tbl>
    <w:p>
      <w:pPr>
        <w:spacing w:before="0" w:after="4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4. Complete with am, is or are.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השלימו עם ‎am, is‎ או ‎are‎.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أكمل بـ ‎am‎ أو ‎is‎ أو ‎are‎.</w:t>
      </w:r>
    </w:p>
    <w:p>
      <w:pPr>
        <w:spacing w:before="0" w:after="60"/>
        <w:jc w:val="both"/>
      </w:pPr>
      <w:r>
        <w:rPr/>
        <w:t>a. I __________ doing my homework.</w:t>
      </w:r>
    </w:p>
    <w:p>
      <w:pPr>
        <w:spacing w:before="0" w:after="60"/>
        <w:jc w:val="both"/>
      </w:pPr>
      <w:r>
        <w:rPr/>
        <w:t>b. Tamar __________ talking on the phone.</w:t>
      </w:r>
    </w:p>
    <w:p>
      <w:pPr>
        <w:spacing w:before="0" w:after="60"/>
        <w:jc w:val="both"/>
      </w:pPr>
      <w:r>
        <w:rPr/>
        <w:t>c. The children __________ playing in the yard.</w:t>
      </w:r>
    </w:p>
    <w:p>
      <w:pPr>
        <w:spacing w:before="0" w:after="60"/>
        <w:jc w:val="both"/>
      </w:pPr>
      <w:r>
        <w:rPr/>
        <w:t>d. We __________ waiting for the bus.</w:t>
      </w:r>
    </w:p>
    <w:p>
      <w:pPr>
        <w:spacing w:before="0" w:after="60"/>
        <w:jc w:val="both"/>
      </w:pPr>
      <w:r>
        <w:rPr/>
        <w:t>e. It __________ raining outside.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5. Circle the correct answer.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הקיפו את התשובה הנכונה.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ضع دائرة حول الإجابة الصحيحة.</w:t>
      </w:r>
    </w:p>
    <w:p>
      <w:pPr>
        <w:spacing w:before="0" w:after="20"/>
        <w:jc w:val="both"/>
      </w:pPr>
      <w:r>
        <w:rPr/>
        <w:t>a. Daniel ___ his teeth every morning.</w:t>
      </w:r>
    </w:p>
    <w:p>
      <w:pPr>
        <w:spacing w:before="0" w:after="80"/>
        <w:jc w:val="both"/>
      </w:pPr>
      <w:r>
        <w:rPr/>
        <w:t xml:space="preserve">   ○ brushes      ○ is brushing</w:t>
      </w:r>
    </w:p>
    <w:p>
      <w:pPr>
        <w:spacing w:before="0" w:after="20"/>
        <w:jc w:val="both"/>
      </w:pPr>
      <w:r>
        <w:rPr/>
        <w:t>b. Shh! Grandpa ___ a nap.</w:t>
      </w:r>
    </w:p>
    <w:p>
      <w:pPr>
        <w:spacing w:before="0" w:after="80"/>
        <w:jc w:val="both"/>
      </w:pPr>
      <w:r>
        <w:rPr/>
        <w:t xml:space="preserve">   ○ takes      ○ is taking</w:t>
      </w:r>
    </w:p>
    <w:p>
      <w:pPr>
        <w:spacing w:before="0" w:after="20"/>
        <w:jc w:val="both"/>
      </w:pPr>
      <w:r>
        <w:rPr/>
        <w:t>c. Cats ___ milk.</w:t>
      </w:r>
    </w:p>
    <w:p>
      <w:pPr>
        <w:spacing w:before="0" w:after="80"/>
        <w:jc w:val="both"/>
      </w:pPr>
      <w:r>
        <w:rPr/>
        <w:t xml:space="preserve">   ○ are liking      ○ like</w:t>
      </w:r>
    </w:p>
    <w:p>
      <w:pPr>
        <w:spacing w:before="0" w:after="20"/>
        <w:jc w:val="both"/>
      </w:pPr>
      <w:r>
        <w:rPr/>
        <w:t>d. Look! Ariel ___ a kite.</w:t>
      </w:r>
    </w:p>
    <w:p>
      <w:pPr>
        <w:spacing w:before="0" w:after="80"/>
        <w:jc w:val="both"/>
      </w:pPr>
      <w:r>
        <w:rPr/>
        <w:t xml:space="preserve">   ○ is flying      ○ flies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6. Complete with the present simple of the verb in brackets.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השלימו ב-‎present simple‎ של הפועל שבסוגריים.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أكمل بصيغة ‎present simple‎ للفعل الذي بين القوسين.</w:t>
      </w:r>
    </w:p>
    <w:p>
      <w:pPr>
        <w:spacing w:before="0" w:after="60"/>
        <w:jc w:val="both"/>
      </w:pPr>
      <w:r>
        <w:rPr/>
        <w:t>a. Yoav __________ (go) to the library on Sundays.</w:t>
      </w:r>
    </w:p>
    <w:p>
      <w:pPr>
        <w:spacing w:before="0" w:after="60"/>
        <w:jc w:val="both"/>
      </w:pPr>
      <w:r>
        <w:rPr/>
        <w:t>b. My sister __________ (watch) cartoons after school.</w:t>
      </w:r>
    </w:p>
    <w:p>
      <w:pPr>
        <w:spacing w:before="0" w:after="60"/>
        <w:jc w:val="both"/>
      </w:pPr>
      <w:r>
        <w:rPr/>
        <w:t>c. We __________ (eat) dinner at seven o'clock.</w:t>
      </w:r>
    </w:p>
    <w:p>
      <w:pPr>
        <w:spacing w:before="0" w:after="60"/>
        <w:jc w:val="both"/>
      </w:pPr>
      <w:r>
        <w:rPr/>
        <w:t>d. The bus __________ (stop) near my house.</w:t>
      </w:r>
    </w:p>
    <w:p>
      <w:pPr>
        <w:spacing w:before="0" w:after="60"/>
        <w:jc w:val="both"/>
      </w:pPr>
      <w:r>
        <w:rPr/>
        <w:t>e. Noa __________ (study) English twice a week.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7. Complete the table.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השלימו את הטבלה.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أكمل الجدول.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9"/>
        <w:gridCol w:w="4989"/>
      </w:tblGrid>
      <w:tr>
        <w:tc>
          <w:tcPr>
            <w:tcW w:type="dxa" w:w="4989"/>
            <w:shd w:val="clear" w:color="auto" w:fill="1d4ed8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Every day</w:t>
            </w:r>
          </w:p>
        </w:tc>
        <w:tc>
          <w:tcPr>
            <w:tcW w:type="dxa" w:w="4989"/>
            <w:shd w:val="clear" w:color="auto" w:fill="1d4ed8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Right now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I read a book.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He is cooking.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They play soccer.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She is singing.</w:t>
            </w:r>
          </w:p>
        </w:tc>
      </w:tr>
    </w:tbl>
    <w:p>
      <w:pPr>
        <w:spacing w:before="0" w:after="4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8. True or false? Correct the false sentences.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נכון או לא נכון? תקנו את המשפטים הלא נכונים.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صحيح أم خطأ؟ صحّح الجمل الخاطئة.</w:t>
      </w:r>
    </w:p>
    <w:p>
      <w:pPr>
        <w:spacing w:before="0" w:after="60"/>
        <w:jc w:val="both"/>
      </w:pPr>
      <w:r>
        <w:rPr/>
        <w:t>a. «She is liking chocolate» is a correct sentence.      True / False</w:t>
      </w:r>
    </w:p>
    <w:p>
      <w:pPr>
        <w:spacing w:before="0" w:after="60"/>
        <w:jc w:val="both"/>
      </w:pPr>
      <w:r>
        <w:rPr/>
        <w:t>b. We use «now» with the present progressive.      True / False</w:t>
      </w:r>
    </w:p>
    <w:p>
      <w:pPr>
        <w:spacing w:before="0" w:after="60"/>
        <w:jc w:val="both"/>
      </w:pPr>
      <w:r>
        <w:rPr/>
        <w:t>c. With «he» in the present simple, we add -s to the verb.      True / False</w:t>
      </w:r>
    </w:p>
    <w:p>
      <w:pPr>
        <w:spacing w:before="0" w:after="60"/>
        <w:jc w:val="both"/>
      </w:pPr>
      <w:r>
        <w:rPr/>
        <w:t>d. «Does Tom playing?» is a correct question.      True / False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9. Make the sentences negative.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הפכו את המשפטים לשלילה.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حوّل الجمل إلى النفي.</w:t>
      </w:r>
    </w:p>
    <w:p>
      <w:pPr>
        <w:spacing w:before="0" w:after="60"/>
        <w:jc w:val="both"/>
      </w:pPr>
      <w:r>
        <w:rPr/>
        <w:t>a. Omer plays the guitar. → Omer __________ the guitar.</w:t>
      </w:r>
    </w:p>
    <w:p>
      <w:pPr>
        <w:spacing w:before="0" w:after="60"/>
        <w:jc w:val="both"/>
      </w:pPr>
      <w:r>
        <w:rPr/>
        <w:t>b. They are swimming now. → They __________ now.</w:t>
      </w:r>
    </w:p>
    <w:p>
      <w:pPr>
        <w:spacing w:before="0" w:after="60"/>
        <w:jc w:val="both"/>
      </w:pPr>
      <w:r>
        <w:rPr/>
        <w:t>c. I like spinach. → I __________ spinach.</w:t>
      </w:r>
    </w:p>
    <w:p>
      <w:pPr>
        <w:spacing w:before="0" w:after="60"/>
        <w:jc w:val="both"/>
      </w:pPr>
      <w:r>
        <w:rPr/>
        <w:t>d. Maya is drawing a picture. → Maya __________ a picture.</w:t>
      </w:r>
    </w:p>
    <w:p>
      <w:pPr>
        <w:spacing w:before="120" w:after="40"/>
        <w:jc w:val="center"/>
      </w:pPr>
      <w:r>
        <w:rPr>
          <w:rFonts w:ascii="Arial Black" w:hAnsi="Arial Black" w:cs="Arial Black"/>
          <w:b/>
          <w:bCs/>
          <w:color w:val="1D4ED8"/>
          <w:sz w:val="30"/>
          <w:szCs w:val="30"/>
        </w:rPr>
        <w:t>A Busy Saturday</w:t>
      </w:r>
    </w:p>
    <w:p>
      <w:pPr>
        <w:spacing w:before="0" w:after="80"/>
        <w:jc w:val="both"/>
      </w:pPr>
      <w:r>
        <w:rPr/>
        <w:t>It is Saturday morning. Ariel usually sleeps late on Saturdays, but today he is sitting in the kitchen at eight o'clock. Why? Today his family is going to the beach!</w:t>
      </w:r>
    </w:p>
    <w:p>
      <w:pPr>
        <w:spacing w:before="0" w:after="80"/>
        <w:jc w:val="both"/>
      </w:pPr>
      <w:r>
        <w:rPr/>
        <w:t>Ariel's mom always makes sandwiches for trips. Right now she is putting them into a big bag. His dad is looking for the umbrella. Ariel's little sister, Noa, is very excited. She is jumping up and down and singing a song about the sea.</w:t>
      </w:r>
    </w:p>
    <w:p>
      <w:pPr>
        <w:spacing w:before="0" w:after="80"/>
        <w:jc w:val="both"/>
      </w:pPr>
      <w:r>
        <w:rPr/>
        <w:t>Ariel loves the beach. He swims in the sea every summer, and he often plays matkot with his dad. At the moment, he is packing a ball, a towel and his sunglasses. "Hurry up!" says Dad. "The car is waiting!"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11. Read the text and circle the correct answer.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קראו את הטקסט והקיפו את התשובה הנכונה.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اقرأ النص وضع دائرة حول الإجابة الصحيحة.</w:t>
      </w:r>
    </w:p>
    <w:p>
      <w:pPr>
        <w:spacing w:before="0" w:after="20"/>
        <w:jc w:val="both"/>
      </w:pPr>
      <w:r>
        <w:rPr/>
        <w:t>a. What does Ariel usually do on Saturdays?</w:t>
      </w:r>
    </w:p>
    <w:p>
      <w:pPr>
        <w:spacing w:before="0" w:after="80"/>
        <w:jc w:val="both"/>
      </w:pPr>
      <w:r>
        <w:rPr/>
        <w:t xml:space="preserve">   ○ He goes to the beach.      ○ He sleeps late.      ○ He makes sandwiches.</w:t>
      </w:r>
    </w:p>
    <w:p>
      <w:pPr>
        <w:spacing w:before="0" w:after="20"/>
        <w:jc w:val="both"/>
      </w:pPr>
      <w:r>
        <w:rPr/>
        <w:t>b. What is Mom doing right now?</w:t>
      </w:r>
    </w:p>
    <w:p>
      <w:pPr>
        <w:spacing w:before="0" w:after="80"/>
        <w:jc w:val="both"/>
      </w:pPr>
      <w:r>
        <w:rPr/>
        <w:t xml:space="preserve">   ○ She is putting sandwiches in a bag.      ○ She is looking for the umbrella.      ○ She is singing.</w:t>
      </w:r>
    </w:p>
    <w:p>
      <w:pPr>
        <w:spacing w:before="0" w:after="20"/>
        <w:jc w:val="both"/>
      </w:pPr>
      <w:r>
        <w:rPr/>
        <w:t>c. Who is jumping?</w:t>
      </w:r>
    </w:p>
    <w:p>
      <w:pPr>
        <w:spacing w:before="0" w:after="80"/>
        <w:jc w:val="both"/>
      </w:pPr>
      <w:r>
        <w:rPr/>
        <w:t xml:space="preserve">   ○ Dad      ○ Ariel      ○ Noa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12. Copy the verb from each sentence in the text and write PS (present simple) or PP (present progressive).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העתיקו את הפועל מכל משפט בטקסט וכתבו ‎PS (present simple)‎ או ‎PP (present progressive)‎.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انسخ الفعل من كل جملة في النص واكتب ‎PS (present simple)‎ أو ‎PP (present progressive)‎.</w:t>
      </w:r>
    </w:p>
    <w:p>
      <w:pPr>
        <w:spacing w:before="0" w:after="100"/>
        <w:jc w:val="both"/>
      </w:pPr>
      <w:r>
        <w:rPr/>
        <w:t>a. Ariel usually sleeps late on Saturdays.</w:t>
      </w:r>
    </w:p>
    <w:p>
      <w:pPr>
        <w:spacing w:before="0" w:after="100"/>
        <w:jc w:val="both"/>
      </w:pPr>
      <w:r>
        <w:rPr/>
        <w:t>b. His dad is looking for the umbrella.</w:t>
      </w:r>
    </w:p>
    <w:p>
      <w:pPr>
        <w:spacing w:before="0" w:after="100"/>
        <w:jc w:val="both"/>
      </w:pPr>
      <w:r>
        <w:rPr/>
        <w:t>c. He often plays matkot with his dad.</w:t>
      </w:r>
    </w:p>
    <w:p>
      <w:pPr>
        <w:spacing w:before="0" w:after="100"/>
        <w:jc w:val="both"/>
      </w:pPr>
      <w:r>
        <w:rPr/>
        <w:t>d. He is packing a ball.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13. True or false? Write the words from the text that show it.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נכון או לא נכון? כתבו את המילים מהטקסט שמראות זאת.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صحيح أم خطأ؟ اكتب الكلمات من النص التي تُظهر ذلك.</w:t>
      </w:r>
    </w:p>
    <w:p>
      <w:pPr>
        <w:spacing w:before="0" w:after="60"/>
        <w:jc w:val="both"/>
      </w:pPr>
      <w:r>
        <w:rPr/>
        <w:t>a. Ariel is sitting in the living room.      True / False</w:t>
      </w:r>
    </w:p>
    <w:p>
      <w:pPr>
        <w:spacing w:before="0" w:after="60"/>
        <w:jc w:val="both"/>
      </w:pPr>
      <w:r>
        <w:rPr/>
        <w:t>b. Ariel's mom always makes sandwiches for trips.      True / False</w:t>
      </w:r>
    </w:p>
    <w:p>
      <w:pPr>
        <w:spacing w:before="0" w:after="60"/>
        <w:jc w:val="both"/>
      </w:pPr>
      <w:r>
        <w:rPr/>
        <w:t>c. Ariel never plays matkot.      True / False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14. Write 4 sentences: two about what you usually do on Saturdays, and two about what you or your family are doing right now.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כתבו 4 משפטים: שניים על מה שאתם בדרך כלל עושים בשבת, ושניים על מה שאתם או המשפחה שלכם עושים ממש עכשיו.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اكتب 4 جمل: جملتين عمّا تفعله عادةً يوم السبت، وجملتين عمّا تفعله أنت أو عائلتك الآن.</w:t>
      </w:r>
    </w:p>
    <w:p>
      <w:pPr>
        <w:spacing w:before="0" w:after="80"/>
        <w:jc w:val="both"/>
      </w:pPr>
      <w:r>
        <w:rPr>
          <w:color w:val="99A3B5"/>
        </w:rPr>
        <w:t>________________________________________________________________________</w:t>
      </w:r>
    </w:p>
    <w:p>
      <w:pPr>
        <w:spacing w:before="0" w:after="80"/>
        <w:jc w:val="both"/>
      </w:pPr>
      <w:r>
        <w:rPr>
          <w:color w:val="99A3B5"/>
        </w:rPr>
        <w:t>________________________________________________________________________</w:t>
      </w:r>
    </w:p>
    <w:p>
      <w:pPr>
        <w:spacing w:before="0" w:after="80"/>
        <w:jc w:val="both"/>
      </w:pPr>
      <w:r>
        <w:rPr>
          <w:color w:val="99A3B5"/>
        </w:rPr>
        <w:t>________________________________________________________________________</w:t>
      </w:r>
    </w:p>
    <w:p>
      <w:pPr>
        <w:spacing w:before="0" w:after="80"/>
        <w:jc w:val="both"/>
      </w:pPr>
      <w:r>
        <w:rPr>
          <w:color w:val="99A3B5"/>
        </w:rPr>
        <w:t>________________________________________________________________________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cs="Calibri"/>
      <w:sz w:val="25"/>
      <w:szCs w:val="25"/>
      <w:lang w:val="en-US" w:bidi="en-U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