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spacing w:before="0" w:after="120"/>
        <w:jc w:val="both"/>
      </w:pPr>
      <w:r>
        <w:rPr>
          <w:rFonts w:ascii="Arial" w:hAnsi="Arial" w:cs="Arial"/>
          <w:color w:val="5B6476"/>
          <w:sz w:val="20"/>
          <w:szCs w:val="20"/>
        </w:rPr>
        <w:t>English · Grade 6   |   Worksheet – Answer Key</w:t>
      </w:r>
    </w:p>
    <w:p>
      <w:pPr>
        <w:spacing w:before="0" w:after="40"/>
        <w:jc w:val="left"/>
      </w:pP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🔑 Answer Key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he-IL"/>
        </w:rPr>
        <w:t xml:space="preserve">מחוון</w:t>
      </w:r>
      <w:r>
        <w:rPr>
          <w:sz w:val="36"/>
          <w:szCs w:val="36"/>
        </w:rPr>
        <w:t>‎</w:t>
      </w:r>
      <w:r>
        <w:rPr>
          <w:rFonts w:ascii="Arial" w:hAnsi="Arial" w:cs="Arial"/>
          <w:b/>
          <w:bCs/>
          <w:color w:val="0F7A4F"/>
          <w:sz w:val="36"/>
          <w:szCs w:val="36"/>
        </w:rPr>
        <w:t xml:space="preserve"> · </w:t>
      </w:r>
      <w:r>
        <w:rPr>
          <w:rFonts w:ascii="Arial" w:hAnsi="Arial" w:cs="Arial"/>
          <w:b/>
          <w:bCs/>
          <w:color w:val="0F7A4F"/>
          <w:sz w:val="36"/>
          <w:szCs w:val="36"/>
          <w:rtl/>
          <w:lang w:val="en-US" w:bidi="ar-SA"/>
        </w:rPr>
        <w:t xml:space="preserve">مفتاح الإجابات</w:t>
      </w:r>
      <w:r>
        <w:rPr>
          <w:sz w:val="36"/>
          <w:szCs w:val="36"/>
        </w:rPr>
        <w:t>‎</w:t>
      </w:r>
    </w:p>
    <w:p>
      <w:pPr>
        <w:spacing w:before="0" w:after="120"/>
        <w:jc w:val="both"/>
      </w:pPr>
      <w:r>
        <w:rPr>
          <w:rFonts w:ascii="Arial Black" w:hAnsi="Arial Black" w:cs="Arial Black"/>
          <w:b/>
          <w:bCs/>
          <w:color w:val="0F7A4F"/>
          <w:sz w:val="32"/>
          <w:szCs w:val="32"/>
        </w:rPr>
        <w:t>Present simple or present progressive?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1. Match the time words to the tense.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התאימו את מילות הזמן לזמן הדקדוקי.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صِل كلمات الزمن بالزمن المناسب.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A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Column B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1. every day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[4] present progressive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2. right now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[5] present simple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3. usually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[3] present simple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4. at the moment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[2] present progressive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5. on Fridays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[1] present simple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6. Look!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[6] present progressive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2. Write the -ing form of the verb.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את צורת ה-‎ing‎ של הפועל.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صيغة الـ ‎ing‎ للفعل.</w:t>
      </w:r>
    </w:p>
    <w:p>
      <w:pPr>
        <w:spacing w:before="0" w:after="40"/>
        <w:jc w:val="both"/>
      </w:pPr>
      <w:r>
        <w:rPr/>
        <w:t>a. play – playing</w:t>
      </w:r>
    </w:p>
    <w:p>
      <w:pPr>
        <w:spacing w:before="0" w:after="40"/>
        <w:jc w:val="both"/>
      </w:pPr>
      <w:r>
        <w:rPr/>
        <w:t>b. write – writing</w:t>
      </w:r>
    </w:p>
    <w:p>
      <w:pPr>
        <w:spacing w:before="0" w:after="40"/>
        <w:jc w:val="both"/>
      </w:pPr>
      <w:r>
        <w:rPr/>
        <w:t>c. swim – swimming</w:t>
      </w:r>
    </w:p>
    <w:p>
      <w:pPr>
        <w:spacing w:before="0" w:after="40"/>
        <w:jc w:val="both"/>
      </w:pPr>
      <w:r>
        <w:rPr/>
        <w:t>d. read – reading</w:t>
      </w:r>
    </w:p>
    <w:p>
      <w:pPr>
        <w:spacing w:before="0" w:after="40"/>
        <w:jc w:val="both"/>
      </w:pPr>
      <w:r>
        <w:rPr/>
        <w:t>e. dance – dancing</w:t>
      </w:r>
    </w:p>
    <w:p>
      <w:pPr>
        <w:spacing w:before="0" w:after="40"/>
        <w:jc w:val="both"/>
      </w:pPr>
      <w:r>
        <w:rPr/>
        <w:t>f. run – running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3. Sort the time words.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מיינו את מילות הזמן.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صنّف كلمات الزمن.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Present simple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Present progressive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always, never, every week, sometimes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now, at the moment, right now, today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4. Complete with am, is or are.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עם ‎am, is‎ או ‎are‎.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بـ ‎am‎ أو ‎is‎ أو ‎are‎.</w:t>
      </w:r>
    </w:p>
    <w:p>
      <w:pPr>
        <w:spacing w:before="0" w:after="40"/>
        <w:jc w:val="both"/>
      </w:pPr>
      <w:r>
        <w:rPr/>
        <w:t>a. I am doing my homework.</w:t>
      </w:r>
    </w:p>
    <w:p>
      <w:pPr>
        <w:spacing w:before="0" w:after="40"/>
        <w:jc w:val="both"/>
      </w:pPr>
      <w:r>
        <w:rPr/>
        <w:t>b. Tamar is talking on the phone.</w:t>
      </w:r>
    </w:p>
    <w:p>
      <w:pPr>
        <w:spacing w:before="0" w:after="40"/>
        <w:jc w:val="both"/>
      </w:pPr>
      <w:r>
        <w:rPr/>
        <w:t>c. The children are playing in the yard.</w:t>
      </w:r>
    </w:p>
    <w:p>
      <w:pPr>
        <w:spacing w:before="0" w:after="40"/>
        <w:jc w:val="both"/>
      </w:pPr>
      <w:r>
        <w:rPr/>
        <w:t>d. We are waiting for the bus.</w:t>
      </w:r>
    </w:p>
    <w:p>
      <w:pPr>
        <w:spacing w:before="0" w:after="40"/>
        <w:jc w:val="both"/>
      </w:pPr>
      <w:r>
        <w:rPr/>
        <w:t>e. It is raining outside.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5.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ضع دائرة حول الإجابة الصحيحة.</w:t>
      </w:r>
    </w:p>
    <w:p>
      <w:pPr>
        <w:spacing w:before="0" w:after="20"/>
        <w:jc w:val="both"/>
      </w:pPr>
      <w:r>
        <w:rPr/>
        <w:t>a. Daniel ___ his teeth every morning.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brushes</w:t>
      </w:r>
    </w:p>
    <w:p>
      <w:pPr>
        <w:spacing w:before="0" w:after="20"/>
        <w:jc w:val="both"/>
      </w:pPr>
      <w:r>
        <w:rPr/>
        <w:t>b. Shh! Grandpa ___ a nap.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is taking</w:t>
      </w:r>
    </w:p>
    <w:p>
      <w:pPr>
        <w:spacing w:before="0" w:after="20"/>
        <w:jc w:val="both"/>
      </w:pPr>
      <w:r>
        <w:rPr/>
        <w:t>c. Cats ___ milk.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like</w:t>
      </w:r>
    </w:p>
    <w:p>
      <w:pPr>
        <w:spacing w:before="0" w:after="20"/>
        <w:jc w:val="both"/>
      </w:pPr>
      <w:r>
        <w:rPr/>
        <w:t>d. Look! Ariel ___ a kite.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is flying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6. Complete with the present simple of the verb in brackets.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ב-‎present simple‎ של הפועל שבסוגריים.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بصيغة ‎present simple‎ للفعل الذي بين القوسين.</w:t>
      </w:r>
    </w:p>
    <w:p>
      <w:pPr>
        <w:spacing w:before="0" w:after="40"/>
        <w:jc w:val="both"/>
      </w:pPr>
      <w:r>
        <w:rPr/>
        <w:t>a. Yoav goes (go) to the library on Sundays.</w:t>
      </w:r>
    </w:p>
    <w:p>
      <w:pPr>
        <w:spacing w:before="0" w:after="40"/>
        <w:jc w:val="both"/>
      </w:pPr>
      <w:r>
        <w:rPr/>
        <w:t>b. My sister watches (watch) cartoons after school.</w:t>
      </w:r>
    </w:p>
    <w:p>
      <w:pPr>
        <w:spacing w:before="0" w:after="40"/>
        <w:jc w:val="both"/>
      </w:pPr>
      <w:r>
        <w:rPr/>
        <w:t>c. We eat (eat) dinner at seven o'clock.</w:t>
      </w:r>
    </w:p>
    <w:p>
      <w:pPr>
        <w:spacing w:before="0" w:after="40"/>
        <w:jc w:val="both"/>
      </w:pPr>
      <w:r>
        <w:rPr/>
        <w:t>d. The bus stops (stop) near my house.</w:t>
      </w:r>
    </w:p>
    <w:p>
      <w:pPr>
        <w:spacing w:before="0" w:after="40"/>
        <w:jc w:val="both"/>
      </w:pPr>
      <w:r>
        <w:rPr/>
        <w:t>e. Noa studies (study) English twice a week.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7. Complete the table.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השלימו את הטבלה.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أكمل الجدول.</w:t>
      </w:r>
    </w:p>
    <w:tbl>
      <w:tblPr>
        <w:tblStyle w:val="TableGrid"/>
        <w:tblW w:type="auto" w:w="0"/>
        <w:tblLook w:firstColumn="1" w:firstRow="1" w:lastColumn="0" w:lastRow="0" w:noHBand="0" w:noVBand="1" w:val="04A0"/>
      </w:tblPr>
      <w:tblGrid>
        <w:gridCol w:w="4989"/>
        <w:gridCol w:w="4989"/>
      </w:tblGrid>
      <w:tr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Every day</w:t>
            </w:r>
          </w:p>
        </w:tc>
        <w:tc>
          <w:tcPr>
            <w:tcW w:type="dxa" w:w="4989"/>
            <w:shd w:val="clear" w:color="auto" w:fill="1d4ed8"/>
          </w:tcPr>
          <w:p>
            <w:pPr>
              <w:spacing w:before="0" w:after="40"/>
              <w:jc w:val="both"/>
            </w:pPr>
            <w:r>
              <w:rPr>
                <w:b/>
                <w:bCs/>
                <w:color w:val="FFFFFF"/>
              </w:rPr>
              <w:t>Right now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I read a book.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I am reading a book.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He cooks.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He is cooking.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They play soccer.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They are playing soccer.</w:t>
            </w:r>
          </w:p>
        </w:tc>
      </w:tr>
      <w:tr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>
                <w:color w:val="0F7A4F"/>
              </w:rPr>
              <w:t>She sings.</w:t>
            </w:r>
          </w:p>
        </w:tc>
        <w:tc>
          <w:tcPr>
            <w:tcW w:type="dxa" w:w="4989"/>
          </w:tcPr>
          <w:p>
            <w:pPr>
              <w:spacing w:before="0" w:after="40"/>
              <w:jc w:val="both"/>
            </w:pPr>
            <w:r>
              <w:rPr/>
              <w:t>She is singing.</w:t>
            </w:r>
          </w:p>
        </w:tc>
      </w:tr>
    </w:tbl>
    <w:p>
      <w:pPr>
        <w:spacing w:before="0" w:after="40"/>
        <w:jc w:val="both"/>
      </w:pP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8. True or false? Correct the false sentences.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תקנו את המשפטים הלא נכונים.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صحّح الجمل الخاطئة.</w:t>
      </w:r>
    </w:p>
    <w:p>
      <w:pPr>
        <w:spacing w:before="0" w:after="40"/>
        <w:jc w:val="both"/>
      </w:pPr>
      <w:r>
        <w:rPr/>
        <w:t>a. «She is liking chocolate» is a correct sentence. – False – She likes chocolate.</w:t>
      </w:r>
    </w:p>
    <w:p>
      <w:pPr>
        <w:spacing w:before="0" w:after="40"/>
        <w:jc w:val="both"/>
      </w:pPr>
      <w:r>
        <w:rPr/>
        <w:t>b. We use «now» with the present progressive. – True</w:t>
      </w:r>
    </w:p>
    <w:p>
      <w:pPr>
        <w:spacing w:before="0" w:after="40"/>
        <w:jc w:val="both"/>
      </w:pPr>
      <w:r>
        <w:rPr/>
        <w:t>c. With «he» in the present simple, we add -s to the verb. – True</w:t>
      </w:r>
    </w:p>
    <w:p>
      <w:pPr>
        <w:spacing w:before="0" w:after="40"/>
        <w:jc w:val="both"/>
      </w:pPr>
      <w:r>
        <w:rPr/>
        <w:t>d. «Does Tom playing?» is a correct question. – False – Is Tom playing? / Does Tom play?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9. Make the sentences negative.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הפכו את המשפטים לשלילה.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حوّل الجمل إلى النفي.</w:t>
      </w:r>
    </w:p>
    <w:p>
      <w:pPr>
        <w:spacing w:before="0" w:after="40"/>
        <w:jc w:val="both"/>
      </w:pPr>
      <w:r>
        <w:rPr/>
        <w:t>a. Omer plays the guitar. → Omer doesn't play the guitar.</w:t>
      </w:r>
    </w:p>
    <w:p>
      <w:pPr>
        <w:spacing w:before="0" w:after="40"/>
        <w:jc w:val="both"/>
      </w:pPr>
      <w:r>
        <w:rPr/>
        <w:t>b. They are swimming now. → They aren't swimming now.</w:t>
      </w:r>
    </w:p>
    <w:p>
      <w:pPr>
        <w:spacing w:before="0" w:after="40"/>
        <w:jc w:val="both"/>
      </w:pPr>
      <w:r>
        <w:rPr/>
        <w:t>c. I like spinach. → I don't like spinach.</w:t>
      </w:r>
    </w:p>
    <w:p>
      <w:pPr>
        <w:spacing w:before="0" w:after="40"/>
        <w:jc w:val="both"/>
      </w:pPr>
      <w:r>
        <w:rPr/>
        <w:t>d. Maya is drawing a picture. → Maya isn't drawing a picture.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11. Read the text and circle the correct answer.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קראו את הטקסט והקיפו את התשובה הנכונה.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اقرأ النص وضع دائرة حول الإجابة الصحيحة.</w:t>
      </w:r>
    </w:p>
    <w:p>
      <w:pPr>
        <w:spacing w:before="0" w:after="20"/>
        <w:jc w:val="both"/>
      </w:pPr>
      <w:r>
        <w:rPr/>
        <w:t>a. What does Ariel usually do on Saturdays?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He sleeps late.</w:t>
      </w:r>
    </w:p>
    <w:p>
      <w:pPr>
        <w:spacing w:before="0" w:after="20"/>
        <w:jc w:val="both"/>
      </w:pPr>
      <w:r>
        <w:rPr/>
        <w:t>b. What is Mom doing right now?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She is putting sandwiches in a bag.</w:t>
      </w:r>
    </w:p>
    <w:p>
      <w:pPr>
        <w:spacing w:before="0" w:after="20"/>
        <w:jc w:val="both"/>
      </w:pPr>
      <w:r>
        <w:rPr/>
        <w:t>c. Who is jumping?</w:t>
      </w:r>
    </w:p>
    <w:p>
      <w:pPr>
        <w:spacing w:before="0" w:after="80"/>
        <w:jc w:val="both"/>
      </w:pPr>
      <w:r>
        <w:rPr>
          <w:b/>
          <w:bCs/>
          <w:color w:val="0F7A4F"/>
        </w:rPr>
        <w:t xml:space="preserve">   ✔ Noa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12. Copy the verb from each sentence in the text and write PS (present simple) or PP (present progressive).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העתיקו את הפועל מכל משפט בטקסט וכתבו ‎PS (present simple)‎ או ‎PP (present progressive)‎.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انسخ الفعل من كل جملة في النص واكتب ‎PS (present simple)‎ أو ‎PP (present progressive)‎.</w:t>
      </w:r>
    </w:p>
    <w:p>
      <w:pPr>
        <w:spacing w:before="0" w:after="100"/>
        <w:jc w:val="both"/>
      </w:pPr>
      <w:r>
        <w:rPr/>
        <w:t>a. Ariel usually sleeps late on Saturdays.  → sleeps – PS</w:t>
      </w:r>
    </w:p>
    <w:p>
      <w:pPr>
        <w:spacing w:before="0" w:after="100"/>
        <w:jc w:val="both"/>
      </w:pPr>
      <w:r>
        <w:rPr/>
        <w:t>b. His dad is looking for the umbrella.  → is looking – PP</w:t>
      </w:r>
    </w:p>
    <w:p>
      <w:pPr>
        <w:spacing w:before="0" w:after="100"/>
        <w:jc w:val="both"/>
      </w:pPr>
      <w:r>
        <w:rPr/>
        <w:t>c. He often plays matkot with his dad.  → plays – PS</w:t>
      </w:r>
    </w:p>
    <w:p>
      <w:pPr>
        <w:spacing w:before="0" w:after="100"/>
        <w:jc w:val="both"/>
      </w:pPr>
      <w:r>
        <w:rPr/>
        <w:t>d. He is packing a ball.  → is packing – PP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13. True or false? Write the words from the text that show it.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נכון או לא נכון? כתבו את המילים מהטקסט שמראות זאת.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صحيح أم خطأ؟ اكتب الكلمات من النص التي تُظهر ذلك.</w:t>
      </w:r>
    </w:p>
    <w:p>
      <w:pPr>
        <w:spacing w:before="0" w:after="40"/>
        <w:jc w:val="both"/>
      </w:pPr>
      <w:r>
        <w:rPr/>
        <w:t>a. Ariel is sitting in the living room. – False – He is sitting in the kitchen.</w:t>
      </w:r>
    </w:p>
    <w:p>
      <w:pPr>
        <w:spacing w:before="0" w:after="40"/>
        <w:jc w:val="both"/>
      </w:pPr>
      <w:r>
        <w:rPr/>
        <w:t>b. Ariel's mom always makes sandwiches for trips. – True</w:t>
      </w:r>
    </w:p>
    <w:p>
      <w:pPr>
        <w:spacing w:before="0" w:after="40"/>
        <w:jc w:val="both"/>
      </w:pPr>
      <w:r>
        <w:rPr/>
        <w:t>c. Ariel never plays matkot. – False – He often plays matkot with his dad.</w:t>
      </w:r>
    </w:p>
    <w:p>
      <w:pPr>
        <w:spacing w:before="160" w:after="20"/>
        <w:jc w:val="both"/>
      </w:pPr>
      <w:r>
        <w:rPr>
          <w:b/>
          <w:bCs/>
          <w:sz w:val="26"/>
          <w:szCs w:val="26"/>
        </w:rPr>
        <w:t>14. Write 4 sentences: two about what you usually do on Saturdays, and two about what you or your family are doing right now.</w:t>
      </w:r>
    </w:p>
    <w:p>
      <w:pPr>
        <w:bidi/>
        <w:spacing w:before="0" w:after="0"/>
        <w:jc w:val="both"/>
      </w:pPr>
      <w:r>
        <w:rPr>
          <w:rFonts w:ascii="Arial" w:hAnsi="Arial" w:cs="Arial"/>
          <w:color w:val="6B7280"/>
          <w:sz w:val="20"/>
          <w:szCs w:val="20"/>
          <w:rtl/>
          <w:lang w:val="en-US" w:bidi="he-IL"/>
        </w:rPr>
        <w:t xml:space="preserve">כתבו 4 משפטים: שניים על מה שאתם בדרך כלל עושים בשבת, ושניים על מה שאתם או המשפחה שלכם עושים ממש עכשיו.</w:t>
      </w:r>
    </w:p>
    <w:p>
      <w:pPr>
        <w:bidi/>
        <w:spacing w:before="0" w:after="80"/>
        <w:jc w:val="both"/>
      </w:pPr>
      <w:r>
        <w:rPr>
          <w:rFonts w:ascii="Arial" w:hAnsi="Arial" w:cs="Arial"/>
          <w:color w:val="6B7280"/>
          <w:sz w:val="21"/>
          <w:szCs w:val="21"/>
          <w:rtl/>
          <w:lang w:val="en-US" w:bidi="ar-SA"/>
        </w:rPr>
        <w:t xml:space="preserve">اكتب 4 جمل: جملتين عمّا تفعله عادةً يوم السبت، وجملتين عمّا تفعله أنت أو عائلتك الآن.</w:t>
      </w:r>
    </w:p>
    <w:p>
      <w:pPr>
        <w:spacing w:before="0" w:after="80"/>
        <w:jc w:val="both"/>
      </w:pPr>
      <w:r>
        <w:rPr>
          <w:color w:val="0F7A4F"/>
        </w:rPr>
        <w:t>Possible answer: I usually visit my grandma on Saturdays. We often eat lunch together. Right now I am writing in my notebook. My brother is playing a computer game.</w:t>
      </w:r>
    </w:p>
    <w:sectPr w:rsidR="00FC693F" w:rsidRPr="0006063C" w:rsidSect="00034616">
      <w:footerReference w:type="default" r:id="rId9"/>
      <w:pgSz w:w="11906" w:h="16838"/>
      <w:pgMar w:top="850" w:right="964" w:bottom="907" w:left="964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spacing w:before="0" w:after="80"/>
      <w:jc w:val="center"/>
    </w:pPr>
    <w:r>
      <w:fldChar w:fldCharType="begin"/>
      <w:instrText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rPr>
      <w:rFonts w:ascii="Calibri" w:hAnsi="Calibri" w:cs="Calibri"/>
      <w:sz w:val="25"/>
      <w:szCs w:val="25"/>
      <w:lang w:val="en-US" w:bidi="en-US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/>
  <cp:keywords/>
  <dc:description/>
  <cp:lastModifiedBy/>
  <cp:revision>1</cp:revision>
  <dcterms:created xsi:type="dcterms:W3CDTF">2013-12-23T23:15:00Z</dcterms:created>
  <dcterms:modified xsi:type="dcterms:W3CDTF">2013-12-23T23:15:00Z</dcterms:modified>
  <cp:category/>
</cp:coreProperties>
</file>