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0F766E"/>
          <w:sz w:val="44"/>
          <w:szCs w:val="44"/>
        </w:rPr>
        <w:t>Past simple: negatives and questions</w:t>
      </w:r>
    </w:p>
    <w:p>
      <w:pPr>
        <w:bidi/>
        <w:spacing w:before="0" w:after="0"/>
        <w:jc w:val="both"/>
      </w:pPr>
      <w:r>
        <w:rPr>
          <w:rFonts w:ascii="Arial" w:hAnsi="Arial" w:cs="Arial"/>
          <w:color w:val="6B7280"/>
          <w:sz w:val="22"/>
          <w:szCs w:val="22"/>
          <w:rtl/>
          <w:lang w:val="en-US" w:bidi="he-IL"/>
        </w:rPr>
        <w:t xml:space="preserve">‎Past simple‎: שלילה ושאלות</w:t>
      </w:r>
    </w:p>
    <w:p>
      <w:pPr>
        <w:bidi/>
        <w:spacing w:before="0" w:after="120"/>
        <w:jc w:val="both"/>
      </w:pPr>
      <w:r>
        <w:rPr>
          <w:rFonts w:ascii="Arial" w:hAnsi="Arial" w:cs="Arial"/>
          <w:color w:val="6B7280"/>
          <w:sz w:val="23"/>
          <w:szCs w:val="23"/>
          <w:rtl/>
          <w:lang w:val="en-US" w:bidi="ar-SA"/>
        </w:rPr>
        <w:t xml:space="preserve">‎Past simple‎: النفي والأسئلة</w:t>
      </w:r>
    </w:p>
    <w:p>
      <w:pPr>
        <w:spacing w:before="160" w:after="20"/>
        <w:jc w:val="both"/>
      </w:pPr>
      <w:r>
        <w:rPr>
          <w:b/>
          <w:bCs/>
          <w:sz w:val="26"/>
          <w:szCs w:val="26"/>
        </w:rPr>
        <w:t>1. Match the verb to its past form.</w:t>
      </w:r>
    </w:p>
    <w:p>
      <w:pPr>
        <w:bidi/>
        <w:spacing w:before="0" w:after="0"/>
        <w:jc w:val="both"/>
      </w:pPr>
      <w:r>
        <w:rPr>
          <w:rFonts w:ascii="Arial" w:hAnsi="Arial" w:cs="Arial"/>
          <w:color w:val="6B7280"/>
          <w:sz w:val="20"/>
          <w:szCs w:val="20"/>
          <w:rtl/>
          <w:lang w:val="en-US" w:bidi="he-IL"/>
        </w:rPr>
        <w:t xml:space="preserve">התאימו בין הפועל לצורת העבר שלו.</w:t>
      </w:r>
    </w:p>
    <w:p>
      <w:pPr>
        <w:bidi/>
        <w:spacing w:before="0" w:after="80"/>
        <w:jc w:val="both"/>
      </w:pPr>
      <w:r>
        <w:rPr>
          <w:rFonts w:ascii="Arial" w:hAnsi="Arial" w:cs="Arial"/>
          <w:color w:val="6B7280"/>
          <w:sz w:val="21"/>
          <w:szCs w:val="21"/>
          <w:rtl/>
          <w:lang w:val="en-US" w:bidi="ar-SA"/>
        </w:rPr>
        <w:t xml:space="preserve">صِل الفعل بصيغة الماضي الخاصّة به.</w:t>
      </w:r>
    </w:p>
    <w:tbl>
      <w:tblPr>
        <w:tblStyle w:val="TableGrid"/>
        <w:tblW w:type="auto" w:w="0"/>
        <w:tblLook w:firstColumn="1" w:firstRow="1" w:lastColumn="0" w:lastRow="0" w:noHBand="0" w:noVBand="1" w:val="04A0"/>
      </w:tblPr>
      <w:tblGrid>
        <w:gridCol w:w="4989"/>
        <w:gridCol w:w="4989"/>
      </w:tblGrid>
      <w:tr>
        <w:tc>
          <w:tcPr>
            <w:tcW w:type="dxa" w:w="4989"/>
            <w:shd w:val="clear" w:color="auto" w:fill="0f766e"/>
          </w:tcPr>
          <w:p>
            <w:pPr>
              <w:spacing w:before="0" w:after="40"/>
              <w:jc w:val="both"/>
            </w:pPr>
            <w:r>
              <w:rPr>
                <w:b/>
                <w:bCs/>
                <w:color w:val="FFFFFF"/>
              </w:rPr>
              <w:t>Column A</w:t>
            </w:r>
          </w:p>
        </w:tc>
        <w:tc>
          <w:tcPr>
            <w:tcW w:type="dxa" w:w="4989"/>
            <w:shd w:val="clear" w:color="auto" w:fill="0f766e"/>
          </w:tcPr>
          <w:p>
            <w:pPr>
              <w:spacing w:before="0" w:after="40"/>
              <w:jc w:val="both"/>
            </w:pPr>
            <w:r>
              <w:rPr>
                <w:b/>
                <w:bCs/>
                <w:color w:val="FFFFFF"/>
              </w:rPr>
              <w:t>Column B</w:t>
            </w:r>
          </w:p>
        </w:tc>
      </w:tr>
      <w:tr>
        <w:tc>
          <w:tcPr>
            <w:tcW w:type="dxa" w:w="4989"/>
          </w:tcPr>
          <w:p>
            <w:pPr>
              <w:spacing w:before="0" w:after="40"/>
              <w:jc w:val="both"/>
            </w:pPr>
            <w:r>
              <w:rPr/>
              <w:t>1. go</w:t>
            </w:r>
          </w:p>
        </w:tc>
        <w:tc>
          <w:tcPr>
            <w:tcW w:type="dxa" w:w="4989"/>
          </w:tcPr>
          <w:p>
            <w:pPr>
              <w:spacing w:before="0" w:after="40"/>
              <w:jc w:val="both"/>
            </w:pPr>
            <w:r>
              <w:rPr/>
              <w:t>[   ] saw</w:t>
            </w:r>
          </w:p>
        </w:tc>
      </w:tr>
      <w:tr>
        <w:tc>
          <w:tcPr>
            <w:tcW w:type="dxa" w:w="4989"/>
          </w:tcPr>
          <w:p>
            <w:pPr>
              <w:spacing w:before="0" w:after="40"/>
              <w:jc w:val="both"/>
            </w:pPr>
            <w:r>
              <w:rPr/>
              <w:t>2. see</w:t>
            </w:r>
          </w:p>
        </w:tc>
        <w:tc>
          <w:tcPr>
            <w:tcW w:type="dxa" w:w="4989"/>
          </w:tcPr>
          <w:p>
            <w:pPr>
              <w:spacing w:before="0" w:after="40"/>
              <w:jc w:val="both"/>
            </w:pPr>
            <w:r>
              <w:rPr/>
              <w:t>[   ] took</w:t>
            </w:r>
          </w:p>
        </w:tc>
      </w:tr>
      <w:tr>
        <w:tc>
          <w:tcPr>
            <w:tcW w:type="dxa" w:w="4989"/>
          </w:tcPr>
          <w:p>
            <w:pPr>
              <w:spacing w:before="0" w:after="40"/>
              <w:jc w:val="both"/>
            </w:pPr>
            <w:r>
              <w:rPr/>
              <w:t>3. eat</w:t>
            </w:r>
          </w:p>
        </w:tc>
        <w:tc>
          <w:tcPr>
            <w:tcW w:type="dxa" w:w="4989"/>
          </w:tcPr>
          <w:p>
            <w:pPr>
              <w:spacing w:before="0" w:after="40"/>
              <w:jc w:val="both"/>
            </w:pPr>
            <w:r>
              <w:rPr/>
              <w:t>[   ] ate</w:t>
            </w:r>
          </w:p>
        </w:tc>
      </w:tr>
      <w:tr>
        <w:tc>
          <w:tcPr>
            <w:tcW w:type="dxa" w:w="4989"/>
          </w:tcPr>
          <w:p>
            <w:pPr>
              <w:spacing w:before="0" w:after="40"/>
              <w:jc w:val="both"/>
            </w:pPr>
            <w:r>
              <w:rPr/>
              <w:t>4. buy</w:t>
            </w:r>
          </w:p>
        </w:tc>
        <w:tc>
          <w:tcPr>
            <w:tcW w:type="dxa" w:w="4989"/>
          </w:tcPr>
          <w:p>
            <w:pPr>
              <w:spacing w:before="0" w:after="40"/>
              <w:jc w:val="both"/>
            </w:pPr>
            <w:r>
              <w:rPr/>
              <w:t>[   ] bought</w:t>
            </w:r>
          </w:p>
        </w:tc>
      </w:tr>
      <w:tr>
        <w:tc>
          <w:tcPr>
            <w:tcW w:type="dxa" w:w="4989"/>
          </w:tcPr>
          <w:p>
            <w:pPr>
              <w:spacing w:before="0" w:after="40"/>
              <w:jc w:val="both"/>
            </w:pPr>
            <w:r>
              <w:rPr/>
              <w:t>5. take</w:t>
            </w:r>
          </w:p>
        </w:tc>
        <w:tc>
          <w:tcPr>
            <w:tcW w:type="dxa" w:w="4989"/>
          </w:tcPr>
          <w:p>
            <w:pPr>
              <w:spacing w:before="0" w:after="40"/>
              <w:jc w:val="both"/>
            </w:pPr>
            <w:r>
              <w:rPr/>
              <w:t>[   ] wrote</w:t>
            </w:r>
          </w:p>
        </w:tc>
      </w:tr>
      <w:tr>
        <w:tc>
          <w:tcPr>
            <w:tcW w:type="dxa" w:w="4989"/>
          </w:tcPr>
          <w:p>
            <w:pPr>
              <w:spacing w:before="0" w:after="40"/>
              <w:jc w:val="both"/>
            </w:pPr>
            <w:r>
              <w:rPr/>
              <w:t>6. write</w:t>
            </w:r>
          </w:p>
        </w:tc>
        <w:tc>
          <w:tcPr>
            <w:tcW w:type="dxa" w:w="4989"/>
          </w:tcPr>
          <w:p>
            <w:pPr>
              <w:spacing w:before="0" w:after="40"/>
              <w:jc w:val="both"/>
            </w:pPr>
            <w:r>
              <w:rPr/>
              <w:t>[   ] made</w:t>
            </w:r>
          </w:p>
        </w:tc>
      </w:tr>
      <w:tr>
        <w:tc>
          <w:tcPr>
            <w:tcW w:type="dxa" w:w="4989"/>
          </w:tcPr>
          <w:p>
            <w:pPr>
              <w:spacing w:before="0" w:after="40"/>
              <w:jc w:val="both"/>
            </w:pPr>
            <w:r>
              <w:rPr/>
              <w:t>7. have</w:t>
            </w:r>
          </w:p>
        </w:tc>
        <w:tc>
          <w:tcPr>
            <w:tcW w:type="dxa" w:w="4989"/>
          </w:tcPr>
          <w:p>
            <w:pPr>
              <w:spacing w:before="0" w:after="40"/>
              <w:jc w:val="both"/>
            </w:pPr>
            <w:r>
              <w:rPr/>
              <w:t>[   ] had</w:t>
            </w:r>
          </w:p>
        </w:tc>
      </w:tr>
      <w:tr>
        <w:tc>
          <w:tcPr>
            <w:tcW w:type="dxa" w:w="4989"/>
          </w:tcPr>
          <w:p>
            <w:pPr>
              <w:spacing w:before="0" w:after="40"/>
              <w:jc w:val="both"/>
            </w:pPr>
            <w:r>
              <w:rPr/>
              <w:t>8. make</w:t>
            </w:r>
          </w:p>
        </w:tc>
        <w:tc>
          <w:tcPr>
            <w:tcW w:type="dxa" w:w="4989"/>
          </w:tcPr>
          <w:p>
            <w:pPr>
              <w:spacing w:before="0" w:after="40"/>
              <w:jc w:val="both"/>
            </w:pPr>
            <w:r>
              <w:rPr/>
              <w:t>[   ] went</w:t>
            </w:r>
          </w:p>
        </w:tc>
      </w:tr>
    </w:tbl>
    <w:p>
      <w:pPr>
        <w:spacing w:before="0" w:after="40"/>
        <w:jc w:val="both"/>
      </w:pPr>
    </w:p>
    <w:p>
      <w:pPr>
        <w:spacing w:before="160" w:after="20"/>
        <w:jc w:val="both"/>
      </w:pPr>
      <w:r>
        <w:rPr>
          <w:b/>
          <w:bCs/>
          <w:sz w:val="26"/>
          <w:szCs w:val="26"/>
        </w:rPr>
        <w:t>2. Write the past simple form.</w:t>
      </w:r>
    </w:p>
    <w:p>
      <w:pPr>
        <w:bidi/>
        <w:spacing w:before="0" w:after="0"/>
        <w:jc w:val="both"/>
      </w:pPr>
      <w:r>
        <w:rPr>
          <w:rFonts w:ascii="Arial" w:hAnsi="Arial" w:cs="Arial"/>
          <w:color w:val="6B7280"/>
          <w:sz w:val="20"/>
          <w:szCs w:val="20"/>
          <w:rtl/>
          <w:lang w:val="en-US" w:bidi="he-IL"/>
        </w:rPr>
        <w:t xml:space="preserve">כתבו את צורת ה-‎past simple‎.</w:t>
      </w:r>
    </w:p>
    <w:p>
      <w:pPr>
        <w:bidi/>
        <w:spacing w:before="0" w:after="80"/>
        <w:jc w:val="both"/>
      </w:pPr>
      <w:r>
        <w:rPr>
          <w:rFonts w:ascii="Arial" w:hAnsi="Arial" w:cs="Arial"/>
          <w:color w:val="6B7280"/>
          <w:sz w:val="21"/>
          <w:szCs w:val="21"/>
          <w:rtl/>
          <w:lang w:val="en-US" w:bidi="ar-SA"/>
        </w:rPr>
        <w:t xml:space="preserve">اكتب صيغة الـ ‎past simple‎.</w:t>
      </w:r>
    </w:p>
    <w:p>
      <w:pPr>
        <w:spacing w:before="0" w:after="60"/>
        <w:jc w:val="both"/>
      </w:pPr>
      <w:r>
        <w:rPr/>
        <w:t>a. play → __________</w:t>
      </w:r>
    </w:p>
    <w:p>
      <w:pPr>
        <w:spacing w:before="0" w:after="60"/>
        <w:jc w:val="both"/>
      </w:pPr>
      <w:r>
        <w:rPr/>
        <w:t>b. visit → __________</w:t>
      </w:r>
    </w:p>
    <w:p>
      <w:pPr>
        <w:spacing w:before="0" w:after="60"/>
        <w:jc w:val="both"/>
      </w:pPr>
      <w:r>
        <w:rPr/>
        <w:t>c. stop → __________</w:t>
      </w:r>
    </w:p>
    <w:p>
      <w:pPr>
        <w:spacing w:before="0" w:after="60"/>
        <w:jc w:val="both"/>
      </w:pPr>
      <w:r>
        <w:rPr/>
        <w:t>d. study → __________</w:t>
      </w:r>
    </w:p>
    <w:p>
      <w:pPr>
        <w:spacing w:before="0" w:after="60"/>
        <w:jc w:val="both"/>
      </w:pPr>
      <w:r>
        <w:rPr/>
        <w:t>e. come → __________</w:t>
      </w:r>
    </w:p>
    <w:p>
      <w:pPr>
        <w:spacing w:before="0" w:after="60"/>
        <w:jc w:val="both"/>
      </w:pPr>
      <w:r>
        <w:rPr/>
        <w:t>f. swim → __________</w:t>
      </w:r>
    </w:p>
    <w:p>
      <w:pPr>
        <w:spacing w:before="160" w:after="20"/>
        <w:jc w:val="both"/>
      </w:pPr>
      <w:r>
        <w:rPr>
          <w:b/>
          <w:bCs/>
          <w:sz w:val="26"/>
          <w:szCs w:val="26"/>
        </w:rPr>
        <w:t>3. Sort the past forms: regular or irregular?</w:t>
      </w:r>
    </w:p>
    <w:p>
      <w:pPr>
        <w:bidi/>
        <w:spacing w:before="0" w:after="0"/>
        <w:jc w:val="both"/>
      </w:pPr>
      <w:r>
        <w:rPr>
          <w:rFonts w:ascii="Arial" w:hAnsi="Arial" w:cs="Arial"/>
          <w:color w:val="6B7280"/>
          <w:sz w:val="20"/>
          <w:szCs w:val="20"/>
          <w:rtl/>
          <w:lang w:val="en-US" w:bidi="he-IL"/>
        </w:rPr>
        <w:t xml:space="preserve">מיינו את צורות העבר: רגיל ‎(regular)‎ או יוצא דופן ‎(irregular)?‎</w:t>
      </w:r>
    </w:p>
    <w:p>
      <w:pPr>
        <w:bidi/>
        <w:spacing w:before="0" w:after="80"/>
        <w:jc w:val="both"/>
      </w:pPr>
      <w:r>
        <w:rPr>
          <w:rFonts w:ascii="Arial" w:hAnsi="Arial" w:cs="Arial"/>
          <w:color w:val="6B7280"/>
          <w:sz w:val="21"/>
          <w:szCs w:val="21"/>
          <w:rtl/>
          <w:lang w:val="en-US" w:bidi="ar-SA"/>
        </w:rPr>
        <w:t xml:space="preserve">صنّف صيغ الماضي: منتظمة ‎(regular)‎ أم شاذّة ‎(irregular)‎؟</w:t>
      </w:r>
    </w:p>
    <w:p>
      <w:pPr>
        <w:spacing w:before="0" w:after="80"/>
        <w:jc w:val="both"/>
      </w:pPr>
      <w:r>
        <w:rPr>
          <w:color w:val="0F766E"/>
          <w:sz w:val="24"/>
          <w:szCs w:val="24"/>
        </w:rPr>
        <w:t>Words: walked  |  drank  |  cleaned  |  found  |  jumped  |  sang  |  opened  |  gave</w:t>
      </w:r>
    </w:p>
    <w:tbl>
      <w:tblPr>
        <w:tblStyle w:val="TableGrid"/>
        <w:tblW w:type="auto" w:w="0"/>
        <w:tblLook w:firstColumn="1" w:firstRow="1" w:lastColumn="0" w:lastRow="0" w:noHBand="0" w:noVBand="1" w:val="04A0"/>
      </w:tblPr>
      <w:tblGrid>
        <w:gridCol w:w="4989"/>
        <w:gridCol w:w="4989"/>
      </w:tblGrid>
      <w:tr>
        <w:tc>
          <w:tcPr>
            <w:tcW w:type="dxa" w:w="4989"/>
            <w:shd w:val="clear" w:color="auto" w:fill="0f766e"/>
          </w:tcPr>
          <w:p>
            <w:pPr>
              <w:spacing w:before="0" w:after="40"/>
              <w:jc w:val="both"/>
            </w:pPr>
            <w:r>
              <w:rPr>
                <w:b/>
                <w:bCs/>
                <w:color w:val="FFFFFF"/>
              </w:rPr>
              <w:t>Regular (-ed)</w:t>
            </w:r>
          </w:p>
        </w:tc>
        <w:tc>
          <w:tcPr>
            <w:tcW w:type="dxa" w:w="4989"/>
            <w:shd w:val="clear" w:color="auto" w:fill="0f766e"/>
          </w:tcPr>
          <w:p>
            <w:pPr>
              <w:spacing w:before="0" w:after="40"/>
              <w:jc w:val="both"/>
            </w:pPr>
            <w:r>
              <w:rPr>
                <w:b/>
                <w:bCs/>
                <w:color w:val="FFFFFF"/>
              </w:rPr>
              <w:t>Irregular</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Make the sentences negative.</w:t>
      </w:r>
    </w:p>
    <w:p>
      <w:pPr>
        <w:bidi/>
        <w:spacing w:before="0" w:after="0"/>
        <w:jc w:val="both"/>
      </w:pPr>
      <w:r>
        <w:rPr>
          <w:rFonts w:ascii="Arial" w:hAnsi="Arial" w:cs="Arial"/>
          <w:color w:val="6B7280"/>
          <w:sz w:val="20"/>
          <w:szCs w:val="20"/>
          <w:rtl/>
          <w:lang w:val="en-US" w:bidi="he-IL"/>
        </w:rPr>
        <w:t xml:space="preserve">הפכו את המשפטים לשלילה.</w:t>
      </w:r>
    </w:p>
    <w:p>
      <w:pPr>
        <w:bidi/>
        <w:spacing w:before="0" w:after="80"/>
        <w:jc w:val="both"/>
      </w:pPr>
      <w:r>
        <w:rPr>
          <w:rFonts w:ascii="Arial" w:hAnsi="Arial" w:cs="Arial"/>
          <w:color w:val="6B7280"/>
          <w:sz w:val="21"/>
          <w:szCs w:val="21"/>
          <w:rtl/>
          <w:lang w:val="en-US" w:bidi="ar-SA"/>
        </w:rPr>
        <w:t xml:space="preserve">حوّل الجمل إلى النفي.</w:t>
      </w:r>
    </w:p>
    <w:p>
      <w:pPr>
        <w:spacing w:before="0" w:after="60"/>
        <w:jc w:val="both"/>
      </w:pPr>
      <w:r>
        <w:rPr/>
        <w:t>a. I watched a movie. → I __________ a movie.</w:t>
      </w:r>
    </w:p>
    <w:p>
      <w:pPr>
        <w:spacing w:before="0" w:after="60"/>
        <w:jc w:val="both"/>
      </w:pPr>
      <w:r>
        <w:rPr/>
        <w:t>b. Omer went to the pool. → Omer __________ to the pool.</w:t>
      </w:r>
    </w:p>
    <w:p>
      <w:pPr>
        <w:spacing w:before="0" w:after="60"/>
        <w:jc w:val="both"/>
      </w:pPr>
      <w:r>
        <w:rPr/>
        <w:t>c. We ate fish. → We __________ fish.</w:t>
      </w:r>
    </w:p>
    <w:p>
      <w:pPr>
        <w:spacing w:before="0" w:after="60"/>
        <w:jc w:val="both"/>
      </w:pPr>
      <w:r>
        <w:rPr/>
        <w:t>d. Shira wrote a poem. → Shira __________ a poem.</w:t>
      </w:r>
    </w:p>
    <w:p>
      <w:pPr>
        <w:spacing w:before="0" w:after="60"/>
        <w:jc w:val="both"/>
      </w:pPr>
      <w:r>
        <w:rPr/>
        <w:t>e. The dog found the ball. → The dog __________ the ball.</w:t>
      </w:r>
    </w:p>
    <w:p>
      <w:pPr>
        <w:spacing w:before="160" w:after="20"/>
        <w:jc w:val="both"/>
      </w:pPr>
      <w:r>
        <w:rPr>
          <w:b/>
          <w:bCs/>
          <w:sz w:val="26"/>
          <w:szCs w:val="26"/>
        </w:rPr>
        <w:t>5.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Did you ___ the news?</w:t>
      </w:r>
    </w:p>
    <w:p>
      <w:pPr>
        <w:spacing w:before="0" w:after="80"/>
        <w:jc w:val="both"/>
      </w:pPr>
      <w:r>
        <w:rPr/>
        <w:t xml:space="preserve">   ○ heard      ○ hear      ○ hears</w:t>
      </w:r>
    </w:p>
    <w:p>
      <w:pPr>
        <w:spacing w:before="0" w:after="20"/>
        <w:jc w:val="both"/>
      </w:pPr>
      <w:r>
        <w:rPr/>
        <w:t>b. Ariel ___ his homework yesterday.</w:t>
      </w:r>
    </w:p>
    <w:p>
      <w:pPr>
        <w:spacing w:before="0" w:after="80"/>
        <w:jc w:val="both"/>
      </w:pPr>
      <w:r>
        <w:rPr/>
        <w:t xml:space="preserve">   ○ didn't do      ○ didn't did      ○ not did</w:t>
      </w:r>
    </w:p>
    <w:p>
      <w:pPr>
        <w:spacing w:before="0" w:after="20"/>
        <w:jc w:val="both"/>
      </w:pPr>
      <w:r>
        <w:rPr/>
        <w:t>c. ___ Maya call you last night?</w:t>
      </w:r>
    </w:p>
    <w:p>
      <w:pPr>
        <w:spacing w:before="0" w:after="80"/>
        <w:jc w:val="both"/>
      </w:pPr>
      <w:r>
        <w:rPr/>
        <w:t xml:space="preserve">   ○ Was      ○ Does      ○ Did</w:t>
      </w:r>
    </w:p>
    <w:p>
      <w:pPr>
        <w:spacing w:before="0" w:after="20"/>
        <w:jc w:val="both"/>
      </w:pPr>
      <w:r>
        <w:rPr/>
        <w:t>d. Did they win? No, they ___.</w:t>
      </w:r>
    </w:p>
    <w:p>
      <w:pPr>
        <w:spacing w:before="0" w:after="80"/>
        <w:jc w:val="both"/>
      </w:pPr>
      <w:r>
        <w:rPr/>
        <w:t xml:space="preserve">   ○ didn't      ○ don't      ○ weren't</w:t>
      </w:r>
    </w:p>
    <w:p>
      <w:pPr>
        <w:spacing w:before="160" w:after="20"/>
        <w:jc w:val="both"/>
      </w:pPr>
      <w:r>
        <w:rPr>
          <w:b/>
          <w:bCs/>
          <w:sz w:val="26"/>
          <w:szCs w:val="26"/>
        </w:rPr>
        <w:t>6. Write a question and a short answer.</w:t>
      </w:r>
    </w:p>
    <w:p>
      <w:pPr>
        <w:bidi/>
        <w:spacing w:before="0" w:after="0"/>
        <w:jc w:val="both"/>
      </w:pPr>
      <w:r>
        <w:rPr>
          <w:rFonts w:ascii="Arial" w:hAnsi="Arial" w:cs="Arial"/>
          <w:color w:val="6B7280"/>
          <w:sz w:val="20"/>
          <w:szCs w:val="20"/>
          <w:rtl/>
          <w:lang w:val="en-US" w:bidi="he-IL"/>
        </w:rPr>
        <w:t xml:space="preserve">כתבו שאלה ותשובה קצרה.</w:t>
      </w:r>
    </w:p>
    <w:p>
      <w:pPr>
        <w:bidi/>
        <w:spacing w:before="0" w:after="80"/>
        <w:jc w:val="both"/>
      </w:pPr>
      <w:r>
        <w:rPr>
          <w:rFonts w:ascii="Arial" w:hAnsi="Arial" w:cs="Arial"/>
          <w:color w:val="6B7280"/>
          <w:sz w:val="21"/>
          <w:szCs w:val="21"/>
          <w:rtl/>
          <w:lang w:val="en-US" w:bidi="ar-SA"/>
        </w:rPr>
        <w:t xml:space="preserve">اكتب سؤالًا وإجابة قصيرة.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f766e"/>
          </w:tcPr>
          <w:p>
            <w:pPr>
              <w:spacing w:before="0" w:after="40"/>
              <w:jc w:val="both"/>
            </w:pPr>
            <w:r>
              <w:rPr>
                <w:b/>
                <w:bCs/>
                <w:color w:val="FFFFFF"/>
              </w:rPr>
              <w:t>Sentence</w:t>
            </w:r>
          </w:p>
        </w:tc>
        <w:tc>
          <w:tcPr>
            <w:tcW w:type="dxa" w:w="3326"/>
            <w:shd w:val="clear" w:color="auto" w:fill="0f766e"/>
          </w:tcPr>
          <w:p>
            <w:pPr>
              <w:spacing w:before="0" w:after="40"/>
              <w:jc w:val="both"/>
            </w:pPr>
            <w:r>
              <w:rPr>
                <w:b/>
                <w:bCs/>
                <w:color w:val="FFFFFF"/>
              </w:rPr>
              <w:t>Question</w:t>
            </w:r>
          </w:p>
        </w:tc>
        <w:tc>
          <w:tcPr>
            <w:tcW w:type="dxa" w:w="3326"/>
            <w:shd w:val="clear" w:color="auto" w:fill="0f766e"/>
          </w:tcPr>
          <w:p>
            <w:pPr>
              <w:spacing w:before="0" w:after="40"/>
              <w:jc w:val="both"/>
            </w:pPr>
            <w:r>
              <w:rPr>
                <w:b/>
                <w:bCs/>
                <w:color w:val="FFFFFF"/>
              </w:rPr>
              <w:t>Short answer</w:t>
            </w:r>
          </w:p>
        </w:tc>
      </w:tr>
      <w:tr>
        <w:tc>
          <w:tcPr>
            <w:tcW w:type="dxa" w:w="3326"/>
          </w:tcPr>
          <w:p>
            <w:pPr>
              <w:spacing w:before="0" w:after="40"/>
              <w:jc w:val="both"/>
            </w:pPr>
            <w:r>
              <w:rPr/>
              <w:t>Tom visited his uncle.</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They didn't take the bus.</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You saw a shark.</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7. Complete the questions with a question word from the box.</w:t>
      </w:r>
    </w:p>
    <w:p>
      <w:pPr>
        <w:bidi/>
        <w:spacing w:before="0" w:after="0"/>
        <w:jc w:val="both"/>
      </w:pPr>
      <w:r>
        <w:rPr>
          <w:rFonts w:ascii="Arial" w:hAnsi="Arial" w:cs="Arial"/>
          <w:color w:val="6B7280"/>
          <w:sz w:val="20"/>
          <w:szCs w:val="20"/>
          <w:rtl/>
          <w:lang w:val="en-US" w:bidi="he-IL"/>
        </w:rPr>
        <w:t xml:space="preserve">השלימו את השאלות במילת שאלה מהתיבה.</w:t>
      </w:r>
    </w:p>
    <w:p>
      <w:pPr>
        <w:bidi/>
        <w:spacing w:before="0" w:after="80"/>
        <w:jc w:val="both"/>
      </w:pPr>
      <w:r>
        <w:rPr>
          <w:rFonts w:ascii="Arial" w:hAnsi="Arial" w:cs="Arial"/>
          <w:color w:val="6B7280"/>
          <w:sz w:val="21"/>
          <w:szCs w:val="21"/>
          <w:rtl/>
          <w:lang w:val="en-US" w:bidi="ar-SA"/>
        </w:rPr>
        <w:t xml:space="preserve">أكمل الأسئلة بكلمة سؤال من المربع.</w:t>
      </w:r>
    </w:p>
    <w:p>
      <w:pPr>
        <w:spacing w:before="0" w:after="80"/>
        <w:jc w:val="both"/>
      </w:pPr>
      <w:r>
        <w:rPr>
          <w:color w:val="0F766E"/>
          <w:sz w:val="24"/>
          <w:szCs w:val="24"/>
        </w:rPr>
        <w:t>Word bank: Where  |  What  |  When  |  Who  |  Why</w:t>
      </w:r>
    </w:p>
    <w:p>
      <w:pPr>
        <w:spacing w:before="0" w:after="60"/>
        <w:jc w:val="both"/>
      </w:pPr>
      <w:r>
        <w:rPr/>
        <w:t>a. __________ did you go on vacation? To Tiberias.</w:t>
      </w:r>
    </w:p>
    <w:p>
      <w:pPr>
        <w:spacing w:before="0" w:after="60"/>
        <w:jc w:val="both"/>
      </w:pPr>
      <w:r>
        <w:rPr/>
        <w:t>b. __________ did Noam eat for lunch? A sandwich.</w:t>
      </w:r>
    </w:p>
    <w:p>
      <w:pPr>
        <w:spacing w:before="0" w:after="60"/>
        <w:jc w:val="both"/>
      </w:pPr>
      <w:r>
        <w:rPr/>
        <w:t>c. __________ did the party start? At five o'clock.</w:t>
      </w:r>
    </w:p>
    <w:p>
      <w:pPr>
        <w:spacing w:before="0" w:after="60"/>
        <w:jc w:val="both"/>
      </w:pPr>
      <w:r>
        <w:rPr/>
        <w:t>d. __________ did you meet at the mall? My cousin Yoav.</w:t>
      </w:r>
    </w:p>
    <w:p>
      <w:pPr>
        <w:spacing w:before="0" w:after="60"/>
        <w:jc w:val="both"/>
      </w:pPr>
      <w:r>
        <w:rPr/>
        <w:t>e. __________ did Tamar cry? Because she lost her phone.</w:t>
      </w:r>
    </w:p>
    <w:p>
      <w:pPr>
        <w:spacing w:before="160" w:after="20"/>
        <w:jc w:val="both"/>
      </w:pPr>
      <w:r>
        <w:rPr>
          <w:b/>
          <w:bCs/>
          <w:sz w:val="26"/>
          <w:szCs w:val="26"/>
        </w:rPr>
        <w:t>8. Put the words in the correct order to make a question.</w:t>
      </w:r>
    </w:p>
    <w:p>
      <w:pPr>
        <w:bidi/>
        <w:spacing w:before="0" w:after="0"/>
        <w:jc w:val="both"/>
      </w:pPr>
      <w:r>
        <w:rPr>
          <w:rFonts w:ascii="Arial" w:hAnsi="Arial" w:cs="Arial"/>
          <w:color w:val="6B7280"/>
          <w:sz w:val="20"/>
          <w:szCs w:val="20"/>
          <w:rtl/>
          <w:lang w:val="en-US" w:bidi="he-IL"/>
        </w:rPr>
        <w:t xml:space="preserve">סדרו את המילים בסדר הנכון כדי ליצור שאלה.</w:t>
      </w:r>
    </w:p>
    <w:p>
      <w:pPr>
        <w:bidi/>
        <w:spacing w:before="0" w:after="80"/>
        <w:jc w:val="both"/>
      </w:pPr>
      <w:r>
        <w:rPr>
          <w:rFonts w:ascii="Arial" w:hAnsi="Arial" w:cs="Arial"/>
          <w:color w:val="6B7280"/>
          <w:sz w:val="21"/>
          <w:szCs w:val="21"/>
          <w:rtl/>
          <w:lang w:val="en-US" w:bidi="ar-SA"/>
        </w:rPr>
        <w:t xml:space="preserve">رتّب الكلمات بالترتيب الصحيح لتكوّن سؤالًا.</w:t>
      </w:r>
    </w:p>
    <w:p>
      <w:pPr>
        <w:spacing w:before="0" w:after="100"/>
        <w:jc w:val="both"/>
      </w:pPr>
      <w:r>
        <w:rPr/>
        <w:t>a. you / did / the / like / movie / ?</w:t>
      </w:r>
    </w:p>
    <w:p>
      <w:pPr>
        <w:spacing w:before="0" w:after="100"/>
        <w:jc w:val="both"/>
      </w:pPr>
      <w:r>
        <w:rPr/>
        <w:t>b. did / Daniel / where / sleep / ?</w:t>
      </w:r>
    </w:p>
    <w:p>
      <w:pPr>
        <w:spacing w:before="0" w:after="100"/>
        <w:jc w:val="both"/>
      </w:pPr>
      <w:r>
        <w:rPr/>
        <w:t>c. they / buy / what / did / ?</w:t>
      </w:r>
    </w:p>
    <w:p>
      <w:pPr>
        <w:spacing w:before="0" w:after="100"/>
        <w:jc w:val="both"/>
      </w:pPr>
      <w:r>
        <w:rPr/>
        <w:t>d. finish / did / the test / she / ?</w:t>
      </w:r>
    </w:p>
    <w:p>
      <w:pPr>
        <w:spacing w:before="120" w:after="40"/>
        <w:jc w:val="center"/>
      </w:pPr>
      <w:r>
        <w:rPr>
          <w:rFonts w:ascii="Arial Black" w:hAnsi="Arial Black" w:cs="Arial Black"/>
          <w:b/>
          <w:bCs/>
          <w:color w:val="0F766E"/>
          <w:sz w:val="30"/>
          <w:szCs w:val="30"/>
        </w:rPr>
        <w:t>The Lost Phone</w:t>
      </w:r>
    </w:p>
    <w:p>
      <w:pPr>
        <w:spacing w:before="0" w:after="80"/>
        <w:jc w:val="both"/>
      </w:pPr>
      <w:r>
        <w:rPr/>
        <w:t>Last Tuesday Itay went to the park with his friends. They played basketball for two hours. When Itay got home, he looked for his phone, but it wasn't in his bag.</w:t>
      </w:r>
    </w:p>
    <w:p>
      <w:pPr>
        <w:spacing w:before="0" w:after="80"/>
        <w:jc w:val="both"/>
      </w:pPr>
      <w:r>
        <w:rPr/>
        <w:t>"Did you leave it at the park?" asked his mom. Itay didn't remember. He called his friend Ben from his mom's phone. "Did you see my phone?" he asked. "No, I didn't," said Ben.</w:t>
      </w:r>
    </w:p>
    <w:p>
      <w:pPr>
        <w:spacing w:before="0" w:after="80"/>
        <w:jc w:val="both"/>
      </w:pPr>
      <w:r>
        <w:rPr/>
        <w:t>Itay and his mom drove back to the park. It was dark, and they didn't find anything near the basketball court. Then a man came to them. "Did you lose something?" he asked, and he gave Itay a black phone. It was Itay's phone! Itay thanked the man and smiled all the way home.</w:t>
      </w:r>
    </w:p>
    <w:p>
      <w:pPr>
        <w:spacing w:before="160" w:after="20"/>
        <w:jc w:val="both"/>
      </w:pPr>
      <w:r>
        <w:rPr>
          <w:b/>
          <w:bCs/>
          <w:sz w:val="26"/>
          <w:szCs w:val="26"/>
        </w:rPr>
        <w:t>10.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Itay played basketball on Tuesday.      True / False</w:t>
      </w:r>
    </w:p>
    <w:p>
      <w:pPr>
        <w:spacing w:before="0" w:after="60"/>
        <w:jc w:val="both"/>
      </w:pPr>
      <w:r>
        <w:rPr/>
        <w:t>b. Ben saw Itay's phone.      True / False</w:t>
      </w:r>
    </w:p>
    <w:p>
      <w:pPr>
        <w:spacing w:before="0" w:after="60"/>
        <w:jc w:val="both"/>
      </w:pPr>
      <w:r>
        <w:rPr/>
        <w:t>c. Itay and his mom walked back to the park.      True / False</w:t>
      </w:r>
    </w:p>
    <w:p>
      <w:pPr>
        <w:spacing w:before="0" w:after="60"/>
        <w:jc w:val="both"/>
      </w:pPr>
      <w:r>
        <w:rPr/>
        <w:t>d. A man found the phone.      True / False</w:t>
      </w:r>
    </w:p>
    <w:p>
      <w:pPr>
        <w:spacing w:before="160" w:after="20"/>
        <w:jc w:val="both"/>
      </w:pPr>
      <w:r>
        <w:rPr>
          <w:b/>
          <w:bCs/>
          <w:sz w:val="26"/>
          <w:szCs w:val="26"/>
        </w:rPr>
        <w:t>11. Answer the questions about the text. Complete the answers.</w:t>
      </w:r>
    </w:p>
    <w:p>
      <w:pPr>
        <w:bidi/>
        <w:spacing w:before="0" w:after="0"/>
        <w:jc w:val="both"/>
      </w:pPr>
      <w:r>
        <w:rPr>
          <w:rFonts w:ascii="Arial" w:hAnsi="Arial" w:cs="Arial"/>
          <w:color w:val="6B7280"/>
          <w:sz w:val="20"/>
          <w:szCs w:val="20"/>
          <w:rtl/>
          <w:lang w:val="en-US" w:bidi="he-IL"/>
        </w:rPr>
        <w:t xml:space="preserve">ענו על השאלות על הטקסט. השלימו את התשובות.</w:t>
      </w:r>
    </w:p>
    <w:p>
      <w:pPr>
        <w:bidi/>
        <w:spacing w:before="0" w:after="80"/>
        <w:jc w:val="both"/>
      </w:pPr>
      <w:r>
        <w:rPr>
          <w:rFonts w:ascii="Arial" w:hAnsi="Arial" w:cs="Arial"/>
          <w:color w:val="6B7280"/>
          <w:sz w:val="21"/>
          <w:szCs w:val="21"/>
          <w:rtl/>
          <w:lang w:val="en-US" w:bidi="ar-SA"/>
        </w:rPr>
        <w:t xml:space="preserve">أجب عن الأسئلة حول النص. أكمل الإجابات.</w:t>
      </w:r>
    </w:p>
    <w:p>
      <w:pPr>
        <w:spacing w:before="0" w:after="60"/>
        <w:jc w:val="both"/>
      </w:pPr>
      <w:r>
        <w:rPr/>
        <w:t>a. Did Itay play soccer? No, he __________. He played basketball.</w:t>
      </w:r>
    </w:p>
    <w:p>
      <w:pPr>
        <w:spacing w:before="0" w:after="60"/>
        <w:jc w:val="both"/>
      </w:pPr>
      <w:r>
        <w:rPr/>
        <w:t>b. How long did they play? They played for __________ hours.</w:t>
      </w:r>
    </w:p>
    <w:p>
      <w:pPr>
        <w:spacing w:before="0" w:after="60"/>
        <w:jc w:val="both"/>
      </w:pPr>
      <w:r>
        <w:rPr/>
        <w:t>c. Whose phone did Itay use to call Ben? He used his __________ phone.</w:t>
      </w:r>
    </w:p>
    <w:p>
      <w:pPr>
        <w:spacing w:before="0" w:after="60"/>
        <w:jc w:val="both"/>
      </w:pPr>
      <w:r>
        <w:rPr/>
        <w:t>d. Did they find the phone near the court? No, they __________.</w:t>
      </w:r>
    </w:p>
    <w:p>
      <w:pPr>
        <w:spacing w:before="160" w:after="20"/>
        <w:jc w:val="both"/>
      </w:pPr>
      <w:r>
        <w:rPr>
          <w:b/>
          <w:bCs/>
          <w:sz w:val="26"/>
          <w:szCs w:val="26"/>
        </w:rPr>
        <w:t>12. Write two questions you want to ask Itay about that day, using did.</w:t>
      </w:r>
    </w:p>
    <w:p>
      <w:pPr>
        <w:bidi/>
        <w:spacing w:before="0" w:after="0"/>
        <w:jc w:val="both"/>
      </w:pPr>
      <w:r>
        <w:rPr>
          <w:rFonts w:ascii="Arial" w:hAnsi="Arial" w:cs="Arial"/>
          <w:color w:val="6B7280"/>
          <w:sz w:val="20"/>
          <w:szCs w:val="20"/>
          <w:rtl/>
          <w:lang w:val="en-US" w:bidi="he-IL"/>
        </w:rPr>
        <w:t xml:space="preserve">כתבו שתי שאלות שהייתם רוצים לשאול את איתי על אותו יום, בעזרת ‎did‎.</w:t>
      </w:r>
    </w:p>
    <w:p>
      <w:pPr>
        <w:bidi/>
        <w:spacing w:before="0" w:after="80"/>
        <w:jc w:val="both"/>
      </w:pPr>
      <w:r>
        <w:rPr>
          <w:rFonts w:ascii="Arial" w:hAnsi="Arial" w:cs="Arial"/>
          <w:color w:val="6B7280"/>
          <w:sz w:val="21"/>
          <w:szCs w:val="21"/>
          <w:rtl/>
          <w:lang w:val="en-US" w:bidi="ar-SA"/>
        </w:rPr>
        <w:t xml:space="preserve">اكتب سؤالين تريد أن تسألهما لإيتاي عن ذلك اليوم، باستعمال ‎did‎.</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13. Write 4 sentences about last weekend: two things you did and two things you didn't do.</w:t>
      </w:r>
    </w:p>
    <w:p>
      <w:pPr>
        <w:bidi/>
        <w:spacing w:before="0" w:after="0"/>
        <w:jc w:val="both"/>
      </w:pPr>
      <w:r>
        <w:rPr>
          <w:rFonts w:ascii="Arial" w:hAnsi="Arial" w:cs="Arial"/>
          <w:color w:val="6B7280"/>
          <w:sz w:val="20"/>
          <w:szCs w:val="20"/>
          <w:rtl/>
          <w:lang w:val="en-US" w:bidi="he-IL"/>
        </w:rPr>
        <w:t xml:space="preserve">כתבו 4 משפטים על סוף השבוע שעבר: שני דברים שעשיתם ושני דברים שלא עשיתם.</w:t>
      </w:r>
    </w:p>
    <w:p>
      <w:pPr>
        <w:bidi/>
        <w:spacing w:before="0" w:after="80"/>
        <w:jc w:val="both"/>
      </w:pPr>
      <w:r>
        <w:rPr>
          <w:rFonts w:ascii="Arial" w:hAnsi="Arial" w:cs="Arial"/>
          <w:color w:val="6B7280"/>
          <w:sz w:val="21"/>
          <w:szCs w:val="21"/>
          <w:rtl/>
          <w:lang w:val="en-US" w:bidi="ar-SA"/>
        </w:rPr>
        <w:t xml:space="preserve">اكتب 4 جمل عن عطلة نهاية الأسبوع الماضية: شيئين فعلتهما وشيئين لم تفعلهما.</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