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Past simple: negatives and questions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its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הפועל לצורת העבר שלו.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الفعل بصيغة الماضي الخاصّة به.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saw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see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took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eat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buy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bought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take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wrote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[8] made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7. have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[7] had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8. make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went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past simple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ה-‎past simple‎.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الـ ‎past simple‎.</w:t>
      </w:r>
    </w:p>
    <w:p>
      <w:pPr>
        <w:spacing w:before="0" w:after="40"/>
        <w:jc w:val="both"/>
      </w:pPr>
      <w:r>
        <w:rPr/>
        <w:t>a. play → played</w:t>
      </w:r>
    </w:p>
    <w:p>
      <w:pPr>
        <w:spacing w:before="0" w:after="40"/>
        <w:jc w:val="both"/>
      </w:pPr>
      <w:r>
        <w:rPr/>
        <w:t>b. visit → visited</w:t>
      </w:r>
    </w:p>
    <w:p>
      <w:pPr>
        <w:spacing w:before="0" w:after="40"/>
        <w:jc w:val="both"/>
      </w:pPr>
      <w:r>
        <w:rPr/>
        <w:t>c. stop → stopped</w:t>
      </w:r>
    </w:p>
    <w:p>
      <w:pPr>
        <w:spacing w:before="0" w:after="40"/>
        <w:jc w:val="both"/>
      </w:pPr>
      <w:r>
        <w:rPr/>
        <w:t>d. study → studied</w:t>
      </w:r>
    </w:p>
    <w:p>
      <w:pPr>
        <w:spacing w:before="0" w:after="40"/>
        <w:jc w:val="both"/>
      </w:pPr>
      <w:r>
        <w:rPr/>
        <w:t>e. come → came</w:t>
      </w:r>
    </w:p>
    <w:p>
      <w:pPr>
        <w:spacing w:before="0" w:after="40"/>
        <w:jc w:val="both"/>
      </w:pPr>
      <w:r>
        <w:rPr/>
        <w:t>f. swim → swam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past forms: regular or irregular?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העבר: רגיל ‎(regular)‎ או יוצא דופן ‎(irregular)?‎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الماضي: منتظمة ‎(regular)‎ أم شاذّة ‎(irregular)‎؟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Regular (-ed)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Irregular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walked, cleaned, jumped, opened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drank, found, sang, gave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Make the sentences negative.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</w:t>
      </w:r>
    </w:p>
    <w:p>
      <w:pPr>
        <w:spacing w:before="0" w:after="40"/>
        <w:jc w:val="both"/>
      </w:pPr>
      <w:r>
        <w:rPr/>
        <w:t>a. I watched a movie. → I didn't watch a movie.</w:t>
      </w:r>
    </w:p>
    <w:p>
      <w:pPr>
        <w:spacing w:before="0" w:after="40"/>
        <w:jc w:val="both"/>
      </w:pPr>
      <w:r>
        <w:rPr/>
        <w:t>b. Omer went to the pool. → Omer didn't go to the pool.</w:t>
      </w:r>
    </w:p>
    <w:p>
      <w:pPr>
        <w:spacing w:before="0" w:after="40"/>
        <w:jc w:val="both"/>
      </w:pPr>
      <w:r>
        <w:rPr/>
        <w:t>c. We ate fish. → We didn't eat fish.</w:t>
      </w:r>
    </w:p>
    <w:p>
      <w:pPr>
        <w:spacing w:before="0" w:after="40"/>
        <w:jc w:val="both"/>
      </w:pPr>
      <w:r>
        <w:rPr/>
        <w:t>d. Shira wrote a poem. → Shira didn't write a poem.</w:t>
      </w:r>
    </w:p>
    <w:p>
      <w:pPr>
        <w:spacing w:before="0" w:after="40"/>
        <w:jc w:val="both"/>
      </w:pPr>
      <w:r>
        <w:rPr/>
        <w:t>e. The dog found the ball. → The dog didn't find the ball.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Did you ___ the news?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hear</w:t>
      </w:r>
    </w:p>
    <w:p>
      <w:pPr>
        <w:spacing w:before="0" w:after="20"/>
        <w:jc w:val="both"/>
      </w:pPr>
      <w:r>
        <w:rPr/>
        <w:t>b. Ariel ___ his homework yesterday.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didn't do</w:t>
      </w:r>
    </w:p>
    <w:p>
      <w:pPr>
        <w:spacing w:before="0" w:after="20"/>
        <w:jc w:val="both"/>
      </w:pPr>
      <w:r>
        <w:rPr/>
        <w:t>c. ___ Maya call you last night?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Did</w:t>
      </w:r>
    </w:p>
    <w:p>
      <w:pPr>
        <w:spacing w:before="0" w:after="20"/>
        <w:jc w:val="both"/>
      </w:pPr>
      <w:r>
        <w:rPr/>
        <w:t>d. Did they win? No, they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didn't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a question and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ותשובה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وإجابة قصيرة.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Tom visited his uncle.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Tom visit his uncle?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he did.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didn't take the bus.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they take the bus?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No, they didn't.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saw a shark.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you see a shark?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I did.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the questions with a question word from the box.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 במילת שאלה מהתיבה.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 بكلمة سؤال من المربع.</w:t>
      </w:r>
    </w:p>
    <w:p>
      <w:pPr>
        <w:spacing w:before="0" w:after="40"/>
        <w:jc w:val="both"/>
      </w:pPr>
      <w:r>
        <w:rPr/>
        <w:t>a. Where did you go on vacation? To Tiberias.</w:t>
      </w:r>
    </w:p>
    <w:p>
      <w:pPr>
        <w:spacing w:before="0" w:after="40"/>
        <w:jc w:val="both"/>
      </w:pPr>
      <w:r>
        <w:rPr/>
        <w:t>b. What did Noam eat for lunch? A sandwich.</w:t>
      </w:r>
    </w:p>
    <w:p>
      <w:pPr>
        <w:spacing w:before="0" w:after="40"/>
        <w:jc w:val="both"/>
      </w:pPr>
      <w:r>
        <w:rPr/>
        <w:t>c. When did the party start? At five o'clock.</w:t>
      </w:r>
    </w:p>
    <w:p>
      <w:pPr>
        <w:spacing w:before="0" w:after="40"/>
        <w:jc w:val="both"/>
      </w:pPr>
      <w:r>
        <w:rPr/>
        <w:t>d. Who did you meet at the mall? My cousin Yoav.</w:t>
      </w:r>
    </w:p>
    <w:p>
      <w:pPr>
        <w:spacing w:before="0" w:after="40"/>
        <w:jc w:val="both"/>
      </w:pPr>
      <w:r>
        <w:rPr/>
        <w:t>e. Why did Tamar cry? Because she lost her phone.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Put the words in the correct order to make a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בסדר הנכון כדי ליצור שאלה.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بالترتيب الصحيح لتكوّن سؤالًا.</w:t>
      </w:r>
    </w:p>
    <w:p>
      <w:pPr>
        <w:spacing w:before="0" w:after="100"/>
        <w:jc w:val="both"/>
      </w:pPr>
      <w:r>
        <w:rPr/>
        <w:t>a. you / did / the / like / movie / ?  → Did you like the movie?</w:t>
      </w:r>
    </w:p>
    <w:p>
      <w:pPr>
        <w:spacing w:before="0" w:after="100"/>
        <w:jc w:val="both"/>
      </w:pPr>
      <w:r>
        <w:rPr/>
        <w:t>b. did / Daniel / where / sleep / ?  → Where did Daniel sleep?</w:t>
      </w:r>
    </w:p>
    <w:p>
      <w:pPr>
        <w:spacing w:before="0" w:after="100"/>
        <w:jc w:val="both"/>
      </w:pPr>
      <w:r>
        <w:rPr/>
        <w:t>c. they / buy / what / did / ?  → What did they buy?</w:t>
      </w:r>
    </w:p>
    <w:p>
      <w:pPr>
        <w:spacing w:before="0" w:after="100"/>
        <w:jc w:val="both"/>
      </w:pPr>
      <w:r>
        <w:rPr/>
        <w:t>d. finish / did / the test / she / ?  → Did she finish the test?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Itay played basketball on Tuesday. – True</w:t>
      </w:r>
    </w:p>
    <w:p>
      <w:pPr>
        <w:spacing w:before="0" w:after="40"/>
        <w:jc w:val="both"/>
      </w:pPr>
      <w:r>
        <w:rPr/>
        <w:t>b. Ben saw Itay's phone. – False – Ben didn't see the phone.</w:t>
      </w:r>
    </w:p>
    <w:p>
      <w:pPr>
        <w:spacing w:before="0" w:after="40"/>
        <w:jc w:val="both"/>
      </w:pPr>
      <w:r>
        <w:rPr/>
        <w:t>c. Itay and his mom walked back to the park. – False – They drove back to the park.</w:t>
      </w:r>
    </w:p>
    <w:p>
      <w:pPr>
        <w:spacing w:before="0" w:after="40"/>
        <w:jc w:val="both"/>
      </w:pPr>
      <w:r>
        <w:rPr/>
        <w:t>d. A man found the phone.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Answer the questions about the text. Complete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 השלימו את התשובות.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النص. أكمل الإجابات.</w:t>
      </w:r>
    </w:p>
    <w:p>
      <w:pPr>
        <w:spacing w:before="0" w:after="40"/>
        <w:jc w:val="both"/>
      </w:pPr>
      <w:r>
        <w:rPr/>
        <w:t>a. Did Itay play soccer? No, he didn't. He played basketball.</w:t>
      </w:r>
    </w:p>
    <w:p>
      <w:pPr>
        <w:spacing w:before="0" w:after="40"/>
        <w:jc w:val="both"/>
      </w:pPr>
      <w:r>
        <w:rPr/>
        <w:t>b. How long did they play? They played for two hours.</w:t>
      </w:r>
    </w:p>
    <w:p>
      <w:pPr>
        <w:spacing w:before="0" w:after="40"/>
        <w:jc w:val="both"/>
      </w:pPr>
      <w:r>
        <w:rPr/>
        <w:t>c. Whose phone did Itay use to call Ben? He used his mom's phone.</w:t>
      </w:r>
    </w:p>
    <w:p>
      <w:pPr>
        <w:spacing w:before="0" w:after="40"/>
        <w:jc w:val="both"/>
      </w:pPr>
      <w:r>
        <w:rPr/>
        <w:t>d. Did they find the phone near the court? No, they didn't.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two questions you want to ask Itay about that day, using did.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שתי שאלות שהייתם רוצים לשאול את איתי על אותו יום, בעזרת ‎did‎.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سؤالين تريد أن تسألهما لإيتاي عن ذلك اليوم، باستعمال ‎did‎.</w:t>
      </w:r>
    </w:p>
    <w:p>
      <w:pPr>
        <w:spacing w:before="0" w:after="80"/>
        <w:jc w:val="both"/>
      </w:pPr>
      <w:r>
        <w:rPr>
          <w:color w:val="0F7A4F"/>
        </w:rPr>
        <w:t>Possible answer: Did you feel worried? What did you say to the man?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last weekend: two things you did and two things you didn't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סוף השבוע שעבר: שני דברים שעשיתם ושני דברים שלא עשיתם.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عطلة نهاية الأسبوع الماضية: شيئين فعلتهما وشيئين لم تفعلهما.</w:t>
      </w:r>
    </w:p>
    <w:p>
      <w:pPr>
        <w:spacing w:before="0" w:after="80"/>
        <w:jc w:val="both"/>
      </w:pPr>
      <w:r>
        <w:rPr>
          <w:color w:val="0F7A4F"/>
        </w:rPr>
        <w:t>Possible answer: Last weekend I visited my grandparents. I helped my dad in the garden. I didn't go to the beach. I didn't watch TV.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