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"Going to" for future plans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each time word: past or future?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כל מילת זמן: עבר או עתיד?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كل كلمة زمن: ماضٍ أم مستقبل؟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yesterday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future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tomorrow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past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last week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past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next year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past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two days ago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future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tonight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future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with am,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‎are‎.</w:t>
      </w:r>
    </w:p>
    <w:p>
      <w:pPr>
        <w:spacing w:before="0" w:after="40"/>
        <w:jc w:val="both"/>
      </w:pPr>
      <w:r>
        <w:rPr/>
        <w:t>a. I am going to call you later.</w:t>
      </w:r>
    </w:p>
    <w:p>
      <w:pPr>
        <w:spacing w:before="0" w:after="40"/>
        <w:jc w:val="both"/>
      </w:pPr>
      <w:r>
        <w:rPr/>
        <w:t>b. Itay is going to bring the ball.</w:t>
      </w:r>
    </w:p>
    <w:p>
      <w:pPr>
        <w:spacing w:before="0" w:after="40"/>
        <w:jc w:val="both"/>
      </w:pPr>
      <w:r>
        <w:rPr/>
        <w:t>c. We are going to eat out tonight.</w:t>
      </w:r>
    </w:p>
    <w:p>
      <w:pPr>
        <w:spacing w:before="0" w:after="40"/>
        <w:jc w:val="both"/>
      </w:pPr>
      <w:r>
        <w:rPr/>
        <w:t>d. The girls are going to sing in the show.</w:t>
      </w:r>
    </w:p>
    <w:p>
      <w:pPr>
        <w:spacing w:before="0" w:after="40"/>
        <w:jc w:val="both"/>
      </w:pPr>
      <w:r>
        <w:rPr/>
        <w:t>e. It is going to rain tomorrow.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Maya is going to ___ a cake.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bake</w:t>
      </w:r>
    </w:p>
    <w:p>
      <w:pPr>
        <w:spacing w:before="0" w:after="20"/>
        <w:jc w:val="both"/>
      </w:pPr>
      <w:r>
        <w:rPr/>
        <w:t>b. ___ you going to play tomorrow?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Are</w:t>
      </w:r>
    </w:p>
    <w:p>
      <w:pPr>
        <w:spacing w:before="0" w:after="20"/>
        <w:jc w:val="both"/>
      </w:pPr>
      <w:r>
        <w:rPr/>
        <w:t>c. We ___ going to be late.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aren't</w:t>
      </w:r>
    </w:p>
    <w:p>
      <w:pPr>
        <w:spacing w:before="0" w:after="20"/>
        <w:jc w:val="both"/>
      </w:pPr>
      <w:r>
        <w:rPr/>
        <w:t>d. Is Ariel going to come? No, he ___.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isn't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sentences with going to.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משפטים עם ‎going to‎.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جملًا مع ‎going to‎.</w:t>
      </w:r>
    </w:p>
    <w:p>
      <w:pPr>
        <w:spacing w:before="0" w:after="40"/>
        <w:jc w:val="both"/>
      </w:pPr>
      <w:r>
        <w:rPr/>
        <w:t>a. I / wash / the dishes → I am going to wash the dishes.</w:t>
      </w:r>
    </w:p>
    <w:p>
      <w:pPr>
        <w:spacing w:before="0" w:after="40"/>
        <w:jc w:val="both"/>
      </w:pPr>
      <w:r>
        <w:rPr/>
        <w:t>b. Noam / learn / to swim → Noam is going to learn to swim.</w:t>
      </w:r>
    </w:p>
    <w:p>
      <w:pPr>
        <w:spacing w:before="0" w:after="40"/>
        <w:jc w:val="both"/>
      </w:pPr>
      <w:r>
        <w:rPr/>
        <w:t>c. they / visit / Jerusalem → They are going to visit Jerusalem.</w:t>
      </w:r>
    </w:p>
    <w:p>
      <w:pPr>
        <w:spacing w:before="0" w:after="40"/>
        <w:jc w:val="both"/>
      </w:pPr>
      <w:r>
        <w:rPr/>
        <w:t>d. we / plant / a tree → We are going to plant a tree.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Make the sentences negative.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את המשפטים לשלילה.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الجمل إلى النفي.</w:t>
      </w:r>
    </w:p>
    <w:p>
      <w:pPr>
        <w:spacing w:before="0" w:after="40"/>
        <w:jc w:val="both"/>
      </w:pPr>
      <w:r>
        <w:rPr/>
        <w:t>a. I am going to stay home. → I am not going to stay home.</w:t>
      </w:r>
    </w:p>
    <w:p>
      <w:pPr>
        <w:spacing w:before="0" w:after="40"/>
        <w:jc w:val="both"/>
      </w:pPr>
      <w:r>
        <w:rPr/>
        <w:t>b. Omer is going to cook. → Omer isn't going to cook.</w:t>
      </w:r>
    </w:p>
    <w:p>
      <w:pPr>
        <w:spacing w:before="0" w:after="40"/>
        <w:jc w:val="both"/>
      </w:pPr>
      <w:r>
        <w:rPr/>
        <w:t>c. They are going to buy a dog. → They aren't going to buy a dog.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a question and a short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שאלה ותשובה קצרה.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سؤالًا وإجابة قصيرة.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Short answer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She is going to dance.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Is she going to dance?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Yes, she is.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They aren't going to walk.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Are they going to walk?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No, they aren't.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are going to win.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Are you going to win?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Yes, I am.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Sort the sentences: past or future?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המשפטים: עבר או עתיד?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الجمل: ماضٍ أم مستقبل؟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Future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We visited Akko., Ben bought a kite., I didn't swim.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We are going to visit Akko., Ben is going to buy a kite., I'm not going to swim.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Put the words in the correct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המילים בסדר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الكلمات بالترتيب الصحيح.</w:t>
      </w:r>
    </w:p>
    <w:p>
      <w:pPr>
        <w:spacing w:before="0" w:after="100"/>
        <w:jc w:val="both"/>
      </w:pPr>
      <w:r>
        <w:rPr/>
        <w:t>a. going / I / to / am / read / a book  → I am going to read a book.</w:t>
      </w:r>
    </w:p>
    <w:p>
      <w:pPr>
        <w:spacing w:before="0" w:after="100"/>
        <w:jc w:val="both"/>
      </w:pPr>
      <w:r>
        <w:rPr/>
        <w:t>b. is / Shira / going / what / to / wear / ?  → What is Shira going to wear?</w:t>
      </w:r>
    </w:p>
    <w:p>
      <w:pPr>
        <w:spacing w:before="0" w:after="100"/>
        <w:jc w:val="both"/>
      </w:pPr>
      <w:r>
        <w:rPr/>
        <w:t>c. are / they / to / going / where / travel / ?  → Where are they going to travel?</w:t>
      </w:r>
    </w:p>
    <w:p>
      <w:pPr>
        <w:spacing w:before="0" w:after="100"/>
        <w:jc w:val="both"/>
      </w:pPr>
      <w:r>
        <w:rPr/>
        <w:t>d. not / to / going / is / he / come  → He is not going to come.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the text and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הטקסט והקיפו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وضع دائرة حول الإجابة الصحيحة.</w:t>
      </w:r>
    </w:p>
    <w:p>
      <w:pPr>
        <w:spacing w:before="0" w:after="20"/>
        <w:jc w:val="both"/>
      </w:pPr>
      <w:r>
        <w:rPr/>
        <w:t>a. When is the party?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next Thursday</w:t>
      </w:r>
    </w:p>
    <w:p>
      <w:pPr>
        <w:spacing w:before="0" w:after="20"/>
        <w:jc w:val="both"/>
      </w:pPr>
      <w:r>
        <w:rPr/>
        <w:t>b. Who is going to choose the music?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Itay</w:t>
      </w:r>
    </w:p>
    <w:p>
      <w:pPr>
        <w:spacing w:before="0" w:after="20"/>
        <w:jc w:val="both"/>
      </w:pPr>
      <w:r>
        <w:rPr/>
        <w:t>c. What is Omer going to make?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pizza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Complete the sentences according to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המשפטים לפי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الجمل حسب النص.</w:t>
      </w:r>
    </w:p>
    <w:p>
      <w:pPr>
        <w:spacing w:before="0" w:after="40"/>
        <w:jc w:val="both"/>
      </w:pPr>
      <w:r>
        <w:rPr/>
        <w:t>a. Maya and Noa are going to decorate the classroom.</w:t>
      </w:r>
    </w:p>
    <w:p>
      <w:pPr>
        <w:spacing w:before="0" w:after="40"/>
        <w:jc w:val="both"/>
      </w:pPr>
      <w:r>
        <w:rPr/>
        <w:t>b. Yoav is going to bring his speaker.</w:t>
      </w:r>
    </w:p>
    <w:p>
      <w:pPr>
        <w:spacing w:before="0" w:after="40"/>
        <w:jc w:val="both"/>
      </w:pPr>
      <w:r>
        <w:rPr/>
        <w:t>c. Ms. Levi is going to buy drinks and cups.</w:t>
      </w:r>
    </w:p>
    <w:p>
      <w:pPr>
        <w:spacing w:before="0" w:after="40"/>
        <w:jc w:val="both"/>
      </w:pPr>
      <w:r>
        <w:rPr/>
        <w:t>d. Tom isn't going to bring food.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Omer is going to cook with his mom. – False – He is going to make pizza with his dad.</w:t>
      </w:r>
    </w:p>
    <w:p>
      <w:pPr>
        <w:spacing w:before="0" w:after="40"/>
        <w:jc w:val="both"/>
      </w:pPr>
      <w:r>
        <w:rPr/>
        <w:t>b. Tom tells Noa what is in the slideshow. – False – He says it's a secret.</w:t>
      </w:r>
    </w:p>
    <w:p>
      <w:pPr>
        <w:spacing w:before="0" w:after="40"/>
        <w:jc w:val="both"/>
      </w:pPr>
      <w:r>
        <w:rPr/>
        <w:t>c. Everybody is going to help.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Your class is going to have a party. Write 4 sentences: what are you and your friends going to do?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לכיתה שלכם תהיה מסיבה. כתבו 4 משפטים: מה אתם והחברים שלכם הולכים לעשות?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سيكون لصفّك حفلة. اكتب 4 جمل: ماذا ستفعل أنت وأصدقاؤك؟</w:t>
      </w:r>
    </w:p>
    <w:p>
      <w:pPr>
        <w:spacing w:before="0" w:after="80"/>
        <w:jc w:val="both"/>
      </w:pPr>
      <w:r>
        <w:rPr>
          <w:color w:val="0F7A4F"/>
        </w:rPr>
        <w:t>Possible answer: I am going to bring cookies. Ben is going to play the guitar. Noa and Tamar are going to make a big sign. We are going to dance all afternoon.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