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C2410C"/>
          <w:sz w:val="44"/>
          <w:szCs w:val="44"/>
        </w:rPr>
        <w:t>Comparatives and superlatives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צורות השוואה ‎(comparatives)‎ והפלגה ‎(superlatives)‎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صيغ المقارنة ‎(comparatives)‎ والتفضيل ‎(superlatives)‎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C2410C"/>
          <w:sz w:val="24"/>
          <w:szCs w:val="24"/>
        </w:rPr>
        <w:t>Summary: how to compare with -er / more and -est / most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איך משווים עם -‎er / more‎ ועם -‎est / most‎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كيف نقارن باستعمال -‎er / more‎ و -‎est / most‎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6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The rules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הכללים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القواعد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Adjective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Comparative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Superlative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short: tall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taller than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tallest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ends in -e: large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larger than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largest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ends in -y: funny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funnier than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funniest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long: beautiful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more beautiful than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most beautiful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Double the last letter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מכפילים את האות האחרונה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نضاعف الحرف الأخير</w:t>
      </w:r>
    </w:p>
    <w:p>
      <w:pPr>
        <w:spacing w:before="0" w:after="20"/>
        <w:jc w:val="both"/>
      </w:pPr>
      <w:r>
        <w:rPr/>
        <w:t>1. big – bigger – the biggest</w:t>
      </w:r>
    </w:p>
    <w:p>
      <w:pPr>
        <w:spacing w:before="0" w:after="20"/>
        <w:jc w:val="both"/>
      </w:pPr>
      <w:r>
        <w:rPr/>
        <w:t>2. hot – hotter – the hottest</w:t>
      </w:r>
    </w:p>
    <w:p>
      <w:pPr>
        <w:spacing w:before="0" w:after="20"/>
        <w:jc w:val="both"/>
      </w:pPr>
      <w:r>
        <w:rPr/>
        <w:t>3. thin – thinner – the thinnest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Irregular adjectives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שמות תואר יוצאי דופן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صفات شاذّة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Adjective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Comparative</w:t>
            </w:r>
          </w:p>
        </w:tc>
        <w:tc>
          <w:tcPr>
            <w:tcW w:type="dxa" w:w="3326"/>
            <w:shd w:val="clear" w:color="auto" w:fill="c2410c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Superlative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good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better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best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bad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worse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worst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far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farther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the farthest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◆ Two or many?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שניים או הרבה?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اثنان أم كثير؟</w:t>
      </w:r>
    </w:p>
    <w:p>
      <w:pPr>
        <w:spacing w:before="0" w:after="20"/>
        <w:jc w:val="both"/>
      </w:pPr>
      <w:r>
        <w:rPr/>
        <w:t>1. Two things: Noa is older than Maya.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שני דברים: ‎Noa is older than Maya‎.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شيئان: ‎Noa is older than Maya‎.</w:t>
      </w:r>
    </w:p>
    <w:p>
      <w:pPr>
        <w:spacing w:before="0" w:after="20"/>
        <w:jc w:val="both"/>
      </w:pPr>
      <w:r>
        <w:rPr/>
        <w:t>2. One in a group: Noa is the oldest girl in the class.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אחד מתוך קבוצה: ‎Noa is the oldest girl in the class‎.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واحد من مجموعة: ‎Noa is the oldest girl in the class‎.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6562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og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656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dog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כלב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كلب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7488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ter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748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water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מים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ماء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3315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331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book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كتاب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1925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t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19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cat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חתול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قطة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Comparative: two things + than. Superlative: the + -est / the most, for one thing in a group.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‎Comparative‎: שני דברים ‎+ than.‎‏ ‎Superlative: the + -est / the most‎, לדבר אחד מתוך קבוצה.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‎Comparative‎: شيئان ‎+ than.‎‏ ‎Superlative: the + -est / the most‎، لشيء واحد من مجموعة.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Mount Hermon is ___ (high) mountain in Israel.</w:t>
      </w:r>
    </w:p>
    <w:p>
      <w:pPr>
        <w:spacing w:before="0" w:after="20"/>
        <w:jc w:val="both"/>
      </w:pPr>
      <w:r>
        <w:rPr/>
        <w:t>1. One mountain in a group (all the mountains in Israel): superlative.</w:t>
      </w:r>
    </w:p>
    <w:p>
      <w:pPr>
        <w:spacing w:before="0" w:after="20"/>
        <w:jc w:val="both"/>
      </w:pPr>
      <w:r>
        <w:rPr/>
        <w:t>2. Short adjective: the + -est.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the highest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C2410C"/>
          <w:sz w:val="28"/>
          <w:szCs w:val="28"/>
        </w:rPr>
        <w:t>Check yourself – Complete with the comparative or the superlative.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בצורת ההשוואה או בצורת ההפלגה.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المقارنة أو بصيغة التفضيل.</w:t>
      </w:r>
    </w:p>
    <w:p>
      <w:pPr>
        <w:spacing w:before="0" w:after="60"/>
        <w:jc w:val="both"/>
      </w:pPr>
      <w:r>
        <w:rPr/>
        <w:t>a. My bag is __________ (heavy) than your bag.</w:t>
      </w:r>
    </w:p>
    <w:p>
      <w:pPr>
        <w:spacing w:before="0" w:after="60"/>
        <w:jc w:val="both"/>
      </w:pPr>
      <w:r>
        <w:rPr/>
        <w:t>b. Yesterday was __________ (hot) day of the year.</w:t>
      </w:r>
    </w:p>
    <w:p>
      <w:pPr>
        <w:spacing w:before="0" w:after="60"/>
        <w:jc w:val="both"/>
      </w:pPr>
      <w:r>
        <w:rPr/>
        <w:t>c. Soccer is __________ (popular) than tennis in my class.</w:t>
      </w:r>
    </w:p>
    <w:p>
      <w:pPr>
        <w:spacing w:before="0" w:after="60"/>
        <w:jc w:val="both"/>
      </w:pPr>
      <w:r>
        <w:rPr/>
        <w:t>d. This is __________ (bad) movie I have ever seen!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heavier · b. the hottest · c. more popular · d. the worst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