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1D4ED8"/>
          <w:sz w:val="44"/>
          <w:szCs w:val="44"/>
        </w:rPr>
        <w:t>Comparatives and superlatives</w:t>
      </w:r>
    </w:p>
    <w:p>
      <w:pPr>
        <w:bidi/>
        <w:spacing w:before="0" w:after="0"/>
        <w:jc w:val="both"/>
      </w:pPr>
      <w:r>
        <w:rPr>
          <w:rFonts w:ascii="Arial" w:hAnsi="Arial" w:cs="Arial"/>
          <w:color w:val="6B7280"/>
          <w:sz w:val="22"/>
          <w:szCs w:val="22"/>
          <w:rtl/>
          <w:lang w:val="en-US" w:bidi="he-IL"/>
        </w:rPr>
        <w:t xml:space="preserve">צורות השוואה ‎(comparatives)‎ והפלגה ‎(superlatives)‎</w:t>
      </w:r>
    </w:p>
    <w:p>
      <w:pPr>
        <w:bidi/>
        <w:spacing w:before="0" w:after="120"/>
        <w:jc w:val="both"/>
      </w:pPr>
      <w:r>
        <w:rPr>
          <w:rFonts w:ascii="Arial" w:hAnsi="Arial" w:cs="Arial"/>
          <w:color w:val="6B7280"/>
          <w:sz w:val="23"/>
          <w:szCs w:val="23"/>
          <w:rtl/>
          <w:lang w:val="en-US" w:bidi="ar-SA"/>
        </w:rPr>
        <w:t xml:space="preserve">صيغ المقارنة ‎(comparatives)‎ والتفضيل ‎(superlatives)‎</w:t>
      </w:r>
    </w:p>
    <w:p>
      <w:pPr>
        <w:spacing w:before="160" w:after="20"/>
        <w:jc w:val="both"/>
      </w:pPr>
      <w:r>
        <w:rPr>
          <w:b/>
          <w:bCs/>
          <w:sz w:val="26"/>
          <w:szCs w:val="26"/>
        </w:rPr>
        <w:t>1. Match the opposites.</w:t>
      </w:r>
    </w:p>
    <w:p>
      <w:pPr>
        <w:bidi/>
        <w:spacing w:before="0" w:after="0"/>
        <w:jc w:val="both"/>
      </w:pPr>
      <w:r>
        <w:rPr>
          <w:rFonts w:ascii="Arial" w:hAnsi="Arial" w:cs="Arial"/>
          <w:color w:val="6B7280"/>
          <w:sz w:val="20"/>
          <w:szCs w:val="20"/>
          <w:rtl/>
          <w:lang w:val="en-US" w:bidi="he-IL"/>
        </w:rPr>
        <w:t xml:space="preserve">התאימו את ההפכים.</w:t>
      </w:r>
    </w:p>
    <w:p>
      <w:pPr>
        <w:bidi/>
        <w:spacing w:before="0" w:after="80"/>
        <w:jc w:val="both"/>
      </w:pPr>
      <w:r>
        <w:rPr>
          <w:rFonts w:ascii="Arial" w:hAnsi="Arial" w:cs="Arial"/>
          <w:color w:val="6B7280"/>
          <w:sz w:val="21"/>
          <w:szCs w:val="21"/>
          <w:rtl/>
          <w:lang w:val="en-US" w:bidi="ar-SA"/>
        </w:rPr>
        <w:t xml:space="preserve">صل الأضداد.</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Column A</w:t>
            </w:r>
          </w:p>
        </w:tc>
        <w:tc>
          <w:tcPr>
            <w:tcW w:type="dxa" w:w="4989"/>
            <w:shd w:val="clear" w:color="auto" w:fill="1d4ed8"/>
          </w:tcPr>
          <w:p>
            <w:pPr>
              <w:spacing w:before="0" w:after="40"/>
              <w:jc w:val="both"/>
            </w:pPr>
            <w:r>
              <w:rPr>
                <w:b/>
                <w:bCs/>
                <w:color w:val="FFFFFF"/>
              </w:rPr>
              <w:t>Column B</w:t>
            </w:r>
          </w:p>
        </w:tc>
      </w:tr>
      <w:tr>
        <w:tc>
          <w:tcPr>
            <w:tcW w:type="dxa" w:w="4989"/>
          </w:tcPr>
          <w:p>
            <w:pPr>
              <w:spacing w:before="0" w:after="40"/>
              <w:jc w:val="both"/>
            </w:pPr>
            <w:r>
              <w:rPr/>
              <w:t>1. big</w:t>
            </w:r>
          </w:p>
        </w:tc>
        <w:tc>
          <w:tcPr>
            <w:tcW w:type="dxa" w:w="4989"/>
          </w:tcPr>
          <w:p>
            <w:pPr>
              <w:spacing w:before="0" w:after="40"/>
              <w:jc w:val="both"/>
            </w:pPr>
            <w:r>
              <w:rPr/>
              <w:t>[   ] difficult</w:t>
            </w:r>
          </w:p>
        </w:tc>
      </w:tr>
      <w:tr>
        <w:tc>
          <w:tcPr>
            <w:tcW w:type="dxa" w:w="4989"/>
          </w:tcPr>
          <w:p>
            <w:pPr>
              <w:spacing w:before="0" w:after="40"/>
              <w:jc w:val="both"/>
            </w:pPr>
            <w:r>
              <w:rPr/>
              <w:t>2. fast</w:t>
            </w:r>
          </w:p>
        </w:tc>
        <w:tc>
          <w:tcPr>
            <w:tcW w:type="dxa" w:w="4989"/>
          </w:tcPr>
          <w:p>
            <w:pPr>
              <w:spacing w:before="0" w:after="40"/>
              <w:jc w:val="both"/>
            </w:pPr>
            <w:r>
              <w:rPr/>
              <w:t>[   ] slow</w:t>
            </w:r>
          </w:p>
        </w:tc>
      </w:tr>
      <w:tr>
        <w:tc>
          <w:tcPr>
            <w:tcW w:type="dxa" w:w="4989"/>
          </w:tcPr>
          <w:p>
            <w:pPr>
              <w:spacing w:before="0" w:after="40"/>
              <w:jc w:val="both"/>
            </w:pPr>
            <w:r>
              <w:rPr/>
              <w:t>3. old</w:t>
            </w:r>
          </w:p>
        </w:tc>
        <w:tc>
          <w:tcPr>
            <w:tcW w:type="dxa" w:w="4989"/>
          </w:tcPr>
          <w:p>
            <w:pPr>
              <w:spacing w:before="0" w:after="40"/>
              <w:jc w:val="both"/>
            </w:pPr>
            <w:r>
              <w:rPr/>
              <w:t>[   ] short</w:t>
            </w:r>
          </w:p>
        </w:tc>
      </w:tr>
      <w:tr>
        <w:tc>
          <w:tcPr>
            <w:tcW w:type="dxa" w:w="4989"/>
          </w:tcPr>
          <w:p>
            <w:pPr>
              <w:spacing w:before="0" w:after="40"/>
              <w:jc w:val="both"/>
            </w:pPr>
            <w:r>
              <w:rPr/>
              <w:t>4. tall</w:t>
            </w:r>
          </w:p>
        </w:tc>
        <w:tc>
          <w:tcPr>
            <w:tcW w:type="dxa" w:w="4989"/>
          </w:tcPr>
          <w:p>
            <w:pPr>
              <w:spacing w:before="0" w:after="40"/>
              <w:jc w:val="both"/>
            </w:pPr>
            <w:r>
              <w:rPr/>
              <w:t>[   ] young</w:t>
            </w:r>
          </w:p>
        </w:tc>
      </w:tr>
      <w:tr>
        <w:tc>
          <w:tcPr>
            <w:tcW w:type="dxa" w:w="4989"/>
          </w:tcPr>
          <w:p>
            <w:pPr>
              <w:spacing w:before="0" w:after="40"/>
              <w:jc w:val="both"/>
            </w:pPr>
            <w:r>
              <w:rPr/>
              <w:t>5. easy</w:t>
            </w:r>
          </w:p>
        </w:tc>
        <w:tc>
          <w:tcPr>
            <w:tcW w:type="dxa" w:w="4989"/>
          </w:tcPr>
          <w:p>
            <w:pPr>
              <w:spacing w:before="0" w:after="40"/>
              <w:jc w:val="both"/>
            </w:pPr>
            <w:r>
              <w:rPr/>
              <w:t>[   ] expensive</w:t>
            </w:r>
          </w:p>
        </w:tc>
      </w:tr>
      <w:tr>
        <w:tc>
          <w:tcPr>
            <w:tcW w:type="dxa" w:w="4989"/>
          </w:tcPr>
          <w:p>
            <w:pPr>
              <w:spacing w:before="0" w:after="40"/>
              <w:jc w:val="both"/>
            </w:pPr>
            <w:r>
              <w:rPr/>
              <w:t>6. cheap</w:t>
            </w:r>
          </w:p>
        </w:tc>
        <w:tc>
          <w:tcPr>
            <w:tcW w:type="dxa" w:w="4989"/>
          </w:tcPr>
          <w:p>
            <w:pPr>
              <w:spacing w:before="0" w:after="40"/>
              <w:jc w:val="both"/>
            </w:pPr>
            <w:r>
              <w:rPr/>
              <w:t>[   ] small</w:t>
            </w:r>
          </w:p>
        </w:tc>
      </w:tr>
    </w:tbl>
    <w:p>
      <w:pPr>
        <w:spacing w:before="0" w:after="40"/>
        <w:jc w:val="both"/>
      </w:pPr>
    </w:p>
    <w:p>
      <w:pPr>
        <w:spacing w:before="160" w:after="20"/>
        <w:jc w:val="both"/>
      </w:pPr>
      <w:r>
        <w:rPr>
          <w:b/>
          <w:bCs/>
          <w:sz w:val="26"/>
          <w:szCs w:val="26"/>
        </w:rPr>
        <w:t>2.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1d4ed8"/>
          </w:tcPr>
          <w:p>
            <w:pPr>
              <w:spacing w:before="0" w:after="40"/>
              <w:jc w:val="both"/>
            </w:pPr>
            <w:r>
              <w:rPr>
                <w:b/>
                <w:bCs/>
                <w:color w:val="FFFFFF"/>
              </w:rPr>
              <w:t>Adjective</w:t>
            </w:r>
          </w:p>
        </w:tc>
        <w:tc>
          <w:tcPr>
            <w:tcW w:type="dxa" w:w="3326"/>
            <w:shd w:val="clear" w:color="auto" w:fill="1d4ed8"/>
          </w:tcPr>
          <w:p>
            <w:pPr>
              <w:spacing w:before="0" w:after="40"/>
              <w:jc w:val="both"/>
            </w:pPr>
            <w:r>
              <w:rPr>
                <w:b/>
                <w:bCs/>
                <w:color w:val="FFFFFF"/>
              </w:rPr>
              <w:t>Comparative</w:t>
            </w:r>
          </w:p>
        </w:tc>
        <w:tc>
          <w:tcPr>
            <w:tcW w:type="dxa" w:w="3326"/>
            <w:shd w:val="clear" w:color="auto" w:fill="1d4ed8"/>
          </w:tcPr>
          <w:p>
            <w:pPr>
              <w:spacing w:before="0" w:after="40"/>
              <w:jc w:val="both"/>
            </w:pPr>
            <w:r>
              <w:rPr>
                <w:b/>
                <w:bCs/>
                <w:color w:val="FFFFFF"/>
              </w:rPr>
              <w:t>Superlative</w:t>
            </w:r>
          </w:p>
        </w:tc>
      </w:tr>
      <w:tr>
        <w:tc>
          <w:tcPr>
            <w:tcW w:type="dxa" w:w="3326"/>
          </w:tcPr>
          <w:p>
            <w:pPr>
              <w:spacing w:before="0" w:after="40"/>
              <w:jc w:val="both"/>
            </w:pPr>
            <w:r>
              <w:rPr/>
              <w:t>small</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nice</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happy</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big</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good</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3. Sort the adjectives: -er/-est or more/most?</w:t>
      </w:r>
    </w:p>
    <w:p>
      <w:pPr>
        <w:bidi/>
        <w:spacing w:before="0" w:after="0"/>
        <w:jc w:val="both"/>
      </w:pPr>
      <w:r>
        <w:rPr>
          <w:rFonts w:ascii="Arial" w:hAnsi="Arial" w:cs="Arial"/>
          <w:color w:val="6B7280"/>
          <w:sz w:val="20"/>
          <w:szCs w:val="20"/>
          <w:rtl/>
          <w:lang w:val="en-US" w:bidi="he-IL"/>
        </w:rPr>
        <w:t xml:space="preserve">מיינו את שמות התואר: ‎-er/-est‎ או ‎more/most?‎</w:t>
      </w:r>
    </w:p>
    <w:p>
      <w:pPr>
        <w:bidi/>
        <w:spacing w:before="0" w:after="80"/>
        <w:jc w:val="both"/>
      </w:pPr>
      <w:r>
        <w:rPr>
          <w:rFonts w:ascii="Arial" w:hAnsi="Arial" w:cs="Arial"/>
          <w:color w:val="6B7280"/>
          <w:sz w:val="21"/>
          <w:szCs w:val="21"/>
          <w:rtl/>
          <w:lang w:val="en-US" w:bidi="ar-SA"/>
        </w:rPr>
        <w:t xml:space="preserve">صنّف الصفات: ‎-er/-est‎ أم ‎more/most‎؟</w:t>
      </w:r>
    </w:p>
    <w:p>
      <w:pPr>
        <w:spacing w:before="0" w:after="80"/>
        <w:jc w:val="both"/>
      </w:pPr>
      <w:r>
        <w:rPr>
          <w:color w:val="1D4ED8"/>
          <w:sz w:val="24"/>
          <w:szCs w:val="24"/>
        </w:rPr>
        <w:t>Words: cold  |  beautiful  |  fast  |  expensive  |  young  |  interesting  |  strong  |  dangerous</w:t>
      </w:r>
    </w:p>
    <w:tbl>
      <w:tblPr>
        <w:tblStyle w:val="TableGrid"/>
        <w:tblW w:type="auto" w:w="0"/>
        <w:tblLook w:firstColumn="1" w:firstRow="1" w:lastColumn="0" w:lastRow="0" w:noHBand="0" w:noVBand="1" w:val="04A0"/>
      </w:tblPr>
      <w:tblGrid>
        <w:gridCol w:w="4989"/>
        <w:gridCol w:w="4989"/>
      </w:tblGrid>
      <w:tr>
        <w:tc>
          <w:tcPr>
            <w:tcW w:type="dxa" w:w="4989"/>
            <w:shd w:val="clear" w:color="auto" w:fill="1d4ed8"/>
          </w:tcPr>
          <w:p>
            <w:pPr>
              <w:spacing w:before="0" w:after="40"/>
              <w:jc w:val="both"/>
            </w:pPr>
            <w:r>
              <w:rPr>
                <w:b/>
                <w:bCs/>
                <w:color w:val="FFFFFF"/>
              </w:rPr>
              <w:t>-er / -est</w:t>
            </w:r>
          </w:p>
        </w:tc>
        <w:tc>
          <w:tcPr>
            <w:tcW w:type="dxa" w:w="4989"/>
            <w:shd w:val="clear" w:color="auto" w:fill="1d4ed8"/>
          </w:tcPr>
          <w:p>
            <w:pPr>
              <w:spacing w:before="0" w:after="40"/>
              <w:jc w:val="both"/>
            </w:pPr>
            <w:r>
              <w:rPr>
                <w:b/>
                <w:bCs/>
                <w:color w:val="FFFFFF"/>
              </w:rPr>
              <w:t>more / most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Complete with the comparative + than.</w:t>
      </w:r>
    </w:p>
    <w:p>
      <w:pPr>
        <w:bidi/>
        <w:spacing w:before="0" w:after="0"/>
        <w:jc w:val="both"/>
      </w:pPr>
      <w:r>
        <w:rPr>
          <w:rFonts w:ascii="Arial" w:hAnsi="Arial" w:cs="Arial"/>
          <w:color w:val="6B7280"/>
          <w:sz w:val="20"/>
          <w:szCs w:val="20"/>
          <w:rtl/>
          <w:lang w:val="en-US" w:bidi="he-IL"/>
        </w:rPr>
        <w:t xml:space="preserve">השלימו בצורת ההשוואה ‎+ than‎.</w:t>
      </w:r>
    </w:p>
    <w:p>
      <w:pPr>
        <w:bidi/>
        <w:spacing w:before="0" w:after="80"/>
        <w:jc w:val="both"/>
      </w:pPr>
      <w:r>
        <w:rPr>
          <w:rFonts w:ascii="Arial" w:hAnsi="Arial" w:cs="Arial"/>
          <w:color w:val="6B7280"/>
          <w:sz w:val="21"/>
          <w:szCs w:val="21"/>
          <w:rtl/>
          <w:lang w:val="en-US" w:bidi="ar-SA"/>
        </w:rPr>
        <w:t xml:space="preserve">أكمل بصيغة المقارنة ‎+ than‎.</w:t>
      </w:r>
    </w:p>
    <w:p>
      <w:pPr>
        <w:spacing w:before="0" w:after="60"/>
        <w:jc w:val="both"/>
      </w:pPr>
      <w:r>
        <w:rPr/>
        <w:t>a. A horse is __________ (strong) a dog.</w:t>
      </w:r>
    </w:p>
    <w:p>
      <w:pPr>
        <w:spacing w:before="0" w:after="60"/>
        <w:jc w:val="both"/>
      </w:pPr>
      <w:r>
        <w:rPr/>
        <w:t>b. Summer is __________ (hot) winter.</w:t>
      </w:r>
    </w:p>
    <w:p>
      <w:pPr>
        <w:spacing w:before="0" w:after="60"/>
        <w:jc w:val="both"/>
      </w:pPr>
      <w:r>
        <w:rPr/>
        <w:t>c. My grandma is __________ (old) my mom.</w:t>
      </w:r>
    </w:p>
    <w:p>
      <w:pPr>
        <w:spacing w:before="0" w:after="60"/>
        <w:jc w:val="both"/>
      </w:pPr>
      <w:r>
        <w:rPr/>
        <w:t>d. A bike is __________ (cheap) a car.</w:t>
      </w:r>
    </w:p>
    <w:p>
      <w:pPr>
        <w:spacing w:before="0" w:after="60"/>
        <w:jc w:val="both"/>
      </w:pPr>
      <w:r>
        <w:rPr/>
        <w:t>e. This test is __________ (easy) the last one.</w:t>
      </w:r>
    </w:p>
    <w:p>
      <w:pPr>
        <w:spacing w:before="160" w:after="20"/>
        <w:jc w:val="both"/>
      </w:pPr>
      <w:r>
        <w:rPr>
          <w:b/>
          <w:bCs/>
          <w:sz w:val="26"/>
          <w:szCs w:val="26"/>
        </w:rPr>
        <w:t>5. Complete with the superlative.</w:t>
      </w:r>
    </w:p>
    <w:p>
      <w:pPr>
        <w:bidi/>
        <w:spacing w:before="0" w:after="0"/>
        <w:jc w:val="both"/>
      </w:pPr>
      <w:r>
        <w:rPr>
          <w:rFonts w:ascii="Arial" w:hAnsi="Arial" w:cs="Arial"/>
          <w:color w:val="6B7280"/>
          <w:sz w:val="20"/>
          <w:szCs w:val="20"/>
          <w:rtl/>
          <w:lang w:val="en-US" w:bidi="he-IL"/>
        </w:rPr>
        <w:t xml:space="preserve">השלימו בצורת ההפלגה.</w:t>
      </w:r>
    </w:p>
    <w:p>
      <w:pPr>
        <w:bidi/>
        <w:spacing w:before="0" w:after="80"/>
        <w:jc w:val="both"/>
      </w:pPr>
      <w:r>
        <w:rPr>
          <w:rFonts w:ascii="Arial" w:hAnsi="Arial" w:cs="Arial"/>
          <w:color w:val="6B7280"/>
          <w:sz w:val="21"/>
          <w:szCs w:val="21"/>
          <w:rtl/>
          <w:lang w:val="en-US" w:bidi="ar-SA"/>
        </w:rPr>
        <w:t xml:space="preserve">أكمل بصيغة التفضيل.</w:t>
      </w:r>
    </w:p>
    <w:p>
      <w:pPr>
        <w:spacing w:before="0" w:after="60"/>
        <w:jc w:val="both"/>
      </w:pPr>
      <w:r>
        <w:rPr/>
        <w:t>a. The cheetah is __________ (fast) animal on land.</w:t>
      </w:r>
    </w:p>
    <w:p>
      <w:pPr>
        <w:spacing w:before="0" w:after="60"/>
        <w:jc w:val="both"/>
      </w:pPr>
      <w:r>
        <w:rPr/>
        <w:t>b. Omer is __________ (funny) boy in our class.</w:t>
      </w:r>
    </w:p>
    <w:p>
      <w:pPr>
        <w:spacing w:before="0" w:after="60"/>
        <w:jc w:val="both"/>
      </w:pPr>
      <w:r>
        <w:rPr/>
        <w:t>c. The Dead Sea is __________ (low) place on Earth.</w:t>
      </w:r>
    </w:p>
    <w:p>
      <w:pPr>
        <w:spacing w:before="0" w:after="60"/>
        <w:jc w:val="both"/>
      </w:pPr>
      <w:r>
        <w:rPr/>
        <w:t>d. December is __________ (cold) month here.</w:t>
      </w:r>
    </w:p>
    <w:p>
      <w:pPr>
        <w:spacing w:before="160" w:after="20"/>
        <w:jc w:val="both"/>
      </w:pPr>
      <w:r>
        <w:rPr>
          <w:b/>
          <w:bCs/>
          <w:sz w:val="26"/>
          <w:szCs w:val="26"/>
        </w:rPr>
        <w:t>6.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This movie is ___ than the book.</w:t>
      </w:r>
    </w:p>
    <w:p>
      <w:pPr>
        <w:spacing w:before="0" w:after="80"/>
        <w:jc w:val="both"/>
      </w:pPr>
      <w:r>
        <w:rPr/>
        <w:t xml:space="preserve">   ○ more exciting      ○ most exciting      ○ excitinger</w:t>
      </w:r>
    </w:p>
    <w:p>
      <w:pPr>
        <w:spacing w:before="0" w:after="20"/>
        <w:jc w:val="both"/>
      </w:pPr>
      <w:r>
        <w:rPr/>
        <w:t>b. Ben is the ___ player on the team.</w:t>
      </w:r>
    </w:p>
    <w:p>
      <w:pPr>
        <w:spacing w:before="0" w:after="80"/>
        <w:jc w:val="both"/>
      </w:pPr>
      <w:r>
        <w:rPr/>
        <w:t xml:space="preserve">   ○ better      ○ good      ○ best</w:t>
      </w:r>
    </w:p>
    <w:p>
      <w:pPr>
        <w:spacing w:before="0" w:after="20"/>
        <w:jc w:val="both"/>
      </w:pPr>
      <w:r>
        <w:rPr/>
        <w:t>c. My handwriting is ___ than yours.</w:t>
      </w:r>
    </w:p>
    <w:p>
      <w:pPr>
        <w:spacing w:before="0" w:after="80"/>
        <w:jc w:val="both"/>
      </w:pPr>
      <w:r>
        <w:rPr/>
        <w:t xml:space="preserve">   ○ badder      ○ worse      ○ worst</w:t>
      </w:r>
    </w:p>
    <w:p>
      <w:pPr>
        <w:spacing w:before="0" w:after="20"/>
        <w:jc w:val="both"/>
      </w:pPr>
      <w:r>
        <w:rPr/>
        <w:t>d. Tel Aviv is ___ than Tiberias.</w:t>
      </w:r>
    </w:p>
    <w:p>
      <w:pPr>
        <w:spacing w:before="0" w:after="80"/>
        <w:jc w:val="both"/>
      </w:pPr>
      <w:r>
        <w:rPr/>
        <w:t xml:space="preserve">   ○ bigger      ○ biger      ○ more big</w:t>
      </w:r>
    </w:p>
    <w:p>
      <w:pPr>
        <w:spacing w:before="160" w:after="20"/>
        <w:jc w:val="both"/>
      </w:pPr>
      <w:r>
        <w:rPr>
          <w:b/>
          <w:bCs/>
          <w:sz w:val="26"/>
          <w:szCs w:val="26"/>
        </w:rPr>
        <w:t>7. Complete with more or most.</w:t>
      </w:r>
    </w:p>
    <w:p>
      <w:pPr>
        <w:bidi/>
        <w:spacing w:before="0" w:after="0"/>
        <w:jc w:val="both"/>
      </w:pPr>
      <w:r>
        <w:rPr>
          <w:rFonts w:ascii="Arial" w:hAnsi="Arial" w:cs="Arial"/>
          <w:color w:val="6B7280"/>
          <w:sz w:val="20"/>
          <w:szCs w:val="20"/>
          <w:rtl/>
          <w:lang w:val="en-US" w:bidi="he-IL"/>
        </w:rPr>
        <w:t xml:space="preserve">השלימו ב-‎more‎ או ‎most‎.</w:t>
      </w:r>
    </w:p>
    <w:p>
      <w:pPr>
        <w:bidi/>
        <w:spacing w:before="0" w:after="80"/>
        <w:jc w:val="both"/>
      </w:pPr>
      <w:r>
        <w:rPr>
          <w:rFonts w:ascii="Arial" w:hAnsi="Arial" w:cs="Arial"/>
          <w:color w:val="6B7280"/>
          <w:sz w:val="21"/>
          <w:szCs w:val="21"/>
          <w:rtl/>
          <w:lang w:val="en-US" w:bidi="ar-SA"/>
        </w:rPr>
        <w:t xml:space="preserve">أكمل بـ ‎more‎ أو ‎most‎.</w:t>
      </w:r>
    </w:p>
    <w:p>
      <w:pPr>
        <w:spacing w:before="0" w:after="60"/>
        <w:jc w:val="both"/>
      </w:pPr>
      <w:r>
        <w:rPr/>
        <w:t>a. Gold is __________ expensive than silver.</w:t>
      </w:r>
    </w:p>
    <w:p>
      <w:pPr>
        <w:spacing w:before="0" w:after="60"/>
        <w:jc w:val="both"/>
      </w:pPr>
      <w:r>
        <w:rPr/>
        <w:t>b. This is the __________ comfortable chair in the house.</w:t>
      </w:r>
    </w:p>
    <w:p>
      <w:pPr>
        <w:spacing w:before="0" w:after="60"/>
        <w:jc w:val="both"/>
      </w:pPr>
      <w:r>
        <w:rPr/>
        <w:t>c. Dogs are __________ friendly than snakes.</w:t>
      </w:r>
    </w:p>
    <w:p>
      <w:pPr>
        <w:spacing w:before="0" w:after="60"/>
        <w:jc w:val="both"/>
      </w:pPr>
      <w:r>
        <w:rPr/>
        <w:t>d. Who is the __________ famous singer in Israel?</w:t>
      </w:r>
    </w:p>
    <w:p>
      <w:pPr>
        <w:spacing w:before="120" w:after="40"/>
        <w:jc w:val="center"/>
      </w:pPr>
      <w:r>
        <w:rPr>
          <w:rFonts w:ascii="Arial Black" w:hAnsi="Arial Black" w:cs="Arial Black"/>
          <w:b/>
          <w:bCs/>
          <w:color w:val="1D4ED8"/>
          <w:sz w:val="30"/>
          <w:szCs w:val="30"/>
        </w:rPr>
        <w:t>Three Pets</w:t>
      </w:r>
    </w:p>
    <w:p>
      <w:pPr>
        <w:spacing w:before="0" w:after="80"/>
        <w:jc w:val="both"/>
      </w:pPr>
      <w:r>
        <w:rPr/>
        <w:t>Tamar, Ariel and Daniel are neighbors, and each of them has a pet.</w:t>
      </w:r>
    </w:p>
    <w:p>
      <w:pPr>
        <w:spacing w:before="0" w:after="80"/>
        <w:jc w:val="both"/>
      </w:pPr>
      <w:r>
        <w:rPr/>
        <w:t>Tamar has a cat called Pita. Pita is three years old. She is small and quiet, and she sleeps most of the day. Ariel has a dog called Max. Max is five years old. He is bigger and louder than Pita, and he loves running in the park. Daniel has a parrot called Kiwi. Kiwi is the oldest pet on the street: he is twelve years old!</w:t>
      </w:r>
    </w:p>
    <w:p>
      <w:pPr>
        <w:spacing w:before="0" w:after="80"/>
        <w:jc w:val="both"/>
      </w:pPr>
      <w:r>
        <w:rPr/>
        <w:t>Which pet is the most interesting? Daniel says Kiwi is, because he can say "Good morning" and "Shalom". Ariel thinks Max is the best pet, because he is the most active. Tamar says, "Pita is the most beautiful, and she is the easiest pet to take care of."</w:t>
      </w:r>
    </w:p>
    <w:p>
      <w:pPr>
        <w:spacing w:before="160" w:after="20"/>
        <w:jc w:val="both"/>
      </w:pPr>
      <w:r>
        <w:rPr>
          <w:b/>
          <w:bCs/>
          <w:sz w:val="26"/>
          <w:szCs w:val="26"/>
        </w:rPr>
        <w:t>9. Read the text and circle the correct answer.</w:t>
      </w:r>
    </w:p>
    <w:p>
      <w:pPr>
        <w:bidi/>
        <w:spacing w:before="0" w:after="0"/>
        <w:jc w:val="both"/>
      </w:pPr>
      <w:r>
        <w:rPr>
          <w:rFonts w:ascii="Arial" w:hAnsi="Arial" w:cs="Arial"/>
          <w:color w:val="6B7280"/>
          <w:sz w:val="20"/>
          <w:szCs w:val="20"/>
          <w:rtl/>
          <w:lang w:val="en-US" w:bidi="he-IL"/>
        </w:rPr>
        <w:t xml:space="preserve">קראו את הטקסט והקיפו את התשובה הנכונה.</w:t>
      </w:r>
    </w:p>
    <w:p>
      <w:pPr>
        <w:bidi/>
        <w:spacing w:before="0" w:after="80"/>
        <w:jc w:val="both"/>
      </w:pPr>
      <w:r>
        <w:rPr>
          <w:rFonts w:ascii="Arial" w:hAnsi="Arial" w:cs="Arial"/>
          <w:color w:val="6B7280"/>
          <w:sz w:val="21"/>
          <w:szCs w:val="21"/>
          <w:rtl/>
          <w:lang w:val="en-US" w:bidi="ar-SA"/>
        </w:rPr>
        <w:t xml:space="preserve">اقرأ النص وضع دائرة حول الإجابة الصحيحة.</w:t>
      </w:r>
    </w:p>
    <w:p>
      <w:pPr>
        <w:spacing w:before="0" w:after="20"/>
        <w:jc w:val="both"/>
      </w:pPr>
      <w:r>
        <w:rPr/>
        <w:t>a. Which pet is the oldest?</w:t>
      </w:r>
    </w:p>
    <w:p>
      <w:pPr>
        <w:spacing w:before="0" w:after="80"/>
        <w:jc w:val="both"/>
      </w:pPr>
      <w:r>
        <w:rPr/>
        <w:t xml:space="preserve">   ○ Pita      ○ Max      ○ Kiwi</w:t>
      </w:r>
    </w:p>
    <w:p>
      <w:pPr>
        <w:spacing w:before="0" w:after="20"/>
        <w:jc w:val="both"/>
      </w:pPr>
      <w:r>
        <w:rPr/>
        <w:t>b. Which pet is louder than Pita?</w:t>
      </w:r>
    </w:p>
    <w:p>
      <w:pPr>
        <w:spacing w:before="0" w:after="80"/>
        <w:jc w:val="both"/>
      </w:pPr>
      <w:r>
        <w:rPr/>
        <w:t xml:space="preserve">   ○ Max      ○ Kiwi      ○ Tamar</w:t>
      </w:r>
    </w:p>
    <w:p>
      <w:pPr>
        <w:spacing w:before="0" w:after="20"/>
        <w:jc w:val="both"/>
      </w:pPr>
      <w:r>
        <w:rPr/>
        <w:t>c. Why does Ariel think Max is the best pet?</w:t>
      </w:r>
    </w:p>
    <w:p>
      <w:pPr>
        <w:spacing w:before="0" w:after="80"/>
        <w:jc w:val="both"/>
      </w:pPr>
      <w:r>
        <w:rPr/>
        <w:t xml:space="preserve">   ○ He can talk.      ○ He is the most active.      ○ He is the quietest.</w:t>
      </w:r>
    </w:p>
    <w:p>
      <w:pPr>
        <w:spacing w:before="160" w:after="20"/>
        <w:jc w:val="both"/>
      </w:pPr>
      <w:r>
        <w:rPr>
          <w:b/>
          <w:bCs/>
          <w:sz w:val="26"/>
          <w:szCs w:val="26"/>
        </w:rPr>
        <w:t>10. Complete the sentences according to the text.</w:t>
      </w:r>
    </w:p>
    <w:p>
      <w:pPr>
        <w:bidi/>
        <w:spacing w:before="0" w:after="0"/>
        <w:jc w:val="both"/>
      </w:pPr>
      <w:r>
        <w:rPr>
          <w:rFonts w:ascii="Arial" w:hAnsi="Arial" w:cs="Arial"/>
          <w:color w:val="6B7280"/>
          <w:sz w:val="20"/>
          <w:szCs w:val="20"/>
          <w:rtl/>
          <w:lang w:val="en-US" w:bidi="he-IL"/>
        </w:rPr>
        <w:t xml:space="preserve">השלימו את המשפטים לפי הטקסט.</w:t>
      </w:r>
    </w:p>
    <w:p>
      <w:pPr>
        <w:bidi/>
        <w:spacing w:before="0" w:after="80"/>
        <w:jc w:val="both"/>
      </w:pPr>
      <w:r>
        <w:rPr>
          <w:rFonts w:ascii="Arial" w:hAnsi="Arial" w:cs="Arial"/>
          <w:color w:val="6B7280"/>
          <w:sz w:val="21"/>
          <w:szCs w:val="21"/>
          <w:rtl/>
          <w:lang w:val="en-US" w:bidi="ar-SA"/>
        </w:rPr>
        <w:t xml:space="preserve">أكمل الجمل حسب النص.</w:t>
      </w:r>
    </w:p>
    <w:p>
      <w:pPr>
        <w:spacing w:before="0" w:after="60"/>
        <w:jc w:val="both"/>
      </w:pPr>
      <w:r>
        <w:rPr/>
        <w:t>a. Max is two years __________ than Pita.</w:t>
      </w:r>
    </w:p>
    <w:p>
      <w:pPr>
        <w:spacing w:before="0" w:after="60"/>
        <w:jc w:val="both"/>
      </w:pPr>
      <w:r>
        <w:rPr/>
        <w:t>b. Pita is __________ (small) than Max.</w:t>
      </w:r>
    </w:p>
    <w:p>
      <w:pPr>
        <w:spacing w:before="0" w:after="60"/>
        <w:jc w:val="both"/>
      </w:pPr>
      <w:r>
        <w:rPr/>
        <w:t>c. Tamar thinks Pita is the __________ pet to take care of.</w:t>
      </w:r>
    </w:p>
    <w:p>
      <w:pPr>
        <w:spacing w:before="160" w:after="20"/>
        <w:jc w:val="both"/>
      </w:pPr>
      <w:r>
        <w:rPr>
          <w:b/>
          <w:bCs/>
          <w:sz w:val="26"/>
          <w:szCs w:val="26"/>
        </w:rPr>
        <w:t>11.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Kiwi is younger than Max.      True / False</w:t>
      </w:r>
    </w:p>
    <w:p>
      <w:pPr>
        <w:spacing w:before="0" w:after="60"/>
        <w:jc w:val="both"/>
      </w:pPr>
      <w:r>
        <w:rPr/>
        <w:t>b. Max loves running in the park.      True / False</w:t>
      </w:r>
    </w:p>
    <w:p>
      <w:pPr>
        <w:spacing w:before="0" w:after="60"/>
        <w:jc w:val="both"/>
      </w:pPr>
      <w:r>
        <w:rPr/>
        <w:t>c. Pita is the loudest pet.      True / False</w:t>
      </w:r>
    </w:p>
    <w:p>
      <w:pPr>
        <w:spacing w:before="160" w:after="20"/>
        <w:jc w:val="both"/>
      </w:pPr>
      <w:r>
        <w:rPr>
          <w:b/>
          <w:bCs/>
          <w:sz w:val="26"/>
          <w:szCs w:val="26"/>
        </w:rPr>
        <w:t>12. Write a sentence comparing the two things. Use the adjective in brackets.</w:t>
      </w:r>
    </w:p>
    <w:p>
      <w:pPr>
        <w:bidi/>
        <w:spacing w:before="0" w:after="0"/>
        <w:jc w:val="both"/>
      </w:pPr>
      <w:r>
        <w:rPr>
          <w:rFonts w:ascii="Arial" w:hAnsi="Arial" w:cs="Arial"/>
          <w:color w:val="6B7280"/>
          <w:sz w:val="20"/>
          <w:szCs w:val="20"/>
          <w:rtl/>
          <w:lang w:val="en-US" w:bidi="he-IL"/>
        </w:rPr>
        <w:t xml:space="preserve">כתבו משפט שמשווה בין שני הדברים. השתמשו בשם התואר שבסוגריים.</w:t>
      </w:r>
    </w:p>
    <w:p>
      <w:pPr>
        <w:bidi/>
        <w:spacing w:before="0" w:after="80"/>
        <w:jc w:val="both"/>
      </w:pPr>
      <w:r>
        <w:rPr>
          <w:rFonts w:ascii="Arial" w:hAnsi="Arial" w:cs="Arial"/>
          <w:color w:val="6B7280"/>
          <w:sz w:val="21"/>
          <w:szCs w:val="21"/>
          <w:rtl/>
          <w:lang w:val="en-US" w:bidi="ar-SA"/>
        </w:rPr>
        <w:t xml:space="preserve">اكتب جملة تقارن بين الشيئين. استعمل الصفة التي بين القوسين.</w:t>
      </w:r>
    </w:p>
    <w:p>
      <w:pPr>
        <w:spacing w:before="0" w:after="100"/>
        <w:jc w:val="both"/>
      </w:pPr>
      <w:r>
        <w:rPr/>
        <w:t>a. a mouse / an elephant (small)</w:t>
      </w:r>
    </w:p>
    <w:p>
      <w:pPr>
        <w:spacing w:before="0" w:after="100"/>
        <w:jc w:val="both"/>
      </w:pPr>
      <w:r>
        <w:rPr/>
        <w:t>b. a book / a movie (interesting)</w:t>
      </w:r>
    </w:p>
    <w:p>
      <w:pPr>
        <w:spacing w:before="0" w:after="100"/>
        <w:jc w:val="both"/>
      </w:pPr>
      <w:r>
        <w:rPr/>
        <w:t>c. Eilat / Jerusalem (hot)</w:t>
      </w:r>
    </w:p>
    <w:p>
      <w:pPr>
        <w:spacing w:before="0" w:after="100"/>
        <w:jc w:val="both"/>
      </w:pPr>
      <w:r>
        <w:rPr/>
        <w:t>d. a test / a game (bad)</w:t>
      </w:r>
    </w:p>
    <w:p>
      <w:pPr>
        <w:spacing w:before="160" w:after="20"/>
        <w:jc w:val="both"/>
      </w:pPr>
      <w:r>
        <w:rPr>
          <w:b/>
          <w:bCs/>
          <w:sz w:val="26"/>
          <w:szCs w:val="26"/>
        </w:rPr>
        <w:t>13. Compare two of your friends, two animals or two places. Write 4 sentences. Use -er, more and one superlative.</w:t>
      </w:r>
    </w:p>
    <w:p>
      <w:pPr>
        <w:bidi/>
        <w:spacing w:before="0" w:after="0"/>
        <w:jc w:val="both"/>
      </w:pPr>
      <w:r>
        <w:rPr>
          <w:rFonts w:ascii="Arial" w:hAnsi="Arial" w:cs="Arial"/>
          <w:color w:val="6B7280"/>
          <w:sz w:val="20"/>
          <w:szCs w:val="20"/>
          <w:rtl/>
          <w:lang w:val="en-US" w:bidi="he-IL"/>
        </w:rPr>
        <w:t xml:space="preserve">השוו בין שניים מהחברים שלכם, שתי חיות או שני מקומות. כתבו 4 משפטים. השתמשו ב--‎er‎, ב-‎more‎ ובצורת הפלגה אחת.</w:t>
      </w:r>
    </w:p>
    <w:p>
      <w:pPr>
        <w:bidi/>
        <w:spacing w:before="0" w:after="80"/>
        <w:jc w:val="both"/>
      </w:pPr>
      <w:r>
        <w:rPr>
          <w:rFonts w:ascii="Arial" w:hAnsi="Arial" w:cs="Arial"/>
          <w:color w:val="6B7280"/>
          <w:sz w:val="21"/>
          <w:szCs w:val="21"/>
          <w:rtl/>
          <w:lang w:val="en-US" w:bidi="ar-SA"/>
        </w:rPr>
        <w:t xml:space="preserve">قارن بين اثنين من أصدقائك، أو حيوانين، أو مكانين. اكتب 4 جمل. استعمل -‎er‎ و ‎more‎ وصيغة تفضيل واحدة.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