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Comparatives and superlatives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opposites.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ההפכים.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الأضداد.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big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difficult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fast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slow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old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short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tall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young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easy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expensive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cheap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small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Adjective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Comparative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Superlative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small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smaller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smallest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nice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nicer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nicest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happy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happier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happiest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big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bigger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biggest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good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better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best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adjectives: -er/-est or more/most?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שמות התואר: ‎-er/-est‎ או ‎more/most?‎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الصفات: ‎-er/-est‎ أم ‎more/most‎؟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-er / -est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more / most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cold, fast, young, strong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beautiful, expensive, interesting, dangerous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the comparative + than.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בצורת ההשוואה ‎+ than‎.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المقارنة ‎+ than‎.</w:t>
      </w:r>
    </w:p>
    <w:p>
      <w:pPr>
        <w:spacing w:before="0" w:after="40"/>
        <w:jc w:val="both"/>
      </w:pPr>
      <w:r>
        <w:rPr/>
        <w:t>a. A horse is stronger than (strong) a dog.</w:t>
      </w:r>
    </w:p>
    <w:p>
      <w:pPr>
        <w:spacing w:before="0" w:after="40"/>
        <w:jc w:val="both"/>
      </w:pPr>
      <w:r>
        <w:rPr/>
        <w:t>b. Summer is hotter than (hot) winter.</w:t>
      </w:r>
    </w:p>
    <w:p>
      <w:pPr>
        <w:spacing w:before="0" w:after="40"/>
        <w:jc w:val="both"/>
      </w:pPr>
      <w:r>
        <w:rPr/>
        <w:t>c. My grandma is older than (old) my mom.</w:t>
      </w:r>
    </w:p>
    <w:p>
      <w:pPr>
        <w:spacing w:before="0" w:after="40"/>
        <w:jc w:val="both"/>
      </w:pPr>
      <w:r>
        <w:rPr/>
        <w:t>d. A bike is cheaper than (cheap) a car.</w:t>
      </w:r>
    </w:p>
    <w:p>
      <w:pPr>
        <w:spacing w:before="0" w:after="40"/>
        <w:jc w:val="both"/>
      </w:pPr>
      <w:r>
        <w:rPr/>
        <w:t>e. This test is easier than (easy) the last one.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the superlative.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בצורת ההפלגה.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التفضيل.</w:t>
      </w:r>
    </w:p>
    <w:p>
      <w:pPr>
        <w:spacing w:before="0" w:after="40"/>
        <w:jc w:val="both"/>
      </w:pPr>
      <w:r>
        <w:rPr/>
        <w:t>a. The cheetah is the fastest (fast) animal on land.</w:t>
      </w:r>
    </w:p>
    <w:p>
      <w:pPr>
        <w:spacing w:before="0" w:after="40"/>
        <w:jc w:val="both"/>
      </w:pPr>
      <w:r>
        <w:rPr/>
        <w:t>b. Omer is the funniest (funny) boy in our class.</w:t>
      </w:r>
    </w:p>
    <w:p>
      <w:pPr>
        <w:spacing w:before="0" w:after="40"/>
        <w:jc w:val="both"/>
      </w:pPr>
      <w:r>
        <w:rPr/>
        <w:t>c. The Dead Sea is the lowest (low) place on Earth.</w:t>
      </w:r>
    </w:p>
    <w:p>
      <w:pPr>
        <w:spacing w:before="0" w:after="40"/>
        <w:jc w:val="both"/>
      </w:pPr>
      <w:r>
        <w:rPr/>
        <w:t>d. December is the coldest (cold) month here.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This movie is ___ than the book.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more exciting</w:t>
      </w:r>
    </w:p>
    <w:p>
      <w:pPr>
        <w:spacing w:before="0" w:after="20"/>
        <w:jc w:val="both"/>
      </w:pPr>
      <w:r>
        <w:rPr/>
        <w:t>b. Ben is the ___ player on the team.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best</w:t>
      </w:r>
    </w:p>
    <w:p>
      <w:pPr>
        <w:spacing w:before="0" w:after="20"/>
        <w:jc w:val="both"/>
      </w:pPr>
      <w:r>
        <w:rPr/>
        <w:t>c. My handwriting is ___ than yours.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worse</w:t>
      </w:r>
    </w:p>
    <w:p>
      <w:pPr>
        <w:spacing w:before="0" w:after="20"/>
        <w:jc w:val="both"/>
      </w:pPr>
      <w:r>
        <w:rPr/>
        <w:t>d. Tel Aviv is ___ than Tiberias.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bigger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Complete with more or most.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ב-‎more‎ או ‎most‎.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‎more‎ أو ‎most‎.</w:t>
      </w:r>
    </w:p>
    <w:p>
      <w:pPr>
        <w:spacing w:before="0" w:after="40"/>
        <w:jc w:val="both"/>
      </w:pPr>
      <w:r>
        <w:rPr/>
        <w:t>a. Gold is more expensive than silver.</w:t>
      </w:r>
    </w:p>
    <w:p>
      <w:pPr>
        <w:spacing w:before="0" w:after="40"/>
        <w:jc w:val="both"/>
      </w:pPr>
      <w:r>
        <w:rPr/>
        <w:t>b. This is the most comfortable chair in the house.</w:t>
      </w:r>
    </w:p>
    <w:p>
      <w:pPr>
        <w:spacing w:before="0" w:after="40"/>
        <w:jc w:val="both"/>
      </w:pPr>
      <w:r>
        <w:rPr/>
        <w:t>c. Dogs are more friendly than snakes.</w:t>
      </w:r>
    </w:p>
    <w:p>
      <w:pPr>
        <w:spacing w:before="0" w:after="40"/>
        <w:jc w:val="both"/>
      </w:pPr>
      <w:r>
        <w:rPr/>
        <w:t>d. Who is the most famous singer in Israel?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the text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وضع دائرة حول الإجابة الصحيحة.</w:t>
      </w:r>
    </w:p>
    <w:p>
      <w:pPr>
        <w:spacing w:before="0" w:after="20"/>
        <w:jc w:val="both"/>
      </w:pPr>
      <w:r>
        <w:rPr/>
        <w:t>a. Which pet is the oldest?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Kiwi</w:t>
      </w:r>
    </w:p>
    <w:p>
      <w:pPr>
        <w:spacing w:before="0" w:after="20"/>
        <w:jc w:val="both"/>
      </w:pPr>
      <w:r>
        <w:rPr/>
        <w:t>b. Which pet is louder than Pita?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Max</w:t>
      </w:r>
    </w:p>
    <w:p>
      <w:pPr>
        <w:spacing w:before="0" w:after="20"/>
        <w:jc w:val="both"/>
      </w:pPr>
      <w:r>
        <w:rPr/>
        <w:t>c. Why does Ariel think Max is the best pet?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 is the most active.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Complete the sentences according to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המשפטים לפי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الجمل حسب النص.</w:t>
      </w:r>
    </w:p>
    <w:p>
      <w:pPr>
        <w:spacing w:before="0" w:after="40"/>
        <w:jc w:val="both"/>
      </w:pPr>
      <w:r>
        <w:rPr/>
        <w:t>a. Max is two years older than Pita.</w:t>
      </w:r>
    </w:p>
    <w:p>
      <w:pPr>
        <w:spacing w:before="0" w:after="40"/>
        <w:jc w:val="both"/>
      </w:pPr>
      <w:r>
        <w:rPr/>
        <w:t>b. Pita is smaller (small) than Max.</w:t>
      </w:r>
    </w:p>
    <w:p>
      <w:pPr>
        <w:spacing w:before="0" w:after="40"/>
        <w:jc w:val="both"/>
      </w:pPr>
      <w:r>
        <w:rPr/>
        <w:t>c. Tamar thinks Pita is the easiest pet to take care of.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Kiwi is younger than Max. – False – Kiwi is older than Max.</w:t>
      </w:r>
    </w:p>
    <w:p>
      <w:pPr>
        <w:spacing w:before="0" w:after="40"/>
        <w:jc w:val="both"/>
      </w:pPr>
      <w:r>
        <w:rPr/>
        <w:t>b. Max loves running in the park. – True</w:t>
      </w:r>
    </w:p>
    <w:p>
      <w:pPr>
        <w:spacing w:before="0" w:after="40"/>
        <w:jc w:val="both"/>
      </w:pPr>
      <w:r>
        <w:rPr/>
        <w:t>c. Pita is the loudest pet. – False – Pita is small and quiet.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a sentence comparing the two things. Use the adjective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משפט שמשווה בין שני הדברים. השתמשו בשם התואר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جملة تقارن بين الشيئين. استعمل الصفة التي بين القوسين.</w:t>
      </w:r>
    </w:p>
    <w:p>
      <w:pPr>
        <w:spacing w:before="0" w:after="100"/>
        <w:jc w:val="both"/>
      </w:pPr>
      <w:r>
        <w:rPr/>
        <w:t>a. a mouse / an elephant (small)  → A mouse is smaller than an elephant.</w:t>
      </w:r>
    </w:p>
    <w:p>
      <w:pPr>
        <w:spacing w:before="0" w:after="100"/>
        <w:jc w:val="both"/>
      </w:pPr>
      <w:r>
        <w:rPr/>
        <w:t>b. a book / a movie (interesting)  → A book is more interesting than a movie.</w:t>
      </w:r>
    </w:p>
    <w:p>
      <w:pPr>
        <w:spacing w:before="0" w:after="100"/>
        <w:jc w:val="both"/>
      </w:pPr>
      <w:r>
        <w:rPr/>
        <w:t>c. Eilat / Jerusalem (hot)  → Eilat is hotter than Jerusalem.</w:t>
      </w:r>
    </w:p>
    <w:p>
      <w:pPr>
        <w:spacing w:before="0" w:after="100"/>
        <w:jc w:val="both"/>
      </w:pPr>
      <w:r>
        <w:rPr/>
        <w:t>d. a test / a game (bad)  → A test is worse than a game.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Compare two of your friends, two animals or two places. Write 4 sentences. Use -er, more and one superlative.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השוו בין שניים מהחברים שלכם, שתי חיות או שני מקומות. כתבו 4 משפטים. השתמשו ב--‎er‎, ב-‎more‎ ובצורת הפלגה אחת.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قارن بين اثنين من أصدقائك، أو حيوانين، أو مكانين. اكتب 4 جمل. استعمل -‎er‎ و ‎more‎ وصيغة تفضيل واحدة.</w:t>
      </w:r>
    </w:p>
    <w:p>
      <w:pPr>
        <w:spacing w:before="0" w:after="80"/>
        <w:jc w:val="both"/>
      </w:pPr>
      <w:r>
        <w:rPr>
          <w:color w:val="0F7A4F"/>
        </w:rPr>
        <w:t>Possible answer: My cousin Noam is taller than me. He is older, too. My dog is more friendly than my cat. My dog is the best dog in the world!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