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Modal verbs: can, could, must, should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פעלי עזר מודאליים: ‎can, could, must, should‎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الأفعال المساعدة: ‎can, could, must, should‎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</w:rPr>
        <w:t>Summary: modal verbs for requests, rules and advice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פעלים מודאליים לבקשות, לכללים ולעצות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الأفعال المساعدة للطلبات والقواعد والنصائح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What do they mean?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הם אומרים?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تعني؟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Modal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Use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can / could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requests, ability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Could you help me, please?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must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rule, it is necessary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must wear a seat belt.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mustn't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not allowed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mustn't touch the paintings.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should / shouldn't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advice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should study for the test.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The form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המבנה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الصيغة</w:t>
      </w:r>
    </w:p>
    <w:p>
      <w:pPr>
        <w:spacing w:before="0" w:after="20"/>
        <w:jc w:val="both"/>
      </w:pPr>
      <w:r>
        <w:rPr/>
        <w:t>1. modal + base form: She must go.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פועל מודאלי + צורת בסיס: ‎She must go‎.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فعل مساعد + الصيغة الأساسية: ‎She must go‎.</w:t>
      </w:r>
    </w:p>
    <w:p>
      <w:pPr>
        <w:spacing w:before="0" w:after="20"/>
        <w:jc w:val="both"/>
      </w:pPr>
      <w:r>
        <w:rPr/>
        <w:t>2. No -s: He can play. (Not: He cans play.)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בלי -‎s: He can play. (‎לא: ‎He cans play.)‎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بدون -‎s: He can play. (‎وليس: ‎He cans play.)‎</w:t>
      </w:r>
    </w:p>
    <w:p>
      <w:pPr>
        <w:spacing w:before="0" w:after="20"/>
        <w:jc w:val="both"/>
      </w:pPr>
      <w:r>
        <w:rPr/>
        <w:t>3. No to: You should rest. (Not: You should to rest.)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בלי ‎to: You should rest. (‎לא: ‎You should to rest.)‎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بدون ‎to: You should rest. (‎وليس: ‎You should to rest.)‎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Questions and answers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שאלות ותשובות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أسئلة وأجوبة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Can I come in? Yes, you can. / Sorry, you can't. · Should I take a coat? Yes, you should.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48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e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4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water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ماء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אדום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أحمر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73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7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מיטה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سرير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58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58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phone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טלפון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هاتف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512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5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כובע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قبعة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Modal verbs never change: I can, he can, they can. After them comes the base form, without to.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פעלים מודאליים אף פעם לא משתנים: ‎I can, he can, they can‎. אחריהם בא הפועל בצורת הבסיס, בלי ‎to‎.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الأفعال المساعدة لا تتغيّر أبدًا: ‎I can, he can, they can‎. بعدها يأتي الفعل في صيغته الأساسية، بدون ‎to‎.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Library rule: no food. You ___ eat in the library.</w:t>
      </w:r>
    </w:p>
    <w:p>
      <w:pPr>
        <w:spacing w:before="0" w:after="20"/>
        <w:jc w:val="both"/>
      </w:pPr>
      <w:r>
        <w:rPr/>
        <w:t>1. «No food» means it is not allowed.</w:t>
      </w:r>
    </w:p>
    <w:p>
      <w:pPr>
        <w:spacing w:before="0" w:after="20"/>
        <w:jc w:val="both"/>
      </w:pPr>
      <w:r>
        <w:rPr/>
        <w:t>2. Not allowed = mustn't.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mustn't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Check yourself – Complete with can, could, must, mustn't, should or shouldn't.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ב-‎can, could, must, mustn't, should‎ או ‎shouldn't‎.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‎can‎ أو ‎could‎ أو ‎must‎ أو ‎mustn't‎ أو ‎should‎ أو ‎shouldn't‎.</w:t>
      </w:r>
    </w:p>
    <w:p>
      <w:pPr>
        <w:spacing w:before="0" w:after="60"/>
        <w:jc w:val="both"/>
      </w:pPr>
      <w:r>
        <w:rPr/>
        <w:t>a. __________ I use your phone? Mine is broken.</w:t>
      </w:r>
    </w:p>
    <w:p>
      <w:pPr>
        <w:spacing w:before="0" w:after="60"/>
        <w:jc w:val="both"/>
      </w:pPr>
      <w:r>
        <w:rPr/>
        <w:t>b. Pupils __________ bring their notebooks to class. It's a rule.</w:t>
      </w:r>
    </w:p>
    <w:p>
      <w:pPr>
        <w:spacing w:before="0" w:after="60"/>
        <w:jc w:val="both"/>
      </w:pPr>
      <w:r>
        <w:rPr/>
        <w:t>c. You have a toothache. You __________ go to the dentist.</w:t>
      </w:r>
    </w:p>
    <w:p>
      <w:pPr>
        <w:spacing w:before="0" w:after="60"/>
        <w:jc w:val="both"/>
      </w:pPr>
      <w:r>
        <w:rPr/>
        <w:t>d. You __________ swim when there is no lifeguard.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Can · b. must · c. should · d. mustn't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